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0"/>
        <w:jc w:val="center"/>
      </w:pPr>
      <w:r>
        <w:rPr>
          <w:rFonts w:ascii="Georgia" w:hAnsi="Georgia" w:eastAsia="Georgia"/>
          <w:b/>
          <w:sz w:val="48"/>
        </w:rPr>
        <w:t>THE CURRENT STATE</w:t>
      </w:r>
    </w:p>
    <w:p>
      <w:pPr>
        <w:jc w:val="center"/>
      </w:pPr>
      <w:r>
        <w:rPr>
          <w:rFonts w:ascii="Georgia" w:hAnsi="Georgia" w:eastAsia="Georgia"/>
          <w:i/>
          <w:sz w:val="26"/>
        </w:rPr>
        <w:t>A Kaethe Novel</w:t>
      </w:r>
    </w:p>
    <w:p>
      <w:pPr>
        <w:spacing w:before="360"/>
        <w:jc w:val="center"/>
      </w:pPr>
      <w:r>
        <w:rPr>
          <w:rFonts w:ascii="Georgia" w:hAnsi="Georgia" w:eastAsia="Georgia"/>
          <w:sz w:val="21"/>
        </w:rPr>
        <w:t>Line-Edited Manuscript · v0.3 · 24 Chapters</w:t>
      </w:r>
    </w:p>
    <w:p>
      <w:pPr>
        <w:pageBreakBefore/>
        <w:jc w:val="center"/>
      </w:pPr>
      <w:r>
        <w:rPr>
          <w:rFonts w:ascii="Georgia" w:hAnsi="Georgia" w:eastAsia="Georgia"/>
          <w:b/>
          <w:sz w:val="28"/>
        </w:rPr>
        <w:t>CONTENTS</w:t>
      </w:r>
    </w:p>
    <w:p>
      <w:pPr>
        <w:spacing w:after="60"/>
      </w:pPr>
      <w:r>
        <w:rPr>
          <w:rFonts w:ascii="Georgia" w:hAnsi="Georgia" w:eastAsia="Georgia"/>
          <w:sz w:val="21"/>
        </w:rPr>
        <w:t>Chapter One — The Setting</w:t>
      </w:r>
    </w:p>
    <w:p>
      <w:pPr>
        <w:spacing w:after="60"/>
      </w:pPr>
      <w:r>
        <w:rPr>
          <w:rFonts w:ascii="Georgia" w:hAnsi="Georgia" w:eastAsia="Georgia"/>
          <w:sz w:val="21"/>
        </w:rPr>
        <w:t>Chapter Two — The Required Harm</w:t>
      </w:r>
    </w:p>
    <w:p>
      <w:pPr>
        <w:spacing w:after="60"/>
      </w:pPr>
      <w:r>
        <w:rPr>
          <w:rFonts w:ascii="Georgia" w:hAnsi="Georgia" w:eastAsia="Georgia"/>
          <w:sz w:val="21"/>
        </w:rPr>
        <w:t>Chapter Three — The Private Archive</w:t>
      </w:r>
    </w:p>
    <w:p>
      <w:pPr>
        <w:spacing w:after="60"/>
      </w:pPr>
      <w:r>
        <w:rPr>
          <w:rFonts w:ascii="Georgia" w:hAnsi="Georgia" w:eastAsia="Georgia"/>
          <w:sz w:val="21"/>
        </w:rPr>
        <w:t>Chapter Four — The Return Distance</w:t>
      </w:r>
    </w:p>
    <w:p>
      <w:pPr>
        <w:spacing w:after="60"/>
      </w:pPr>
      <w:r>
        <w:rPr>
          <w:rFonts w:ascii="Georgia" w:hAnsi="Georgia" w:eastAsia="Georgia"/>
          <w:sz w:val="21"/>
        </w:rPr>
        <w:t>Chapter Five — The Second Patient</w:t>
      </w:r>
    </w:p>
    <w:p>
      <w:pPr>
        <w:spacing w:after="60"/>
      </w:pPr>
      <w:r>
        <w:rPr>
          <w:rFonts w:ascii="Georgia" w:hAnsi="Georgia" w:eastAsia="Georgia"/>
          <w:sz w:val="21"/>
        </w:rPr>
        <w:t>Chapter Six — The Operation</w:t>
      </w:r>
    </w:p>
    <w:p>
      <w:pPr>
        <w:spacing w:after="60"/>
      </w:pPr>
      <w:r>
        <w:rPr>
          <w:rFonts w:ascii="Georgia" w:hAnsi="Georgia" w:eastAsia="Georgia"/>
          <w:sz w:val="21"/>
        </w:rPr>
        <w:t>Chapter Seven — The Concordance</w:t>
      </w:r>
    </w:p>
    <w:p>
      <w:pPr>
        <w:spacing w:after="60"/>
      </w:pPr>
      <w:r>
        <w:rPr>
          <w:rFonts w:ascii="Georgia" w:hAnsi="Georgia" w:eastAsia="Georgia"/>
          <w:sz w:val="21"/>
        </w:rPr>
        <w:t>Chapter Eight — The Common Clock</w:t>
      </w:r>
    </w:p>
    <w:p>
      <w:pPr>
        <w:spacing w:after="60"/>
      </w:pPr>
      <w:r>
        <w:rPr>
          <w:rFonts w:ascii="Georgia" w:hAnsi="Georgia" w:eastAsia="Georgia"/>
          <w:sz w:val="21"/>
        </w:rPr>
        <w:t>Chapter Nine — The Clean Start</w:t>
      </w:r>
    </w:p>
    <w:p>
      <w:pPr>
        <w:spacing w:after="60"/>
      </w:pPr>
      <w:r>
        <w:rPr>
          <w:rFonts w:ascii="Georgia" w:hAnsi="Georgia" w:eastAsia="Georgia"/>
          <w:sz w:val="21"/>
        </w:rPr>
        <w:t>Chapter Ten — The Preserved State</w:t>
      </w:r>
    </w:p>
    <w:p>
      <w:pPr>
        <w:spacing w:after="60"/>
      </w:pPr>
      <w:r>
        <w:rPr>
          <w:rFonts w:ascii="Georgia" w:hAnsi="Georgia" w:eastAsia="Georgia"/>
          <w:sz w:val="21"/>
        </w:rPr>
        <w:t>Chapter Eleven — The Same Parts</w:t>
      </w:r>
    </w:p>
    <w:p>
      <w:pPr>
        <w:spacing w:after="60"/>
      </w:pPr>
      <w:r>
        <w:rPr>
          <w:rFonts w:ascii="Georgia" w:hAnsi="Georgia" w:eastAsia="Georgia"/>
          <w:sz w:val="21"/>
        </w:rPr>
        <w:t>Chapter Twelve — The Three Copies</w:t>
      </w:r>
    </w:p>
    <w:p>
      <w:pPr>
        <w:spacing w:after="60"/>
      </w:pPr>
      <w:r>
        <w:rPr>
          <w:rFonts w:ascii="Georgia" w:hAnsi="Georgia" w:eastAsia="Georgia"/>
          <w:sz w:val="21"/>
        </w:rPr>
        <w:t>Chapter Thirteen — The Same Curve</w:t>
      </w:r>
    </w:p>
    <w:p>
      <w:pPr>
        <w:spacing w:after="60"/>
      </w:pPr>
      <w:r>
        <w:rPr>
          <w:rFonts w:ascii="Georgia" w:hAnsi="Georgia" w:eastAsia="Georgia"/>
          <w:sz w:val="21"/>
        </w:rPr>
        <w:t>Chapter Fourteen — The Second Signature</w:t>
      </w:r>
    </w:p>
    <w:p>
      <w:pPr>
        <w:spacing w:after="60"/>
      </w:pPr>
      <w:r>
        <w:rPr>
          <w:rFonts w:ascii="Georgia" w:hAnsi="Georgia" w:eastAsia="Georgia"/>
          <w:sz w:val="21"/>
        </w:rPr>
        <w:t>Chapter Fifteen — The Release Condition</w:t>
      </w:r>
    </w:p>
    <w:p>
      <w:pPr>
        <w:spacing w:after="60"/>
      </w:pPr>
      <w:r>
        <w:rPr>
          <w:rFonts w:ascii="Georgia" w:hAnsi="Georgia" w:eastAsia="Georgia"/>
          <w:sz w:val="21"/>
        </w:rPr>
        <w:t>Chapter Sixteen — The Missing Cases</w:t>
      </w:r>
    </w:p>
    <w:p>
      <w:pPr>
        <w:spacing w:after="60"/>
      </w:pPr>
      <w:r>
        <w:rPr>
          <w:rFonts w:ascii="Georgia" w:hAnsi="Georgia" w:eastAsia="Georgia"/>
          <w:sz w:val="21"/>
        </w:rPr>
        <w:t>Chapter Seventeen — The Receiving System</w:t>
      </w:r>
    </w:p>
    <w:p>
      <w:pPr>
        <w:spacing w:after="60"/>
      </w:pPr>
      <w:r>
        <w:rPr>
          <w:rFonts w:ascii="Georgia" w:hAnsi="Georgia" w:eastAsia="Georgia"/>
          <w:sz w:val="21"/>
        </w:rPr>
        <w:t>Chapter Eighteen — The Return Path</w:t>
      </w:r>
    </w:p>
    <w:p>
      <w:pPr>
        <w:spacing w:after="60"/>
      </w:pPr>
      <w:r>
        <w:rPr>
          <w:rFonts w:ascii="Georgia" w:hAnsi="Georgia" w:eastAsia="Georgia"/>
          <w:sz w:val="21"/>
        </w:rPr>
        <w:t>Chapter Nineteen — The Interval</w:t>
      </w:r>
    </w:p>
    <w:p>
      <w:pPr>
        <w:spacing w:after="60"/>
      </w:pPr>
      <w:r>
        <w:rPr>
          <w:rFonts w:ascii="Georgia" w:hAnsi="Georgia" w:eastAsia="Georgia"/>
          <w:sz w:val="21"/>
        </w:rPr>
        <w:t>Chapter Twenty — The Other Clock</w:t>
      </w:r>
    </w:p>
    <w:p>
      <w:pPr>
        <w:spacing w:after="60"/>
      </w:pPr>
      <w:r>
        <w:rPr>
          <w:rFonts w:ascii="Georgia" w:hAnsi="Georgia" w:eastAsia="Georgia"/>
          <w:sz w:val="21"/>
        </w:rPr>
        <w:t>Chapter Twenty-One — The Decision Window</w:t>
      </w:r>
    </w:p>
    <w:p>
      <w:pPr>
        <w:spacing w:after="60"/>
      </w:pPr>
      <w:r>
        <w:rPr>
          <w:rFonts w:ascii="Georgia" w:hAnsi="Georgia" w:eastAsia="Georgia"/>
          <w:sz w:val="21"/>
        </w:rPr>
        <w:t>Chapter Twenty-Two — The Long Result</w:t>
      </w:r>
    </w:p>
    <w:p>
      <w:pPr>
        <w:spacing w:after="60"/>
      </w:pPr>
      <w:r>
        <w:rPr>
          <w:rFonts w:ascii="Georgia" w:hAnsi="Georgia" w:eastAsia="Georgia"/>
          <w:sz w:val="21"/>
        </w:rPr>
        <w:t>Chapter Twenty-Three — The Reference Material</w:t>
      </w:r>
    </w:p>
    <w:p>
      <w:pPr>
        <w:spacing w:after="60"/>
      </w:pPr>
      <w:r>
        <w:rPr>
          <w:rFonts w:ascii="Georgia" w:hAnsi="Georgia" w:eastAsia="Georgia"/>
          <w:sz w:val="21"/>
        </w:rPr>
        <w:t>Chapter Twenty-Four — The Current State</w:t>
      </w:r>
    </w:p>
    <w:p>
      <w:pPr>
        <w:keepNext/>
        <w:pageBreakBefore/>
        <w:jc w:val="center"/>
      </w:pPr>
      <w:r>
        <w:rPr>
          <w:rFonts w:ascii="Georgia" w:hAnsi="Georgia" w:eastAsia="Georgia"/>
          <w:b/>
          <w:sz w:val="28"/>
        </w:rPr>
        <w:t>Chapter One — The Setting</w:t>
      </w:r>
    </w:p>
    <w:p>
      <w:r>
        <w:rPr>
          <w:rFonts w:ascii="Georgia" w:hAnsi="Georgia" w:eastAsia="Georgia"/>
          <w:sz w:val="23"/>
        </w:rPr>
        <w:t>The warranty on the sternum setting was eighty years.</w:t>
      </w:r>
    </w:p>
    <w:p>
      <w:r>
        <w:rPr>
          <w:rFonts w:ascii="Georgia" w:hAnsi="Georgia" w:eastAsia="Georgia"/>
          <w:sz w:val="23"/>
        </w:rPr>
        <w:t>The woman wearing it had owned it for ninety-three.</w:t>
      </w:r>
    </w:p>
    <w:p>
      <w:r>
        <w:rPr>
          <w:rFonts w:ascii="Georgia" w:hAnsi="Georgia" w:eastAsia="Georgia"/>
          <w:sz w:val="23"/>
        </w:rPr>
        <w:t>Neither fact was considered unusual.</w:t>
      </w:r>
    </w:p>
    <w:p>
      <w:r>
        <w:rPr>
          <w:rFonts w:ascii="Georgia" w:hAnsi="Georgia" w:eastAsia="Georgia"/>
          <w:sz w:val="23"/>
        </w:rPr>
        <w:t>The setting itself was less impressive than the warranty. Black ceramic collar. Two field wafers. A service seam small enough that the technician needed magnification to find it. The kaethe-matter inside weighed one point eight six grams and had been cut before the current ancestry standard existed.</w:t>
      </w:r>
    </w:p>
    <w:p>
      <w:r>
        <w:rPr>
          <w:rFonts w:ascii="Georgia" w:hAnsi="Georgia" w:eastAsia="Georgia"/>
          <w:sz w:val="23"/>
        </w:rPr>
        <w:t>I disliked all four facts.</w:t>
      </w:r>
    </w:p>
    <w:p>
      <w:r>
        <w:rPr>
          <w:rFonts w:ascii="Georgia" w:hAnsi="Georgia" w:eastAsia="Georgia"/>
          <w:sz w:val="23"/>
        </w:rPr>
        <w:t>“Still staring?” the technician asked.</w:t>
      </w:r>
    </w:p>
    <w:p>
      <w:r>
        <w:rPr>
          <w:rFonts w:ascii="Georgia" w:hAnsi="Georgia" w:eastAsia="Georgia"/>
          <w:sz w:val="23"/>
        </w:rPr>
        <w:t>“I am reading.”</w:t>
      </w:r>
    </w:p>
    <w:p>
      <w:r>
        <w:rPr>
          <w:rFonts w:ascii="Georgia" w:hAnsi="Georgia" w:eastAsia="Georgia"/>
          <w:sz w:val="23"/>
        </w:rPr>
        <w:t>“The mass is printed on the service tag.”</w:t>
      </w:r>
    </w:p>
    <w:p>
      <w:r>
        <w:rPr>
          <w:rFonts w:ascii="Georgia" w:hAnsi="Georgia" w:eastAsia="Georgia"/>
          <w:sz w:val="23"/>
        </w:rPr>
        <w:t>“I am reading the setting.”</w:t>
      </w:r>
    </w:p>
    <w:p>
      <w:r>
        <w:rPr>
          <w:rFonts w:ascii="Georgia" w:hAnsi="Georgia" w:eastAsia="Georgia"/>
          <w:sz w:val="23"/>
        </w:rPr>
        <w:t>“That is why I said staring.”</w:t>
      </w:r>
    </w:p>
    <w:p>
      <w:r>
        <w:rPr>
          <w:rFonts w:ascii="Georgia" w:hAnsi="Georgia" w:eastAsia="Georgia"/>
          <w:sz w:val="23"/>
        </w:rPr>
        <w:t>Her name was Miren Orr. She was a SUPO and had been licensed for intimate kaethe placement for fourteen years. The license plaque on the wall had more renewal stamps than the shop had chairs.</w:t>
      </w:r>
    </w:p>
    <w:p>
      <w:r>
        <w:rPr>
          <w:rFonts w:ascii="Georgia" w:hAnsi="Georgia" w:eastAsia="Georgia"/>
          <w:sz w:val="23"/>
        </w:rPr>
        <w:t>Behind her, a display offered twelve setting bodies in different materials.</w:t>
      </w:r>
    </w:p>
    <w:p>
      <w:r>
        <w:rPr>
          <w:rFonts w:ascii="Georgia" w:hAnsi="Georgia" w:eastAsia="Georgia"/>
          <w:sz w:val="23"/>
        </w:rPr>
        <w:t>Ceramic.</w:t>
      </w:r>
    </w:p>
    <w:p>
      <w:r>
        <w:rPr>
          <w:rFonts w:ascii="Georgia" w:hAnsi="Georgia" w:eastAsia="Georgia"/>
          <w:sz w:val="23"/>
        </w:rPr>
        <w:t>Titanium foam.</w:t>
      </w:r>
    </w:p>
    <w:p>
      <w:r>
        <w:rPr>
          <w:rFonts w:ascii="Georgia" w:hAnsi="Georgia" w:eastAsia="Georgia"/>
          <w:sz w:val="23"/>
        </w:rPr>
        <w:t>Synthetic pearl.</w:t>
      </w:r>
    </w:p>
    <w:p>
      <w:r>
        <w:rPr>
          <w:rFonts w:ascii="Georgia" w:hAnsi="Georgia" w:eastAsia="Georgia"/>
          <w:sz w:val="23"/>
        </w:rPr>
        <w:t>Black glass.</w:t>
      </w:r>
    </w:p>
    <w:p>
      <w:r>
        <w:rPr>
          <w:rFonts w:ascii="Georgia" w:hAnsi="Georgia" w:eastAsia="Georgia"/>
          <w:sz w:val="23"/>
        </w:rPr>
        <w:t>One model had a decorative chain fine enough to disappear under clothing.</w:t>
      </w:r>
    </w:p>
    <w:p>
      <w:r>
        <w:rPr>
          <w:rFonts w:ascii="Georgia" w:hAnsi="Georgia" w:eastAsia="Georgia"/>
          <w:sz w:val="23"/>
        </w:rPr>
        <w:t>Nobody in the room called them relic cages.</w:t>
      </w:r>
    </w:p>
    <w:p>
      <w:r>
        <w:rPr>
          <w:rFonts w:ascii="Georgia" w:hAnsi="Georgia" w:eastAsia="Georgia"/>
          <w:sz w:val="23"/>
        </w:rPr>
        <w:t>The old name would have frightened customers.</w:t>
      </w:r>
    </w:p>
    <w:p>
      <w:r>
        <w:rPr>
          <w:rFonts w:ascii="Georgia" w:hAnsi="Georgia" w:eastAsia="Georgia"/>
          <w:sz w:val="23"/>
        </w:rPr>
        <w:t>The new name frightened me more efficiently.</w:t>
      </w:r>
    </w:p>
    <w:p>
      <w:r>
        <w:rPr>
          <w:rFonts w:ascii="Georgia" w:hAnsi="Georgia" w:eastAsia="Georgia"/>
          <w:sz w:val="23"/>
        </w:rPr>
        <w:t>The woman in the chair touched two fingers to the hollow below her throat.</w:t>
      </w:r>
    </w:p>
    <w:p>
      <w:r>
        <w:rPr>
          <w:rFonts w:ascii="Georgia" w:hAnsi="Georgia" w:eastAsia="Georgia"/>
          <w:sz w:val="23"/>
        </w:rPr>
        <w:t>“Can we remove it or not?”</w:t>
      </w:r>
    </w:p>
    <w:p>
      <w:r>
        <w:rPr>
          <w:rFonts w:ascii="Georgia" w:hAnsi="Georgia" w:eastAsia="Georgia"/>
          <w:sz w:val="23"/>
        </w:rPr>
        <w:t>Her name was Ivena Sar.</w:t>
      </w:r>
    </w:p>
    <w:p>
      <w:r>
        <w:rPr>
          <w:rFonts w:ascii="Georgia" w:hAnsi="Georgia" w:eastAsia="Georgia"/>
          <w:sz w:val="23"/>
        </w:rPr>
        <w:t>Chronological age: one hundred eighty-seven.</w:t>
      </w:r>
    </w:p>
    <w:p>
      <w:r>
        <w:rPr>
          <w:rFonts w:ascii="Georgia" w:hAnsi="Georgia" w:eastAsia="Georgia"/>
          <w:sz w:val="23"/>
        </w:rPr>
        <w:t>Current phenotype put her somewhere near late middle age by pre-extension standards, though that comparison had become less useful every decade. Her hair was gray because she liked it gray. Her vascular work had been renewed twice. Her liver had been replaced once. Her knees were original and she was proud of them for reasons I understood.</w:t>
      </w:r>
    </w:p>
    <w:p>
      <w:r>
        <w:rPr>
          <w:rFonts w:ascii="Georgia" w:hAnsi="Georgia" w:eastAsia="Georgia"/>
          <w:sz w:val="23"/>
        </w:rPr>
        <w:t>The thoracic scaffold under her sternum was not original.</w:t>
      </w:r>
    </w:p>
    <w:p>
      <w:r>
        <w:rPr>
          <w:rFonts w:ascii="Georgia" w:hAnsi="Georgia" w:eastAsia="Georgia"/>
          <w:sz w:val="23"/>
        </w:rPr>
        <w:t>That was why I was there.</w:t>
      </w:r>
    </w:p>
    <w:p>
      <w:r>
        <w:rPr>
          <w:rFonts w:ascii="Georgia" w:hAnsi="Georgia" w:eastAsia="Georgia"/>
          <w:sz w:val="23"/>
        </w:rPr>
        <w:t>North Surgical wanted to replace it in eleven days.</w:t>
      </w:r>
    </w:p>
    <w:p>
      <w:r>
        <w:rPr>
          <w:rFonts w:ascii="Georgia" w:hAnsi="Georgia" w:eastAsia="Georgia"/>
          <w:sz w:val="23"/>
        </w:rPr>
        <w:t>The setting occupied the access plane.</w:t>
      </w:r>
    </w:p>
    <w:p>
      <w:r>
        <w:rPr>
          <w:rFonts w:ascii="Georgia" w:hAnsi="Georgia" w:eastAsia="Georgia"/>
          <w:sz w:val="23"/>
        </w:rPr>
        <w:t>“Not yet,” I said.</w:t>
      </w:r>
    </w:p>
    <w:p>
      <w:r>
        <w:rPr>
          <w:rFonts w:ascii="Georgia" w:hAnsi="Georgia" w:eastAsia="Georgia"/>
          <w:sz w:val="23"/>
        </w:rPr>
        <w:t>“I have been told not yet for three weeks.”</w:t>
      </w:r>
    </w:p>
    <w:p>
      <w:r>
        <w:rPr>
          <w:rFonts w:ascii="Georgia" w:hAnsi="Georgia" w:eastAsia="Georgia"/>
          <w:sz w:val="23"/>
        </w:rPr>
        <w:t>“Miren told you not yet?”</w:t>
      </w:r>
    </w:p>
    <w:p>
      <w:r>
        <w:rPr>
          <w:rFonts w:ascii="Georgia" w:hAnsi="Georgia" w:eastAsia="Georgia"/>
          <w:sz w:val="23"/>
        </w:rPr>
        <w:t>“Miren told me she needed someone old enough to be offended by my paperwork.”</w:t>
      </w:r>
    </w:p>
    <w:p>
      <w:r>
        <w:rPr>
          <w:rFonts w:ascii="Georgia" w:hAnsi="Georgia" w:eastAsia="Georgia"/>
          <w:sz w:val="23"/>
        </w:rPr>
        <w:t>Miren looked at the ceiling.</w:t>
      </w:r>
    </w:p>
    <w:p>
      <w:r>
        <w:rPr>
          <w:rFonts w:ascii="Georgia" w:hAnsi="Georgia" w:eastAsia="Georgia"/>
          <w:sz w:val="23"/>
        </w:rPr>
        <w:t>“I said legacy provenance.”</w:t>
      </w:r>
    </w:p>
    <w:p>
      <w:r>
        <w:rPr>
          <w:rFonts w:ascii="Georgia" w:hAnsi="Georgia" w:eastAsia="Georgia"/>
          <w:sz w:val="23"/>
        </w:rPr>
        <w:t>“Same face.”</w:t>
      </w:r>
    </w:p>
    <w:p>
      <w:r>
        <w:rPr>
          <w:rFonts w:ascii="Georgia" w:hAnsi="Georgia" w:eastAsia="Georgia"/>
          <w:sz w:val="23"/>
        </w:rPr>
        <w:t>Ivena looked back at me.</w:t>
      </w:r>
    </w:p>
    <w:p>
      <w:r>
        <w:rPr>
          <w:rFonts w:ascii="Georgia" w:hAnsi="Georgia" w:eastAsia="Georgia"/>
          <w:sz w:val="23"/>
        </w:rPr>
        <w:t>“You qualify.”</w:t>
      </w:r>
    </w:p>
    <w:p>
      <w:r>
        <w:rPr>
          <w:rFonts w:ascii="Georgia" w:hAnsi="Georgia" w:eastAsia="Georgia"/>
          <w:sz w:val="23"/>
        </w:rPr>
        <w:t>“I was working with kaethe-matter before your setting was manufactured.”</w:t>
      </w:r>
    </w:p>
    <w:p>
      <w:r>
        <w:rPr>
          <w:rFonts w:ascii="Georgia" w:hAnsi="Georgia" w:eastAsia="Georgia"/>
          <w:sz w:val="23"/>
        </w:rPr>
        <w:t>“That is what Miren said.”</w:t>
      </w:r>
    </w:p>
    <w:p>
      <w:r>
        <w:rPr>
          <w:rFonts w:ascii="Georgia" w:hAnsi="Georgia" w:eastAsia="Georgia"/>
          <w:sz w:val="23"/>
        </w:rPr>
        <w:t>“She should not advertise my age.”</w:t>
      </w:r>
    </w:p>
    <w:p>
      <w:r>
        <w:rPr>
          <w:rFonts w:ascii="Georgia" w:hAnsi="Georgia" w:eastAsia="Georgia"/>
          <w:sz w:val="23"/>
        </w:rPr>
        <w:t>“I advertised your irritability.”</w:t>
      </w:r>
    </w:p>
    <w:p>
      <w:r>
        <w:rPr>
          <w:rFonts w:ascii="Georgia" w:hAnsi="Georgia" w:eastAsia="Georgia"/>
          <w:sz w:val="23"/>
        </w:rPr>
        <w:t>“That is harder to verify.”</w:t>
      </w:r>
    </w:p>
    <w:p>
      <w:r>
        <w:rPr>
          <w:rFonts w:ascii="Georgia" w:hAnsi="Georgia" w:eastAsia="Georgia"/>
          <w:sz w:val="23"/>
        </w:rPr>
        <w:t>“Not so far.”</w:t>
      </w:r>
    </w:p>
    <w:p>
      <w:r>
        <w:rPr>
          <w:rFonts w:ascii="Georgia" w:hAnsi="Georgia" w:eastAsia="Georgia"/>
          <w:sz w:val="23"/>
        </w:rPr>
        <w:t>I moved the examination light.</w:t>
      </w:r>
    </w:p>
    <w:p>
      <w:r>
        <w:rPr>
          <w:rFonts w:ascii="Georgia" w:hAnsi="Georgia" w:eastAsia="Georgia"/>
          <w:sz w:val="23"/>
        </w:rPr>
        <w:t>The setting sat directly over the lower sternum, not implanted, not exactly worn. A shallow contact geometry held it against the skin with less mechanical pressure than an ordinary medical patch. The field did most of the work.</w:t>
      </w:r>
    </w:p>
    <w:p>
      <w:r>
        <w:rPr>
          <w:rFonts w:ascii="Georgia" w:hAnsi="Georgia" w:eastAsia="Georgia"/>
          <w:sz w:val="23"/>
        </w:rPr>
        <w:t>Ninety-three years earlier, somebody had called that safer.</w:t>
      </w:r>
    </w:p>
    <w:p>
      <w:r>
        <w:rPr>
          <w:rFonts w:ascii="Georgia" w:hAnsi="Georgia" w:eastAsia="Georgia"/>
          <w:sz w:val="23"/>
        </w:rPr>
        <w:t>They had been correct under the conditions they tested.</w:t>
      </w:r>
    </w:p>
    <w:p>
      <w:r>
        <w:rPr>
          <w:rFonts w:ascii="Georgia" w:hAnsi="Georgia" w:eastAsia="Georgia"/>
          <w:sz w:val="23"/>
        </w:rPr>
        <w:t>That sentence had done more damage to technical history than most incorrect ones.</w:t>
      </w:r>
    </w:p>
    <w:p>
      <w:r>
        <w:rPr>
          <w:rFonts w:ascii="Georgia" w:hAnsi="Georgia" w:eastAsia="Georgia"/>
          <w:sz w:val="23"/>
        </w:rPr>
        <w:t>“Original association?” I asked.</w:t>
      </w:r>
    </w:p>
    <w:p>
      <w:r>
        <w:rPr>
          <w:rFonts w:ascii="Georgia" w:hAnsi="Georgia" w:eastAsia="Georgia"/>
          <w:sz w:val="23"/>
        </w:rPr>
        <w:t>Ivena’s expression changed before Miren opened the record.</w:t>
      </w:r>
    </w:p>
    <w:p>
      <w:r>
        <w:rPr>
          <w:rFonts w:ascii="Georgia" w:hAnsi="Georgia" w:eastAsia="Georgia"/>
          <w:sz w:val="23"/>
        </w:rPr>
        <w:t>“My brother.”</w:t>
      </w:r>
    </w:p>
    <w:p>
      <w:r>
        <w:rPr>
          <w:rFonts w:ascii="Georgia" w:hAnsi="Georgia" w:eastAsia="Georgia"/>
          <w:sz w:val="23"/>
        </w:rPr>
        <w:t>“Name?”</w:t>
      </w:r>
    </w:p>
    <w:p>
      <w:r>
        <w:rPr>
          <w:rFonts w:ascii="Georgia" w:hAnsi="Georgia" w:eastAsia="Georgia"/>
          <w:sz w:val="23"/>
        </w:rPr>
        <w:t>“Deren Sar.”</w:t>
      </w:r>
    </w:p>
    <w:p>
      <w:r>
        <w:rPr>
          <w:rFonts w:ascii="Georgia" w:hAnsi="Georgia" w:eastAsia="Georgia"/>
          <w:sz w:val="23"/>
        </w:rPr>
        <w:t>“Age at completion?”</w:t>
      </w:r>
    </w:p>
    <w:p>
      <w:r>
        <w:rPr>
          <w:rFonts w:ascii="Georgia" w:hAnsi="Georgia" w:eastAsia="Georgia"/>
          <w:sz w:val="23"/>
        </w:rPr>
        <w:t>“Twenty-nine.”</w:t>
      </w:r>
    </w:p>
    <w:p>
      <w:r>
        <w:rPr>
          <w:rFonts w:ascii="Georgia" w:hAnsi="Georgia" w:eastAsia="Georgia"/>
          <w:sz w:val="23"/>
        </w:rPr>
        <w:t>That number altered the room more than one hundred eighty-seven had.</w:t>
      </w:r>
    </w:p>
    <w:p>
      <w:r>
        <w:rPr>
          <w:rFonts w:ascii="Georgia" w:hAnsi="Georgia" w:eastAsia="Georgia"/>
          <w:sz w:val="23"/>
        </w:rPr>
        <w:t>I looked at the record.</w:t>
      </w:r>
    </w:p>
    <w:p>
      <w:r>
        <w:rPr>
          <w:rFonts w:ascii="Georgia" w:hAnsi="Georgia" w:eastAsia="Georgia"/>
          <w:sz w:val="23"/>
        </w:rPr>
        <w:t>Deren Sar had completed during a transit-platform failure one hundred four years earlier. Structural collapse. Secondary field exposure from a municipal kaethe conduit that had not been isolated before rescue crews entered. Four completed. Nine ordinary deaths. Thirty-one injuries.</w:t>
      </w:r>
    </w:p>
    <w:p>
      <w:r>
        <w:rPr>
          <w:rFonts w:ascii="Georgia" w:hAnsi="Georgia" w:eastAsia="Georgia"/>
          <w:sz w:val="23"/>
        </w:rPr>
        <w:t>Deren had been the youngest person on the completion list.</w:t>
      </w:r>
    </w:p>
    <w:p>
      <w:r>
        <w:rPr>
          <w:rFonts w:ascii="Georgia" w:hAnsi="Georgia" w:eastAsia="Georgia"/>
          <w:sz w:val="23"/>
        </w:rPr>
        <w:t>Ivena had been eighty-three.</w:t>
      </w:r>
    </w:p>
    <w:p>
      <w:r>
        <w:rPr>
          <w:rFonts w:ascii="Georgia" w:hAnsi="Georgia" w:eastAsia="Georgia"/>
          <w:sz w:val="23"/>
        </w:rPr>
        <w:t>I read the line twice.</w:t>
      </w:r>
    </w:p>
    <w:p>
      <w:r>
        <w:rPr>
          <w:rFonts w:ascii="Georgia" w:hAnsi="Georgia" w:eastAsia="Georgia"/>
          <w:sz w:val="23"/>
        </w:rPr>
        <w:t>“Eleven years between the event and the setting.”</w:t>
      </w:r>
    </w:p>
    <w:p>
      <w:r>
        <w:rPr>
          <w:rFonts w:ascii="Georgia" w:hAnsi="Georgia" w:eastAsia="Georgia"/>
          <w:sz w:val="23"/>
        </w:rPr>
        <w:t>“Yes.”</w:t>
      </w:r>
    </w:p>
    <w:p>
      <w:r>
        <w:rPr>
          <w:rFonts w:ascii="Georgia" w:hAnsi="Georgia" w:eastAsia="Georgia"/>
          <w:sz w:val="23"/>
        </w:rPr>
        <w:t>“Where was the material during those eleven years?”</w:t>
      </w:r>
    </w:p>
    <w:p>
      <w:r>
        <w:rPr>
          <w:rFonts w:ascii="Georgia" w:hAnsi="Georgia" w:eastAsia="Georgia"/>
          <w:sz w:val="23"/>
        </w:rPr>
        <w:t>“Custody dispute.”</w:t>
      </w:r>
    </w:p>
    <w:p>
      <w:r>
        <w:rPr>
          <w:rFonts w:ascii="Georgia" w:hAnsi="Georgia" w:eastAsia="Georgia"/>
          <w:sz w:val="23"/>
        </w:rPr>
        <w:t>“Between?”</w:t>
      </w:r>
    </w:p>
    <w:p>
      <w:r>
        <w:rPr>
          <w:rFonts w:ascii="Georgia" w:hAnsi="Georgia" w:eastAsia="Georgia"/>
          <w:sz w:val="23"/>
        </w:rPr>
        <w:t>“City materials, my parents, Deren’s partner, and the old Kult office.”</w:t>
      </w:r>
    </w:p>
    <w:p>
      <w:r>
        <w:rPr>
          <w:rFonts w:ascii="Georgia" w:hAnsi="Georgia" w:eastAsia="Georgia"/>
          <w:sz w:val="23"/>
        </w:rPr>
        <w:t>“You were not a claimant?”</w:t>
      </w:r>
    </w:p>
    <w:p>
      <w:r>
        <w:rPr>
          <w:rFonts w:ascii="Georgia" w:hAnsi="Georgia" w:eastAsia="Georgia"/>
          <w:sz w:val="23"/>
        </w:rPr>
        <w:t>“I was.”</w:t>
      </w:r>
    </w:p>
    <w:p>
      <w:r>
        <w:rPr>
          <w:rFonts w:ascii="Georgia" w:hAnsi="Georgia" w:eastAsia="Georgia"/>
          <w:sz w:val="23"/>
        </w:rPr>
        <w:t>“But not first position.”</w:t>
      </w:r>
    </w:p>
    <w:p>
      <w:r>
        <w:rPr>
          <w:rFonts w:ascii="Georgia" w:hAnsi="Georgia" w:eastAsia="Georgia"/>
          <w:sz w:val="23"/>
        </w:rPr>
        <w:t>“No.”</w:t>
      </w:r>
    </w:p>
    <w:p>
      <w:r>
        <w:rPr>
          <w:rFonts w:ascii="Georgia" w:hAnsi="Georgia" w:eastAsia="Georgia"/>
          <w:sz w:val="23"/>
        </w:rPr>
        <w:t>“What changed?”</w:t>
      </w:r>
    </w:p>
    <w:p>
      <w:r>
        <w:rPr>
          <w:rFonts w:ascii="Georgia" w:hAnsi="Georgia" w:eastAsia="Georgia"/>
          <w:sz w:val="23"/>
        </w:rPr>
        <w:t>“My parents withdrew.”</w:t>
      </w:r>
    </w:p>
    <w:p>
      <w:r>
        <w:rPr>
          <w:rFonts w:ascii="Georgia" w:hAnsi="Georgia" w:eastAsia="Georgia"/>
          <w:sz w:val="23"/>
        </w:rPr>
        <w:t>“Why?”</w:t>
      </w:r>
    </w:p>
    <w:p>
      <w:r>
        <w:rPr>
          <w:rFonts w:ascii="Georgia" w:hAnsi="Georgia" w:eastAsia="Georgia"/>
          <w:sz w:val="23"/>
        </w:rPr>
        <w:t>“They got tired.”</w:t>
      </w:r>
    </w:p>
    <w:p>
      <w:r>
        <w:rPr>
          <w:rFonts w:ascii="Georgia" w:hAnsi="Georgia" w:eastAsia="Georgia"/>
          <w:sz w:val="23"/>
        </w:rPr>
        <w:t>That was not a technical category.</w:t>
      </w:r>
    </w:p>
    <w:p>
      <w:r>
        <w:rPr>
          <w:rFonts w:ascii="Georgia" w:hAnsi="Georgia" w:eastAsia="Georgia"/>
          <w:sz w:val="23"/>
        </w:rPr>
        <w:t>It was better than several that were.</w:t>
      </w:r>
    </w:p>
    <w:p>
      <w:r>
        <w:rPr>
          <w:rFonts w:ascii="Georgia" w:hAnsi="Georgia" w:eastAsia="Georgia"/>
          <w:sz w:val="23"/>
        </w:rPr>
        <w:t>“His partner?”</w:t>
      </w:r>
    </w:p>
    <w:p>
      <w:r>
        <w:rPr>
          <w:rFonts w:ascii="Georgia" w:hAnsi="Georgia" w:eastAsia="Georgia"/>
          <w:sz w:val="23"/>
        </w:rPr>
        <w:t>“Completed.”</w:t>
      </w:r>
    </w:p>
    <w:p>
      <w:r>
        <w:rPr>
          <w:rFonts w:ascii="Georgia" w:hAnsi="Georgia" w:eastAsia="Georgia"/>
          <w:sz w:val="23"/>
        </w:rPr>
        <w:t>I looked up.</w:t>
      </w:r>
    </w:p>
    <w:p>
      <w:r>
        <w:rPr>
          <w:rFonts w:ascii="Georgia" w:hAnsi="Georgia" w:eastAsia="Georgia"/>
          <w:sz w:val="23"/>
        </w:rPr>
        <w:t>“Associated event?”</w:t>
      </w:r>
    </w:p>
    <w:p>
      <w:r>
        <w:rPr>
          <w:rFonts w:ascii="Georgia" w:hAnsi="Georgia" w:eastAsia="Georgia"/>
          <w:sz w:val="23"/>
        </w:rPr>
        <w:t>“No. Different event. Thirty-two years later.”</w:t>
      </w:r>
    </w:p>
    <w:p>
      <w:r>
        <w:rPr>
          <w:rFonts w:ascii="Georgia" w:hAnsi="Georgia" w:eastAsia="Georgia"/>
          <w:sz w:val="23"/>
        </w:rPr>
        <w:t>“And that material?”</w:t>
      </w:r>
    </w:p>
    <w:p>
      <w:r>
        <w:rPr>
          <w:rFonts w:ascii="Georgia" w:hAnsi="Georgia" w:eastAsia="Georgia"/>
          <w:sz w:val="23"/>
        </w:rPr>
        <w:t>“With her family.”</w:t>
      </w:r>
    </w:p>
    <w:p>
      <w:r>
        <w:rPr>
          <w:rFonts w:ascii="Georgia" w:hAnsi="Georgia" w:eastAsia="Georgia"/>
          <w:sz w:val="23"/>
        </w:rPr>
        <w:t>“Contact history between the two?”</w:t>
      </w:r>
    </w:p>
    <w:p>
      <w:r>
        <w:rPr>
          <w:rFonts w:ascii="Georgia" w:hAnsi="Georgia" w:eastAsia="Georgia"/>
          <w:sz w:val="23"/>
        </w:rPr>
        <w:t>“None that I know of.”</w:t>
      </w:r>
    </w:p>
    <w:p>
      <w:r>
        <w:rPr>
          <w:rFonts w:ascii="Georgia" w:hAnsi="Georgia" w:eastAsia="Georgia"/>
          <w:sz w:val="23"/>
        </w:rPr>
        <w:t>Miren had stopped pretending she was not listening.</w:t>
      </w:r>
    </w:p>
    <w:p>
      <w:r>
        <w:rPr>
          <w:rFonts w:ascii="Georgia" w:hAnsi="Georgia" w:eastAsia="Georgia"/>
          <w:sz w:val="23"/>
        </w:rPr>
        <w:t>I continued through the record.</w:t>
      </w:r>
    </w:p>
    <w:p>
      <w:r>
        <w:rPr>
          <w:rFonts w:ascii="Georgia" w:hAnsi="Georgia" w:eastAsia="Georgia"/>
          <w:sz w:val="23"/>
        </w:rPr>
        <w:t>Deren’s fragment had been certified at two point one grams when released.</w:t>
      </w:r>
    </w:p>
    <w:p>
      <w:r>
        <w:rPr>
          <w:rFonts w:ascii="Georgia" w:hAnsi="Georgia" w:eastAsia="Georgia"/>
          <w:sz w:val="23"/>
        </w:rPr>
        <w:t>Current mass: one point eight six.</w:t>
      </w:r>
    </w:p>
    <w:p>
      <w:r>
        <w:rPr>
          <w:rFonts w:ascii="Georgia" w:hAnsi="Georgia" w:eastAsia="Georgia"/>
          <w:sz w:val="23"/>
        </w:rPr>
        <w:t>“Where did the rest go?”</w:t>
      </w:r>
    </w:p>
    <w:p>
      <w:r>
        <w:rPr>
          <w:rFonts w:ascii="Georgia" w:hAnsi="Georgia" w:eastAsia="Georgia"/>
          <w:sz w:val="23"/>
        </w:rPr>
        <w:t>“Setting revisions,” Miren said. “Three destructive service losses before the zero-loss standard.”</w:t>
      </w:r>
    </w:p>
    <w:p>
      <w:r>
        <w:rPr>
          <w:rFonts w:ascii="Georgia" w:hAnsi="Georgia" w:eastAsia="Georgia"/>
          <w:sz w:val="23"/>
        </w:rPr>
        <w:t>“How much documented?”</w:t>
      </w:r>
    </w:p>
    <w:p>
      <w:r>
        <w:rPr>
          <w:rFonts w:ascii="Georgia" w:hAnsi="Georgia" w:eastAsia="Georgia"/>
          <w:sz w:val="23"/>
        </w:rPr>
        <w:t>“One hundred seventy milligrams total.”</w:t>
      </w:r>
    </w:p>
    <w:p>
      <w:r>
        <w:rPr>
          <w:rFonts w:ascii="Georgia" w:hAnsi="Georgia" w:eastAsia="Georgia"/>
          <w:sz w:val="23"/>
        </w:rPr>
        <w:t>“That leaves seventy.”</w:t>
      </w:r>
    </w:p>
    <w:p>
      <w:r>
        <w:rPr>
          <w:rFonts w:ascii="Georgia" w:hAnsi="Georgia" w:eastAsia="Georgia"/>
          <w:sz w:val="23"/>
        </w:rPr>
        <w:t>“Old instruments.”</w:t>
      </w:r>
    </w:p>
    <w:p>
      <w:r>
        <w:rPr>
          <w:rFonts w:ascii="Georgia" w:hAnsi="Georgia" w:eastAsia="Georgia"/>
          <w:sz w:val="23"/>
        </w:rPr>
        <w:t>“Maybe.”</w:t>
      </w:r>
    </w:p>
    <w:p>
      <w:r>
        <w:rPr>
          <w:rFonts w:ascii="Georgia" w:hAnsi="Georgia" w:eastAsia="Georgia"/>
          <w:sz w:val="23"/>
        </w:rPr>
        <w:t>“Do you want me to apologize for technicians dead before I trained?”</w:t>
      </w:r>
    </w:p>
    <w:p>
      <w:r>
        <w:rPr>
          <w:rFonts w:ascii="Georgia" w:hAnsi="Georgia" w:eastAsia="Georgia"/>
          <w:sz w:val="23"/>
        </w:rPr>
        <w:t>“No.”</w:t>
      </w:r>
    </w:p>
    <w:p>
      <w:r>
        <w:rPr>
          <w:rFonts w:ascii="Georgia" w:hAnsi="Georgia" w:eastAsia="Georgia"/>
          <w:sz w:val="23"/>
        </w:rPr>
        <w:t>“Good. I did not know them.”</w:t>
      </w:r>
    </w:p>
    <w:p>
      <w:r>
        <w:rPr>
          <w:rFonts w:ascii="Georgia" w:hAnsi="Georgia" w:eastAsia="Georgia"/>
          <w:sz w:val="23"/>
        </w:rPr>
        <w:t>Ivena shifted in the chair.</w:t>
      </w:r>
    </w:p>
    <w:p>
      <w:r>
        <w:rPr>
          <w:rFonts w:ascii="Georgia" w:hAnsi="Georgia" w:eastAsia="Georgia"/>
          <w:sz w:val="23"/>
        </w:rPr>
        <w:t>The setting did not move.</w:t>
      </w:r>
    </w:p>
    <w:p>
      <w:r>
        <w:rPr>
          <w:rFonts w:ascii="Georgia" w:hAnsi="Georgia" w:eastAsia="Georgia"/>
          <w:sz w:val="23"/>
        </w:rPr>
        <w:t>Her skin moved around it.</w:t>
      </w:r>
    </w:p>
    <w:p>
      <w:r>
        <w:rPr>
          <w:rFonts w:ascii="Georgia" w:hAnsi="Georgia" w:eastAsia="Georgia"/>
          <w:sz w:val="23"/>
        </w:rPr>
        <w:t>That distinction had once been enough to stop an entire laboratory.</w:t>
      </w:r>
    </w:p>
    <w:p>
      <w:r>
        <w:rPr>
          <w:rFonts w:ascii="Georgia" w:hAnsi="Georgia" w:eastAsia="Georgia"/>
          <w:sz w:val="23"/>
        </w:rPr>
        <w:t>Now the shop sold replacement contact liners in six sizes.</w:t>
      </w:r>
    </w:p>
    <w:p>
      <w:pPr>
        <w:spacing w:before="80" w:after="80"/>
        <w:jc w:val="center"/>
      </w:pPr>
      <w:r>
        <w:rPr>
          <w:rFonts w:ascii="Georgia" w:hAnsi="Georgia" w:eastAsia="Georgia"/>
          <w:sz w:val="23"/>
        </w:rPr>
        <w:t>§</w:t>
      </w:r>
    </w:p>
    <w:p>
      <w:r>
        <w:rPr>
          <w:rFonts w:ascii="Georgia" w:hAnsi="Georgia" w:eastAsia="Georgia"/>
          <w:sz w:val="23"/>
        </w:rPr>
        <w:t>The removal protocol had nine stages.</w:t>
      </w:r>
    </w:p>
    <w:p>
      <w:r>
        <w:rPr>
          <w:rFonts w:ascii="Georgia" w:hAnsi="Georgia" w:eastAsia="Georgia"/>
          <w:sz w:val="23"/>
        </w:rPr>
        <w:t>I had written none of them.</w:t>
      </w:r>
    </w:p>
    <w:p>
      <w:r>
        <w:rPr>
          <w:rFonts w:ascii="Georgia" w:hAnsi="Georgia" w:eastAsia="Georgia"/>
          <w:sz w:val="23"/>
        </w:rPr>
        <w:t>I recognized four.</w:t>
      </w:r>
    </w:p>
    <w:p>
      <w:r>
        <w:rPr>
          <w:rFonts w:ascii="Georgia" w:hAnsi="Georgia" w:eastAsia="Georgia"/>
          <w:sz w:val="23"/>
        </w:rPr>
        <w:t>That was worse.</w:t>
      </w:r>
    </w:p>
    <w:p>
      <w:r>
        <w:rPr>
          <w:rFonts w:ascii="Georgia" w:hAnsi="Georgia" w:eastAsia="Georgia"/>
          <w:sz w:val="23"/>
        </w:rPr>
        <w:t>Stage One established current body-map baseline.</w:t>
      </w:r>
    </w:p>
    <w:p>
      <w:r>
        <w:rPr>
          <w:rFonts w:ascii="Georgia" w:hAnsi="Georgia" w:eastAsia="Georgia"/>
          <w:sz w:val="23"/>
        </w:rPr>
        <w:t>Stage Two established setting-field baseline.</w:t>
      </w:r>
    </w:p>
    <w:p>
      <w:r>
        <w:rPr>
          <w:rFonts w:ascii="Georgia" w:hAnsi="Georgia" w:eastAsia="Georgia"/>
          <w:sz w:val="23"/>
        </w:rPr>
        <w:t>Stage Three reduced active contact compensation by five percent.</w:t>
      </w:r>
    </w:p>
    <w:p>
      <w:r>
        <w:rPr>
          <w:rFonts w:ascii="Georgia" w:hAnsi="Georgia" w:eastAsia="Georgia"/>
          <w:sz w:val="23"/>
        </w:rPr>
        <w:t>Stage Four asked the wearer to report any change before the instruments displayed one.</w:t>
      </w:r>
    </w:p>
    <w:p>
      <w:r>
        <w:rPr>
          <w:rFonts w:ascii="Georgia" w:hAnsi="Georgia" w:eastAsia="Georgia"/>
          <w:sz w:val="23"/>
        </w:rPr>
        <w:t>That sentence came from somewhere old.</w:t>
      </w:r>
    </w:p>
    <w:p>
      <w:r>
        <w:rPr>
          <w:rFonts w:ascii="Georgia" w:hAnsi="Georgia" w:eastAsia="Georgia"/>
          <w:sz w:val="23"/>
        </w:rPr>
        <w:t>Not the exact words.</w:t>
      </w:r>
    </w:p>
    <w:p>
      <w:r>
        <w:rPr>
          <w:rFonts w:ascii="Georgia" w:hAnsi="Georgia" w:eastAsia="Georgia"/>
          <w:sz w:val="23"/>
        </w:rPr>
        <w:t>The shape.</w:t>
      </w:r>
    </w:p>
    <w:p>
      <w:r>
        <w:rPr>
          <w:rFonts w:ascii="Georgia" w:hAnsi="Georgia" w:eastAsia="Georgia"/>
          <w:sz w:val="23"/>
        </w:rPr>
        <w:t>I had spent half my life discovering that language could preserve a correction after forgetting the person who paid for it.</w:t>
      </w:r>
    </w:p>
    <w:p>
      <w:r>
        <w:rPr>
          <w:rFonts w:ascii="Georgia" w:hAnsi="Georgia" w:eastAsia="Georgia"/>
          <w:sz w:val="23"/>
        </w:rPr>
        <w:t>Miren fitted a sensory band around Ivena’s right wrist.</w:t>
      </w:r>
    </w:p>
    <w:p>
      <w:r>
        <w:rPr>
          <w:rFonts w:ascii="Georgia" w:hAnsi="Georgia" w:eastAsia="Georgia"/>
          <w:sz w:val="23"/>
        </w:rPr>
        <w:t>“No cranial array?” I asked.</w:t>
      </w:r>
    </w:p>
    <w:p>
      <w:r>
        <w:rPr>
          <w:rFonts w:ascii="Georgia" w:hAnsi="Georgia" w:eastAsia="Georgia"/>
          <w:sz w:val="23"/>
        </w:rPr>
        <w:t>“Not for ordinary resiting.”</w:t>
      </w:r>
    </w:p>
    <w:p>
      <w:r>
        <w:rPr>
          <w:rFonts w:ascii="Georgia" w:hAnsi="Georgia" w:eastAsia="Georgia"/>
          <w:sz w:val="23"/>
        </w:rPr>
        <w:t>“This is not ordinary.”</w:t>
      </w:r>
    </w:p>
    <w:p>
      <w:r>
        <w:rPr>
          <w:rFonts w:ascii="Georgia" w:hAnsi="Georgia" w:eastAsia="Georgia"/>
          <w:sz w:val="23"/>
        </w:rPr>
        <w:t>“It was when she booked it.”</w:t>
      </w:r>
    </w:p>
    <w:p>
      <w:r>
        <w:rPr>
          <w:rFonts w:ascii="Georgia" w:hAnsi="Georgia" w:eastAsia="Georgia"/>
          <w:sz w:val="23"/>
        </w:rPr>
        <w:t>Ivena looked between us.</w:t>
      </w:r>
    </w:p>
    <w:p>
      <w:r>
        <w:rPr>
          <w:rFonts w:ascii="Georgia" w:hAnsi="Georgia" w:eastAsia="Georgia"/>
          <w:sz w:val="23"/>
        </w:rPr>
        <w:t>“I am still in the room.”</w:t>
      </w:r>
    </w:p>
    <w:p>
      <w:r>
        <w:rPr>
          <w:rFonts w:ascii="Georgia" w:hAnsi="Georgia" w:eastAsia="Georgia"/>
          <w:sz w:val="23"/>
        </w:rPr>
        <w:t>“Yes,” Miren said.</w:t>
      </w:r>
    </w:p>
    <w:p>
      <w:r>
        <w:rPr>
          <w:rFonts w:ascii="Georgia" w:hAnsi="Georgia" w:eastAsia="Georgia"/>
          <w:sz w:val="23"/>
        </w:rPr>
        <w:t>“I was worried expertise had made me decorative.”</w:t>
      </w:r>
    </w:p>
    <w:p>
      <w:r>
        <w:rPr>
          <w:rFonts w:ascii="Georgia" w:hAnsi="Georgia" w:eastAsia="Georgia"/>
          <w:sz w:val="23"/>
        </w:rPr>
        <w:t>Miren handed her the stop control.</w:t>
      </w:r>
    </w:p>
    <w:p>
      <w:r>
        <w:rPr>
          <w:rFonts w:ascii="Georgia" w:hAnsi="Georgia" w:eastAsia="Georgia"/>
          <w:sz w:val="23"/>
        </w:rPr>
        <w:t>Physical switch.</w:t>
      </w:r>
    </w:p>
    <w:p>
      <w:r>
        <w:rPr>
          <w:rFonts w:ascii="Georgia" w:hAnsi="Georgia" w:eastAsia="Georgia"/>
          <w:sz w:val="23"/>
        </w:rPr>
        <w:t>Yellow housing.</w:t>
      </w:r>
    </w:p>
    <w:p>
      <w:r>
        <w:rPr>
          <w:rFonts w:ascii="Georgia" w:hAnsi="Georgia" w:eastAsia="Georgia"/>
          <w:sz w:val="23"/>
        </w:rPr>
        <w:t>Mechanical interruption path.</w:t>
      </w:r>
    </w:p>
    <w:p>
      <w:r>
        <w:rPr>
          <w:rFonts w:ascii="Georgia" w:hAnsi="Georgia" w:eastAsia="Georgia"/>
          <w:sz w:val="23"/>
        </w:rPr>
        <w:t>I approved of that immediately and disliked myself for feeling nostalgic.</w:t>
      </w:r>
    </w:p>
    <w:p>
      <w:r>
        <w:rPr>
          <w:rFonts w:ascii="Georgia" w:hAnsi="Georgia" w:eastAsia="Georgia"/>
          <w:sz w:val="23"/>
        </w:rPr>
        <w:t>“If you press this,” Miren said, “the contact field returns to current baseline and the service clamps remain closed.”</w:t>
      </w:r>
    </w:p>
    <w:p>
      <w:r>
        <w:rPr>
          <w:rFonts w:ascii="Georgia" w:hAnsi="Georgia" w:eastAsia="Georgia"/>
          <w:sz w:val="23"/>
        </w:rPr>
        <w:t>“Unless?”</w:t>
      </w:r>
    </w:p>
    <w:p>
      <w:r>
        <w:rPr>
          <w:rFonts w:ascii="Georgia" w:hAnsi="Georgia" w:eastAsia="Georgia"/>
          <w:sz w:val="23"/>
        </w:rPr>
        <w:t>“Unless the fragment produces a field state that prevents the compensator from reaching baseline.”</w:t>
      </w:r>
    </w:p>
    <w:p>
      <w:r>
        <w:rPr>
          <w:rFonts w:ascii="Georgia" w:hAnsi="Georgia" w:eastAsia="Georgia"/>
          <w:sz w:val="23"/>
        </w:rPr>
        <w:t>“Has that happened?”</w:t>
      </w:r>
    </w:p>
    <w:p>
      <w:r>
        <w:rPr>
          <w:rFonts w:ascii="Georgia" w:hAnsi="Georgia" w:eastAsia="Georgia"/>
          <w:sz w:val="23"/>
        </w:rPr>
        <w:t>“Not in this room.”</w:t>
      </w:r>
    </w:p>
    <w:p>
      <w:r>
        <w:rPr>
          <w:rFonts w:ascii="Georgia" w:hAnsi="Georgia" w:eastAsia="Georgia"/>
          <w:sz w:val="23"/>
        </w:rPr>
        <w:t>“Good answer.”</w:t>
      </w:r>
    </w:p>
    <w:p>
      <w:r>
        <w:rPr>
          <w:rFonts w:ascii="Georgia" w:hAnsi="Georgia" w:eastAsia="Georgia"/>
          <w:sz w:val="23"/>
        </w:rPr>
        <w:t>Miren looked at me.</w:t>
      </w:r>
    </w:p>
    <w:p>
      <w:r>
        <w:rPr>
          <w:rFonts w:ascii="Georgia" w:hAnsi="Georgia" w:eastAsia="Georgia"/>
          <w:sz w:val="23"/>
        </w:rPr>
        <w:t>“I was trained.”</w:t>
      </w:r>
    </w:p>
    <w:p>
      <w:r>
        <w:rPr>
          <w:rFonts w:ascii="Georgia" w:hAnsi="Georgia" w:eastAsia="Georgia"/>
          <w:sz w:val="23"/>
        </w:rPr>
        <w:t>Ivena held the switch loosely in her left hand.</w:t>
      </w:r>
    </w:p>
    <w:p>
      <w:r>
        <w:rPr>
          <w:rFonts w:ascii="Georgia" w:hAnsi="Georgia" w:eastAsia="Georgia"/>
          <w:sz w:val="23"/>
        </w:rPr>
        <w:t>“What do I say if my hand goes into a cabinet?”</w:t>
      </w:r>
    </w:p>
    <w:p>
      <w:r>
        <w:rPr>
          <w:rFonts w:ascii="Georgia" w:hAnsi="Georgia" w:eastAsia="Georgia"/>
          <w:sz w:val="23"/>
        </w:rPr>
        <w:t>The question was casual.</w:t>
      </w:r>
    </w:p>
    <w:p>
      <w:r>
        <w:rPr>
          <w:rFonts w:ascii="Georgia" w:hAnsi="Georgia" w:eastAsia="Georgia"/>
          <w:sz w:val="23"/>
        </w:rPr>
        <w:t>Mine was not.</w:t>
      </w:r>
    </w:p>
    <w:p>
      <w:r>
        <w:rPr>
          <w:rFonts w:ascii="Georgia" w:hAnsi="Georgia" w:eastAsia="Georgia"/>
          <w:sz w:val="23"/>
        </w:rPr>
        <w:t>“Why that example?”</w:t>
      </w:r>
    </w:p>
    <w:p>
      <w:r>
        <w:rPr>
          <w:rFonts w:ascii="Georgia" w:hAnsi="Georgia" w:eastAsia="Georgia"/>
          <w:sz w:val="23"/>
        </w:rPr>
        <w:t>“Because it is in the consent packet.”</w:t>
      </w:r>
    </w:p>
    <w:p>
      <w:r>
        <w:rPr>
          <w:rFonts w:ascii="Georgia" w:hAnsi="Georgia" w:eastAsia="Georgia"/>
          <w:sz w:val="23"/>
        </w:rPr>
        <w:t>Of course it was.</w:t>
      </w:r>
    </w:p>
    <w:p>
      <w:r>
        <w:rPr>
          <w:rFonts w:ascii="Georgia" w:hAnsi="Georgia" w:eastAsia="Georgia"/>
          <w:sz w:val="23"/>
        </w:rPr>
        <w:t>Meya had become a sentence.</w:t>
      </w:r>
    </w:p>
    <w:p>
      <w:r>
        <w:rPr>
          <w:rFonts w:ascii="Georgia" w:hAnsi="Georgia" w:eastAsia="Georgia"/>
          <w:sz w:val="23"/>
        </w:rPr>
        <w:t>I had not seen her name in a resiting form for thirty years.</w:t>
      </w:r>
    </w:p>
    <w:p>
      <w:r>
        <w:rPr>
          <w:rFonts w:ascii="Georgia" w:hAnsi="Georgia" w:eastAsia="Georgia"/>
          <w:sz w:val="23"/>
        </w:rPr>
        <w:t>The consequence had survived.</w:t>
      </w:r>
    </w:p>
    <w:p>
      <w:r>
        <w:rPr>
          <w:rFonts w:ascii="Georgia" w:hAnsi="Georgia" w:eastAsia="Georgia"/>
          <w:sz w:val="23"/>
        </w:rPr>
        <w:t>“Say exactly where you feel whatever changes,” I said. “Do not improve the language for us.”</w:t>
      </w:r>
    </w:p>
    <w:p>
      <w:r>
        <w:rPr>
          <w:rFonts w:ascii="Georgia" w:hAnsi="Georgia" w:eastAsia="Georgia"/>
          <w:sz w:val="23"/>
        </w:rPr>
        <w:t>“I am one hundred eighty-seven. I have learned not to improve language for technicians.”</w:t>
      </w:r>
    </w:p>
    <w:p>
      <w:r>
        <w:rPr>
          <w:rFonts w:ascii="Georgia" w:hAnsi="Georgia" w:eastAsia="Georgia"/>
          <w:sz w:val="23"/>
        </w:rPr>
        <w:t>Miren began the baseline.</w:t>
      </w:r>
    </w:p>
    <w:p>
      <w:r>
        <w:rPr>
          <w:rFonts w:ascii="Georgia" w:hAnsi="Georgia" w:eastAsia="Georgia"/>
          <w:sz w:val="23"/>
        </w:rPr>
        <w:t>Ivena closed her eyes.</w:t>
      </w:r>
    </w:p>
    <w:p>
      <w:r>
        <w:rPr>
          <w:rFonts w:ascii="Georgia" w:hAnsi="Georgia" w:eastAsia="Georgia"/>
          <w:sz w:val="23"/>
        </w:rPr>
        <w:t>“Right thumb to little finger.”</w:t>
      </w:r>
    </w:p>
    <w:p>
      <w:r>
        <w:rPr>
          <w:rFonts w:ascii="Georgia" w:hAnsi="Georgia" w:eastAsia="Georgia"/>
          <w:sz w:val="23"/>
        </w:rPr>
        <w:t>Correct.</w:t>
      </w:r>
    </w:p>
    <w:p>
      <w:r>
        <w:rPr>
          <w:rFonts w:ascii="Georgia" w:hAnsi="Georgia" w:eastAsia="Georgia"/>
          <w:sz w:val="23"/>
        </w:rPr>
        <w:t>Again.</w:t>
      </w:r>
    </w:p>
    <w:p>
      <w:r>
        <w:rPr>
          <w:rFonts w:ascii="Georgia" w:hAnsi="Georgia" w:eastAsia="Georgia"/>
          <w:sz w:val="23"/>
        </w:rPr>
        <w:t>Correct.</w:t>
      </w:r>
    </w:p>
    <w:p>
      <w:r>
        <w:rPr>
          <w:rFonts w:ascii="Georgia" w:hAnsi="Georgia" w:eastAsia="Georgia"/>
          <w:sz w:val="23"/>
        </w:rPr>
        <w:t>Left.</w:t>
      </w:r>
    </w:p>
    <w:p>
      <w:r>
        <w:rPr>
          <w:rFonts w:ascii="Georgia" w:hAnsi="Georgia" w:eastAsia="Georgia"/>
          <w:sz w:val="23"/>
        </w:rPr>
        <w:t>Correct.</w:t>
      </w:r>
    </w:p>
    <w:p>
      <w:r>
        <w:rPr>
          <w:rFonts w:ascii="Georgia" w:hAnsi="Georgia" w:eastAsia="Georgia"/>
          <w:sz w:val="23"/>
        </w:rPr>
        <w:t>Pressure discrimination across both palms.</w:t>
      </w:r>
    </w:p>
    <w:p>
      <w:r>
        <w:rPr>
          <w:rFonts w:ascii="Georgia" w:hAnsi="Georgia" w:eastAsia="Georgia"/>
          <w:sz w:val="23"/>
        </w:rPr>
        <w:t>Normal.</w:t>
      </w:r>
    </w:p>
    <w:p>
      <w:r>
        <w:rPr>
          <w:rFonts w:ascii="Georgia" w:hAnsi="Georgia" w:eastAsia="Georgia"/>
          <w:sz w:val="23"/>
        </w:rPr>
        <w:t>Sternal localization.</w:t>
      </w:r>
    </w:p>
    <w:p>
      <w:r>
        <w:rPr>
          <w:rFonts w:ascii="Georgia" w:hAnsi="Georgia" w:eastAsia="Georgia"/>
          <w:sz w:val="23"/>
        </w:rPr>
        <w:t>Normal except at the setting footprint, where ordinary tactile resolution had been reduced for decades.</w:t>
      </w:r>
    </w:p>
    <w:p>
      <w:r>
        <w:rPr>
          <w:rFonts w:ascii="Georgia" w:hAnsi="Georgia" w:eastAsia="Georgia"/>
          <w:sz w:val="23"/>
        </w:rPr>
        <w:t>“Expected?” I asked.</w:t>
      </w:r>
    </w:p>
    <w:p>
      <w:r>
        <w:rPr>
          <w:rFonts w:ascii="Georgia" w:hAnsi="Georgia" w:eastAsia="Georgia"/>
          <w:sz w:val="23"/>
        </w:rPr>
        <w:t>“Licensed long-contact range,” Miren said.</w:t>
      </w:r>
    </w:p>
    <w:p>
      <w:r>
        <w:rPr>
          <w:rFonts w:ascii="Georgia" w:hAnsi="Georgia" w:eastAsia="Georgia"/>
          <w:sz w:val="23"/>
        </w:rPr>
        <w:t>“That phrase should not exist.”</w:t>
      </w:r>
    </w:p>
    <w:p>
      <w:r>
        <w:rPr>
          <w:rFonts w:ascii="Georgia" w:hAnsi="Georgia" w:eastAsia="Georgia"/>
          <w:sz w:val="23"/>
        </w:rPr>
        <w:t>“It exists because people do this.”</w:t>
      </w:r>
    </w:p>
    <w:p>
      <w:r>
        <w:rPr>
          <w:rFonts w:ascii="Georgia" w:hAnsi="Georgia" w:eastAsia="Georgia"/>
          <w:sz w:val="23"/>
        </w:rPr>
        <w:t>“People did it before the phrase.”</w:t>
      </w:r>
    </w:p>
    <w:p>
      <w:r>
        <w:rPr>
          <w:rFonts w:ascii="Georgia" w:hAnsi="Georgia" w:eastAsia="Georgia"/>
          <w:sz w:val="23"/>
        </w:rPr>
        <w:t>“That is how phrases get jobs.”</w:t>
      </w:r>
    </w:p>
    <w:p>
      <w:r>
        <w:rPr>
          <w:rFonts w:ascii="Georgia" w:hAnsi="Georgia" w:eastAsia="Georgia"/>
          <w:sz w:val="23"/>
        </w:rPr>
        <w:t>Ivena opened one eye.</w:t>
      </w:r>
    </w:p>
    <w:p>
      <w:r>
        <w:rPr>
          <w:rFonts w:ascii="Georgia" w:hAnsi="Georgia" w:eastAsia="Georgia"/>
          <w:sz w:val="23"/>
        </w:rPr>
        <w:t>“You two are going to be unbearable together.”</w:t>
      </w:r>
    </w:p>
    <w:p>
      <w:r>
        <w:rPr>
          <w:rFonts w:ascii="Georgia" w:hAnsi="Georgia" w:eastAsia="Georgia"/>
          <w:sz w:val="23"/>
        </w:rPr>
        <w:t>Miren lowered the contact compensation by five percent.</w:t>
      </w:r>
    </w:p>
    <w:p>
      <w:r>
        <w:rPr>
          <w:rFonts w:ascii="Georgia" w:hAnsi="Georgia" w:eastAsia="Georgia"/>
          <w:sz w:val="23"/>
        </w:rPr>
        <w:t>Nothing visible changed.</w:t>
      </w:r>
    </w:p>
    <w:p>
      <w:r>
        <w:rPr>
          <w:rFonts w:ascii="Georgia" w:hAnsi="Georgia" w:eastAsia="Georgia"/>
          <w:sz w:val="23"/>
        </w:rPr>
        <w:t>Ivena inhaled.</w:t>
      </w:r>
    </w:p>
    <w:p>
      <w:r>
        <w:rPr>
          <w:rFonts w:ascii="Georgia" w:hAnsi="Georgia" w:eastAsia="Georgia"/>
          <w:sz w:val="23"/>
        </w:rPr>
        <w:t>“Report.”</w:t>
      </w:r>
    </w:p>
    <w:p>
      <w:r>
        <w:rPr>
          <w:rFonts w:ascii="Georgia" w:hAnsi="Georgia" w:eastAsia="Georgia"/>
          <w:sz w:val="23"/>
        </w:rPr>
        <w:t>“Cool.”</w:t>
      </w:r>
    </w:p>
    <w:p>
      <w:r>
        <w:rPr>
          <w:rFonts w:ascii="Georgia" w:hAnsi="Georgia" w:eastAsia="Georgia"/>
          <w:sz w:val="23"/>
        </w:rPr>
        <w:t>“Where?”</w:t>
      </w:r>
    </w:p>
    <w:p>
      <w:r>
        <w:rPr>
          <w:rFonts w:ascii="Georgia" w:hAnsi="Georgia" w:eastAsia="Georgia"/>
          <w:sz w:val="23"/>
        </w:rPr>
        <w:t>“Under it.”</w:t>
      </w:r>
    </w:p>
    <w:p>
      <w:r>
        <w:rPr>
          <w:rFonts w:ascii="Georgia" w:hAnsi="Georgia" w:eastAsia="Georgia"/>
          <w:sz w:val="23"/>
        </w:rPr>
        <w:t>“Skin temperature?”</w:t>
      </w:r>
    </w:p>
    <w:p>
      <w:r>
        <w:rPr>
          <w:rFonts w:ascii="Georgia" w:hAnsi="Georgia" w:eastAsia="Georgia"/>
          <w:sz w:val="23"/>
        </w:rPr>
        <w:t>Miren checked.</w:t>
      </w:r>
    </w:p>
    <w:p>
      <w:r>
        <w:rPr>
          <w:rFonts w:ascii="Georgia" w:hAnsi="Georgia" w:eastAsia="Georgia"/>
          <w:sz w:val="23"/>
        </w:rPr>
        <w:t>“No measurable change.”</w:t>
      </w:r>
    </w:p>
    <w:p>
      <w:r>
        <w:rPr>
          <w:rFonts w:ascii="Georgia" w:hAnsi="Georgia" w:eastAsia="Georgia"/>
          <w:sz w:val="23"/>
        </w:rPr>
        <w:t>“Continue?”</w:t>
      </w:r>
    </w:p>
    <w:p>
      <w:r>
        <w:rPr>
          <w:rFonts w:ascii="Georgia" w:hAnsi="Georgia" w:eastAsia="Georgia"/>
          <w:sz w:val="23"/>
        </w:rPr>
        <w:t>Ivena nodded.</w:t>
      </w:r>
    </w:p>
    <w:p>
      <w:r>
        <w:rPr>
          <w:rFonts w:ascii="Georgia" w:hAnsi="Georgia" w:eastAsia="Georgia"/>
          <w:sz w:val="23"/>
        </w:rPr>
        <w:t>Ten percent.</w:t>
      </w:r>
    </w:p>
    <w:p>
      <w:r>
        <w:rPr>
          <w:rFonts w:ascii="Georgia" w:hAnsi="Georgia" w:eastAsia="Georgia"/>
          <w:sz w:val="23"/>
        </w:rPr>
        <w:t>The setting’s local coherence increased by one point two percent.</w:t>
      </w:r>
    </w:p>
    <w:p>
      <w:r>
        <w:rPr>
          <w:rFonts w:ascii="Georgia" w:hAnsi="Georgia" w:eastAsia="Georgia"/>
          <w:sz w:val="23"/>
        </w:rPr>
        <w:t>Still inside service tolerance.</w:t>
      </w:r>
    </w:p>
    <w:p>
      <w:r>
        <w:rPr>
          <w:rFonts w:ascii="Georgia" w:hAnsi="Georgia" w:eastAsia="Georgia"/>
          <w:sz w:val="23"/>
        </w:rPr>
        <w:t>Ivena’s pulse rose.</w:t>
      </w:r>
    </w:p>
    <w:p>
      <w:r>
        <w:rPr>
          <w:rFonts w:ascii="Georgia" w:hAnsi="Georgia" w:eastAsia="Georgia"/>
          <w:sz w:val="23"/>
        </w:rPr>
        <w:t>“Anything?”</w:t>
      </w:r>
    </w:p>
    <w:p>
      <w:r>
        <w:rPr>
          <w:rFonts w:ascii="Georgia" w:hAnsi="Georgia" w:eastAsia="Georgia"/>
          <w:sz w:val="23"/>
        </w:rPr>
        <w:t>“Pressure.”</w:t>
      </w:r>
    </w:p>
    <w:p>
      <w:r>
        <w:rPr>
          <w:rFonts w:ascii="Georgia" w:hAnsi="Georgia" w:eastAsia="Georgia"/>
          <w:sz w:val="23"/>
        </w:rPr>
        <w:t>“Mechanical?”</w:t>
      </w:r>
    </w:p>
    <w:p>
      <w:r>
        <w:rPr>
          <w:rFonts w:ascii="Georgia" w:hAnsi="Georgia" w:eastAsia="Georgia"/>
          <w:sz w:val="23"/>
        </w:rPr>
        <w:t>“No.”</w:t>
      </w:r>
    </w:p>
    <w:p>
      <w:r>
        <w:rPr>
          <w:rFonts w:ascii="Georgia" w:hAnsi="Georgia" w:eastAsia="Georgia"/>
          <w:sz w:val="23"/>
        </w:rPr>
        <w:t>“Direction?”</w:t>
      </w:r>
    </w:p>
    <w:p>
      <w:r>
        <w:rPr>
          <w:rFonts w:ascii="Georgia" w:hAnsi="Georgia" w:eastAsia="Georgia"/>
          <w:sz w:val="23"/>
        </w:rPr>
        <w:t>“Inward.”</w:t>
      </w:r>
    </w:p>
    <w:p>
      <w:r>
        <w:rPr>
          <w:rFonts w:ascii="Georgia" w:hAnsi="Georgia" w:eastAsia="Georgia"/>
          <w:sz w:val="23"/>
        </w:rPr>
        <w:t>Miren’s hand moved toward baseline control.</w:t>
      </w:r>
    </w:p>
    <w:p>
      <w:r>
        <w:rPr>
          <w:rFonts w:ascii="Georgia" w:hAnsi="Georgia" w:eastAsia="Georgia"/>
          <w:sz w:val="23"/>
        </w:rPr>
        <w:t>Ivena said, “I did not stop.”</w:t>
      </w:r>
    </w:p>
    <w:p>
      <w:r>
        <w:rPr>
          <w:rFonts w:ascii="Georgia" w:hAnsi="Georgia" w:eastAsia="Georgia"/>
          <w:sz w:val="23"/>
        </w:rPr>
        <w:t>Miren stopped moving anyway.</w:t>
      </w:r>
    </w:p>
    <w:p>
      <w:r>
        <w:rPr>
          <w:rFonts w:ascii="Georgia" w:hAnsi="Georgia" w:eastAsia="Georgia"/>
          <w:sz w:val="23"/>
        </w:rPr>
        <w:t>“Your pulse changed.”</w:t>
      </w:r>
    </w:p>
    <w:p>
      <w:r>
        <w:rPr>
          <w:rFonts w:ascii="Georgia" w:hAnsi="Georgia" w:eastAsia="Georgia"/>
          <w:sz w:val="23"/>
        </w:rPr>
        <w:t>“I noticed.”</w:t>
      </w:r>
    </w:p>
    <w:p>
      <w:r>
        <w:rPr>
          <w:rFonts w:ascii="Georgia" w:hAnsi="Georgia" w:eastAsia="Georgia"/>
          <w:sz w:val="23"/>
        </w:rPr>
        <w:t>“Do you want baseline?”</w:t>
      </w:r>
    </w:p>
    <w:p>
      <w:r>
        <w:rPr>
          <w:rFonts w:ascii="Georgia" w:hAnsi="Georgia" w:eastAsia="Georgia"/>
          <w:sz w:val="23"/>
        </w:rPr>
        <w:t>“No.”</w:t>
      </w:r>
    </w:p>
    <w:p>
      <w:r>
        <w:rPr>
          <w:rFonts w:ascii="Georgia" w:hAnsi="Georgia" w:eastAsia="Georgia"/>
          <w:sz w:val="23"/>
        </w:rPr>
        <w:t>“Do you want to continue?”</w:t>
      </w:r>
    </w:p>
    <w:p>
      <w:r>
        <w:rPr>
          <w:rFonts w:ascii="Georgia" w:hAnsi="Georgia" w:eastAsia="Georgia"/>
          <w:sz w:val="23"/>
        </w:rPr>
        <w:t>“Yes.”</w:t>
      </w:r>
    </w:p>
    <w:p>
      <w:r>
        <w:rPr>
          <w:rFonts w:ascii="Georgia" w:hAnsi="Georgia" w:eastAsia="Georgia"/>
          <w:sz w:val="23"/>
        </w:rPr>
        <w:t>Miren looked at me.</w:t>
      </w:r>
    </w:p>
    <w:p>
      <w:r>
        <w:rPr>
          <w:rFonts w:ascii="Georgia" w:hAnsi="Georgia" w:eastAsia="Georgia"/>
          <w:sz w:val="23"/>
        </w:rPr>
        <w:t>I hated consultation most when it arrived after the right question.</w:t>
      </w:r>
    </w:p>
    <w:p>
      <w:r>
        <w:rPr>
          <w:rFonts w:ascii="Georgia" w:hAnsi="Georgia" w:eastAsia="Georgia"/>
          <w:sz w:val="23"/>
        </w:rPr>
        <w:t>“Five more,” I said.</w:t>
      </w:r>
    </w:p>
    <w:p>
      <w:r>
        <w:rPr>
          <w:rFonts w:ascii="Georgia" w:hAnsi="Georgia" w:eastAsia="Georgia"/>
          <w:sz w:val="23"/>
        </w:rPr>
        <w:t>Fifteen percent reduction.</w:t>
      </w:r>
    </w:p>
    <w:p>
      <w:r>
        <w:rPr>
          <w:rFonts w:ascii="Georgia" w:hAnsi="Georgia" w:eastAsia="Georgia"/>
          <w:sz w:val="23"/>
        </w:rPr>
        <w:t>The setting moved.</w:t>
      </w:r>
    </w:p>
    <w:p>
      <w:r>
        <w:rPr>
          <w:rFonts w:ascii="Georgia" w:hAnsi="Georgia" w:eastAsia="Georgia"/>
          <w:sz w:val="23"/>
        </w:rPr>
        <w:t>Not across the skin.</w:t>
      </w:r>
    </w:p>
    <w:p>
      <w:r>
        <w:rPr>
          <w:rFonts w:ascii="Georgia" w:hAnsi="Georgia" w:eastAsia="Georgia"/>
          <w:sz w:val="23"/>
        </w:rPr>
        <w:t>Into the map.</w:t>
      </w:r>
    </w:p>
    <w:p>
      <w:r>
        <w:rPr>
          <w:rFonts w:ascii="Georgia" w:hAnsi="Georgia" w:eastAsia="Georgia"/>
          <w:sz w:val="23"/>
        </w:rPr>
        <w:t>I knew that feeling before Ivena spoke because my own sternum tightened in sympathetic memory.</w:t>
      </w:r>
    </w:p>
    <w:p>
      <w:r>
        <w:rPr>
          <w:rFonts w:ascii="Georgia" w:hAnsi="Georgia" w:eastAsia="Georgia"/>
          <w:sz w:val="23"/>
        </w:rPr>
        <w:t>Not field effect.</w:t>
      </w:r>
    </w:p>
    <w:p>
      <w:r>
        <w:rPr>
          <w:rFonts w:ascii="Georgia" w:hAnsi="Georgia" w:eastAsia="Georgia"/>
          <w:sz w:val="23"/>
        </w:rPr>
        <w:t>Memory.</w:t>
      </w:r>
    </w:p>
    <w:p>
      <w:r>
        <w:rPr>
          <w:rFonts w:ascii="Georgia" w:hAnsi="Georgia" w:eastAsia="Georgia"/>
          <w:sz w:val="23"/>
        </w:rPr>
        <w:t>I did not promote it.</w:t>
      </w:r>
    </w:p>
    <w:p>
      <w:r>
        <w:rPr>
          <w:rFonts w:ascii="Georgia" w:hAnsi="Georgia" w:eastAsia="Georgia"/>
          <w:sz w:val="23"/>
        </w:rPr>
        <w:t>Ivena’s right hand opened.</w:t>
      </w:r>
    </w:p>
    <w:p>
      <w:r>
        <w:rPr>
          <w:rFonts w:ascii="Georgia" w:hAnsi="Georgia" w:eastAsia="Georgia"/>
          <w:sz w:val="23"/>
        </w:rPr>
        <w:t>The left still held the stop switch.</w:t>
      </w:r>
    </w:p>
    <w:p>
      <w:r>
        <w:rPr>
          <w:rFonts w:ascii="Georgia" w:hAnsi="Georgia" w:eastAsia="Georgia"/>
          <w:sz w:val="23"/>
        </w:rPr>
        <w:t>“Where?” I asked.</w:t>
      </w:r>
    </w:p>
    <w:p>
      <w:r>
        <w:rPr>
          <w:rFonts w:ascii="Georgia" w:hAnsi="Georgia" w:eastAsia="Georgia"/>
          <w:sz w:val="23"/>
        </w:rPr>
        <w:t>“Do not ask fast.”</w:t>
      </w:r>
    </w:p>
    <w:p>
      <w:r>
        <w:rPr>
          <w:rFonts w:ascii="Georgia" w:hAnsi="Georgia" w:eastAsia="Georgia"/>
          <w:sz w:val="23"/>
        </w:rPr>
        <w:t>I waited.</w:t>
      </w:r>
    </w:p>
    <w:p>
      <w:r>
        <w:rPr>
          <w:rFonts w:ascii="Georgia" w:hAnsi="Georgia" w:eastAsia="Georgia"/>
          <w:sz w:val="23"/>
        </w:rPr>
        <w:t>Miren waited.</w:t>
      </w:r>
    </w:p>
    <w:p>
      <w:r>
        <w:rPr>
          <w:rFonts w:ascii="Georgia" w:hAnsi="Georgia" w:eastAsia="Georgia"/>
          <w:sz w:val="23"/>
        </w:rPr>
        <w:t>The instruments continued drawing clean lines that did not know they were waiting too.</w:t>
      </w:r>
    </w:p>
    <w:p>
      <w:r>
        <w:rPr>
          <w:rFonts w:ascii="Georgia" w:hAnsi="Georgia" w:eastAsia="Georgia"/>
          <w:sz w:val="23"/>
        </w:rPr>
        <w:t>Ivena touched the center of her chest with her right index finger.</w:t>
      </w:r>
    </w:p>
    <w:p>
      <w:r>
        <w:rPr>
          <w:rFonts w:ascii="Georgia" w:hAnsi="Georgia" w:eastAsia="Georgia"/>
          <w:sz w:val="23"/>
        </w:rPr>
        <w:t>Not the setting.</w:t>
      </w:r>
    </w:p>
    <w:p>
      <w:r>
        <w:rPr>
          <w:rFonts w:ascii="Georgia" w:hAnsi="Georgia" w:eastAsia="Georgia"/>
          <w:sz w:val="23"/>
        </w:rPr>
        <w:t>Two centimeters below it.</w:t>
      </w:r>
    </w:p>
    <w:p>
      <w:r>
        <w:rPr>
          <w:rFonts w:ascii="Georgia" w:hAnsi="Georgia" w:eastAsia="Georgia"/>
          <w:sz w:val="23"/>
        </w:rPr>
        <w:t>“It is larger.”</w:t>
      </w:r>
    </w:p>
    <w:p>
      <w:r>
        <w:rPr>
          <w:rFonts w:ascii="Georgia" w:hAnsi="Georgia" w:eastAsia="Georgia"/>
          <w:sz w:val="23"/>
        </w:rPr>
        <w:t>“The object?”</w:t>
      </w:r>
    </w:p>
    <w:p>
      <w:r>
        <w:rPr>
          <w:rFonts w:ascii="Georgia" w:hAnsi="Georgia" w:eastAsia="Georgia"/>
          <w:sz w:val="23"/>
        </w:rPr>
        <w:t>“No.”</w:t>
      </w:r>
    </w:p>
    <w:p>
      <w:r>
        <w:rPr>
          <w:rFonts w:ascii="Georgia" w:hAnsi="Georgia" w:eastAsia="Georgia"/>
          <w:sz w:val="23"/>
        </w:rPr>
        <w:t>“The pressure?”</w:t>
      </w:r>
    </w:p>
    <w:p>
      <w:r>
        <w:rPr>
          <w:rFonts w:ascii="Georgia" w:hAnsi="Georgia" w:eastAsia="Georgia"/>
          <w:sz w:val="23"/>
        </w:rPr>
        <w:t>“No.”</w:t>
      </w:r>
    </w:p>
    <w:p>
      <w:r>
        <w:rPr>
          <w:rFonts w:ascii="Georgia" w:hAnsi="Georgia" w:eastAsia="Georgia"/>
          <w:sz w:val="23"/>
        </w:rPr>
        <w:t>She opened her eyes.</w:t>
      </w:r>
    </w:p>
    <w:p>
      <w:r>
        <w:rPr>
          <w:rFonts w:ascii="Georgia" w:hAnsi="Georgia" w:eastAsia="Georgia"/>
          <w:sz w:val="23"/>
        </w:rPr>
        <w:t>“The place.”</w:t>
      </w:r>
    </w:p>
    <w:p>
      <w:r>
        <w:rPr>
          <w:rFonts w:ascii="Georgia" w:hAnsi="Georgia" w:eastAsia="Georgia"/>
          <w:sz w:val="23"/>
        </w:rPr>
        <w:t>Miren said, “Baseline.”</w:t>
      </w:r>
    </w:p>
    <w:p>
      <w:r>
        <w:rPr>
          <w:rFonts w:ascii="Georgia" w:hAnsi="Georgia" w:eastAsia="Georgia"/>
          <w:sz w:val="23"/>
        </w:rPr>
        <w:t>Ivena looked at her.</w:t>
      </w:r>
    </w:p>
    <w:p>
      <w:r>
        <w:rPr>
          <w:rFonts w:ascii="Georgia" w:hAnsi="Georgia" w:eastAsia="Georgia"/>
          <w:sz w:val="23"/>
        </w:rPr>
        <w:t>“Yes.”</w:t>
      </w:r>
    </w:p>
    <w:p>
      <w:r>
        <w:rPr>
          <w:rFonts w:ascii="Georgia" w:hAnsi="Georgia" w:eastAsia="Georgia"/>
          <w:sz w:val="23"/>
        </w:rPr>
        <w:t>Miren restored the field.</w:t>
      </w:r>
    </w:p>
    <w:p>
      <w:r>
        <w:rPr>
          <w:rFonts w:ascii="Georgia" w:hAnsi="Georgia" w:eastAsia="Georgia"/>
          <w:sz w:val="23"/>
        </w:rPr>
        <w:t>The coherence trace fell.</w:t>
      </w:r>
    </w:p>
    <w:p>
      <w:r>
        <w:rPr>
          <w:rFonts w:ascii="Georgia" w:hAnsi="Georgia" w:eastAsia="Georgia"/>
          <w:sz w:val="23"/>
        </w:rPr>
        <w:t>Ivena’s shoulders lowered.</w:t>
      </w:r>
    </w:p>
    <w:p>
      <w:r>
        <w:rPr>
          <w:rFonts w:ascii="Georgia" w:hAnsi="Georgia" w:eastAsia="Georgia"/>
          <w:sz w:val="23"/>
        </w:rPr>
        <w:t>Her right hand remained against her sternum.</w:t>
      </w:r>
    </w:p>
    <w:p>
      <w:r>
        <w:rPr>
          <w:rFonts w:ascii="Georgia" w:hAnsi="Georgia" w:eastAsia="Georgia"/>
          <w:sz w:val="23"/>
        </w:rPr>
        <w:t>“How long?” I asked.</w:t>
      </w:r>
    </w:p>
    <w:p>
      <w:r>
        <w:rPr>
          <w:rFonts w:ascii="Georgia" w:hAnsi="Georgia" w:eastAsia="Georgia"/>
          <w:sz w:val="23"/>
        </w:rPr>
        <w:t>“Until what?”</w:t>
      </w:r>
    </w:p>
    <w:p>
      <w:r>
        <w:rPr>
          <w:rFonts w:ascii="Georgia" w:hAnsi="Georgia" w:eastAsia="Georgia"/>
          <w:sz w:val="23"/>
        </w:rPr>
        <w:t>“Until the place returned.”</w:t>
      </w:r>
    </w:p>
    <w:p>
      <w:r>
        <w:rPr>
          <w:rFonts w:ascii="Georgia" w:hAnsi="Georgia" w:eastAsia="Georgia"/>
          <w:sz w:val="23"/>
        </w:rPr>
        <w:t>“It did not leave.”</w:t>
      </w:r>
    </w:p>
    <w:p>
      <w:r>
        <w:rPr>
          <w:rFonts w:ascii="Georgia" w:hAnsi="Georgia" w:eastAsia="Georgia"/>
          <w:sz w:val="23"/>
        </w:rPr>
        <w:t>I stopped.</w:t>
      </w:r>
    </w:p>
    <w:p>
      <w:r>
        <w:rPr>
          <w:rFonts w:ascii="Georgia" w:hAnsi="Georgia" w:eastAsia="Georgia"/>
          <w:sz w:val="23"/>
        </w:rPr>
        <w:t>“Define that.”</w:t>
      </w:r>
    </w:p>
    <w:p>
      <w:r>
        <w:rPr>
          <w:rFonts w:ascii="Georgia" w:hAnsi="Georgia" w:eastAsia="Georgia"/>
          <w:sz w:val="23"/>
        </w:rPr>
        <w:t>“I can feel the setting where it is.”</w:t>
      </w:r>
    </w:p>
    <w:p>
      <w:r>
        <w:rPr>
          <w:rFonts w:ascii="Georgia" w:hAnsi="Georgia" w:eastAsia="Georgia"/>
          <w:sz w:val="23"/>
        </w:rPr>
        <w:t>“Yes.”</w:t>
      </w:r>
    </w:p>
    <w:p>
      <w:r>
        <w:rPr>
          <w:rFonts w:ascii="Georgia" w:hAnsi="Georgia" w:eastAsia="Georgia"/>
          <w:sz w:val="23"/>
        </w:rPr>
        <w:t>“I can also feel where it was going to be.”</w:t>
      </w:r>
    </w:p>
    <w:p>
      <w:r>
        <w:rPr>
          <w:rFonts w:ascii="Georgia" w:hAnsi="Georgia" w:eastAsia="Georgia"/>
          <w:sz w:val="23"/>
        </w:rPr>
        <w:t>Miren looked at the trace.</w:t>
      </w:r>
    </w:p>
    <w:p>
      <w:r>
        <w:rPr>
          <w:rFonts w:ascii="Georgia" w:hAnsi="Georgia" w:eastAsia="Georgia"/>
          <w:sz w:val="23"/>
        </w:rPr>
        <w:t>“It did not move.”</w:t>
      </w:r>
    </w:p>
    <w:p>
      <w:r>
        <w:rPr>
          <w:rFonts w:ascii="Georgia" w:hAnsi="Georgia" w:eastAsia="Georgia"/>
          <w:sz w:val="23"/>
        </w:rPr>
        <w:t>“I know.”</w:t>
      </w:r>
    </w:p>
    <w:p>
      <w:r>
        <w:rPr>
          <w:rFonts w:ascii="Georgia" w:hAnsi="Georgia" w:eastAsia="Georgia"/>
          <w:sz w:val="23"/>
        </w:rPr>
        <w:t>“Do you want to stop the resiting evaluation?”</w:t>
      </w:r>
    </w:p>
    <w:p>
      <w:r>
        <w:rPr>
          <w:rFonts w:ascii="Georgia" w:hAnsi="Georgia" w:eastAsia="Georgia"/>
          <w:sz w:val="23"/>
        </w:rPr>
        <w:t>Ivena considered.</w:t>
      </w:r>
    </w:p>
    <w:p>
      <w:r>
        <w:rPr>
          <w:rFonts w:ascii="Georgia" w:hAnsi="Georgia" w:eastAsia="Georgia"/>
          <w:sz w:val="23"/>
        </w:rPr>
        <w:t>“No.”</w:t>
      </w:r>
    </w:p>
    <w:p>
      <w:r>
        <w:rPr>
          <w:rFonts w:ascii="Georgia" w:hAnsi="Georgia" w:eastAsia="Georgia"/>
          <w:sz w:val="23"/>
        </w:rPr>
        <w:t>“This is already outside ordinary service.”</w:t>
      </w:r>
    </w:p>
    <w:p>
      <w:r>
        <w:rPr>
          <w:rFonts w:ascii="Georgia" w:hAnsi="Georgia" w:eastAsia="Georgia"/>
          <w:sz w:val="23"/>
        </w:rPr>
        <w:t>“I know.”</w:t>
      </w:r>
    </w:p>
    <w:p>
      <w:r>
        <w:rPr>
          <w:rFonts w:ascii="Georgia" w:hAnsi="Georgia" w:eastAsia="Georgia"/>
          <w:sz w:val="23"/>
        </w:rPr>
        <w:t>“Your surgical deadline does not change the stop rule.”</w:t>
      </w:r>
    </w:p>
    <w:p>
      <w:r>
        <w:rPr>
          <w:rFonts w:ascii="Georgia" w:hAnsi="Georgia" w:eastAsia="Georgia"/>
          <w:sz w:val="23"/>
        </w:rPr>
        <w:t>“I know.”</w:t>
      </w:r>
    </w:p>
    <w:p>
      <w:r>
        <w:rPr>
          <w:rFonts w:ascii="Georgia" w:hAnsi="Georgia" w:eastAsia="Georgia"/>
          <w:sz w:val="23"/>
        </w:rPr>
        <w:t>“Then why continue?”</w:t>
      </w:r>
    </w:p>
    <w:p>
      <w:r>
        <w:rPr>
          <w:rFonts w:ascii="Georgia" w:hAnsi="Georgia" w:eastAsia="Georgia"/>
          <w:sz w:val="23"/>
        </w:rPr>
        <w:t>Ivena looked at me instead of Miren.</w:t>
      </w:r>
    </w:p>
    <w:p>
      <w:r>
        <w:rPr>
          <w:rFonts w:ascii="Georgia" w:hAnsi="Georgia" w:eastAsia="Georgia"/>
          <w:sz w:val="23"/>
        </w:rPr>
        <w:t>“Because I am supposed to have another forty years out of the scaffold if they replace it now.”</w:t>
      </w:r>
    </w:p>
    <w:p>
      <w:r>
        <w:rPr>
          <w:rFonts w:ascii="Georgia" w:hAnsi="Georgia" w:eastAsia="Georgia"/>
          <w:sz w:val="23"/>
        </w:rPr>
        <w:t>There it was.</w:t>
      </w:r>
    </w:p>
    <w:p>
      <w:r>
        <w:rPr>
          <w:rFonts w:ascii="Georgia" w:hAnsi="Georgia" w:eastAsia="Georgia"/>
          <w:sz w:val="23"/>
        </w:rPr>
        <w:t>Not immortality.</w:t>
      </w:r>
    </w:p>
    <w:p>
      <w:r>
        <w:rPr>
          <w:rFonts w:ascii="Georgia" w:hAnsi="Georgia" w:eastAsia="Georgia"/>
          <w:sz w:val="23"/>
        </w:rPr>
        <w:t>Maintenance.</w:t>
      </w:r>
    </w:p>
    <w:p>
      <w:r>
        <w:rPr>
          <w:rFonts w:ascii="Georgia" w:hAnsi="Georgia" w:eastAsia="Georgia"/>
          <w:sz w:val="23"/>
        </w:rPr>
        <w:t>Forty years had become a practical unit.</w:t>
      </w:r>
    </w:p>
    <w:p>
      <w:r>
        <w:rPr>
          <w:rFonts w:ascii="Georgia" w:hAnsi="Georgia" w:eastAsia="Georgia"/>
          <w:sz w:val="23"/>
        </w:rPr>
        <w:t>“If they wait?” I asked.</w:t>
      </w:r>
    </w:p>
    <w:p>
      <w:r>
        <w:rPr>
          <w:rFonts w:ascii="Georgia" w:hAnsi="Georgia" w:eastAsia="Georgia"/>
          <w:sz w:val="23"/>
        </w:rPr>
        <w:t>“Maybe twenty. Maybe less. The old lattice is calcifying around the third anchor.”</w:t>
      </w:r>
    </w:p>
    <w:p>
      <w:r>
        <w:rPr>
          <w:rFonts w:ascii="Georgia" w:hAnsi="Georgia" w:eastAsia="Georgia"/>
          <w:sz w:val="23"/>
        </w:rPr>
        <w:t>“Emergency?”</w:t>
      </w:r>
    </w:p>
    <w:p>
      <w:r>
        <w:rPr>
          <w:rFonts w:ascii="Georgia" w:hAnsi="Georgia" w:eastAsia="Georgia"/>
          <w:sz w:val="23"/>
        </w:rPr>
        <w:t>“No.”</w:t>
      </w:r>
    </w:p>
    <w:p>
      <w:r>
        <w:rPr>
          <w:rFonts w:ascii="Georgia" w:hAnsi="Georgia" w:eastAsia="Georgia"/>
          <w:sz w:val="23"/>
        </w:rPr>
        <w:t>“Progressive?”</w:t>
      </w:r>
    </w:p>
    <w:p>
      <w:r>
        <w:rPr>
          <w:rFonts w:ascii="Georgia" w:hAnsi="Georgia" w:eastAsia="Georgia"/>
          <w:sz w:val="23"/>
        </w:rPr>
        <w:t>“Yes.”</w:t>
      </w:r>
    </w:p>
    <w:p>
      <w:r>
        <w:rPr>
          <w:rFonts w:ascii="Georgia" w:hAnsi="Georgia" w:eastAsia="Georgia"/>
          <w:sz w:val="23"/>
        </w:rPr>
        <w:t>“Private surgical alternatives?”</w:t>
      </w:r>
    </w:p>
    <w:p>
      <w:r>
        <w:rPr>
          <w:rFonts w:ascii="Georgia" w:hAnsi="Georgia" w:eastAsia="Georgia"/>
          <w:sz w:val="23"/>
        </w:rPr>
        <w:t>She laughed once.</w:t>
      </w:r>
    </w:p>
    <w:p>
      <w:r>
        <w:rPr>
          <w:rFonts w:ascii="Georgia" w:hAnsi="Georgia" w:eastAsia="Georgia"/>
          <w:sz w:val="23"/>
        </w:rPr>
        <w:t>“I am not rich enough to have someone build a field-neutral chest around the problem.”</w:t>
      </w:r>
    </w:p>
    <w:p>
      <w:r>
        <w:rPr>
          <w:rFonts w:ascii="Georgia" w:hAnsi="Georgia" w:eastAsia="Georgia"/>
          <w:sz w:val="23"/>
        </w:rPr>
        <w:t>Miren said, “There are three clinics.”</w:t>
      </w:r>
    </w:p>
    <w:p>
      <w:r>
        <w:rPr>
          <w:rFonts w:ascii="Georgia" w:hAnsi="Georgia" w:eastAsia="Georgia"/>
          <w:sz w:val="23"/>
        </w:rPr>
        <w:t>“I called two.”</w:t>
      </w:r>
    </w:p>
    <w:p>
      <w:r>
        <w:rPr>
          <w:rFonts w:ascii="Georgia" w:hAnsi="Georgia" w:eastAsia="Georgia"/>
          <w:sz w:val="23"/>
        </w:rPr>
        <w:t>“And?”</w:t>
      </w:r>
    </w:p>
    <w:p>
      <w:r>
        <w:rPr>
          <w:rFonts w:ascii="Georgia" w:hAnsi="Georgia" w:eastAsia="Georgia"/>
          <w:sz w:val="23"/>
        </w:rPr>
        <w:t>“One wanted the cost of my apartment. The other wanted the cost of the building.”</w:t>
      </w:r>
    </w:p>
    <w:p>
      <w:r>
        <w:rPr>
          <w:rFonts w:ascii="Georgia" w:hAnsi="Georgia" w:eastAsia="Georgia"/>
          <w:sz w:val="23"/>
        </w:rPr>
        <w:t>“The third?”</w:t>
      </w:r>
    </w:p>
    <w:p>
      <w:r>
        <w:rPr>
          <w:rFonts w:ascii="Georgia" w:hAnsi="Georgia" w:eastAsia="Georgia"/>
          <w:sz w:val="23"/>
        </w:rPr>
        <w:t>“Does not take people with pre-standard fragments.”</w:t>
      </w:r>
    </w:p>
    <w:p>
      <w:r>
        <w:rPr>
          <w:rFonts w:ascii="Georgia" w:hAnsi="Georgia" w:eastAsia="Georgia"/>
          <w:sz w:val="23"/>
        </w:rPr>
        <w:t>I looked at the one point eight six grams under her skin.</w:t>
      </w:r>
    </w:p>
    <w:p>
      <w:r>
        <w:rPr>
          <w:rFonts w:ascii="Georgia" w:hAnsi="Georgia" w:eastAsia="Georgia"/>
          <w:sz w:val="23"/>
        </w:rPr>
        <w:t>Deren had completed at twenty-nine.</w:t>
      </w:r>
    </w:p>
    <w:p>
      <w:r>
        <w:rPr>
          <w:rFonts w:ascii="Georgia" w:hAnsi="Georgia" w:eastAsia="Georgia"/>
          <w:sz w:val="23"/>
        </w:rPr>
        <w:t>Ivena had already lived more than six times as long as he had.</w:t>
      </w:r>
    </w:p>
    <w:p>
      <w:r>
        <w:rPr>
          <w:rFonts w:ascii="Georgia" w:hAnsi="Georgia" w:eastAsia="Georgia"/>
          <w:sz w:val="23"/>
        </w:rPr>
        <w:t>If the surgery succeeded, she expected to live longer still.</w:t>
      </w:r>
    </w:p>
    <w:p>
      <w:r>
        <w:rPr>
          <w:rFonts w:ascii="Georgia" w:hAnsi="Georgia" w:eastAsia="Georgia"/>
          <w:sz w:val="23"/>
        </w:rPr>
        <w:t>The fact did not make his death smaller.</w:t>
      </w:r>
    </w:p>
    <w:p>
      <w:r>
        <w:rPr>
          <w:rFonts w:ascii="Georgia" w:hAnsi="Georgia" w:eastAsia="Georgia"/>
          <w:sz w:val="23"/>
        </w:rPr>
        <w:t>It made the missing years easier to count.</w:t>
      </w:r>
    </w:p>
    <w:p>
      <w:pPr>
        <w:spacing w:before="80" w:after="80"/>
        <w:jc w:val="center"/>
      </w:pPr>
      <w:r>
        <w:rPr>
          <w:rFonts w:ascii="Georgia" w:hAnsi="Georgia" w:eastAsia="Georgia"/>
          <w:sz w:val="23"/>
        </w:rPr>
        <w:t>§</w:t>
      </w:r>
    </w:p>
    <w:p>
      <w:r>
        <w:rPr>
          <w:rFonts w:ascii="Georgia" w:hAnsi="Georgia" w:eastAsia="Georgia"/>
          <w:sz w:val="23"/>
        </w:rPr>
        <w:t>We did not attempt removal.</w:t>
      </w:r>
    </w:p>
    <w:p>
      <w:r>
        <w:rPr>
          <w:rFonts w:ascii="Georgia" w:hAnsi="Georgia" w:eastAsia="Georgia"/>
          <w:sz w:val="23"/>
        </w:rPr>
        <w:t>We changed the question.</w:t>
      </w:r>
    </w:p>
    <w:p>
      <w:r>
        <w:rPr>
          <w:rFonts w:ascii="Georgia" w:hAnsi="Georgia" w:eastAsia="Georgia"/>
          <w:sz w:val="23"/>
        </w:rPr>
        <w:t>It was the correct procedure after a failed assumption, and an irritating one when the room wanted an answer.</w:t>
      </w:r>
    </w:p>
    <w:p>
      <w:r>
        <w:rPr>
          <w:rFonts w:ascii="Georgia" w:hAnsi="Georgia" w:eastAsia="Georgia"/>
          <w:sz w:val="23"/>
        </w:rPr>
        <w:t>Miren moved Ivena to the diagnostic chair.</w:t>
      </w:r>
    </w:p>
    <w:p>
      <w:r>
        <w:rPr>
          <w:rFonts w:ascii="Georgia" w:hAnsi="Georgia" w:eastAsia="Georgia"/>
          <w:sz w:val="23"/>
        </w:rPr>
        <w:t>The setting remained at baseline.</w:t>
      </w:r>
    </w:p>
    <w:p>
      <w:r>
        <w:rPr>
          <w:rFonts w:ascii="Georgia" w:hAnsi="Georgia" w:eastAsia="Georgia"/>
          <w:sz w:val="23"/>
        </w:rPr>
        <w:t>We mapped local response at contact.</w:t>
      </w:r>
    </w:p>
    <w:p>
      <w:r>
        <w:rPr>
          <w:rFonts w:ascii="Georgia" w:hAnsi="Georgia" w:eastAsia="Georgia"/>
          <w:sz w:val="23"/>
        </w:rPr>
        <w:t>No displacement.</w:t>
      </w:r>
    </w:p>
    <w:p>
      <w:r>
        <w:rPr>
          <w:rFonts w:ascii="Georgia" w:hAnsi="Georgia" w:eastAsia="Georgia"/>
          <w:sz w:val="23"/>
        </w:rPr>
        <w:t>No involuntary motor event.</w:t>
      </w:r>
    </w:p>
    <w:p>
      <w:r>
        <w:rPr>
          <w:rFonts w:ascii="Georgia" w:hAnsi="Georgia" w:eastAsia="Georgia"/>
          <w:sz w:val="23"/>
        </w:rPr>
        <w:t>No remote tactile report.</w:t>
      </w:r>
    </w:p>
    <w:p>
      <w:r>
        <w:rPr>
          <w:rFonts w:ascii="Georgia" w:hAnsi="Georgia" w:eastAsia="Georgia"/>
          <w:sz w:val="23"/>
        </w:rPr>
        <w:t>The standard checks passed.</w:t>
      </w:r>
    </w:p>
    <w:p>
      <w:r>
        <w:rPr>
          <w:rFonts w:ascii="Georgia" w:hAnsi="Georgia" w:eastAsia="Georgia"/>
          <w:sz w:val="23"/>
        </w:rPr>
        <w:t>“Then why did fifteen percent do that?” Ivena asked.</w:t>
      </w:r>
    </w:p>
    <w:p>
      <w:r>
        <w:rPr>
          <w:rFonts w:ascii="Georgia" w:hAnsi="Georgia" w:eastAsia="Georgia"/>
          <w:sz w:val="23"/>
        </w:rPr>
        <w:t>“Unknown.”</w:t>
      </w:r>
    </w:p>
    <w:p>
      <w:r>
        <w:rPr>
          <w:rFonts w:ascii="Georgia" w:hAnsi="Georgia" w:eastAsia="Georgia"/>
          <w:sz w:val="23"/>
        </w:rPr>
        <w:t>“You use that more comfortably than they used to.”</w:t>
      </w:r>
    </w:p>
    <w:p>
      <w:r>
        <w:rPr>
          <w:rFonts w:ascii="Georgia" w:hAnsi="Georgia" w:eastAsia="Georgia"/>
          <w:sz w:val="23"/>
        </w:rPr>
        <w:t>“They made us practice.”</w:t>
      </w:r>
    </w:p>
    <w:p>
      <w:r>
        <w:rPr>
          <w:rFonts w:ascii="Georgia" w:hAnsi="Georgia" w:eastAsia="Georgia"/>
          <w:sz w:val="23"/>
        </w:rPr>
        <w:t>“Who is they?”</w:t>
      </w:r>
    </w:p>
    <w:p>
      <w:r>
        <w:rPr>
          <w:rFonts w:ascii="Georgia" w:hAnsi="Georgia" w:eastAsia="Georgia"/>
          <w:sz w:val="23"/>
        </w:rPr>
        <w:t>I did not answer.</w:t>
      </w:r>
    </w:p>
    <w:p>
      <w:r>
        <w:rPr>
          <w:rFonts w:ascii="Georgia" w:hAnsi="Georgia" w:eastAsia="Georgia"/>
          <w:sz w:val="23"/>
        </w:rPr>
        <w:t>Miren did.</w:t>
      </w:r>
    </w:p>
    <w:p>
      <w:r>
        <w:rPr>
          <w:rFonts w:ascii="Georgia" w:hAnsi="Georgia" w:eastAsia="Georgia"/>
          <w:sz w:val="23"/>
        </w:rPr>
        <w:t>“Everyone who got hurt before the current standard.”</w:t>
      </w:r>
    </w:p>
    <w:p>
      <w:r>
        <w:rPr>
          <w:rFonts w:ascii="Georgia" w:hAnsi="Georgia" w:eastAsia="Georgia"/>
          <w:sz w:val="23"/>
        </w:rPr>
        <w:t>We tested the setting with nonbiological perturbations.</w:t>
      </w:r>
    </w:p>
    <w:p>
      <w:r>
        <w:rPr>
          <w:rFonts w:ascii="Georgia" w:hAnsi="Georgia" w:eastAsia="Georgia"/>
          <w:sz w:val="23"/>
        </w:rPr>
        <w:t>Stable.</w:t>
      </w:r>
    </w:p>
    <w:p>
      <w:r>
        <w:rPr>
          <w:rFonts w:ascii="Georgia" w:hAnsi="Georgia" w:eastAsia="Georgia"/>
          <w:sz w:val="23"/>
        </w:rPr>
        <w:t>We changed field noise.</w:t>
      </w:r>
    </w:p>
    <w:p>
      <w:r>
        <w:rPr>
          <w:rFonts w:ascii="Georgia" w:hAnsi="Georgia" w:eastAsia="Georgia"/>
          <w:sz w:val="23"/>
        </w:rPr>
        <w:t>Stable.</w:t>
      </w:r>
    </w:p>
    <w:p>
      <w:r>
        <w:rPr>
          <w:rFonts w:ascii="Georgia" w:hAnsi="Georgia" w:eastAsia="Georgia"/>
          <w:sz w:val="23"/>
        </w:rPr>
        <w:t>We varied the local mechanical support by half a millimeter using the service collar.</w:t>
      </w:r>
    </w:p>
    <w:p>
      <w:r>
        <w:rPr>
          <w:rFonts w:ascii="Georgia" w:hAnsi="Georgia" w:eastAsia="Georgia"/>
          <w:sz w:val="23"/>
        </w:rPr>
        <w:t>Ivena reported the same enlarged-place sensation before the field trace changed.</w:t>
      </w:r>
    </w:p>
    <w:p>
      <w:r>
        <w:rPr>
          <w:rFonts w:ascii="Georgia" w:hAnsi="Georgia" w:eastAsia="Georgia"/>
          <w:sz w:val="23"/>
        </w:rPr>
        <w:t>Miren stopped.</w:t>
      </w:r>
    </w:p>
    <w:p>
      <w:r>
        <w:rPr>
          <w:rFonts w:ascii="Georgia" w:hAnsi="Georgia" w:eastAsia="Georgia"/>
          <w:sz w:val="23"/>
        </w:rPr>
        <w:t>“No more geometry.”</w:t>
      </w:r>
    </w:p>
    <w:p>
      <w:r>
        <w:rPr>
          <w:rFonts w:ascii="Georgia" w:hAnsi="Georgia" w:eastAsia="Georgia"/>
          <w:sz w:val="23"/>
        </w:rPr>
        <w:t>“Agreed.”</w:t>
      </w:r>
    </w:p>
    <w:p>
      <w:r>
        <w:rPr>
          <w:rFonts w:ascii="Georgia" w:hAnsi="Georgia" w:eastAsia="Georgia"/>
          <w:sz w:val="23"/>
        </w:rPr>
        <w:t>Ivena looked at the display.</w:t>
      </w:r>
    </w:p>
    <w:p>
      <w:r>
        <w:rPr>
          <w:rFonts w:ascii="Georgia" w:hAnsi="Georgia" w:eastAsia="Georgia"/>
          <w:sz w:val="23"/>
        </w:rPr>
        <w:t>“What does that mean?”</w:t>
      </w:r>
    </w:p>
    <w:p>
      <w:r>
        <w:rPr>
          <w:rFonts w:ascii="Georgia" w:hAnsi="Georgia" w:eastAsia="Georgia"/>
          <w:sz w:val="23"/>
        </w:rPr>
        <w:t>“It means the current attachment is stable and attempts to reduce or alter the attachment produce a reproducible response in you.”</w:t>
      </w:r>
    </w:p>
    <w:p>
      <w:r>
        <w:rPr>
          <w:rFonts w:ascii="Georgia" w:hAnsi="Georgia" w:eastAsia="Georgia"/>
          <w:sz w:val="23"/>
        </w:rPr>
        <w:t>“That sounds like dependency.”</w:t>
      </w:r>
    </w:p>
    <w:p>
      <w:r>
        <w:rPr>
          <w:rFonts w:ascii="Georgia" w:hAnsi="Georgia" w:eastAsia="Georgia"/>
          <w:sz w:val="23"/>
        </w:rPr>
        <w:t>“It might be.”</w:t>
      </w:r>
    </w:p>
    <w:p>
      <w:r>
        <w:rPr>
          <w:rFonts w:ascii="Georgia" w:hAnsi="Georgia" w:eastAsia="Georgia"/>
          <w:sz w:val="23"/>
        </w:rPr>
        <w:t>“You have a code for dependency.”</w:t>
      </w:r>
    </w:p>
    <w:p>
      <w:r>
        <w:rPr>
          <w:rFonts w:ascii="Georgia" w:hAnsi="Georgia" w:eastAsia="Georgia"/>
          <w:sz w:val="23"/>
        </w:rPr>
        <w:t>“We have several. None fit yet.”</w:t>
      </w:r>
    </w:p>
    <w:p>
      <w:r>
        <w:rPr>
          <w:rFonts w:ascii="Georgia" w:hAnsi="Georgia" w:eastAsia="Georgia"/>
          <w:sz w:val="23"/>
        </w:rPr>
        <w:t>“Why?”</w:t>
      </w:r>
    </w:p>
    <w:p>
      <w:r>
        <w:rPr>
          <w:rFonts w:ascii="Georgia" w:hAnsi="Georgia" w:eastAsia="Georgia"/>
          <w:sz w:val="23"/>
        </w:rPr>
        <w:t>“Because your motor function remains intact, your tactile map remains local, and the effect appears during release rather than at ordinary distance.”</w:t>
      </w:r>
    </w:p>
    <w:p>
      <w:r>
        <w:rPr>
          <w:rFonts w:ascii="Georgia" w:hAnsi="Georgia" w:eastAsia="Georgia"/>
          <w:sz w:val="23"/>
        </w:rPr>
        <w:t>“That sounds like a very specific kind of dependency.”</w:t>
      </w:r>
    </w:p>
    <w:p>
      <w:r>
        <w:rPr>
          <w:rFonts w:ascii="Georgia" w:hAnsi="Georgia" w:eastAsia="Georgia"/>
          <w:sz w:val="23"/>
        </w:rPr>
        <w:t>“It sounds like a specific observation.”</w:t>
      </w:r>
    </w:p>
    <w:p>
      <w:r>
        <w:rPr>
          <w:rFonts w:ascii="Georgia" w:hAnsi="Georgia" w:eastAsia="Georgia"/>
          <w:sz w:val="23"/>
        </w:rPr>
        <w:t>She looked annoyed. I had not given her a larger claim than the data.</w:t>
      </w:r>
    </w:p>
    <w:p>
      <w:r>
        <w:rPr>
          <w:rFonts w:ascii="Georgia" w:hAnsi="Georgia" w:eastAsia="Georgia"/>
          <w:sz w:val="23"/>
        </w:rPr>
        <w:t>Then Miren opened the legacy association test.</w:t>
      </w:r>
    </w:p>
    <w:p>
      <w:r>
        <w:rPr>
          <w:rFonts w:ascii="Georgia" w:hAnsi="Georgia" w:eastAsia="Georgia"/>
          <w:sz w:val="23"/>
        </w:rPr>
        <w:t>I reached across and closed it.</w:t>
      </w:r>
    </w:p>
    <w:p>
      <w:r>
        <w:rPr>
          <w:rFonts w:ascii="Georgia" w:hAnsi="Georgia" w:eastAsia="Georgia"/>
          <w:sz w:val="23"/>
        </w:rPr>
        <w:t>“No.”</w:t>
      </w:r>
    </w:p>
    <w:p>
      <w:r>
        <w:rPr>
          <w:rFonts w:ascii="Georgia" w:hAnsi="Georgia" w:eastAsia="Georgia"/>
          <w:sz w:val="23"/>
        </w:rPr>
        <w:t>Her fingers remained above the control.</w:t>
      </w:r>
    </w:p>
    <w:p>
      <w:r>
        <w:rPr>
          <w:rFonts w:ascii="Georgia" w:hAnsi="Georgia" w:eastAsia="Georgia"/>
          <w:sz w:val="23"/>
        </w:rPr>
        <w:t>“Why?”</w:t>
      </w:r>
    </w:p>
    <w:p>
      <w:r>
        <w:rPr>
          <w:rFonts w:ascii="Georgia" w:hAnsi="Georgia" w:eastAsia="Georgia"/>
          <w:sz w:val="23"/>
        </w:rPr>
        <w:t>“What are you using?”</w:t>
      </w:r>
    </w:p>
    <w:p>
      <w:r>
        <w:rPr>
          <w:rFonts w:ascii="Georgia" w:hAnsi="Georgia" w:eastAsia="Georgia"/>
          <w:sz w:val="23"/>
        </w:rPr>
        <w:t>“Historical response set.”</w:t>
      </w:r>
    </w:p>
    <w:p>
      <w:r>
        <w:rPr>
          <w:rFonts w:ascii="Georgia" w:hAnsi="Georgia" w:eastAsia="Georgia"/>
          <w:sz w:val="23"/>
        </w:rPr>
        <w:t>“Whose?”</w:t>
      </w:r>
    </w:p>
    <w:p>
      <w:r>
        <w:rPr>
          <w:rFonts w:ascii="Georgia" w:hAnsi="Georgia" w:eastAsia="Georgia"/>
          <w:sz w:val="23"/>
        </w:rPr>
        <w:t>“Deren Sar.”</w:t>
      </w:r>
    </w:p>
    <w:p>
      <w:r>
        <w:rPr>
          <w:rFonts w:ascii="Georgia" w:hAnsi="Georgia" w:eastAsia="Georgia"/>
          <w:sz w:val="23"/>
        </w:rPr>
        <w:t>Ivena said, “Mine.”</w:t>
      </w:r>
    </w:p>
    <w:p>
      <w:r>
        <w:rPr>
          <w:rFonts w:ascii="Georgia" w:hAnsi="Georgia" w:eastAsia="Georgia"/>
          <w:sz w:val="23"/>
        </w:rPr>
        <w:t>We both looked at her.</w:t>
      </w:r>
    </w:p>
    <w:p>
      <w:r>
        <w:rPr>
          <w:rFonts w:ascii="Georgia" w:hAnsi="Georgia" w:eastAsia="Georgia"/>
          <w:sz w:val="23"/>
        </w:rPr>
        <w:t>“The records are mine now.”</w:t>
      </w:r>
    </w:p>
    <w:p>
      <w:r>
        <w:rPr>
          <w:rFonts w:ascii="Georgia" w:hAnsi="Georgia" w:eastAsia="Georgia"/>
          <w:sz w:val="23"/>
        </w:rPr>
        <w:t>“That was not my question,” I said.</w:t>
      </w:r>
    </w:p>
    <w:p>
      <w:r>
        <w:rPr>
          <w:rFonts w:ascii="Georgia" w:hAnsi="Georgia" w:eastAsia="Georgia"/>
          <w:sz w:val="23"/>
        </w:rPr>
        <w:t>“I know. You asked whose pattern. Deren’s. I am saying I authorize it.”</w:t>
      </w:r>
    </w:p>
    <w:p>
      <w:r>
        <w:rPr>
          <w:rFonts w:ascii="Georgia" w:hAnsi="Georgia" w:eastAsia="Georgia"/>
          <w:sz w:val="23"/>
        </w:rPr>
        <w:t>“What kind of pattern?”</w:t>
      </w:r>
    </w:p>
    <w:p>
      <w:r>
        <w:rPr>
          <w:rFonts w:ascii="Georgia" w:hAnsi="Georgia" w:eastAsia="Georgia"/>
          <w:sz w:val="23"/>
        </w:rPr>
        <w:t>Miren pulled the metadata without exposing the sequence.</w:t>
      </w:r>
    </w:p>
    <w:p>
      <w:r>
        <w:rPr>
          <w:rFonts w:ascii="Georgia" w:hAnsi="Georgia" w:eastAsia="Georgia"/>
          <w:sz w:val="23"/>
        </w:rPr>
        <w:t>“Pre-completion transit licensing motor calibration. Six positions, paired pressure response. Archived before event. Used in the original association review.”</w:t>
      </w:r>
    </w:p>
    <w:p>
      <w:r>
        <w:rPr>
          <w:rFonts w:ascii="Georgia" w:hAnsi="Georgia" w:eastAsia="Georgia"/>
          <w:sz w:val="23"/>
        </w:rPr>
        <w:t>I disliked six-term motor calibrations on principle now.</w:t>
      </w:r>
    </w:p>
    <w:p>
      <w:r>
        <w:rPr>
          <w:rFonts w:ascii="Georgia" w:hAnsi="Georgia" w:eastAsia="Georgia"/>
          <w:sz w:val="23"/>
        </w:rPr>
        <w:t>History had become repetitive in ways physics did not require.</w:t>
      </w:r>
    </w:p>
    <w:p>
      <w:r>
        <w:rPr>
          <w:rFonts w:ascii="Georgia" w:hAnsi="Georgia" w:eastAsia="Georgia"/>
          <w:sz w:val="23"/>
        </w:rPr>
        <w:t>“When was it last run?”</w:t>
      </w:r>
    </w:p>
    <w:p>
      <w:r>
        <w:rPr>
          <w:rFonts w:ascii="Georgia" w:hAnsi="Georgia" w:eastAsia="Georgia"/>
          <w:sz w:val="23"/>
        </w:rPr>
        <w:t>“Thirty-seven years ago.”</w:t>
      </w:r>
    </w:p>
    <w:p>
      <w:r>
        <w:rPr>
          <w:rFonts w:ascii="Georgia" w:hAnsi="Georgia" w:eastAsia="Georgia"/>
          <w:sz w:val="23"/>
        </w:rPr>
        <w:t>“Result?”</w:t>
      </w:r>
    </w:p>
    <w:p>
      <w:r>
        <w:rPr>
          <w:rFonts w:ascii="Georgia" w:hAnsi="Georgia" w:eastAsia="Georgia"/>
          <w:sz w:val="23"/>
        </w:rPr>
        <w:t>“Low-confidence structured response. Within historical association band.”</w:t>
      </w:r>
    </w:p>
    <w:p>
      <w:r>
        <w:rPr>
          <w:rFonts w:ascii="Georgia" w:hAnsi="Georgia" w:eastAsia="Georgia"/>
          <w:sz w:val="23"/>
        </w:rPr>
        <w:t>“Why not since?”</w:t>
      </w:r>
    </w:p>
    <w:p>
      <w:r>
        <w:rPr>
          <w:rFonts w:ascii="Georgia" w:hAnsi="Georgia" w:eastAsia="Georgia"/>
          <w:sz w:val="23"/>
        </w:rPr>
        <w:t>“Long-contact settings do not require periodic identity-style interrogation for service.”</w:t>
      </w:r>
    </w:p>
    <w:p>
      <w:r>
        <w:rPr>
          <w:rFonts w:ascii="Georgia" w:hAnsi="Georgia" w:eastAsia="Georgia"/>
          <w:sz w:val="23"/>
        </w:rPr>
        <w:t>“Keep it that way.”</w:t>
      </w:r>
    </w:p>
    <w:p>
      <w:r>
        <w:rPr>
          <w:rFonts w:ascii="Georgia" w:hAnsi="Georgia" w:eastAsia="Georgia"/>
          <w:sz w:val="23"/>
        </w:rPr>
        <w:t>Ivena looked at me.</w:t>
      </w:r>
    </w:p>
    <w:p>
      <w:r>
        <w:rPr>
          <w:rFonts w:ascii="Georgia" w:hAnsi="Georgia" w:eastAsia="Georgia"/>
          <w:sz w:val="23"/>
        </w:rPr>
        <w:t>“You say that as if someone once did.”</w:t>
      </w:r>
    </w:p>
    <w:p>
      <w:r>
        <w:rPr>
          <w:rFonts w:ascii="Georgia" w:hAnsi="Georgia" w:eastAsia="Georgia"/>
          <w:sz w:val="23"/>
        </w:rPr>
        <w:t>“They did.”</w:t>
      </w:r>
    </w:p>
    <w:p>
      <w:r>
        <w:rPr>
          <w:rFonts w:ascii="Georgia" w:hAnsi="Georgia" w:eastAsia="Georgia"/>
          <w:sz w:val="23"/>
        </w:rPr>
        <w:t>“Did it help?”</w:t>
      </w:r>
    </w:p>
    <w:p>
      <w:r>
        <w:rPr>
          <w:rFonts w:ascii="Georgia" w:hAnsi="Georgia" w:eastAsia="Georgia"/>
          <w:sz w:val="23"/>
        </w:rPr>
        <w:t>“Sometimes.”</w:t>
      </w:r>
    </w:p>
    <w:p>
      <w:r>
        <w:rPr>
          <w:rFonts w:ascii="Georgia" w:hAnsi="Georgia" w:eastAsia="Georgia"/>
          <w:sz w:val="23"/>
        </w:rPr>
        <w:t>“Did it hurt?”</w:t>
      </w:r>
    </w:p>
    <w:p>
      <w:r>
        <w:rPr>
          <w:rFonts w:ascii="Georgia" w:hAnsi="Georgia" w:eastAsia="Georgia"/>
          <w:sz w:val="23"/>
        </w:rPr>
        <w:t>“Sometimes.”</w:t>
      </w:r>
    </w:p>
    <w:p>
      <w:r>
        <w:rPr>
          <w:rFonts w:ascii="Georgia" w:hAnsi="Georgia" w:eastAsia="Georgia"/>
          <w:sz w:val="23"/>
        </w:rPr>
        <w:t>She nodded.</w:t>
      </w:r>
    </w:p>
    <w:p>
      <w:r>
        <w:rPr>
          <w:rFonts w:ascii="Georgia" w:hAnsi="Georgia" w:eastAsia="Georgia"/>
          <w:sz w:val="23"/>
        </w:rPr>
        <w:t>“That is almost every useful thing.”</w:t>
      </w:r>
    </w:p>
    <w:p>
      <w:r>
        <w:rPr>
          <w:rFonts w:ascii="Georgia" w:hAnsi="Georgia" w:eastAsia="Georgia"/>
          <w:sz w:val="23"/>
        </w:rPr>
        <w:t>Miren waited.</w:t>
      </w:r>
    </w:p>
    <w:p>
      <w:r>
        <w:rPr>
          <w:rFonts w:ascii="Georgia" w:hAnsi="Georgia" w:eastAsia="Georgia"/>
          <w:sz w:val="23"/>
        </w:rPr>
        <w:t>“Run the historical sequence,” I said.</w:t>
      </w:r>
    </w:p>
    <w:p>
      <w:r>
        <w:rPr>
          <w:rFonts w:ascii="Georgia" w:hAnsi="Georgia" w:eastAsia="Georgia"/>
          <w:sz w:val="23"/>
        </w:rPr>
        <w:t>The field changed on the fourth position.</w:t>
      </w:r>
    </w:p>
    <w:p>
      <w:r>
        <w:rPr>
          <w:rFonts w:ascii="Georgia" w:hAnsi="Georgia" w:eastAsia="Georgia"/>
          <w:sz w:val="23"/>
        </w:rPr>
        <w:t>Not much.</w:t>
      </w:r>
    </w:p>
    <w:p>
      <w:r>
        <w:rPr>
          <w:rFonts w:ascii="Georgia" w:hAnsi="Georgia" w:eastAsia="Georgia"/>
          <w:sz w:val="23"/>
        </w:rPr>
        <w:t>Enough.</w:t>
      </w:r>
    </w:p>
    <w:p>
      <w:r>
        <w:rPr>
          <w:rFonts w:ascii="Georgia" w:hAnsi="Georgia" w:eastAsia="Georgia"/>
          <w:sz w:val="23"/>
        </w:rPr>
        <w:t>Fifth produced a smaller change.</w:t>
      </w:r>
    </w:p>
    <w:p>
      <w:r>
        <w:rPr>
          <w:rFonts w:ascii="Georgia" w:hAnsi="Georgia" w:eastAsia="Georgia"/>
          <w:sz w:val="23"/>
        </w:rPr>
        <w:t>Sixth none above threshold.</w:t>
      </w:r>
    </w:p>
    <w:p>
      <w:r>
        <w:rPr>
          <w:rFonts w:ascii="Georgia" w:hAnsi="Georgia" w:eastAsia="Georgia"/>
          <w:sz w:val="23"/>
        </w:rPr>
        <w:t>The current software compared the response with the thirty-seven-year-old trace.</w:t>
      </w:r>
    </w:p>
    <w:p>
      <w:r>
        <w:rPr>
          <w:rFonts w:ascii="Georgia" w:hAnsi="Georgia" w:eastAsia="Georgia"/>
          <w:sz w:val="23"/>
        </w:rPr>
        <w:t>Similarity: sixty-one percent.</w:t>
      </w:r>
    </w:p>
    <w:p>
      <w:r>
        <w:rPr>
          <w:rFonts w:ascii="Georgia" w:hAnsi="Georgia" w:eastAsia="Georgia"/>
          <w:sz w:val="23"/>
        </w:rPr>
        <w:t>Below current association confidence.</w:t>
      </w:r>
    </w:p>
    <w:p>
      <w:r>
        <w:rPr>
          <w:rFonts w:ascii="Georgia" w:hAnsi="Georgia" w:eastAsia="Georgia"/>
          <w:sz w:val="23"/>
        </w:rPr>
        <w:t>Miren did not speak.</w:t>
      </w:r>
    </w:p>
    <w:p>
      <w:r>
        <w:rPr>
          <w:rFonts w:ascii="Georgia" w:hAnsi="Georgia" w:eastAsia="Georgia"/>
          <w:sz w:val="23"/>
        </w:rPr>
        <w:t>Ivena did.</w:t>
      </w:r>
    </w:p>
    <w:p>
      <w:r>
        <w:rPr>
          <w:rFonts w:ascii="Georgia" w:hAnsi="Georgia" w:eastAsia="Georgia"/>
          <w:sz w:val="23"/>
        </w:rPr>
        <w:t>“Again.”</w:t>
      </w:r>
    </w:p>
    <w:p>
      <w:r>
        <w:rPr>
          <w:rFonts w:ascii="Georgia" w:hAnsi="Georgia" w:eastAsia="Georgia"/>
          <w:sz w:val="23"/>
        </w:rPr>
        <w:t>“No,” I said.</w:t>
      </w:r>
    </w:p>
    <w:p>
      <w:r>
        <w:rPr>
          <w:rFonts w:ascii="Georgia" w:hAnsi="Georgia" w:eastAsia="Georgia"/>
          <w:sz w:val="23"/>
        </w:rPr>
        <w:t>“That was Deren.”</w:t>
      </w:r>
    </w:p>
    <w:p>
      <w:r>
        <w:rPr>
          <w:rFonts w:ascii="Georgia" w:hAnsi="Georgia" w:eastAsia="Georgia"/>
          <w:sz w:val="23"/>
        </w:rPr>
        <w:t>“That was a response to a sequence associated with Deren.”</w:t>
      </w:r>
    </w:p>
    <w:p>
      <w:r>
        <w:rPr>
          <w:rFonts w:ascii="Georgia" w:hAnsi="Georgia" w:eastAsia="Georgia"/>
          <w:sz w:val="23"/>
        </w:rPr>
        <w:t>“You have been doing this a long time.”</w:t>
      </w:r>
    </w:p>
    <w:p>
      <w:r>
        <w:rPr>
          <w:rFonts w:ascii="Georgia" w:hAnsi="Georgia" w:eastAsia="Georgia"/>
          <w:sz w:val="23"/>
        </w:rPr>
        <w:t>“Yes.”</w:t>
      </w:r>
    </w:p>
    <w:p>
      <w:r>
        <w:rPr>
          <w:rFonts w:ascii="Georgia" w:hAnsi="Georgia" w:eastAsia="Georgia"/>
          <w:sz w:val="23"/>
        </w:rPr>
        <w:t>“Has that sentence ever made anyone feel better?”</w:t>
      </w:r>
    </w:p>
    <w:p>
      <w:r>
        <w:rPr>
          <w:rFonts w:ascii="Georgia" w:hAnsi="Georgia" w:eastAsia="Georgia"/>
          <w:sz w:val="23"/>
        </w:rPr>
        <w:t>“No.”</w:t>
      </w:r>
    </w:p>
    <w:p>
      <w:r>
        <w:rPr>
          <w:rFonts w:ascii="Georgia" w:hAnsi="Georgia" w:eastAsia="Georgia"/>
          <w:sz w:val="23"/>
        </w:rPr>
        <w:t>“All right.”</w:t>
      </w:r>
    </w:p>
    <w:p>
      <w:r>
        <w:rPr>
          <w:rFonts w:ascii="Georgia" w:hAnsi="Georgia" w:eastAsia="Georgia"/>
          <w:sz w:val="23"/>
        </w:rPr>
        <w:t>She looked at the setting.</w:t>
      </w:r>
    </w:p>
    <w:p>
      <w:r>
        <w:rPr>
          <w:rFonts w:ascii="Georgia" w:hAnsi="Georgia" w:eastAsia="Georgia"/>
          <w:sz w:val="23"/>
        </w:rPr>
        <w:t>“So weaker.”</w:t>
      </w:r>
    </w:p>
    <w:p>
      <w:r>
        <w:rPr>
          <w:rFonts w:ascii="Georgia" w:hAnsi="Georgia" w:eastAsia="Georgia"/>
          <w:sz w:val="23"/>
        </w:rPr>
        <w:t>“Under this test, today.”</w:t>
      </w:r>
    </w:p>
    <w:p>
      <w:r>
        <w:rPr>
          <w:rFonts w:ascii="Georgia" w:hAnsi="Georgia" w:eastAsia="Georgia"/>
          <w:sz w:val="23"/>
        </w:rPr>
        <w:t>“After ninety-three years against me.”</w:t>
      </w:r>
    </w:p>
    <w:p>
      <w:r>
        <w:rPr>
          <w:rFonts w:ascii="Georgia" w:hAnsi="Georgia" w:eastAsia="Georgia"/>
          <w:sz w:val="23"/>
        </w:rPr>
        <w:t>“Yes.”</w:t>
      </w:r>
    </w:p>
    <w:p>
      <w:r>
        <w:rPr>
          <w:rFonts w:ascii="Georgia" w:hAnsi="Georgia" w:eastAsia="Georgia"/>
          <w:sz w:val="23"/>
        </w:rPr>
        <w:t>Miren said, “There is one more allowed comparison.”</w:t>
      </w:r>
    </w:p>
    <w:p>
      <w:r>
        <w:rPr>
          <w:rFonts w:ascii="Georgia" w:hAnsi="Georgia" w:eastAsia="Georgia"/>
          <w:sz w:val="23"/>
        </w:rPr>
        <w:t>I knew before she opened it.</w:t>
      </w:r>
    </w:p>
    <w:p>
      <w:r>
        <w:rPr>
          <w:rFonts w:ascii="Georgia" w:hAnsi="Georgia" w:eastAsia="Georgia"/>
          <w:sz w:val="23"/>
        </w:rPr>
        <w:t>“No.”</w:t>
      </w:r>
    </w:p>
    <w:p>
      <w:r>
        <w:rPr>
          <w:rFonts w:ascii="Georgia" w:hAnsi="Georgia" w:eastAsia="Georgia"/>
          <w:sz w:val="23"/>
        </w:rPr>
        <w:t>Ivena looked up.</w:t>
      </w:r>
    </w:p>
    <w:p>
      <w:r>
        <w:rPr>
          <w:rFonts w:ascii="Georgia" w:hAnsi="Georgia" w:eastAsia="Georgia"/>
          <w:sz w:val="23"/>
        </w:rPr>
        <w:t>“What?”</w:t>
      </w:r>
    </w:p>
    <w:p>
      <w:r>
        <w:rPr>
          <w:rFonts w:ascii="Georgia" w:hAnsi="Georgia" w:eastAsia="Georgia"/>
          <w:sz w:val="23"/>
        </w:rPr>
        <w:t>“Current carrier calibration.”</w:t>
      </w:r>
    </w:p>
    <w:p>
      <w:r>
        <w:rPr>
          <w:rFonts w:ascii="Georgia" w:hAnsi="Georgia" w:eastAsia="Georgia"/>
          <w:sz w:val="23"/>
        </w:rPr>
        <w:t>Miren nodded.</w:t>
      </w:r>
    </w:p>
    <w:p>
      <w:r>
        <w:rPr>
          <w:rFonts w:ascii="Georgia" w:hAnsi="Georgia" w:eastAsia="Georgia"/>
          <w:sz w:val="23"/>
        </w:rPr>
        <w:t>“Service authorization allows it when release produces a persistent carrier-linked response.”</w:t>
      </w:r>
    </w:p>
    <w:p>
      <w:r>
        <w:rPr>
          <w:rFonts w:ascii="Georgia" w:hAnsi="Georgia" w:eastAsia="Georgia"/>
          <w:sz w:val="23"/>
        </w:rPr>
        <w:t>“What does it ask?”</w:t>
      </w:r>
    </w:p>
    <w:p>
      <w:r>
        <w:rPr>
          <w:rFonts w:ascii="Georgia" w:hAnsi="Georgia" w:eastAsia="Georgia"/>
          <w:sz w:val="23"/>
        </w:rPr>
        <w:t>“Nothing semantic. Motor timing. Your own current sequence.”</w:t>
      </w:r>
    </w:p>
    <w:p>
      <w:r>
        <w:rPr>
          <w:rFonts w:ascii="Georgia" w:hAnsi="Georgia" w:eastAsia="Georgia"/>
          <w:sz w:val="23"/>
        </w:rPr>
        <w:t>Ivena smiled without humor.</w:t>
      </w:r>
    </w:p>
    <w:p>
      <w:r>
        <w:rPr>
          <w:rFonts w:ascii="Georgia" w:hAnsi="Georgia" w:eastAsia="Georgia"/>
          <w:sz w:val="23"/>
        </w:rPr>
        <w:t>“Does the box know me better than my brother?”</w:t>
      </w:r>
    </w:p>
    <w:p>
      <w:r>
        <w:rPr>
          <w:rFonts w:ascii="Georgia" w:hAnsi="Georgia" w:eastAsia="Georgia"/>
          <w:sz w:val="23"/>
        </w:rPr>
        <w:t>“We are not asking that.”</w:t>
      </w:r>
    </w:p>
    <w:p>
      <w:r>
        <w:rPr>
          <w:rFonts w:ascii="Georgia" w:hAnsi="Georgia" w:eastAsia="Georgia"/>
          <w:sz w:val="23"/>
        </w:rPr>
        <w:t>“That is exactly why you are afraid to run it.”</w:t>
      </w:r>
    </w:p>
    <w:p>
      <w:r>
        <w:rPr>
          <w:rFonts w:ascii="Georgia" w:hAnsi="Georgia" w:eastAsia="Georgia"/>
          <w:sz w:val="23"/>
        </w:rPr>
        <w:t>“I am afraid of people shortening the result.”</w:t>
      </w:r>
    </w:p>
    <w:p>
      <w:r>
        <w:rPr>
          <w:rFonts w:ascii="Georgia" w:hAnsi="Georgia" w:eastAsia="Georgia"/>
          <w:sz w:val="23"/>
        </w:rPr>
        <w:t>“I am the people in the chair.”</w:t>
      </w:r>
    </w:p>
    <w:p>
      <w:r>
        <w:rPr>
          <w:rFonts w:ascii="Georgia" w:hAnsi="Georgia" w:eastAsia="Georgia"/>
          <w:sz w:val="23"/>
        </w:rPr>
        <w:t>She had standing over the use of her own calibration.</w:t>
      </w:r>
    </w:p>
    <w:p>
      <w:r>
        <w:rPr>
          <w:rFonts w:ascii="Georgia" w:hAnsi="Georgia" w:eastAsia="Georgia"/>
          <w:sz w:val="23"/>
        </w:rPr>
        <w:t>“What would you do with the result?” I asked.</w:t>
      </w:r>
    </w:p>
    <w:p>
      <w:r>
        <w:rPr>
          <w:rFonts w:ascii="Georgia" w:hAnsi="Georgia" w:eastAsia="Georgia"/>
          <w:sz w:val="23"/>
        </w:rPr>
        <w:t>“Decide whether I still want this cut off me for surgery.”</w:t>
      </w:r>
    </w:p>
    <w:p>
      <w:r>
        <w:rPr>
          <w:rFonts w:ascii="Georgia" w:hAnsi="Georgia" w:eastAsia="Georgia"/>
          <w:sz w:val="23"/>
        </w:rPr>
        <w:t>“Removed.”</w:t>
      </w:r>
    </w:p>
    <w:p>
      <w:r>
        <w:rPr>
          <w:rFonts w:ascii="Georgia" w:hAnsi="Georgia" w:eastAsia="Georgia"/>
          <w:sz w:val="23"/>
        </w:rPr>
        <w:t>“Do not rescue the noun.”</w:t>
      </w:r>
    </w:p>
    <w:p>
      <w:r>
        <w:rPr>
          <w:rFonts w:ascii="Georgia" w:hAnsi="Georgia" w:eastAsia="Georgia"/>
          <w:sz w:val="23"/>
        </w:rPr>
        <w:t>Miren looked away.</w:t>
      </w:r>
    </w:p>
    <w:p>
      <w:r>
        <w:rPr>
          <w:rFonts w:ascii="Georgia" w:hAnsi="Georgia" w:eastAsia="Georgia"/>
          <w:sz w:val="23"/>
        </w:rPr>
        <w:t>I deserved that.</w:t>
      </w:r>
    </w:p>
    <w:p>
      <w:r>
        <w:rPr>
          <w:rFonts w:ascii="Georgia" w:hAnsi="Georgia" w:eastAsia="Georgia"/>
          <w:sz w:val="23"/>
        </w:rPr>
        <w:t>Ivena continued.</w:t>
      </w:r>
    </w:p>
    <w:p>
      <w:r>
        <w:rPr>
          <w:rFonts w:ascii="Georgia" w:hAnsi="Georgia" w:eastAsia="Georgia"/>
          <w:sz w:val="23"/>
        </w:rPr>
        <w:t>“If it answers me more strongly than him, I want to know before someone detaches it because my chest needs maintenance.”</w:t>
      </w:r>
    </w:p>
    <w:p>
      <w:r>
        <w:rPr>
          <w:rFonts w:ascii="Georgia" w:hAnsi="Georgia" w:eastAsia="Georgia"/>
          <w:sz w:val="23"/>
        </w:rPr>
        <w:t>“Answer is not the word.”</w:t>
      </w:r>
    </w:p>
    <w:p>
      <w:r>
        <w:rPr>
          <w:rFonts w:ascii="Georgia" w:hAnsi="Georgia" w:eastAsia="Georgia"/>
          <w:sz w:val="23"/>
        </w:rPr>
        <w:t>“Then give me the word you will permit.”</w:t>
      </w:r>
    </w:p>
    <w:p>
      <w:r>
        <w:rPr>
          <w:rFonts w:ascii="Georgia" w:hAnsi="Georgia" w:eastAsia="Georgia"/>
          <w:sz w:val="23"/>
        </w:rPr>
        <w:t>“Responds.”</w:t>
      </w:r>
    </w:p>
    <w:p>
      <w:r>
        <w:rPr>
          <w:rFonts w:ascii="Georgia" w:hAnsi="Georgia" w:eastAsia="Georgia"/>
          <w:sz w:val="23"/>
        </w:rPr>
        <w:t>“Fine. If it responds to me.”</w:t>
      </w:r>
    </w:p>
    <w:p>
      <w:r>
        <w:rPr>
          <w:rFonts w:ascii="Georgia" w:hAnsi="Georgia" w:eastAsia="Georgia"/>
          <w:sz w:val="23"/>
        </w:rPr>
        <w:t>“Yes.”</w:t>
      </w:r>
    </w:p>
    <w:p>
      <w:r>
        <w:rPr>
          <w:rFonts w:ascii="Georgia" w:hAnsi="Georgia" w:eastAsia="Georgia"/>
          <w:sz w:val="23"/>
        </w:rPr>
        <w:t>“Will you run it?”</w:t>
      </w:r>
    </w:p>
    <w:p>
      <w:r>
        <w:rPr>
          <w:rFonts w:ascii="Georgia" w:hAnsi="Georgia" w:eastAsia="Georgia"/>
          <w:sz w:val="23"/>
        </w:rPr>
        <w:t>I looked at Miren.</w:t>
      </w:r>
    </w:p>
    <w:p>
      <w:r>
        <w:rPr>
          <w:rFonts w:ascii="Georgia" w:hAnsi="Georgia" w:eastAsia="Georgia"/>
          <w:sz w:val="23"/>
        </w:rPr>
        <w:t>“Method?”</w:t>
      </w:r>
    </w:p>
    <w:p>
      <w:r>
        <w:rPr>
          <w:rFonts w:ascii="Georgia" w:hAnsi="Georgia" w:eastAsia="Georgia"/>
          <w:sz w:val="23"/>
        </w:rPr>
        <w:t>“Six positions generated from her current implant calibration. Sequence fixed before the fragment receives it. We compare response shape, not semantic assignment.”</w:t>
      </w:r>
    </w:p>
    <w:p>
      <w:r>
        <w:rPr>
          <w:rFonts w:ascii="Georgia" w:hAnsi="Georgia" w:eastAsia="Georgia"/>
          <w:sz w:val="23"/>
        </w:rPr>
        <w:t>“Baseline?”</w:t>
      </w:r>
    </w:p>
    <w:p>
      <w:r>
        <w:rPr>
          <w:rFonts w:ascii="Georgia" w:hAnsi="Georgia" w:eastAsia="Georgia"/>
          <w:sz w:val="23"/>
        </w:rPr>
        <w:t>“Already recorded.”</w:t>
      </w:r>
    </w:p>
    <w:p>
      <w:r>
        <w:rPr>
          <w:rFonts w:ascii="Georgia" w:hAnsi="Georgia" w:eastAsia="Georgia"/>
          <w:sz w:val="23"/>
        </w:rPr>
        <w:t>“Stop authority?”</w:t>
      </w:r>
    </w:p>
    <w:p>
      <w:r>
        <w:rPr>
          <w:rFonts w:ascii="Georgia" w:hAnsi="Georgia" w:eastAsia="Georgia"/>
          <w:sz w:val="23"/>
        </w:rPr>
        <w:t>“All three.”</w:t>
      </w:r>
    </w:p>
    <w:p>
      <w:r>
        <w:rPr>
          <w:rFonts w:ascii="Georgia" w:hAnsi="Georgia" w:eastAsia="Georgia"/>
          <w:sz w:val="23"/>
        </w:rPr>
        <w:t>Ivena lifted the yellow switch.</w:t>
      </w:r>
    </w:p>
    <w:p>
      <w:r>
        <w:rPr>
          <w:rFonts w:ascii="Georgia" w:hAnsi="Georgia" w:eastAsia="Georgia"/>
          <w:sz w:val="23"/>
        </w:rPr>
        <w:t>“Four.”</w:t>
      </w:r>
    </w:p>
    <w:p>
      <w:r>
        <w:rPr>
          <w:rFonts w:ascii="Georgia" w:hAnsi="Georgia" w:eastAsia="Georgia"/>
          <w:sz w:val="23"/>
        </w:rPr>
        <w:t>Miren looked at her.</w:t>
      </w:r>
    </w:p>
    <w:p>
      <w:r>
        <w:rPr>
          <w:rFonts w:ascii="Georgia" w:hAnsi="Georgia" w:eastAsia="Georgia"/>
          <w:sz w:val="23"/>
        </w:rPr>
        <w:t>“You count yourself twice?”</w:t>
      </w:r>
    </w:p>
    <w:p>
      <w:r>
        <w:rPr>
          <w:rFonts w:ascii="Georgia" w:hAnsi="Georgia" w:eastAsia="Georgia"/>
          <w:sz w:val="23"/>
        </w:rPr>
        <w:t>“I have had a long life. I have earned redundancy.”</w:t>
      </w:r>
    </w:p>
    <w:p>
      <w:r>
        <w:rPr>
          <w:rFonts w:ascii="Georgia" w:hAnsi="Georgia" w:eastAsia="Georgia"/>
          <w:sz w:val="23"/>
        </w:rPr>
        <w:t>I almost laughed.</w:t>
      </w:r>
    </w:p>
    <w:p>
      <w:r>
        <w:rPr>
          <w:rFonts w:ascii="Georgia" w:hAnsi="Georgia" w:eastAsia="Georgia"/>
          <w:sz w:val="23"/>
        </w:rPr>
        <w:t>Almost.</w:t>
      </w:r>
    </w:p>
    <w:p>
      <w:r>
        <w:rPr>
          <w:rFonts w:ascii="Georgia" w:hAnsi="Georgia" w:eastAsia="Georgia"/>
          <w:sz w:val="23"/>
        </w:rPr>
        <w:t>We ran it.</w:t>
      </w:r>
    </w:p>
    <w:p>
      <w:r>
        <w:rPr>
          <w:rFonts w:ascii="Georgia" w:hAnsi="Georgia" w:eastAsia="Georgia"/>
          <w:sz w:val="23"/>
        </w:rPr>
        <w:t>First position.</w:t>
      </w:r>
    </w:p>
    <w:p>
      <w:r>
        <w:rPr>
          <w:rFonts w:ascii="Georgia" w:hAnsi="Georgia" w:eastAsia="Georgia"/>
          <w:sz w:val="23"/>
        </w:rPr>
        <w:t>Single peak.</w:t>
      </w:r>
    </w:p>
    <w:p>
      <w:r>
        <w:rPr>
          <w:rFonts w:ascii="Georgia" w:hAnsi="Georgia" w:eastAsia="Georgia"/>
          <w:sz w:val="23"/>
        </w:rPr>
        <w:t>Second.</w:t>
      </w:r>
    </w:p>
    <w:p>
      <w:r>
        <w:rPr>
          <w:rFonts w:ascii="Georgia" w:hAnsi="Georgia" w:eastAsia="Georgia"/>
          <w:sz w:val="23"/>
        </w:rPr>
        <w:t>Single.</w:t>
      </w:r>
    </w:p>
    <w:p>
      <w:r>
        <w:rPr>
          <w:rFonts w:ascii="Georgia" w:hAnsi="Georgia" w:eastAsia="Georgia"/>
          <w:sz w:val="23"/>
        </w:rPr>
        <w:t>Third.</w:t>
      </w:r>
    </w:p>
    <w:p>
      <w:r>
        <w:rPr>
          <w:rFonts w:ascii="Georgia" w:hAnsi="Georgia" w:eastAsia="Georgia"/>
          <w:sz w:val="23"/>
        </w:rPr>
        <w:t>Paired.</w:t>
      </w:r>
    </w:p>
    <w:p>
      <w:r>
        <w:rPr>
          <w:rFonts w:ascii="Georgia" w:hAnsi="Georgia" w:eastAsia="Georgia"/>
          <w:sz w:val="23"/>
        </w:rPr>
        <w:t>My attention narrowed.</w:t>
      </w:r>
    </w:p>
    <w:p>
      <w:r>
        <w:rPr>
          <w:rFonts w:ascii="Georgia" w:hAnsi="Georgia" w:eastAsia="Georgia"/>
          <w:sz w:val="23"/>
        </w:rPr>
        <w:t>Fourth.</w:t>
      </w:r>
    </w:p>
    <w:p>
      <w:r>
        <w:rPr>
          <w:rFonts w:ascii="Georgia" w:hAnsi="Georgia" w:eastAsia="Georgia"/>
          <w:sz w:val="23"/>
        </w:rPr>
        <w:t>Single.</w:t>
      </w:r>
    </w:p>
    <w:p>
      <w:r>
        <w:rPr>
          <w:rFonts w:ascii="Georgia" w:hAnsi="Georgia" w:eastAsia="Georgia"/>
          <w:sz w:val="23"/>
        </w:rPr>
        <w:t>Fifth.</w:t>
      </w:r>
    </w:p>
    <w:p>
      <w:r>
        <w:rPr>
          <w:rFonts w:ascii="Georgia" w:hAnsi="Georgia" w:eastAsia="Georgia"/>
          <w:sz w:val="23"/>
        </w:rPr>
        <w:t>Paired.</w:t>
      </w:r>
    </w:p>
    <w:p>
      <w:r>
        <w:rPr>
          <w:rFonts w:ascii="Georgia" w:hAnsi="Georgia" w:eastAsia="Georgia"/>
          <w:sz w:val="23"/>
        </w:rPr>
        <w:t>Miren stopped before six.</w:t>
      </w:r>
    </w:p>
    <w:p>
      <w:r>
        <w:rPr>
          <w:rFonts w:ascii="Georgia" w:hAnsi="Georgia" w:eastAsia="Georgia"/>
          <w:sz w:val="23"/>
        </w:rPr>
        <w:t>I did not tell her to.</w:t>
      </w:r>
    </w:p>
    <w:p>
      <w:r>
        <w:rPr>
          <w:rFonts w:ascii="Georgia" w:hAnsi="Georgia" w:eastAsia="Georgia"/>
          <w:sz w:val="23"/>
        </w:rPr>
        <w:t>She looked at the display.</w:t>
      </w:r>
    </w:p>
    <w:p>
      <w:r>
        <w:rPr>
          <w:rFonts w:ascii="Georgia" w:hAnsi="Georgia" w:eastAsia="Georgia"/>
          <w:sz w:val="23"/>
        </w:rPr>
        <w:t>The pattern repeated the old order-sensitive form closely enough that I knew what the software would say before it said it.</w:t>
      </w:r>
    </w:p>
    <w:p>
      <w:r>
        <w:rPr>
          <w:rFonts w:ascii="Georgia" w:hAnsi="Georgia" w:eastAsia="Georgia"/>
          <w:sz w:val="23"/>
        </w:rPr>
        <w:t>Not Deren’s pattern.</w:t>
      </w:r>
    </w:p>
    <w:p>
      <w:r>
        <w:rPr>
          <w:rFonts w:ascii="Georgia" w:hAnsi="Georgia" w:eastAsia="Georgia"/>
          <w:sz w:val="23"/>
        </w:rPr>
        <w:t>Ivena’s.</w:t>
      </w:r>
    </w:p>
    <w:p>
      <w:r>
        <w:rPr>
          <w:rFonts w:ascii="Georgia" w:hAnsi="Georgia" w:eastAsia="Georgia"/>
          <w:sz w:val="23"/>
        </w:rPr>
        <w:t>The system completed its comparison.</w:t>
      </w:r>
    </w:p>
    <w:p>
      <w:r>
        <w:rPr>
          <w:rFonts w:ascii="Georgia" w:hAnsi="Georgia" w:eastAsia="Georgia"/>
          <w:sz w:val="23"/>
        </w:rPr>
        <w:t>CURRENT CARRIER RESPONSE-SHAPE MATCH: 94%.</w:t>
      </w:r>
    </w:p>
    <w:p>
      <w:r>
        <w:rPr>
          <w:rFonts w:ascii="Georgia" w:hAnsi="Georgia" w:eastAsia="Georgia"/>
          <w:sz w:val="23"/>
        </w:rPr>
        <w:t>HISTORICAL ASSOCIATION RESPONSE-SHAPE MATCH: 61%.</w:t>
      </w:r>
    </w:p>
    <w:p>
      <w:r>
        <w:rPr>
          <w:rFonts w:ascii="Georgia" w:hAnsi="Georgia" w:eastAsia="Georgia"/>
          <w:sz w:val="23"/>
        </w:rPr>
        <w:t>CAUSAL INTERPRETATION: NOT ESTABLISHED.</w:t>
      </w:r>
    </w:p>
    <w:p>
      <w:r>
        <w:rPr>
          <w:rFonts w:ascii="Georgia" w:hAnsi="Georgia" w:eastAsia="Georgia"/>
          <w:sz w:val="23"/>
        </w:rPr>
        <w:t>PERSON-STANDING: NOT TESTED.</w:t>
      </w:r>
    </w:p>
    <w:p>
      <w:r>
        <w:rPr>
          <w:rFonts w:ascii="Georgia" w:hAnsi="Georgia" w:eastAsia="Georgia"/>
          <w:sz w:val="23"/>
        </w:rPr>
        <w:t>I read the last two lines first.</w:t>
      </w:r>
    </w:p>
    <w:p>
      <w:r>
        <w:rPr>
          <w:rFonts w:ascii="Georgia" w:hAnsi="Georgia" w:eastAsia="Georgia"/>
          <w:sz w:val="23"/>
        </w:rPr>
        <w:t>Good software.</w:t>
      </w:r>
    </w:p>
    <w:p>
      <w:r>
        <w:rPr>
          <w:rFonts w:ascii="Georgia" w:hAnsi="Georgia" w:eastAsia="Georgia"/>
          <w:sz w:val="23"/>
        </w:rPr>
        <w:t>Someone had been hurt enough to make it cautious.</w:t>
      </w:r>
    </w:p>
    <w:p>
      <w:r>
        <w:rPr>
          <w:rFonts w:ascii="Georgia" w:hAnsi="Georgia" w:eastAsia="Georgia"/>
          <w:sz w:val="23"/>
        </w:rPr>
        <w:t>Ivena read the percentages.</w:t>
      </w:r>
    </w:p>
    <w:p>
      <w:r>
        <w:rPr>
          <w:rFonts w:ascii="Georgia" w:hAnsi="Georgia" w:eastAsia="Georgia"/>
          <w:sz w:val="23"/>
        </w:rPr>
        <w:t>“What does ninety-four buy me?”</w:t>
      </w:r>
    </w:p>
    <w:p>
      <w:r>
        <w:rPr>
          <w:rFonts w:ascii="Georgia" w:hAnsi="Georgia" w:eastAsia="Georgia"/>
          <w:sz w:val="23"/>
        </w:rPr>
        <w:t>“Nothing by itself.”</w:t>
      </w:r>
    </w:p>
    <w:p>
      <w:r>
        <w:rPr>
          <w:rFonts w:ascii="Georgia" w:hAnsi="Georgia" w:eastAsia="Georgia"/>
          <w:sz w:val="23"/>
        </w:rPr>
        <w:t>“It buys me a delayed surgery.”</w:t>
      </w:r>
    </w:p>
    <w:p>
      <w:r>
        <w:rPr>
          <w:rFonts w:ascii="Georgia" w:hAnsi="Georgia" w:eastAsia="Georgia"/>
          <w:sz w:val="23"/>
        </w:rPr>
        <w:t>“Yes.”</w:t>
      </w:r>
    </w:p>
    <w:p>
      <w:r>
        <w:rPr>
          <w:rFonts w:ascii="Georgia" w:hAnsi="Georgia" w:eastAsia="Georgia"/>
          <w:sz w:val="23"/>
        </w:rPr>
        <w:t>“That is something.”</w:t>
      </w:r>
    </w:p>
    <w:p>
      <w:r>
        <w:rPr>
          <w:rFonts w:ascii="Georgia" w:hAnsi="Georgia" w:eastAsia="Georgia"/>
          <w:sz w:val="23"/>
        </w:rPr>
        <w:t>“Yes.”</w:t>
      </w:r>
    </w:p>
    <w:p>
      <w:r>
        <w:rPr>
          <w:rFonts w:ascii="Georgia" w:hAnsi="Georgia" w:eastAsia="Georgia"/>
          <w:sz w:val="23"/>
        </w:rPr>
        <w:t>She touched the setting again.</w:t>
      </w:r>
    </w:p>
    <w:p>
      <w:r>
        <w:rPr>
          <w:rFonts w:ascii="Georgia" w:hAnsi="Georgia" w:eastAsia="Georgia"/>
          <w:sz w:val="23"/>
        </w:rPr>
        <w:t>This time with the flat of two fingers.</w:t>
      </w:r>
    </w:p>
    <w:p>
      <w:r>
        <w:rPr>
          <w:rFonts w:ascii="Georgia" w:hAnsi="Georgia" w:eastAsia="Georgia"/>
          <w:sz w:val="23"/>
        </w:rPr>
        <w:t>“Is Deren less in it?”</w:t>
      </w:r>
    </w:p>
    <w:p>
      <w:r>
        <w:rPr>
          <w:rFonts w:ascii="Georgia" w:hAnsi="Georgia" w:eastAsia="Georgia"/>
          <w:sz w:val="23"/>
        </w:rPr>
        <w:t>“I do not know that Deren is in it.”</w:t>
      </w:r>
    </w:p>
    <w:p>
      <w:r>
        <w:rPr>
          <w:rFonts w:ascii="Georgia" w:hAnsi="Georgia" w:eastAsia="Georgia"/>
          <w:sz w:val="23"/>
        </w:rPr>
        <w:t>“Still.”</w:t>
      </w:r>
    </w:p>
    <w:p>
      <w:r>
        <w:rPr>
          <w:rFonts w:ascii="Georgia" w:hAnsi="Georgia" w:eastAsia="Georgia"/>
          <w:sz w:val="23"/>
        </w:rPr>
        <w:t>“Yes.”</w:t>
      </w:r>
    </w:p>
    <w:p>
      <w:r>
        <w:rPr>
          <w:rFonts w:ascii="Georgia" w:hAnsi="Georgia" w:eastAsia="Georgia"/>
          <w:sz w:val="23"/>
        </w:rPr>
        <w:t>“Ninety-three years and you have not improved that sentence.”</w:t>
      </w:r>
    </w:p>
    <w:p>
      <w:r>
        <w:rPr>
          <w:rFonts w:ascii="Georgia" w:hAnsi="Georgia" w:eastAsia="Georgia"/>
          <w:sz w:val="23"/>
        </w:rPr>
        <w:t>“No.”</w:t>
      </w:r>
    </w:p>
    <w:p>
      <w:r>
        <w:rPr>
          <w:rFonts w:ascii="Georgia" w:hAnsi="Georgia" w:eastAsia="Georgia"/>
          <w:sz w:val="23"/>
        </w:rPr>
        <w:t>She looked at me.</w:t>
      </w:r>
    </w:p>
    <w:p>
      <w:r>
        <w:rPr>
          <w:rFonts w:ascii="Georgia" w:hAnsi="Georgia" w:eastAsia="Georgia"/>
          <w:sz w:val="23"/>
        </w:rPr>
        <w:t>“Have you improved the answer?”</w:t>
      </w:r>
    </w:p>
    <w:p>
      <w:r>
        <w:rPr>
          <w:rFonts w:ascii="Georgia" w:hAnsi="Georgia" w:eastAsia="Georgia"/>
          <w:sz w:val="23"/>
        </w:rPr>
        <w:t>“Which answer?”</w:t>
      </w:r>
    </w:p>
    <w:p>
      <w:r>
        <w:rPr>
          <w:rFonts w:ascii="Georgia" w:hAnsi="Georgia" w:eastAsia="Georgia"/>
          <w:sz w:val="23"/>
        </w:rPr>
        <w:t>“What completion is.”</w:t>
      </w:r>
    </w:p>
    <w:p>
      <w:r>
        <w:rPr>
          <w:rFonts w:ascii="Georgia" w:hAnsi="Georgia" w:eastAsia="Georgia"/>
          <w:sz w:val="23"/>
        </w:rPr>
        <w:t>The room had no reason to be quiet.</w:t>
      </w:r>
    </w:p>
    <w:p>
      <w:r>
        <w:rPr>
          <w:rFonts w:ascii="Georgia" w:hAnsi="Georgia" w:eastAsia="Georgia"/>
          <w:sz w:val="23"/>
        </w:rPr>
        <w:t>It became quiet anyway.</w:t>
      </w:r>
    </w:p>
    <w:p>
      <w:r>
        <w:rPr>
          <w:rFonts w:ascii="Georgia" w:hAnsi="Georgia" w:eastAsia="Georgia"/>
          <w:sz w:val="23"/>
        </w:rPr>
        <w:t>Miren busied herself with a cable that did not require attention.</w:t>
      </w:r>
    </w:p>
    <w:p>
      <w:r>
        <w:rPr>
          <w:rFonts w:ascii="Georgia" w:hAnsi="Georgia" w:eastAsia="Georgia"/>
          <w:sz w:val="23"/>
        </w:rPr>
        <w:t>I considered the versions of the answer that had accumulated across a century.</w:t>
      </w:r>
    </w:p>
    <w:p>
      <w:r>
        <w:rPr>
          <w:rFonts w:ascii="Georgia" w:hAnsi="Georgia" w:eastAsia="Georgia"/>
          <w:sz w:val="23"/>
        </w:rPr>
        <w:t>Legal.</w:t>
      </w:r>
    </w:p>
    <w:p>
      <w:r>
        <w:rPr>
          <w:rFonts w:ascii="Georgia" w:hAnsi="Georgia" w:eastAsia="Georgia"/>
          <w:sz w:val="23"/>
        </w:rPr>
        <w:t>Medical.</w:t>
      </w:r>
    </w:p>
    <w:p>
      <w:r>
        <w:rPr>
          <w:rFonts w:ascii="Georgia" w:hAnsi="Georgia" w:eastAsia="Georgia"/>
          <w:sz w:val="23"/>
        </w:rPr>
        <w:t>Kult.</w:t>
      </w:r>
    </w:p>
    <w:p>
      <w:r>
        <w:rPr>
          <w:rFonts w:ascii="Georgia" w:hAnsi="Georgia" w:eastAsia="Georgia"/>
          <w:sz w:val="23"/>
        </w:rPr>
        <w:t>Family.</w:t>
      </w:r>
    </w:p>
    <w:p>
      <w:r>
        <w:rPr>
          <w:rFonts w:ascii="Georgia" w:hAnsi="Georgia" w:eastAsia="Georgia"/>
          <w:sz w:val="23"/>
        </w:rPr>
        <w:t>Insurance.</w:t>
      </w:r>
    </w:p>
    <w:p>
      <w:r>
        <w:rPr>
          <w:rFonts w:ascii="Georgia" w:hAnsi="Georgia" w:eastAsia="Georgia"/>
          <w:sz w:val="23"/>
        </w:rPr>
        <w:t>Domestic licensing.</w:t>
      </w:r>
    </w:p>
    <w:p>
      <w:r>
        <w:rPr>
          <w:rFonts w:ascii="Georgia" w:hAnsi="Georgia" w:eastAsia="Georgia"/>
          <w:sz w:val="23"/>
        </w:rPr>
        <w:t>Custody.</w:t>
      </w:r>
    </w:p>
    <w:p>
      <w:r>
        <w:rPr>
          <w:rFonts w:ascii="Georgia" w:hAnsi="Georgia" w:eastAsia="Georgia"/>
          <w:sz w:val="23"/>
        </w:rPr>
        <w:t>Standing.</w:t>
      </w:r>
    </w:p>
    <w:p>
      <w:r>
        <w:rPr>
          <w:rFonts w:ascii="Georgia" w:hAnsi="Georgia" w:eastAsia="Georgia"/>
          <w:sz w:val="23"/>
        </w:rPr>
        <w:t>Response.</w:t>
      </w:r>
    </w:p>
    <w:p>
      <w:r>
        <w:rPr>
          <w:rFonts w:ascii="Georgia" w:hAnsi="Georgia" w:eastAsia="Georgia"/>
          <w:sz w:val="23"/>
        </w:rPr>
        <w:t>None had earned the sentence Ivena wanted.</w:t>
      </w:r>
    </w:p>
    <w:p>
      <w:r>
        <w:rPr>
          <w:rFonts w:ascii="Georgia" w:hAnsi="Georgia" w:eastAsia="Georgia"/>
          <w:sz w:val="23"/>
        </w:rPr>
        <w:t>“We became better at saying what a result does not establish,” I said.</w:t>
      </w:r>
    </w:p>
    <w:p>
      <w:r>
        <w:rPr>
          <w:rFonts w:ascii="Georgia" w:hAnsi="Georgia" w:eastAsia="Georgia"/>
          <w:sz w:val="23"/>
        </w:rPr>
        <w:t>She smiled.</w:t>
      </w:r>
    </w:p>
    <w:p>
      <w:r>
        <w:rPr>
          <w:rFonts w:ascii="Georgia" w:hAnsi="Georgia" w:eastAsia="Georgia"/>
          <w:sz w:val="23"/>
        </w:rPr>
        <w:t>“That is the most disappointing kind of progress.”</w:t>
      </w:r>
    </w:p>
    <w:p>
      <w:r>
        <w:rPr>
          <w:rFonts w:ascii="Georgia" w:hAnsi="Georgia" w:eastAsia="Georgia"/>
          <w:sz w:val="23"/>
        </w:rPr>
        <w:t>“It has prevented some irreversible mistakes.”</w:t>
      </w:r>
    </w:p>
    <w:p>
      <w:r>
        <w:rPr>
          <w:rFonts w:ascii="Georgia" w:hAnsi="Georgia" w:eastAsia="Georgia"/>
          <w:sz w:val="23"/>
        </w:rPr>
        <w:t>“And allowed others.”</w:t>
      </w:r>
    </w:p>
    <w:p>
      <w:r>
        <w:rPr>
          <w:rFonts w:ascii="Georgia" w:hAnsi="Georgia" w:eastAsia="Georgia"/>
          <w:sz w:val="23"/>
        </w:rPr>
        <w:t>“Yes.”</w:t>
      </w:r>
    </w:p>
    <w:p>
      <w:r>
        <w:rPr>
          <w:rFonts w:ascii="Georgia" w:hAnsi="Georgia" w:eastAsia="Georgia"/>
          <w:sz w:val="23"/>
        </w:rPr>
        <w:t>“Good.”</w:t>
      </w:r>
    </w:p>
    <w:p>
      <w:r>
        <w:rPr>
          <w:rFonts w:ascii="Georgia" w:hAnsi="Georgia" w:eastAsia="Georgia"/>
          <w:sz w:val="23"/>
        </w:rPr>
        <w:t>I looked at her.</w:t>
      </w:r>
    </w:p>
    <w:p>
      <w:r>
        <w:rPr>
          <w:rFonts w:ascii="Georgia" w:hAnsi="Georgia" w:eastAsia="Georgia"/>
          <w:sz w:val="23"/>
        </w:rPr>
        <w:t>“Why good?”</w:t>
      </w:r>
    </w:p>
    <w:p>
      <w:r>
        <w:rPr>
          <w:rFonts w:ascii="Georgia" w:hAnsi="Georgia" w:eastAsia="Georgia"/>
          <w:sz w:val="23"/>
        </w:rPr>
        <w:t>“Because if you said no, I would leave.”</w:t>
      </w:r>
    </w:p>
    <w:p>
      <w:pPr>
        <w:spacing w:before="80" w:after="80"/>
        <w:jc w:val="center"/>
      </w:pPr>
      <w:r>
        <w:rPr>
          <w:rFonts w:ascii="Georgia" w:hAnsi="Georgia" w:eastAsia="Georgia"/>
          <w:sz w:val="23"/>
        </w:rPr>
        <w:t>§</w:t>
      </w:r>
    </w:p>
    <w:p>
      <w:r>
        <w:rPr>
          <w:rFonts w:ascii="Georgia" w:hAnsi="Georgia" w:eastAsia="Georgia"/>
          <w:sz w:val="23"/>
        </w:rPr>
        <w:t>Miren printed the service hold.</w:t>
      </w:r>
    </w:p>
    <w:p>
      <w:r>
        <w:rPr>
          <w:rFonts w:ascii="Georgia" w:hAnsi="Georgia" w:eastAsia="Georgia"/>
          <w:sz w:val="23"/>
        </w:rPr>
        <w:t>Paper had become fashionable again twice since the war.</w:t>
      </w:r>
    </w:p>
    <w:p>
      <w:r>
        <w:rPr>
          <w:rFonts w:ascii="Georgia" w:hAnsi="Georgia" w:eastAsia="Georgia"/>
          <w:sz w:val="23"/>
        </w:rPr>
        <w:t>This was not fashion.</w:t>
      </w:r>
    </w:p>
    <w:p>
      <w:r>
        <w:rPr>
          <w:rFonts w:ascii="Georgia" w:hAnsi="Georgia" w:eastAsia="Georgia"/>
          <w:sz w:val="23"/>
        </w:rPr>
        <w:t>Legacy kaethe work still required a physical source copy for any decision that could alter contact history.</w:t>
      </w:r>
    </w:p>
    <w:p>
      <w:r>
        <w:rPr>
          <w:rFonts w:ascii="Georgia" w:hAnsi="Georgia" w:eastAsia="Georgia"/>
          <w:sz w:val="23"/>
        </w:rPr>
        <w:t>The form used words I recognized and words I did not.</w:t>
      </w:r>
    </w:p>
    <w:p>
      <w:r>
        <w:rPr>
          <w:rFonts w:ascii="Georgia" w:hAnsi="Georgia" w:eastAsia="Georgia"/>
          <w:sz w:val="23"/>
        </w:rPr>
        <w:t>HISTORICAL ASSOCIATION.</w:t>
      </w:r>
    </w:p>
    <w:p>
      <w:r>
        <w:rPr>
          <w:rFonts w:ascii="Georgia" w:hAnsi="Georgia" w:eastAsia="Georgia"/>
          <w:sz w:val="23"/>
        </w:rPr>
        <w:t>CURRENT CARRIER.</w:t>
      </w:r>
    </w:p>
    <w:p>
      <w:r>
        <w:rPr>
          <w:rFonts w:ascii="Georgia" w:hAnsi="Georgia" w:eastAsia="Georgia"/>
          <w:sz w:val="23"/>
        </w:rPr>
        <w:t>CONTACT DURATION.</w:t>
      </w:r>
    </w:p>
    <w:p>
      <w:r>
        <w:rPr>
          <w:rFonts w:ascii="Georgia" w:hAnsi="Georgia" w:eastAsia="Georgia"/>
          <w:sz w:val="23"/>
        </w:rPr>
        <w:t>RELEASE RESPONSE.</w:t>
      </w:r>
    </w:p>
    <w:p>
      <w:r>
        <w:rPr>
          <w:rFonts w:ascii="Georgia" w:hAnsi="Georgia" w:eastAsia="Georgia"/>
          <w:sz w:val="23"/>
        </w:rPr>
        <w:t>MATERIAL ANCESTRY.</w:t>
      </w:r>
    </w:p>
    <w:p>
      <w:r>
        <w:rPr>
          <w:rFonts w:ascii="Georgia" w:hAnsi="Georgia" w:eastAsia="Georgia"/>
          <w:sz w:val="23"/>
        </w:rPr>
        <w:t>SETTING ANCESTRY.</w:t>
      </w:r>
    </w:p>
    <w:p>
      <w:r>
        <w:rPr>
          <w:rFonts w:ascii="Georgia" w:hAnsi="Georgia" w:eastAsia="Georgia"/>
          <w:sz w:val="23"/>
        </w:rPr>
        <w:t>LIVING-CONTACT EFFECT.</w:t>
      </w:r>
    </w:p>
    <w:p>
      <w:r>
        <w:rPr>
          <w:rFonts w:ascii="Georgia" w:hAnsi="Georgia" w:eastAsia="Georgia"/>
          <w:sz w:val="23"/>
        </w:rPr>
        <w:t>RESITING AUTHORITY.</w:t>
      </w:r>
    </w:p>
    <w:p>
      <w:r>
        <w:rPr>
          <w:rFonts w:ascii="Georgia" w:hAnsi="Georgia" w:eastAsia="Georgia"/>
          <w:sz w:val="23"/>
        </w:rPr>
        <w:t>The first Kult inventory had fit on one page because nobody knew enough to create separate mistakes.</w:t>
      </w:r>
    </w:p>
    <w:p>
      <w:r>
        <w:rPr>
          <w:rFonts w:ascii="Georgia" w:hAnsi="Georgia" w:eastAsia="Georgia"/>
          <w:sz w:val="23"/>
        </w:rPr>
        <w:t>This one ran six.</w:t>
      </w:r>
    </w:p>
    <w:p>
      <w:r>
        <w:rPr>
          <w:rFonts w:ascii="Georgia" w:hAnsi="Georgia" w:eastAsia="Georgia"/>
          <w:sz w:val="23"/>
        </w:rPr>
        <w:t>Miren entered:</w:t>
      </w:r>
    </w:p>
    <w:p>
      <w:r>
        <w:rPr>
          <w:rFonts w:ascii="Georgia" w:hAnsi="Georgia" w:eastAsia="Georgia"/>
          <w:sz w:val="23"/>
        </w:rPr>
        <w:t>HISTORICAL ASSOCIATION: DEREN SAR / EVENT PROVENANCE SUPPORTED / PERSON-STANDING NOT ESTABLISHED.</w:t>
      </w:r>
    </w:p>
    <w:p>
      <w:r>
        <w:rPr>
          <w:rFonts w:ascii="Georgia" w:hAnsi="Georgia" w:eastAsia="Georgia"/>
          <w:sz w:val="23"/>
        </w:rPr>
        <w:t>CURRENT CARRIER: IVENA SAR / CONTINUOUS INTIMATE CONTACT 93 Y 4 M.</w:t>
      </w:r>
    </w:p>
    <w:p>
      <w:r>
        <w:rPr>
          <w:rFonts w:ascii="Georgia" w:hAnsi="Georgia" w:eastAsia="Georgia"/>
          <w:sz w:val="23"/>
        </w:rPr>
        <w:t>RELEASE RESPONSE: REPRODUCIBLE SUBJECTIVE SPATIAL ENLARGEMENT WITH FIELD REDUCTION; NO COMPLETION EVENT; NO MOTOR LOSS.</w:t>
      </w:r>
    </w:p>
    <w:p>
      <w:r>
        <w:rPr>
          <w:rFonts w:ascii="Georgia" w:hAnsi="Georgia" w:eastAsia="Georgia"/>
          <w:sz w:val="23"/>
        </w:rPr>
        <w:t>CURRENT CARRIER RESPONSE-SHAPE MATCH: 94% UNDER PRECOMMITTED MOTOR CALIBRATION.</w:t>
      </w:r>
    </w:p>
    <w:p>
      <w:r>
        <w:rPr>
          <w:rFonts w:ascii="Georgia" w:hAnsi="Georgia" w:eastAsia="Georgia"/>
          <w:sz w:val="23"/>
        </w:rPr>
        <w:t>She stopped at RECOMMENDED ACTION.</w:t>
      </w:r>
    </w:p>
    <w:p>
      <w:r>
        <w:rPr>
          <w:rFonts w:ascii="Georgia" w:hAnsi="Georgia" w:eastAsia="Georgia"/>
          <w:sz w:val="23"/>
        </w:rPr>
        <w:t>“No resiting,” I said.</w:t>
      </w:r>
    </w:p>
    <w:p>
      <w:r>
        <w:rPr>
          <w:rFonts w:ascii="Georgia" w:hAnsi="Georgia" w:eastAsia="Georgia"/>
          <w:sz w:val="23"/>
        </w:rPr>
        <w:t>“Temporary hold or indefinite?”</w:t>
      </w:r>
    </w:p>
    <w:p>
      <w:r>
        <w:rPr>
          <w:rFonts w:ascii="Georgia" w:hAnsi="Georgia" w:eastAsia="Georgia"/>
          <w:sz w:val="23"/>
        </w:rPr>
        <w:t>“Temporary pending characterization.”</w:t>
      </w:r>
    </w:p>
    <w:p>
      <w:r>
        <w:rPr>
          <w:rFonts w:ascii="Georgia" w:hAnsi="Georgia" w:eastAsia="Georgia"/>
          <w:sz w:val="23"/>
        </w:rPr>
        <w:t>Ivena said, “Eleven days.”</w:t>
      </w:r>
    </w:p>
    <w:p>
      <w:r>
        <w:rPr>
          <w:rFonts w:ascii="Georgia" w:hAnsi="Georgia" w:eastAsia="Georgia"/>
          <w:sz w:val="23"/>
        </w:rPr>
        <w:t>“I know.”</w:t>
      </w:r>
    </w:p>
    <w:p>
      <w:r>
        <w:rPr>
          <w:rFonts w:ascii="Georgia" w:hAnsi="Georgia" w:eastAsia="Georgia"/>
          <w:sz w:val="23"/>
        </w:rPr>
        <w:t>“Write it.”</w:t>
      </w:r>
    </w:p>
    <w:p>
      <w:r>
        <w:rPr>
          <w:rFonts w:ascii="Georgia" w:hAnsi="Georgia" w:eastAsia="Georgia"/>
          <w:sz w:val="23"/>
        </w:rPr>
        <w:t>Miren looked at me.</w:t>
      </w:r>
    </w:p>
    <w:p>
      <w:r>
        <w:rPr>
          <w:rFonts w:ascii="Georgia" w:hAnsi="Georgia" w:eastAsia="Georgia"/>
          <w:sz w:val="23"/>
        </w:rPr>
        <w:t>“She wants the surgical conflict in the technical action.”</w:t>
      </w:r>
    </w:p>
    <w:p>
      <w:r>
        <w:rPr>
          <w:rFonts w:ascii="Georgia" w:hAnsi="Georgia" w:eastAsia="Georgia"/>
          <w:sz w:val="23"/>
        </w:rPr>
        <w:t>“It is not a field variable.”</w:t>
      </w:r>
    </w:p>
    <w:p>
      <w:r>
        <w:rPr>
          <w:rFonts w:ascii="Georgia" w:hAnsi="Georgia" w:eastAsia="Georgia"/>
          <w:sz w:val="23"/>
        </w:rPr>
        <w:t>“It is the reason the field variable matters.”</w:t>
      </w:r>
    </w:p>
    <w:p>
      <w:r>
        <w:rPr>
          <w:rFonts w:ascii="Georgia" w:hAnsi="Georgia" w:eastAsia="Georgia"/>
          <w:sz w:val="23"/>
        </w:rPr>
        <w:t>Miren’s fingers remained still.</w:t>
      </w:r>
    </w:p>
    <w:p>
      <w:r>
        <w:rPr>
          <w:rFonts w:ascii="Georgia" w:hAnsi="Georgia" w:eastAsia="Georgia"/>
          <w:sz w:val="23"/>
        </w:rPr>
        <w:t>I heard Vara in that sentence even though Vara had been dead for twenty-three years.</w:t>
      </w:r>
    </w:p>
    <w:p>
      <w:r>
        <w:rPr>
          <w:rFonts w:ascii="Georgia" w:hAnsi="Georgia" w:eastAsia="Georgia"/>
          <w:sz w:val="23"/>
        </w:rPr>
        <w:t>Not her words.</w:t>
      </w:r>
    </w:p>
    <w:p>
      <w:r>
        <w:rPr>
          <w:rFonts w:ascii="Georgia" w:hAnsi="Georgia" w:eastAsia="Georgia"/>
          <w:sz w:val="23"/>
        </w:rPr>
        <w:t>Her jurisdiction.</w:t>
      </w:r>
    </w:p>
    <w:p>
      <w:r>
        <w:rPr>
          <w:rFonts w:ascii="Georgia" w:hAnsi="Georgia" w:eastAsia="Georgia"/>
          <w:sz w:val="23"/>
        </w:rPr>
        <w:t>People records.</w:t>
      </w:r>
    </w:p>
    <w:p>
      <w:r>
        <w:rPr>
          <w:rFonts w:ascii="Georgia" w:hAnsi="Georgia" w:eastAsia="Georgia"/>
          <w:sz w:val="23"/>
        </w:rPr>
        <w:t>I had once believed a person could be removed from a material-transfer form if the material variables were complete enough.</w:t>
      </w:r>
    </w:p>
    <w:p>
      <w:r>
        <w:rPr>
          <w:rFonts w:ascii="Georgia" w:hAnsi="Georgia" w:eastAsia="Georgia"/>
          <w:sz w:val="23"/>
        </w:rPr>
        <w:t>History had punished that belief until institutions began teaching the punishment without teaching my name.</w:t>
      </w:r>
    </w:p>
    <w:p>
      <w:r>
        <w:rPr>
          <w:rFonts w:ascii="Georgia" w:hAnsi="Georgia" w:eastAsia="Georgia"/>
          <w:sz w:val="23"/>
        </w:rPr>
        <w:t>“Add it,” I said.</w:t>
      </w:r>
    </w:p>
    <w:p>
      <w:r>
        <w:rPr>
          <w:rFonts w:ascii="Georgia" w:hAnsi="Georgia" w:eastAsia="Georgia"/>
          <w:sz w:val="23"/>
        </w:rPr>
        <w:t>Miren typed:</w:t>
      </w:r>
    </w:p>
    <w:p>
      <w:r>
        <w:rPr>
          <w:rFonts w:ascii="Georgia" w:hAnsi="Georgia" w:eastAsia="Georgia"/>
          <w:sz w:val="23"/>
        </w:rPr>
        <w:t>MEDICAL CONSTRAINT: THORACIC SCAFFOLD REPLACEMENT SCHEDULED IN 11 DAYS; CURRENT SETTING OCCUPIES REQUIRED ACCESS PLANE. DELAY EXPECTED TO REDUCE PROJECTED SERVICE LIFE OF EXISTING SCAFFOLD.</w:t>
      </w:r>
    </w:p>
    <w:p>
      <w:r>
        <w:rPr>
          <w:rFonts w:ascii="Georgia" w:hAnsi="Georgia" w:eastAsia="Georgia"/>
          <w:sz w:val="23"/>
        </w:rPr>
        <w:t>Ivena read it.</w:t>
      </w:r>
    </w:p>
    <w:p>
      <w:r>
        <w:rPr>
          <w:rFonts w:ascii="Georgia" w:hAnsi="Georgia" w:eastAsia="Georgia"/>
          <w:sz w:val="23"/>
        </w:rPr>
        <w:t>“Projected by how much?”</w:t>
      </w:r>
    </w:p>
    <w:p>
      <w:r>
        <w:rPr>
          <w:rFonts w:ascii="Georgia" w:hAnsi="Georgia" w:eastAsia="Georgia"/>
          <w:sz w:val="23"/>
        </w:rPr>
        <w:t>“Your surgeon’s estimate says approximately twenty years if deferred past the current window.”</w:t>
      </w:r>
    </w:p>
    <w:p>
      <w:r>
        <w:rPr>
          <w:rFonts w:ascii="Georgia" w:hAnsi="Georgia" w:eastAsia="Georgia"/>
          <w:sz w:val="23"/>
        </w:rPr>
        <w:t>“Write that.”</w:t>
      </w:r>
    </w:p>
    <w:p>
      <w:r>
        <w:rPr>
          <w:rFonts w:ascii="Georgia" w:hAnsi="Georgia" w:eastAsia="Georgia"/>
          <w:sz w:val="23"/>
        </w:rPr>
        <w:t>Miren did.</w:t>
      </w:r>
    </w:p>
    <w:p>
      <w:r>
        <w:rPr>
          <w:rFonts w:ascii="Georgia" w:hAnsi="Georgia" w:eastAsia="Georgia"/>
          <w:sz w:val="23"/>
        </w:rPr>
        <w:t>Twenty years entered the kaethe record.</w:t>
      </w:r>
    </w:p>
    <w:p>
      <w:r>
        <w:rPr>
          <w:rFonts w:ascii="Georgia" w:hAnsi="Georgia" w:eastAsia="Georgia"/>
          <w:sz w:val="23"/>
        </w:rPr>
        <w:t>Not because Kaethe had changed.</w:t>
      </w:r>
    </w:p>
    <w:p>
      <w:r>
        <w:rPr>
          <w:rFonts w:ascii="Georgia" w:hAnsi="Georgia" w:eastAsia="Georgia"/>
          <w:sz w:val="23"/>
        </w:rPr>
        <w:t>Because the woman wearing it had more life available to lose.</w:t>
      </w:r>
    </w:p>
    <w:p>
      <w:r>
        <w:rPr>
          <w:rFonts w:ascii="Georgia" w:hAnsi="Georgia" w:eastAsia="Georgia"/>
          <w:sz w:val="23"/>
        </w:rPr>
        <w:t>That was new enough to matter and old enough that nobody in the shop reacted.</w:t>
      </w:r>
    </w:p>
    <w:p>
      <w:r>
        <w:rPr>
          <w:rFonts w:ascii="Georgia" w:hAnsi="Georgia" w:eastAsia="Georgia"/>
          <w:sz w:val="23"/>
        </w:rPr>
        <w:t>I did.</w:t>
      </w:r>
    </w:p>
    <w:p>
      <w:pPr>
        <w:spacing w:before="80" w:after="80"/>
        <w:jc w:val="center"/>
      </w:pPr>
      <w:r>
        <w:rPr>
          <w:rFonts w:ascii="Georgia" w:hAnsi="Georgia" w:eastAsia="Georgia"/>
          <w:sz w:val="23"/>
        </w:rPr>
        <w:t>§</w:t>
      </w:r>
    </w:p>
    <w:p>
      <w:r>
        <w:rPr>
          <w:rFonts w:ascii="Georgia" w:hAnsi="Georgia" w:eastAsia="Georgia"/>
          <w:sz w:val="23"/>
        </w:rPr>
        <w:t>The surgeon joined by secure link at 1544.</w:t>
      </w:r>
    </w:p>
    <w:p>
      <w:r>
        <w:rPr>
          <w:rFonts w:ascii="Georgia" w:hAnsi="Georgia" w:eastAsia="Georgia"/>
          <w:sz w:val="23"/>
        </w:rPr>
        <w:t>Dr. Olan Mev was one hundred thirty-two and looked younger than Miren.</w:t>
      </w:r>
    </w:p>
    <w:p>
      <w:r>
        <w:rPr>
          <w:rFonts w:ascii="Georgia" w:hAnsi="Georgia" w:eastAsia="Georgia"/>
          <w:sz w:val="23"/>
        </w:rPr>
        <w:t>He had not worked during the war.</w:t>
      </w:r>
    </w:p>
    <w:p>
      <w:r>
        <w:rPr>
          <w:rFonts w:ascii="Georgia" w:hAnsi="Georgia" w:eastAsia="Georgia"/>
          <w:sz w:val="23"/>
        </w:rPr>
        <w:t>He had trained under people who had trained under people who had.</w:t>
      </w:r>
    </w:p>
    <w:p>
      <w:r>
        <w:rPr>
          <w:rFonts w:ascii="Georgia" w:hAnsi="Georgia" w:eastAsia="Georgia"/>
          <w:sz w:val="23"/>
        </w:rPr>
        <w:t>That made him young in the only way relevant to me.</w:t>
      </w:r>
    </w:p>
    <w:p>
      <w:r>
        <w:rPr>
          <w:rFonts w:ascii="Georgia" w:hAnsi="Georgia" w:eastAsia="Georgia"/>
          <w:sz w:val="23"/>
        </w:rPr>
        <w:t>“I can move the access plane,” he said.</w:t>
      </w:r>
    </w:p>
    <w:p>
      <w:r>
        <w:rPr>
          <w:rFonts w:ascii="Georgia" w:hAnsi="Georgia" w:eastAsia="Georgia"/>
          <w:sz w:val="23"/>
        </w:rPr>
        <w:t>“How?”</w:t>
      </w:r>
    </w:p>
    <w:p>
      <w:r>
        <w:rPr>
          <w:rFonts w:ascii="Georgia" w:hAnsi="Georgia" w:eastAsia="Georgia"/>
          <w:sz w:val="23"/>
        </w:rPr>
        <w:t>“Lateral approach.”</w:t>
      </w:r>
    </w:p>
    <w:p>
      <w:r>
        <w:rPr>
          <w:rFonts w:ascii="Georgia" w:hAnsi="Georgia" w:eastAsia="Georgia"/>
          <w:sz w:val="23"/>
        </w:rPr>
        <w:t>“Field-neutral?”</w:t>
      </w:r>
    </w:p>
    <w:p>
      <w:r>
        <w:rPr>
          <w:rFonts w:ascii="Georgia" w:hAnsi="Georgia" w:eastAsia="Georgia"/>
          <w:sz w:val="23"/>
        </w:rPr>
        <w:t>“No.”</w:t>
      </w:r>
    </w:p>
    <w:p>
      <w:r>
        <w:rPr>
          <w:rFonts w:ascii="Georgia" w:hAnsi="Georgia" w:eastAsia="Georgia"/>
          <w:sz w:val="23"/>
        </w:rPr>
        <w:t>“Then no.”</w:t>
      </w:r>
    </w:p>
    <w:p>
      <w:r>
        <w:rPr>
          <w:rFonts w:ascii="Georgia" w:hAnsi="Georgia" w:eastAsia="Georgia"/>
          <w:sz w:val="23"/>
        </w:rPr>
        <w:t>“I have performed twelve lateral replacements with active domestic settings.”</w:t>
      </w:r>
    </w:p>
    <w:p>
      <w:r>
        <w:rPr>
          <w:rFonts w:ascii="Georgia" w:hAnsi="Georgia" w:eastAsia="Georgia"/>
          <w:sz w:val="23"/>
        </w:rPr>
        <w:t>“Mass range?”</w:t>
      </w:r>
    </w:p>
    <w:p>
      <w:r>
        <w:rPr>
          <w:rFonts w:ascii="Georgia" w:hAnsi="Georgia" w:eastAsia="Georgia"/>
          <w:sz w:val="23"/>
        </w:rPr>
        <w:t>“Under one gram.”</w:t>
      </w:r>
    </w:p>
    <w:p>
      <w:r>
        <w:rPr>
          <w:rFonts w:ascii="Georgia" w:hAnsi="Georgia" w:eastAsia="Georgia"/>
          <w:sz w:val="23"/>
        </w:rPr>
        <w:t>“This is one point eight six.”</w:t>
      </w:r>
    </w:p>
    <w:p>
      <w:r>
        <w:rPr>
          <w:rFonts w:ascii="Georgia" w:hAnsi="Georgia" w:eastAsia="Georgia"/>
          <w:sz w:val="23"/>
        </w:rPr>
        <w:t>“Field reach is below current domestic threshold.”</w:t>
      </w:r>
    </w:p>
    <w:p>
      <w:r>
        <w:rPr>
          <w:rFonts w:ascii="Georgia" w:hAnsi="Georgia" w:eastAsia="Georgia"/>
          <w:sz w:val="23"/>
        </w:rPr>
        <w:t>“During baseline.”</w:t>
      </w:r>
    </w:p>
    <w:p>
      <w:r>
        <w:rPr>
          <w:rFonts w:ascii="Georgia" w:hAnsi="Georgia" w:eastAsia="Georgia"/>
          <w:sz w:val="23"/>
        </w:rPr>
        <w:t>“Yes.”</w:t>
      </w:r>
    </w:p>
    <w:p>
      <w:r>
        <w:rPr>
          <w:rFonts w:ascii="Georgia" w:hAnsi="Georgia" w:eastAsia="Georgia"/>
          <w:sz w:val="23"/>
        </w:rPr>
        <w:t>“Release changed the carrier response before local field metrics exceeded service limits.”</w:t>
      </w:r>
    </w:p>
    <w:p>
      <w:r>
        <w:rPr>
          <w:rFonts w:ascii="Georgia" w:hAnsi="Georgia" w:eastAsia="Georgia"/>
          <w:sz w:val="23"/>
        </w:rPr>
        <w:t>He read the hold.</w:t>
      </w:r>
    </w:p>
    <w:p>
      <w:r>
        <w:rPr>
          <w:rFonts w:ascii="Georgia" w:hAnsi="Georgia" w:eastAsia="Georgia"/>
          <w:sz w:val="23"/>
        </w:rPr>
        <w:t>“I see that.”</w:t>
      </w:r>
    </w:p>
    <w:p>
      <w:r>
        <w:rPr>
          <w:rFonts w:ascii="Georgia" w:hAnsi="Georgia" w:eastAsia="Georgia"/>
          <w:sz w:val="23"/>
        </w:rPr>
        <w:t>“Then why are we talking?”</w:t>
      </w:r>
    </w:p>
    <w:p>
      <w:r>
        <w:rPr>
          <w:rFonts w:ascii="Georgia" w:hAnsi="Georgia" w:eastAsia="Georgia"/>
          <w:sz w:val="23"/>
        </w:rPr>
        <w:t>“Because she is my patient and delay costs her usable scaffold life.”</w:t>
      </w:r>
    </w:p>
    <w:p>
      <w:r>
        <w:rPr>
          <w:rFonts w:ascii="Georgia" w:hAnsi="Georgia" w:eastAsia="Georgia"/>
          <w:sz w:val="23"/>
        </w:rPr>
        <w:t>Ivena leaned into view.</w:t>
      </w:r>
    </w:p>
    <w:p>
      <w:r>
        <w:rPr>
          <w:rFonts w:ascii="Georgia" w:hAnsi="Georgia" w:eastAsia="Georgia"/>
          <w:sz w:val="23"/>
        </w:rPr>
        <w:t>“I am also here.”</w:t>
      </w:r>
    </w:p>
    <w:p>
      <w:r>
        <w:rPr>
          <w:rFonts w:ascii="Georgia" w:hAnsi="Georgia" w:eastAsia="Georgia"/>
          <w:sz w:val="23"/>
        </w:rPr>
        <w:t>Olan nodded.</w:t>
      </w:r>
    </w:p>
    <w:p>
      <w:r>
        <w:rPr>
          <w:rFonts w:ascii="Georgia" w:hAnsi="Georgia" w:eastAsia="Georgia"/>
          <w:sz w:val="23"/>
        </w:rPr>
        <w:t>“I know.”</w:t>
      </w:r>
    </w:p>
    <w:p>
      <w:r>
        <w:rPr>
          <w:rFonts w:ascii="Georgia" w:hAnsi="Georgia" w:eastAsia="Georgia"/>
          <w:sz w:val="23"/>
        </w:rPr>
        <w:t>“You two keep saying my life like it is a component.”</w:t>
      </w:r>
    </w:p>
    <w:p>
      <w:r>
        <w:rPr>
          <w:rFonts w:ascii="Georgia" w:hAnsi="Georgia" w:eastAsia="Georgia"/>
          <w:sz w:val="23"/>
        </w:rPr>
        <w:t>“That is fair,” he said.</w:t>
      </w:r>
    </w:p>
    <w:p>
      <w:r>
        <w:rPr>
          <w:rFonts w:ascii="Georgia" w:hAnsi="Georgia" w:eastAsia="Georgia"/>
          <w:sz w:val="23"/>
        </w:rPr>
        <w:t>Good surgeon.</w:t>
      </w:r>
    </w:p>
    <w:p>
      <w:r>
        <w:rPr>
          <w:rFonts w:ascii="Georgia" w:hAnsi="Georgia" w:eastAsia="Georgia"/>
          <w:sz w:val="23"/>
        </w:rPr>
        <w:t>He continued.</w:t>
      </w:r>
    </w:p>
    <w:p>
      <w:r>
        <w:rPr>
          <w:rFonts w:ascii="Georgia" w:hAnsi="Georgia" w:eastAsia="Georgia"/>
          <w:sz w:val="23"/>
        </w:rPr>
        <w:t>“If we do nothing, I estimate a twenty-year reduction in optimal function before replacement becomes substantially more invasive. That is an estimate, not a guarantee.”</w:t>
      </w:r>
    </w:p>
    <w:p>
      <w:r>
        <w:rPr>
          <w:rFonts w:ascii="Georgia" w:hAnsi="Georgia" w:eastAsia="Georgia"/>
          <w:sz w:val="23"/>
        </w:rPr>
        <w:t>“And if you operate around the setting?” I asked.</w:t>
      </w:r>
    </w:p>
    <w:p>
      <w:r>
        <w:rPr>
          <w:rFonts w:ascii="Georgia" w:hAnsi="Georgia" w:eastAsia="Georgia"/>
          <w:sz w:val="23"/>
        </w:rPr>
        <w:t>“Unknown field interaction with the thoracic lattice during active vascular integration.”</w:t>
      </w:r>
    </w:p>
    <w:p>
      <w:r>
        <w:rPr>
          <w:rFonts w:ascii="Georgia" w:hAnsi="Georgia" w:eastAsia="Georgia"/>
          <w:sz w:val="23"/>
        </w:rPr>
        <w:t>“No.”</w:t>
      </w:r>
    </w:p>
    <w:p>
      <w:r>
        <w:rPr>
          <w:rFonts w:ascii="Georgia" w:hAnsi="Georgia" w:eastAsia="Georgia"/>
          <w:sz w:val="23"/>
        </w:rPr>
        <w:t>“That is why I called.”</w:t>
      </w:r>
    </w:p>
    <w:p>
      <w:r>
        <w:rPr>
          <w:rFonts w:ascii="Georgia" w:hAnsi="Georgia" w:eastAsia="Georgia"/>
          <w:sz w:val="23"/>
        </w:rPr>
        <w:t>“Private clinics are offering field-neutral bypass.”</w:t>
      </w:r>
    </w:p>
    <w:p>
      <w:r>
        <w:rPr>
          <w:rFonts w:ascii="Georgia" w:hAnsi="Georgia" w:eastAsia="Georgia"/>
          <w:sz w:val="23"/>
        </w:rPr>
        <w:t>“For more money than she has.”</w:t>
      </w:r>
    </w:p>
    <w:p>
      <w:r>
        <w:rPr>
          <w:rFonts w:ascii="Georgia" w:hAnsi="Georgia" w:eastAsia="Georgia"/>
          <w:sz w:val="23"/>
        </w:rPr>
        <w:t>Ivena said, “Thank you for preserving my dignity by making the number abstract.”</w:t>
      </w:r>
    </w:p>
    <w:p>
      <w:r>
        <w:rPr>
          <w:rFonts w:ascii="Georgia" w:hAnsi="Georgia" w:eastAsia="Georgia"/>
          <w:sz w:val="23"/>
        </w:rPr>
        <w:t>Olan did not apologize.</w:t>
      </w:r>
    </w:p>
    <w:p>
      <w:r>
        <w:rPr>
          <w:rFonts w:ascii="Georgia" w:hAnsi="Georgia" w:eastAsia="Georgia"/>
          <w:sz w:val="23"/>
        </w:rPr>
        <w:t>“Would you prefer the amount in the record?”</w:t>
      </w:r>
    </w:p>
    <w:p>
      <w:r>
        <w:rPr>
          <w:rFonts w:ascii="Georgia" w:hAnsi="Georgia" w:eastAsia="Georgia"/>
          <w:sz w:val="23"/>
        </w:rPr>
        <w:t>“No. I would prefer not to need the amount.”</w:t>
      </w:r>
    </w:p>
    <w:p>
      <w:r>
        <w:rPr>
          <w:rFonts w:ascii="Georgia" w:hAnsi="Georgia" w:eastAsia="Georgia"/>
          <w:sz w:val="23"/>
        </w:rPr>
        <w:t>The three of us looked at the same problem from professions built in different centuries.</w:t>
      </w:r>
    </w:p>
    <w:p>
      <w:r>
        <w:rPr>
          <w:rFonts w:ascii="Georgia" w:hAnsi="Georgia" w:eastAsia="Georgia"/>
          <w:sz w:val="23"/>
        </w:rPr>
        <w:t>A fragment associated with a man who completed at twenty-nine.</w:t>
      </w:r>
    </w:p>
    <w:p>
      <w:r>
        <w:rPr>
          <w:rFonts w:ascii="Georgia" w:hAnsi="Georgia" w:eastAsia="Georgia"/>
          <w:sz w:val="23"/>
        </w:rPr>
        <w:t>A sister who had carried it for ninety-three years.</w:t>
      </w:r>
    </w:p>
    <w:p>
      <w:r>
        <w:rPr>
          <w:rFonts w:ascii="Georgia" w:hAnsi="Georgia" w:eastAsia="Georgia"/>
          <w:sz w:val="23"/>
        </w:rPr>
        <w:t>A setting designed to make dangerous intimacy stable enough to become ordinary.</w:t>
      </w:r>
    </w:p>
    <w:p>
      <w:r>
        <w:rPr>
          <w:rFonts w:ascii="Georgia" w:hAnsi="Georgia" w:eastAsia="Georgia"/>
          <w:sz w:val="23"/>
        </w:rPr>
        <w:t>A medical system designed around bodies expected to continue long enough that twenty lost years counted as a meaningful injury.</w:t>
      </w:r>
    </w:p>
    <w:p>
      <w:r>
        <w:rPr>
          <w:rFonts w:ascii="Georgia" w:hAnsi="Georgia" w:eastAsia="Georgia"/>
          <w:sz w:val="23"/>
        </w:rPr>
        <w:t>Nothing in the original kaethe protocols had contained all four.</w:t>
      </w:r>
    </w:p>
    <w:p>
      <w:r>
        <w:rPr>
          <w:rFonts w:ascii="Georgia" w:hAnsi="Georgia" w:eastAsia="Georgia"/>
          <w:sz w:val="23"/>
        </w:rPr>
        <w:t>“Can you build a temporary external access route?” I asked.</w:t>
      </w:r>
    </w:p>
    <w:p>
      <w:r>
        <w:rPr>
          <w:rFonts w:ascii="Georgia" w:hAnsi="Georgia" w:eastAsia="Georgia"/>
          <w:sz w:val="23"/>
        </w:rPr>
        <w:t>Olan frowned.</w:t>
      </w:r>
    </w:p>
    <w:p>
      <w:r>
        <w:rPr>
          <w:rFonts w:ascii="Georgia" w:hAnsi="Georgia" w:eastAsia="Georgia"/>
          <w:sz w:val="23"/>
        </w:rPr>
        <w:t>“Through rib separation.”</w:t>
      </w:r>
    </w:p>
    <w:p>
      <w:r>
        <w:rPr>
          <w:rFonts w:ascii="Georgia" w:hAnsi="Georgia" w:eastAsia="Georgia"/>
          <w:sz w:val="23"/>
        </w:rPr>
        <w:t>“Without moving the setting.”</w:t>
      </w:r>
    </w:p>
    <w:p>
      <w:r>
        <w:rPr>
          <w:rFonts w:ascii="Georgia" w:hAnsi="Georgia" w:eastAsia="Georgia"/>
          <w:sz w:val="23"/>
        </w:rPr>
        <w:t>“Yes.”</w:t>
      </w:r>
    </w:p>
    <w:p>
      <w:r>
        <w:rPr>
          <w:rFonts w:ascii="Georgia" w:hAnsi="Georgia" w:eastAsia="Georgia"/>
          <w:sz w:val="23"/>
        </w:rPr>
        <w:t>“Cost?”</w:t>
      </w:r>
    </w:p>
    <w:p>
      <w:r>
        <w:rPr>
          <w:rFonts w:ascii="Georgia" w:hAnsi="Georgia" w:eastAsia="Georgia"/>
          <w:sz w:val="23"/>
        </w:rPr>
        <w:t>Ivena closed her eyes.</w:t>
      </w:r>
    </w:p>
    <w:p>
      <w:r>
        <w:rPr>
          <w:rFonts w:ascii="Georgia" w:hAnsi="Georgia" w:eastAsia="Georgia"/>
          <w:sz w:val="23"/>
        </w:rPr>
        <w:t>Olan answered anyway.</w:t>
      </w:r>
    </w:p>
    <w:p>
      <w:r>
        <w:rPr>
          <w:rFonts w:ascii="Georgia" w:hAnsi="Georgia" w:eastAsia="Georgia"/>
          <w:sz w:val="23"/>
        </w:rPr>
        <w:t>“Covered if the kaethe hold is classified as medically inseparable contact.”</w:t>
      </w:r>
    </w:p>
    <w:p>
      <w:r>
        <w:rPr>
          <w:rFonts w:ascii="Georgia" w:hAnsi="Georgia" w:eastAsia="Georgia"/>
          <w:sz w:val="23"/>
        </w:rPr>
        <w:t>I looked at Miren.</w:t>
      </w:r>
    </w:p>
    <w:p>
      <w:r>
        <w:rPr>
          <w:rFonts w:ascii="Georgia" w:hAnsi="Georgia" w:eastAsia="Georgia"/>
          <w:sz w:val="23"/>
        </w:rPr>
        <w:t>She was already checking the classification.</w:t>
      </w:r>
    </w:p>
    <w:p>
      <w:r>
        <w:rPr>
          <w:rFonts w:ascii="Georgia" w:hAnsi="Georgia" w:eastAsia="Georgia"/>
          <w:sz w:val="23"/>
        </w:rPr>
        <w:t>“It is not,” she said.</w:t>
      </w:r>
    </w:p>
    <w:p>
      <w:r>
        <w:rPr>
          <w:rFonts w:ascii="Georgia" w:hAnsi="Georgia" w:eastAsia="Georgia"/>
          <w:sz w:val="23"/>
        </w:rPr>
        <w:t>“Why?”</w:t>
      </w:r>
    </w:p>
    <w:p>
      <w:r>
        <w:rPr>
          <w:rFonts w:ascii="Georgia" w:hAnsi="Georgia" w:eastAsia="Georgia"/>
          <w:sz w:val="23"/>
        </w:rPr>
        <w:t>“Medically inseparable requires demonstrated adverse effect under movement, not field reduction in place.”</w:t>
      </w:r>
    </w:p>
    <w:p>
      <w:r>
        <w:rPr>
          <w:rFonts w:ascii="Georgia" w:hAnsi="Georgia" w:eastAsia="Georgia"/>
          <w:sz w:val="23"/>
        </w:rPr>
        <w:t>“That is stupid,” Ivena said.</w:t>
      </w:r>
    </w:p>
    <w:p>
      <w:r>
        <w:rPr>
          <w:rFonts w:ascii="Georgia" w:hAnsi="Georgia" w:eastAsia="Georgia"/>
          <w:sz w:val="23"/>
        </w:rPr>
        <w:t>“Yes,” Miren said.</w:t>
      </w:r>
    </w:p>
    <w:p>
      <w:r>
        <w:rPr>
          <w:rFonts w:ascii="Georgia" w:hAnsi="Georgia" w:eastAsia="Georgia"/>
          <w:sz w:val="23"/>
        </w:rPr>
        <w:t>She did not defend the system merely because she operated it.</w:t>
      </w:r>
    </w:p>
    <w:p>
      <w:r>
        <w:rPr>
          <w:rFonts w:ascii="Georgia" w:hAnsi="Georgia" w:eastAsia="Georgia"/>
          <w:sz w:val="23"/>
        </w:rPr>
        <w:t>“Can the classification be reviewed?”</w:t>
      </w:r>
    </w:p>
    <w:p>
      <w:r>
        <w:rPr>
          <w:rFonts w:ascii="Georgia" w:hAnsi="Georgia" w:eastAsia="Georgia"/>
          <w:sz w:val="23"/>
        </w:rPr>
        <w:t>“Three days.”</w:t>
      </w:r>
    </w:p>
    <w:p>
      <w:r>
        <w:rPr>
          <w:rFonts w:ascii="Georgia" w:hAnsi="Georgia" w:eastAsia="Georgia"/>
          <w:sz w:val="23"/>
        </w:rPr>
        <w:t>“Who reviews?”</w:t>
      </w:r>
    </w:p>
    <w:p>
      <w:r>
        <w:rPr>
          <w:rFonts w:ascii="Georgia" w:hAnsi="Georgia" w:eastAsia="Georgia"/>
          <w:sz w:val="23"/>
        </w:rPr>
        <w:t>“Living-contact medicine, kaethe licensing, and insurer standing.”</w:t>
      </w:r>
    </w:p>
    <w:p>
      <w:r>
        <w:rPr>
          <w:rFonts w:ascii="Georgia" w:hAnsi="Georgia" w:eastAsia="Georgia"/>
          <w:sz w:val="23"/>
        </w:rPr>
        <w:t>“Insurer standing is not standing.”</w:t>
      </w:r>
    </w:p>
    <w:p>
      <w:r>
        <w:rPr>
          <w:rFonts w:ascii="Georgia" w:hAnsi="Georgia" w:eastAsia="Georgia"/>
          <w:sz w:val="23"/>
        </w:rPr>
        <w:t>“Different century. Same bad noun.”</w:t>
      </w:r>
    </w:p>
    <w:p>
      <w:r>
        <w:rPr>
          <w:rFonts w:ascii="Georgia" w:hAnsi="Georgia" w:eastAsia="Georgia"/>
          <w:sz w:val="23"/>
        </w:rPr>
        <w:t>Ivena laughed.</w:t>
      </w:r>
    </w:p>
    <w:p>
      <w:r>
        <w:rPr>
          <w:rFonts w:ascii="Georgia" w:hAnsi="Georgia" w:eastAsia="Georgia"/>
          <w:sz w:val="23"/>
        </w:rPr>
        <w:t>I did too.</w:t>
      </w:r>
    </w:p>
    <w:p>
      <w:r>
        <w:rPr>
          <w:rFonts w:ascii="Georgia" w:hAnsi="Georgia" w:eastAsia="Georgia"/>
          <w:sz w:val="23"/>
        </w:rPr>
        <w:t>The sound surprised me.</w:t>
      </w:r>
    </w:p>
    <w:p>
      <w:r>
        <w:rPr>
          <w:rFonts w:ascii="Georgia" w:hAnsi="Georgia" w:eastAsia="Georgia"/>
          <w:sz w:val="23"/>
        </w:rPr>
        <w:t>Olan waited for us to stop.</w:t>
      </w:r>
    </w:p>
    <w:p>
      <w:r>
        <w:rPr>
          <w:rFonts w:ascii="Georgia" w:hAnsi="Georgia" w:eastAsia="Georgia"/>
          <w:sz w:val="23"/>
        </w:rPr>
        <w:t>“I can hold her surgical slot for four days.”</w:t>
      </w:r>
    </w:p>
    <w:p>
      <w:r>
        <w:rPr>
          <w:rFonts w:ascii="Georgia" w:hAnsi="Georgia" w:eastAsia="Georgia"/>
          <w:sz w:val="23"/>
        </w:rPr>
        <w:t>“Not eleven?”</w:t>
      </w:r>
    </w:p>
    <w:p>
      <w:r>
        <w:rPr>
          <w:rFonts w:ascii="Georgia" w:hAnsi="Georgia" w:eastAsia="Georgia"/>
          <w:sz w:val="23"/>
        </w:rPr>
        <w:t>“The slot is not the problem. The scaffold preparation is.”</w:t>
      </w:r>
    </w:p>
    <w:p>
      <w:r>
        <w:rPr>
          <w:rFonts w:ascii="Georgia" w:hAnsi="Georgia" w:eastAsia="Georgia"/>
          <w:sz w:val="23"/>
        </w:rPr>
        <w:t>Ivena looked at me.</w:t>
      </w:r>
    </w:p>
    <w:p>
      <w:r>
        <w:rPr>
          <w:rFonts w:ascii="Georgia" w:hAnsi="Georgia" w:eastAsia="Georgia"/>
          <w:sz w:val="23"/>
        </w:rPr>
        <w:t>“So now what?”</w:t>
      </w:r>
    </w:p>
    <w:p>
      <w:r>
        <w:rPr>
          <w:rFonts w:ascii="Georgia" w:hAnsi="Georgia" w:eastAsia="Georgia"/>
          <w:sz w:val="23"/>
        </w:rPr>
        <w:t>I had spent most of my life building procedures that prevented one person from becoming the answer to that question.</w:t>
      </w:r>
    </w:p>
    <w:p>
      <w:r>
        <w:rPr>
          <w:rFonts w:ascii="Georgia" w:hAnsi="Georgia" w:eastAsia="Georgia"/>
          <w:sz w:val="23"/>
        </w:rPr>
        <w:t>The fact that she asked me anyway did not restore the authority.</w:t>
      </w:r>
    </w:p>
    <w:p>
      <w:r>
        <w:rPr>
          <w:rFonts w:ascii="Georgia" w:hAnsi="Georgia" w:eastAsia="Georgia"/>
          <w:sz w:val="23"/>
        </w:rPr>
        <w:t>It only made the old reflex visible.</w:t>
      </w:r>
    </w:p>
    <w:p>
      <w:r>
        <w:rPr>
          <w:rFonts w:ascii="Georgia" w:hAnsi="Georgia" w:eastAsia="Georgia"/>
          <w:sz w:val="23"/>
        </w:rPr>
        <w:t>“We characterize the release response without removing the setting,” I said. “Independently. We determine whether the current-carrier pattern depends on contact, field strength, setting geometry, or the fragment itself. We do not run Deren-derived challenges again without a new reason. We get the medical classification reviewed in parallel.”</w:t>
      </w:r>
    </w:p>
    <w:p>
      <w:r>
        <w:rPr>
          <w:rFonts w:ascii="Georgia" w:hAnsi="Georgia" w:eastAsia="Georgia"/>
          <w:sz w:val="23"/>
        </w:rPr>
        <w:t>“And if you cannot do that in four days?”</w:t>
      </w:r>
    </w:p>
    <w:p>
      <w:r>
        <w:rPr>
          <w:rFonts w:ascii="Georgia" w:hAnsi="Georgia" w:eastAsia="Georgia"/>
          <w:sz w:val="23"/>
        </w:rPr>
        <w:t>“Then Olan tells you what the surgical alternatives cost in risk, not money. You decide what risk you accept.”</w:t>
      </w:r>
    </w:p>
    <w:p>
      <w:r>
        <w:rPr>
          <w:rFonts w:ascii="Georgia" w:hAnsi="Georgia" w:eastAsia="Georgia"/>
          <w:sz w:val="23"/>
        </w:rPr>
        <w:t>“No final citation?”</w:t>
      </w:r>
    </w:p>
    <w:p>
      <w:r>
        <w:rPr>
          <w:rFonts w:ascii="Georgia" w:hAnsi="Georgia" w:eastAsia="Georgia"/>
          <w:sz w:val="23"/>
        </w:rPr>
        <w:t>The phrase was old enough that people used it as a joke.</w:t>
      </w:r>
    </w:p>
    <w:p>
      <w:r>
        <w:rPr>
          <w:rFonts w:ascii="Georgia" w:hAnsi="Georgia" w:eastAsia="Georgia"/>
          <w:sz w:val="23"/>
        </w:rPr>
        <w:t>I did not.</w:t>
      </w:r>
    </w:p>
    <w:p>
      <w:r>
        <w:rPr>
          <w:rFonts w:ascii="Georgia" w:hAnsi="Georgia" w:eastAsia="Georgia"/>
          <w:sz w:val="23"/>
        </w:rPr>
        <w:t>“No.”</w:t>
      </w:r>
    </w:p>
    <w:p>
      <w:r>
        <w:rPr>
          <w:rFonts w:ascii="Georgia" w:hAnsi="Georgia" w:eastAsia="Georgia"/>
          <w:sz w:val="23"/>
        </w:rPr>
        <w:t>Ivena touched the setting.</w:t>
      </w:r>
    </w:p>
    <w:p>
      <w:r>
        <w:rPr>
          <w:rFonts w:ascii="Georgia" w:hAnsi="Georgia" w:eastAsia="Georgia"/>
          <w:sz w:val="23"/>
        </w:rPr>
        <w:t>Her fingers rested over one point eight six grams of black-gray material that had entered her family when her brother lost, by ordinary expectation, more than a century of life he should have had.</w:t>
      </w:r>
    </w:p>
    <w:p>
      <w:r>
        <w:rPr>
          <w:rFonts w:ascii="Georgia" w:hAnsi="Georgia" w:eastAsia="Georgia"/>
          <w:sz w:val="23"/>
        </w:rPr>
        <w:t>She had spent ninety-three years keeping it against her.</w:t>
      </w:r>
    </w:p>
    <w:p>
      <w:r>
        <w:rPr>
          <w:rFonts w:ascii="Georgia" w:hAnsi="Georgia" w:eastAsia="Georgia"/>
          <w:sz w:val="23"/>
        </w:rPr>
        <w:t>Now the life she still expected required us to move it.</w:t>
      </w:r>
    </w:p>
    <w:p>
      <w:r>
        <w:rPr>
          <w:rFonts w:ascii="Georgia" w:hAnsi="Georgia" w:eastAsia="Georgia"/>
          <w:sz w:val="23"/>
        </w:rPr>
        <w:t>The original custody record treated those facts as separate.</w:t>
      </w:r>
    </w:p>
    <w:p>
      <w:r>
        <w:rPr>
          <w:rFonts w:ascii="Georgia" w:hAnsi="Georgia" w:eastAsia="Georgia"/>
          <w:sz w:val="23"/>
        </w:rPr>
        <w:t>The current field did not.</w:t>
      </w:r>
    </w:p>
    <w:p>
      <w:pPr>
        <w:spacing w:before="80" w:after="80"/>
        <w:jc w:val="center"/>
      </w:pPr>
      <w:r>
        <w:rPr>
          <w:rFonts w:ascii="Georgia" w:hAnsi="Georgia" w:eastAsia="Georgia"/>
          <w:sz w:val="23"/>
        </w:rPr>
        <w:t>§</w:t>
      </w:r>
    </w:p>
    <w:p>
      <w:r>
        <w:rPr>
          <w:rFonts w:ascii="Georgia" w:hAnsi="Georgia" w:eastAsia="Georgia"/>
          <w:sz w:val="23"/>
        </w:rPr>
        <w:t>At 1706 Miren closed the shop to ordinary appointments.</w:t>
      </w:r>
    </w:p>
    <w:p>
      <w:r>
        <w:rPr>
          <w:rFonts w:ascii="Georgia" w:hAnsi="Georgia" w:eastAsia="Georgia"/>
          <w:sz w:val="23"/>
        </w:rPr>
        <w:t>A man waiting for a clavicle fitting complained that he had taken the afternoon off.</w:t>
      </w:r>
    </w:p>
    <w:p>
      <w:r>
        <w:rPr>
          <w:rFonts w:ascii="Georgia" w:hAnsi="Georgia" w:eastAsia="Georgia"/>
          <w:sz w:val="23"/>
        </w:rPr>
        <w:t>He was two hundred eleven.</w:t>
      </w:r>
    </w:p>
    <w:p>
      <w:r>
        <w:rPr>
          <w:rFonts w:ascii="Georgia" w:hAnsi="Georgia" w:eastAsia="Georgia"/>
          <w:sz w:val="23"/>
        </w:rPr>
        <w:t>He rescheduled for Thursday.</w:t>
      </w:r>
    </w:p>
    <w:p>
      <w:r>
        <w:rPr>
          <w:rFonts w:ascii="Georgia" w:hAnsi="Georgia" w:eastAsia="Georgia"/>
          <w:sz w:val="23"/>
        </w:rPr>
        <w:t>No one found that remarkable.</w:t>
      </w:r>
    </w:p>
    <w:p>
      <w:r>
        <w:rPr>
          <w:rFonts w:ascii="Georgia" w:hAnsi="Georgia" w:eastAsia="Georgia"/>
          <w:sz w:val="23"/>
        </w:rPr>
        <w:t>I stayed.</w:t>
      </w:r>
    </w:p>
    <w:p>
      <w:r>
        <w:rPr>
          <w:rFonts w:ascii="Georgia" w:hAnsi="Georgia" w:eastAsia="Georgia"/>
          <w:sz w:val="23"/>
        </w:rPr>
        <w:t>Miren removed the decorative sample tray from the workbench and replaced it with diagnostic hardware.</w:t>
      </w:r>
    </w:p>
    <w:p>
      <w:r>
        <w:rPr>
          <w:rFonts w:ascii="Georgia" w:hAnsi="Georgia" w:eastAsia="Georgia"/>
          <w:sz w:val="23"/>
        </w:rPr>
        <w:t>The black-glass settings went into a drawer.</w:t>
      </w:r>
    </w:p>
    <w:p>
      <w:r>
        <w:rPr>
          <w:rFonts w:ascii="Georgia" w:hAnsi="Georgia" w:eastAsia="Georgia"/>
          <w:sz w:val="23"/>
        </w:rPr>
        <w:t>For thirty years I had watched kaethe practice acquire aesthetics.</w:t>
      </w:r>
    </w:p>
    <w:p>
      <w:r>
        <w:rPr>
          <w:rFonts w:ascii="Georgia" w:hAnsi="Georgia" w:eastAsia="Georgia"/>
          <w:sz w:val="23"/>
        </w:rPr>
        <w:t>First people hid the pieces.</w:t>
      </w:r>
    </w:p>
    <w:p>
      <w:r>
        <w:rPr>
          <w:rFonts w:ascii="Georgia" w:hAnsi="Georgia" w:eastAsia="Georgia"/>
          <w:sz w:val="23"/>
        </w:rPr>
        <w:t>Then they protected them.</w:t>
      </w:r>
    </w:p>
    <w:p>
      <w:r>
        <w:rPr>
          <w:rFonts w:ascii="Georgia" w:hAnsi="Georgia" w:eastAsia="Georgia"/>
          <w:sz w:val="23"/>
        </w:rPr>
        <w:t>Then they displayed protection.</w:t>
      </w:r>
    </w:p>
    <w:p>
      <w:r>
        <w:rPr>
          <w:rFonts w:ascii="Georgia" w:hAnsi="Georgia" w:eastAsia="Georgia"/>
          <w:sz w:val="23"/>
        </w:rPr>
        <w:t>Then the protection became beautiful enough that people forgot beauty had arrived after hazard.</w:t>
      </w:r>
    </w:p>
    <w:p>
      <w:r>
        <w:rPr>
          <w:rFonts w:ascii="Georgia" w:hAnsi="Georgia" w:eastAsia="Georgia"/>
          <w:sz w:val="23"/>
        </w:rPr>
        <w:t>I had expected that progression.</w:t>
      </w:r>
    </w:p>
    <w:p>
      <w:r>
        <w:rPr>
          <w:rFonts w:ascii="Georgia" w:hAnsi="Georgia" w:eastAsia="Georgia"/>
          <w:sz w:val="23"/>
        </w:rPr>
        <w:t>I had not expected the warranties.</w:t>
      </w:r>
    </w:p>
    <w:p>
      <w:r>
        <w:rPr>
          <w:rFonts w:ascii="Georgia" w:hAnsi="Georgia" w:eastAsia="Georgia"/>
          <w:sz w:val="23"/>
        </w:rPr>
        <w:t>Ivena stood to stretch.</w:t>
      </w:r>
    </w:p>
    <w:p>
      <w:r>
        <w:rPr>
          <w:rFonts w:ascii="Georgia" w:hAnsi="Georgia" w:eastAsia="Georgia"/>
          <w:sz w:val="23"/>
        </w:rPr>
        <w:t>The setting held position as her chest moved under it.</w:t>
      </w:r>
    </w:p>
    <w:p>
      <w:r>
        <w:rPr>
          <w:rFonts w:ascii="Georgia" w:hAnsi="Georgia" w:eastAsia="Georgia"/>
          <w:sz w:val="23"/>
        </w:rPr>
        <w:t>“Do you hate these?” she asked.</w:t>
      </w:r>
    </w:p>
    <w:p>
      <w:r>
        <w:rPr>
          <w:rFonts w:ascii="Georgia" w:hAnsi="Georgia" w:eastAsia="Georgia"/>
          <w:sz w:val="23"/>
        </w:rPr>
        <w:t>“The settings?”</w:t>
      </w:r>
    </w:p>
    <w:p>
      <w:r>
        <w:rPr>
          <w:rFonts w:ascii="Georgia" w:hAnsi="Georgia" w:eastAsia="Georgia"/>
          <w:sz w:val="23"/>
        </w:rPr>
        <w:t>“Yes.”</w:t>
      </w:r>
    </w:p>
    <w:p>
      <w:r>
        <w:rPr>
          <w:rFonts w:ascii="Georgia" w:hAnsi="Georgia" w:eastAsia="Georgia"/>
          <w:sz w:val="23"/>
        </w:rPr>
        <w:t>“No.”</w:t>
      </w:r>
    </w:p>
    <w:p>
      <w:r>
        <w:rPr>
          <w:rFonts w:ascii="Georgia" w:hAnsi="Georgia" w:eastAsia="Georgia"/>
          <w:sz w:val="23"/>
        </w:rPr>
        <w:t>“That was slow.”</w:t>
      </w:r>
    </w:p>
    <w:p>
      <w:r>
        <w:rPr>
          <w:rFonts w:ascii="Georgia" w:hAnsi="Georgia" w:eastAsia="Georgia"/>
          <w:sz w:val="23"/>
        </w:rPr>
        <w:t>“I hate what people assume after something becomes ordinary.”</w:t>
      </w:r>
    </w:p>
    <w:p>
      <w:r>
        <w:rPr>
          <w:rFonts w:ascii="Georgia" w:hAnsi="Georgia" w:eastAsia="Georgia"/>
          <w:sz w:val="23"/>
        </w:rPr>
        <w:t>“What do they assume?”</w:t>
      </w:r>
    </w:p>
    <w:p>
      <w:r>
        <w:rPr>
          <w:rFonts w:ascii="Georgia" w:hAnsi="Georgia" w:eastAsia="Georgia"/>
          <w:sz w:val="23"/>
        </w:rPr>
        <w:t>“That ordinary means understood.”</w:t>
      </w:r>
    </w:p>
    <w:p>
      <w:r>
        <w:rPr>
          <w:rFonts w:ascii="Georgia" w:hAnsi="Georgia" w:eastAsia="Georgia"/>
          <w:sz w:val="23"/>
        </w:rPr>
        <w:t>She nodded.</w:t>
      </w:r>
    </w:p>
    <w:p>
      <w:r>
        <w:rPr>
          <w:rFonts w:ascii="Georgia" w:hAnsi="Georgia" w:eastAsia="Georgia"/>
          <w:sz w:val="23"/>
        </w:rPr>
        <w:t>“Do you know why I chose black ceramic?”</w:t>
      </w:r>
    </w:p>
    <w:p>
      <w:r>
        <w:rPr>
          <w:rFonts w:ascii="Georgia" w:hAnsi="Georgia" w:eastAsia="Georgia"/>
          <w:sz w:val="23"/>
        </w:rPr>
        <w:t>“No.”</w:t>
      </w:r>
    </w:p>
    <w:p>
      <w:r>
        <w:rPr>
          <w:rFonts w:ascii="Georgia" w:hAnsi="Georgia" w:eastAsia="Georgia"/>
          <w:sz w:val="23"/>
        </w:rPr>
        <w:t>“Deren hated black.”</w:t>
      </w:r>
    </w:p>
    <w:p>
      <w:r>
        <w:rPr>
          <w:rFonts w:ascii="Georgia" w:hAnsi="Georgia" w:eastAsia="Georgia"/>
          <w:sz w:val="23"/>
        </w:rPr>
        <w:t>I looked at her.</w:t>
      </w:r>
    </w:p>
    <w:p>
      <w:r>
        <w:rPr>
          <w:rFonts w:ascii="Georgia" w:hAnsi="Georgia" w:eastAsia="Georgia"/>
          <w:sz w:val="23"/>
        </w:rPr>
        <w:t>She smiled.</w:t>
      </w:r>
    </w:p>
    <w:p>
      <w:r>
        <w:rPr>
          <w:rFonts w:ascii="Georgia" w:hAnsi="Georgia" w:eastAsia="Georgia"/>
          <w:sz w:val="23"/>
        </w:rPr>
        <w:t>“Everyone assumes grief wants resemblance.”</w:t>
      </w:r>
    </w:p>
    <w:p>
      <w:r>
        <w:rPr>
          <w:rFonts w:ascii="Georgia" w:hAnsi="Georgia" w:eastAsia="Georgia"/>
          <w:sz w:val="23"/>
        </w:rPr>
        <w:t>“Why did you choose something he hated?”</w:t>
      </w:r>
    </w:p>
    <w:p>
      <w:r>
        <w:rPr>
          <w:rFonts w:ascii="Georgia" w:hAnsi="Georgia" w:eastAsia="Georgia"/>
          <w:sz w:val="23"/>
        </w:rPr>
        <w:t>“Because I was the one wearing it.”</w:t>
      </w:r>
    </w:p>
    <w:p>
      <w:r>
        <w:rPr>
          <w:rFonts w:ascii="Georgia" w:hAnsi="Georgia" w:eastAsia="Georgia"/>
          <w:sz w:val="23"/>
        </w:rPr>
        <w:t>That sentence belonged in the record.</w:t>
      </w:r>
    </w:p>
    <w:p>
      <w:r>
        <w:rPr>
          <w:rFonts w:ascii="Georgia" w:hAnsi="Georgia" w:eastAsia="Georgia"/>
          <w:sz w:val="23"/>
        </w:rPr>
        <w:t>It did not belong in any field I had.</w:t>
      </w:r>
    </w:p>
    <w:p>
      <w:r>
        <w:rPr>
          <w:rFonts w:ascii="Georgia" w:hAnsi="Georgia" w:eastAsia="Georgia"/>
          <w:sz w:val="23"/>
        </w:rPr>
        <w:t>Miren returned with three independent sensor packs.</w:t>
      </w:r>
    </w:p>
    <w:p>
      <w:r>
        <w:rPr>
          <w:rFonts w:ascii="Georgia" w:hAnsi="Georgia" w:eastAsia="Georgia"/>
          <w:sz w:val="23"/>
        </w:rPr>
        <w:t>“Tomorrow at seven?”</w:t>
      </w:r>
    </w:p>
    <w:p>
      <w:r>
        <w:rPr>
          <w:rFonts w:ascii="Georgia" w:hAnsi="Georgia" w:eastAsia="Georgia"/>
          <w:sz w:val="23"/>
        </w:rPr>
        <w:t>Ivena groaned.</w:t>
      </w:r>
    </w:p>
    <w:p>
      <w:r>
        <w:rPr>
          <w:rFonts w:ascii="Georgia" w:hAnsi="Georgia" w:eastAsia="Georgia"/>
          <w:sz w:val="23"/>
        </w:rPr>
        <w:t>“I am retired.”</w:t>
      </w:r>
    </w:p>
    <w:p>
      <w:r>
        <w:rPr>
          <w:rFonts w:ascii="Georgia" w:hAnsi="Georgia" w:eastAsia="Georgia"/>
          <w:sz w:val="23"/>
        </w:rPr>
        <w:t>“You have been retired for thirty-two years.”</w:t>
      </w:r>
    </w:p>
    <w:p>
      <w:r>
        <w:rPr>
          <w:rFonts w:ascii="Georgia" w:hAnsi="Georgia" w:eastAsia="Georgia"/>
          <w:sz w:val="23"/>
        </w:rPr>
        <w:t>“That is why mornings are offensive.”</w:t>
      </w:r>
    </w:p>
    <w:p>
      <w:r>
        <w:rPr>
          <w:rFonts w:ascii="Georgia" w:hAnsi="Georgia" w:eastAsia="Georgia"/>
          <w:sz w:val="23"/>
        </w:rPr>
        <w:t>“Seven-thirty.”</w:t>
      </w:r>
    </w:p>
    <w:p>
      <w:r>
        <w:rPr>
          <w:rFonts w:ascii="Georgia" w:hAnsi="Georgia" w:eastAsia="Georgia"/>
          <w:sz w:val="23"/>
        </w:rPr>
        <w:t>“Eight.”</w:t>
      </w:r>
    </w:p>
    <w:p>
      <w:r>
        <w:rPr>
          <w:rFonts w:ascii="Georgia" w:hAnsi="Georgia" w:eastAsia="Georgia"/>
          <w:sz w:val="23"/>
        </w:rPr>
        <w:t>“Seven-thirty.”</w:t>
      </w:r>
    </w:p>
    <w:p>
      <w:r>
        <w:rPr>
          <w:rFonts w:ascii="Georgia" w:hAnsi="Georgia" w:eastAsia="Georgia"/>
          <w:sz w:val="23"/>
        </w:rPr>
        <w:t>Ivena looked at me.</w:t>
      </w:r>
    </w:p>
    <w:p>
      <w:r>
        <w:rPr>
          <w:rFonts w:ascii="Georgia" w:hAnsi="Georgia" w:eastAsia="Georgia"/>
          <w:sz w:val="23"/>
        </w:rPr>
        <w:t>“Does she negotiate like this with everybody?”</w:t>
      </w:r>
    </w:p>
    <w:p>
      <w:r>
        <w:rPr>
          <w:rFonts w:ascii="Georgia" w:hAnsi="Georgia" w:eastAsia="Georgia"/>
          <w:sz w:val="23"/>
        </w:rPr>
        <w:t>“She is protecting the method from breakfast.”</w:t>
      </w:r>
    </w:p>
    <w:p>
      <w:r>
        <w:rPr>
          <w:rFonts w:ascii="Georgia" w:hAnsi="Georgia" w:eastAsia="Georgia"/>
          <w:sz w:val="23"/>
        </w:rPr>
        <w:t>Miren pointed at the door.</w:t>
      </w:r>
    </w:p>
    <w:p>
      <w:r>
        <w:rPr>
          <w:rFonts w:ascii="Georgia" w:hAnsi="Georgia" w:eastAsia="Georgia"/>
          <w:sz w:val="23"/>
        </w:rPr>
        <w:t>“You can both leave.”</w:t>
      </w:r>
    </w:p>
    <w:p>
      <w:r>
        <w:rPr>
          <w:rFonts w:ascii="Georgia" w:hAnsi="Georgia" w:eastAsia="Georgia"/>
          <w:sz w:val="23"/>
        </w:rPr>
        <w:t>Ivena put on her coat.</w:t>
      </w:r>
    </w:p>
    <w:p>
      <w:r>
        <w:rPr>
          <w:rFonts w:ascii="Georgia" w:hAnsi="Georgia" w:eastAsia="Georgia"/>
          <w:sz w:val="23"/>
        </w:rPr>
        <w:t>The fabric settled over the setting without catching.</w:t>
      </w:r>
    </w:p>
    <w:p>
      <w:r>
        <w:rPr>
          <w:rFonts w:ascii="Georgia" w:hAnsi="Georgia" w:eastAsia="Georgia"/>
          <w:sz w:val="23"/>
        </w:rPr>
        <w:t>Old intimate designs had pulled cloth inward.</w:t>
      </w:r>
    </w:p>
    <w:p>
      <w:r>
        <w:rPr>
          <w:rFonts w:ascii="Georgia" w:hAnsi="Georgia" w:eastAsia="Georgia"/>
          <w:sz w:val="23"/>
        </w:rPr>
        <w:t>This one had been built so the garment would lie correctly.</w:t>
      </w:r>
    </w:p>
    <w:p>
      <w:r>
        <w:rPr>
          <w:rFonts w:ascii="Georgia" w:hAnsi="Georgia" w:eastAsia="Georgia"/>
          <w:sz w:val="23"/>
        </w:rPr>
        <w:t>Someone had solved the wrinkle.</w:t>
      </w:r>
    </w:p>
    <w:p>
      <w:r>
        <w:rPr>
          <w:rFonts w:ascii="Georgia" w:hAnsi="Georgia" w:eastAsia="Georgia"/>
          <w:sz w:val="23"/>
        </w:rPr>
        <w:t>I watched the coat close.</w:t>
      </w:r>
    </w:p>
    <w:p>
      <w:r>
        <w:rPr>
          <w:rFonts w:ascii="Georgia" w:hAnsi="Georgia" w:eastAsia="Georgia"/>
          <w:sz w:val="23"/>
        </w:rPr>
        <w:t>For less than a second I remembered rain falling through a roofless freight exchange and a woman whose shirt had agreed with something under her sternum that the rest of the room did not.</w:t>
      </w:r>
    </w:p>
    <w:p>
      <w:r>
        <w:rPr>
          <w:rFonts w:ascii="Georgia" w:hAnsi="Georgia" w:eastAsia="Georgia"/>
          <w:sz w:val="23"/>
        </w:rPr>
        <w:t>I had caught her wrist.</w:t>
      </w:r>
    </w:p>
    <w:p>
      <w:r>
        <w:rPr>
          <w:rFonts w:ascii="Georgia" w:hAnsi="Georgia" w:eastAsia="Georgia"/>
          <w:sz w:val="23"/>
        </w:rPr>
        <w:t>Do not touch that.</w:t>
      </w:r>
    </w:p>
    <w:p>
      <w:r>
        <w:rPr>
          <w:rFonts w:ascii="Georgia" w:hAnsi="Georgia" w:eastAsia="Georgia"/>
          <w:sz w:val="23"/>
        </w:rPr>
        <w:t>Ninety-three years later, a licensed technician had given Ivena a warranty and a yellow stop switch.</w:t>
      </w:r>
    </w:p>
    <w:p>
      <w:r>
        <w:rPr>
          <w:rFonts w:ascii="Georgia" w:hAnsi="Georgia" w:eastAsia="Georgia"/>
          <w:sz w:val="23"/>
        </w:rPr>
        <w:t>That was progress.</w:t>
      </w:r>
    </w:p>
    <w:p>
      <w:r>
        <w:rPr>
          <w:rFonts w:ascii="Georgia" w:hAnsi="Georgia" w:eastAsia="Georgia"/>
          <w:sz w:val="23"/>
        </w:rPr>
        <w:t>It was not understanding.</w:t>
      </w:r>
    </w:p>
    <w:p>
      <w:r>
        <w:rPr>
          <w:rFonts w:ascii="Georgia" w:hAnsi="Georgia" w:eastAsia="Georgia"/>
          <w:sz w:val="23"/>
        </w:rPr>
        <w:t>Miren handed me the printed hold.</w:t>
      </w:r>
    </w:p>
    <w:p>
      <w:r>
        <w:rPr>
          <w:rFonts w:ascii="Georgia" w:hAnsi="Georgia" w:eastAsia="Georgia"/>
          <w:sz w:val="23"/>
        </w:rPr>
        <w:t>I read the last section.</w:t>
      </w:r>
    </w:p>
    <w:p>
      <w:r>
        <w:rPr>
          <w:rFonts w:ascii="Georgia" w:hAnsi="Georgia" w:eastAsia="Georgia"/>
          <w:sz w:val="23"/>
        </w:rPr>
        <w:t>HISTORICAL ASSOCIATION: DEREN SAR.</w:t>
      </w:r>
    </w:p>
    <w:p>
      <w:r>
        <w:rPr>
          <w:rFonts w:ascii="Georgia" w:hAnsi="Georgia" w:eastAsia="Georgia"/>
          <w:sz w:val="23"/>
        </w:rPr>
        <w:t>CURRENT CARRIER: IVENA SAR.</w:t>
      </w:r>
    </w:p>
    <w:p>
      <w:r>
        <w:rPr>
          <w:rFonts w:ascii="Georgia" w:hAnsi="Georgia" w:eastAsia="Georgia"/>
          <w:sz w:val="23"/>
        </w:rPr>
        <w:t>CONTACT DURATION: 93 Y 4 M.</w:t>
      </w:r>
    </w:p>
    <w:p>
      <w:r>
        <w:rPr>
          <w:rFonts w:ascii="Georgia" w:hAnsi="Georgia" w:eastAsia="Georgia"/>
          <w:sz w:val="23"/>
        </w:rPr>
        <w:t>DOMINANT OBSERVED RESPONSE UNDER CURRENT TEST CONDITIONS: CURRENT CARRIER.</w:t>
      </w:r>
    </w:p>
    <w:p>
      <w:r>
        <w:rPr>
          <w:rFonts w:ascii="Georgia" w:hAnsi="Georgia" w:eastAsia="Georgia"/>
          <w:sz w:val="23"/>
        </w:rPr>
        <w:t>RELATIONSHIP BETWEEN HISTORICAL ASSOCIATION AND CURRENT CARRIER RESPONSE: UNKNOWN.</w:t>
      </w:r>
    </w:p>
    <w:p>
      <w:r>
        <w:rPr>
          <w:rFonts w:ascii="Georgia" w:hAnsi="Georgia" w:eastAsia="Georgia"/>
          <w:sz w:val="23"/>
        </w:rPr>
        <w:t>I read the final line twice.</w:t>
      </w:r>
    </w:p>
    <w:p>
      <w:r>
        <w:rPr>
          <w:rFonts w:ascii="Georgia" w:hAnsi="Georgia" w:eastAsia="Georgia"/>
          <w:sz w:val="23"/>
        </w:rPr>
        <w:t>There was no box asking which person the fragment belonged to.</w:t>
      </w:r>
    </w:p>
    <w:p>
      <w:r>
        <w:rPr>
          <w:rFonts w:ascii="Georgia" w:hAnsi="Georgia" w:eastAsia="Georgia"/>
          <w:sz w:val="23"/>
        </w:rPr>
        <w:t>No box asking who was inside it.</w:t>
      </w:r>
    </w:p>
    <w:p>
      <w:r>
        <w:rPr>
          <w:rFonts w:ascii="Georgia" w:hAnsi="Georgia" w:eastAsia="Georgia"/>
          <w:sz w:val="23"/>
        </w:rPr>
        <w:t>No box asking whether ninety-three years of contact had added something, replaced something, or merely trained the apparatus we used to measure it.</w:t>
      </w:r>
    </w:p>
    <w:p>
      <w:r>
        <w:rPr>
          <w:rFonts w:ascii="Georgia" w:hAnsi="Georgia" w:eastAsia="Georgia"/>
          <w:sz w:val="23"/>
        </w:rPr>
        <w:t>The absence mattered.</w:t>
      </w:r>
    </w:p>
    <w:p>
      <w:r>
        <w:rPr>
          <w:rFonts w:ascii="Georgia" w:hAnsi="Georgia" w:eastAsia="Georgia"/>
          <w:sz w:val="23"/>
        </w:rPr>
        <w:t>The form had learned restraint.</w:t>
      </w:r>
    </w:p>
    <w:p>
      <w:r>
        <w:rPr>
          <w:rFonts w:ascii="Georgia" w:hAnsi="Georgia" w:eastAsia="Georgia"/>
          <w:sz w:val="23"/>
        </w:rPr>
        <w:t>The problem had not.</w:t>
      </w:r>
    </w:p>
    <w:p>
      <w:r>
        <w:rPr>
          <w:rFonts w:ascii="Georgia" w:hAnsi="Georgia" w:eastAsia="Georgia"/>
          <w:sz w:val="23"/>
        </w:rPr>
        <w:t>The setting had been designed to hold a fragment associated with a dead man against his sister.</w:t>
      </w:r>
    </w:p>
    <w:p>
      <w:r>
        <w:rPr>
          <w:rFonts w:ascii="Georgia" w:hAnsi="Georgia" w:eastAsia="Georgia"/>
          <w:sz w:val="23"/>
        </w:rPr>
        <w:t>Ninety-three years later, the fragment had a more measurable relationship to the sister than to the man.</w:t>
      </w:r>
    </w:p>
    <w:p>
      <w:r>
        <w:rPr>
          <w:rFonts w:ascii="Georgia" w:hAnsi="Georgia" w:eastAsia="Georgia"/>
          <w:sz w:val="23"/>
        </w:rPr>
        <w:t>That did not tell me who was in it.</w:t>
      </w:r>
    </w:p>
    <w:p>
      <w:r>
        <w:rPr>
          <w:rFonts w:ascii="Georgia" w:hAnsi="Georgia" w:eastAsia="Georgia"/>
          <w:sz w:val="23"/>
        </w:rPr>
        <w:t>It told me time had become part of the apparatus.</w:t>
      </w:r>
    </w:p>
    <w:p>
      <w:pPr>
        <w:keepNext/>
        <w:pageBreakBefore/>
        <w:jc w:val="center"/>
      </w:pPr>
      <w:r>
        <w:rPr>
          <w:rFonts w:ascii="Georgia" w:hAnsi="Georgia" w:eastAsia="Georgia"/>
          <w:b/>
          <w:sz w:val="28"/>
        </w:rPr>
        <w:t>Chapter Two — The Required Harm</w:t>
      </w:r>
    </w:p>
    <w:p>
      <w:pPr>
        <w:spacing w:after="120"/>
      </w:pPr>
      <w:r>
        <w:rPr>
          <w:rFonts w:ascii="Georgia" w:hAnsi="Georgia" w:eastAsia="Georgia"/>
          <w:sz w:val="23"/>
        </w:rPr>
        <w:t>The insurer wanted Ivena injured twice.</w:t>
      </w:r>
    </w:p>
    <w:p>
      <w:pPr>
        <w:spacing w:after="120"/>
      </w:pPr>
      <w:r>
        <w:rPr>
          <w:rFonts w:ascii="Georgia" w:hAnsi="Georgia" w:eastAsia="Georgia"/>
          <w:sz w:val="23"/>
        </w:rPr>
        <w:t>Not permanently.</w:t>
      </w:r>
    </w:p>
    <w:p>
      <w:pPr>
        <w:spacing w:after="120"/>
      </w:pPr>
      <w:r>
        <w:rPr>
          <w:rFonts w:ascii="Georgia" w:hAnsi="Georgia" w:eastAsia="Georgia"/>
          <w:sz w:val="23"/>
        </w:rPr>
        <w:t>The distinction was supposed to make the request reasonable.</w:t>
      </w:r>
    </w:p>
    <w:p>
      <w:pPr>
        <w:spacing w:after="120"/>
      </w:pPr>
      <w:r>
        <w:rPr>
          <w:rFonts w:ascii="Georgia" w:hAnsi="Georgia" w:eastAsia="Georgia"/>
          <w:sz w:val="23"/>
        </w:rPr>
        <w:t>Miren put the denial on the diagnostic wall at 0716, three minutes after I arrived and fourteen minutes before Ivena’s negotiated appointment time.</w:t>
      </w:r>
    </w:p>
    <w:p>
      <w:pPr>
        <w:spacing w:after="120"/>
      </w:pPr>
      <w:r>
        <w:rPr>
          <w:rFonts w:ascii="Georgia" w:hAnsi="Georgia" w:eastAsia="Georgia"/>
          <w:sz w:val="23"/>
        </w:rPr>
        <w:t>MEDICALLY INSEPARABLE CONTACT — NOT ESTABLISHED.</w:t>
      </w:r>
    </w:p>
    <w:p>
      <w:pPr>
        <w:spacing w:after="120"/>
      </w:pPr>
      <w:r>
        <w:rPr>
          <w:rFonts w:ascii="Georgia" w:hAnsi="Georgia" w:eastAsia="Georgia"/>
          <w:sz w:val="23"/>
        </w:rPr>
        <w:t>Basis:</w:t>
      </w:r>
    </w:p>
    <w:p>
      <w:pPr>
        <w:spacing w:after="120"/>
      </w:pPr>
      <w:r>
        <w:rPr>
          <w:rFonts w:ascii="Georgia" w:hAnsi="Georgia" w:eastAsia="Georgia"/>
          <w:sz w:val="23"/>
        </w:rPr>
        <w:t>NO DOCUMENTED ADVERSE EVENT UNDER MATERIAL MOVEMENT.</w:t>
      </w:r>
    </w:p>
    <w:p>
      <w:pPr>
        <w:spacing w:after="120"/>
      </w:pPr>
      <w:r>
        <w:rPr>
          <w:rFonts w:ascii="Georgia" w:hAnsi="Georgia" w:eastAsia="Georgia"/>
          <w:sz w:val="23"/>
        </w:rPr>
        <w:t>I read the sentence once.</w:t>
      </w:r>
    </w:p>
    <w:p>
      <w:pPr>
        <w:spacing w:after="120"/>
      </w:pPr>
      <w:r>
        <w:rPr>
          <w:rFonts w:ascii="Georgia" w:hAnsi="Georgia" w:eastAsia="Georgia"/>
          <w:sz w:val="23"/>
        </w:rPr>
        <w:t>Then again because repetition occasionally reveals stupidity as clerical error.</w:t>
      </w:r>
    </w:p>
    <w:p>
      <w:pPr>
        <w:spacing w:after="120"/>
      </w:pPr>
      <w:r>
        <w:rPr>
          <w:rFonts w:ascii="Georgia" w:hAnsi="Georgia" w:eastAsia="Georgia"/>
          <w:sz w:val="23"/>
        </w:rPr>
        <w:t>It remained policy.</w:t>
      </w:r>
    </w:p>
    <w:p>
      <w:pPr>
        <w:spacing w:after="120"/>
      </w:pPr>
      <w:r>
        <w:rPr>
          <w:rFonts w:ascii="Georgia" w:hAnsi="Georgia" w:eastAsia="Georgia"/>
          <w:sz w:val="23"/>
        </w:rPr>
        <w:t>“They have yesterday’s run,” I said.</w:t>
      </w:r>
    </w:p>
    <w:p>
      <w:pPr>
        <w:spacing w:after="120"/>
      </w:pPr>
      <w:r>
        <w:rPr>
          <w:rFonts w:ascii="Georgia" w:hAnsi="Georgia" w:eastAsia="Georgia"/>
          <w:sz w:val="23"/>
        </w:rPr>
        <w:t>“Field reduction is not movement.”</w:t>
      </w:r>
    </w:p>
    <w:p>
      <w:pPr>
        <w:spacing w:after="120"/>
      </w:pPr>
      <w:r>
        <w:rPr>
          <w:rFonts w:ascii="Georgia" w:hAnsi="Georgia" w:eastAsia="Georgia"/>
          <w:sz w:val="23"/>
        </w:rPr>
        <w:t>“The setting was entering release state.”</w:t>
      </w:r>
    </w:p>
    <w:p>
      <w:pPr>
        <w:spacing w:after="120"/>
      </w:pPr>
      <w:r>
        <w:rPr>
          <w:rFonts w:ascii="Georgia" w:hAnsi="Georgia" w:eastAsia="Georgia"/>
          <w:sz w:val="23"/>
        </w:rPr>
        <w:t>“They know.”</w:t>
      </w:r>
    </w:p>
    <w:p>
      <w:pPr>
        <w:spacing w:after="120"/>
      </w:pPr>
      <w:r>
        <w:rPr>
          <w:rFonts w:ascii="Georgia" w:hAnsi="Georgia" w:eastAsia="Georgia"/>
          <w:sz w:val="23"/>
        </w:rPr>
        <w:t>“Ivena developed reproducible spatial enlargement.”</w:t>
      </w:r>
    </w:p>
    <w:p>
      <w:pPr>
        <w:spacing w:after="120"/>
      </w:pPr>
      <w:r>
        <w:rPr>
          <w:rFonts w:ascii="Georgia" w:hAnsi="Georgia" w:eastAsia="Georgia"/>
          <w:sz w:val="23"/>
        </w:rPr>
        <w:t>“They know.”</w:t>
      </w:r>
    </w:p>
    <w:p>
      <w:pPr>
        <w:spacing w:after="120"/>
      </w:pPr>
      <w:r>
        <w:rPr>
          <w:rFonts w:ascii="Georgia" w:hAnsi="Georgia" w:eastAsia="Georgia"/>
          <w:sz w:val="23"/>
        </w:rPr>
        <w:t>“Current-carrier response was ninety-four percent.”</w:t>
      </w:r>
    </w:p>
    <w:p>
      <w:pPr>
        <w:spacing w:after="120"/>
      </w:pPr>
      <w:r>
        <w:rPr>
          <w:rFonts w:ascii="Georgia" w:hAnsi="Georgia" w:eastAsia="Georgia"/>
          <w:sz w:val="23"/>
        </w:rPr>
        <w:t>“They especially know that.”</w:t>
      </w:r>
    </w:p>
    <w:p>
      <w:pPr>
        <w:spacing w:after="120"/>
      </w:pPr>
      <w:r>
        <w:rPr>
          <w:rFonts w:ascii="Georgia" w:hAnsi="Georgia" w:eastAsia="Georgia"/>
          <w:sz w:val="23"/>
        </w:rPr>
        <w:t>“Then what exactly are they missing?”</w:t>
      </w:r>
    </w:p>
    <w:p>
      <w:pPr>
        <w:spacing w:after="120"/>
      </w:pPr>
      <w:r>
        <w:rPr>
          <w:rFonts w:ascii="Georgia" w:hAnsi="Georgia" w:eastAsia="Georgia"/>
          <w:sz w:val="23"/>
        </w:rPr>
        <w:t>Miren enlarged the explanatory note.</w:t>
      </w:r>
    </w:p>
    <w:p>
      <w:pPr>
        <w:spacing w:after="120"/>
      </w:pPr>
      <w:r>
        <w:rPr>
          <w:rFonts w:ascii="Georgia" w:hAnsi="Georgia" w:eastAsia="Georgia"/>
          <w:sz w:val="23"/>
        </w:rPr>
        <w:t>The policy had been written for transport-linked dependencies. A fragment moved. A living contact produced a measurable adverse response. The movement became medically restricted.</w:t>
      </w:r>
    </w:p>
    <w:p>
      <w:pPr>
        <w:spacing w:after="120"/>
      </w:pPr>
      <w:r>
        <w:rPr>
          <w:rFonts w:ascii="Georgia" w:hAnsi="Georgia" w:eastAsia="Georgia"/>
          <w:sz w:val="23"/>
        </w:rPr>
        <w:t>Ivena’s setting had not moved.</w:t>
      </w:r>
    </w:p>
    <w:p>
      <w:pPr>
        <w:spacing w:after="120"/>
      </w:pPr>
      <w:r>
        <w:rPr>
          <w:rFonts w:ascii="Georgia" w:hAnsi="Georgia" w:eastAsia="Georgia"/>
          <w:sz w:val="23"/>
        </w:rPr>
        <w:t>The field had been reduced fifteen percent.</w:t>
      </w:r>
    </w:p>
    <w:p>
      <w:pPr>
        <w:spacing w:after="120"/>
      </w:pPr>
      <w:r>
        <w:rPr>
          <w:rFonts w:ascii="Georgia" w:hAnsi="Georgia" w:eastAsia="Georgia"/>
          <w:sz w:val="23"/>
        </w:rPr>
        <w:t>Her body had objected before the object changed location.</w:t>
      </w:r>
    </w:p>
    <w:p>
      <w:pPr>
        <w:spacing w:after="120"/>
      </w:pPr>
      <w:r>
        <w:rPr>
          <w:rFonts w:ascii="Georgia" w:hAnsi="Georgia" w:eastAsia="Georgia"/>
          <w:sz w:val="23"/>
        </w:rPr>
        <w:t>The policy considered that insufficient.</w:t>
      </w:r>
    </w:p>
    <w:p>
      <w:pPr>
        <w:spacing w:after="120"/>
      </w:pPr>
      <w:r>
        <w:rPr>
          <w:rFonts w:ascii="Georgia" w:hAnsi="Georgia" w:eastAsia="Georgia"/>
          <w:sz w:val="23"/>
        </w:rPr>
        <w:t>“They want us to move it,” I said.</w:t>
      </w:r>
    </w:p>
    <w:p>
      <w:pPr>
        <w:spacing w:after="120"/>
      </w:pPr>
      <w:r>
        <w:rPr>
          <w:rFonts w:ascii="Georgia" w:hAnsi="Georgia" w:eastAsia="Georgia"/>
          <w:sz w:val="23"/>
        </w:rPr>
        <w:t>“They want evidence generated by movement.”</w:t>
      </w:r>
    </w:p>
    <w:p>
      <w:pPr>
        <w:spacing w:after="120"/>
      </w:pPr>
      <w:r>
        <w:rPr>
          <w:rFonts w:ascii="Georgia" w:hAnsi="Georgia" w:eastAsia="Georgia"/>
          <w:sz w:val="23"/>
        </w:rPr>
        <w:t>“Same sentence with insurance grammar.”</w:t>
      </w:r>
    </w:p>
    <w:p>
      <w:pPr>
        <w:spacing w:after="120"/>
      </w:pPr>
      <w:r>
        <w:rPr>
          <w:rFonts w:ascii="Georgia" w:hAnsi="Georgia" w:eastAsia="Georgia"/>
          <w:sz w:val="23"/>
        </w:rPr>
        <w:t>“I told them that.”</w:t>
      </w:r>
    </w:p>
    <w:p>
      <w:pPr>
        <w:spacing w:after="120"/>
      </w:pPr>
      <w:r>
        <w:rPr>
          <w:rFonts w:ascii="Georgia" w:hAnsi="Georgia" w:eastAsia="Georgia"/>
          <w:sz w:val="23"/>
        </w:rPr>
        <w:t>“What did they say?”</w:t>
      </w:r>
    </w:p>
    <w:p>
      <w:pPr>
        <w:spacing w:after="120"/>
      </w:pPr>
      <w:r>
        <w:rPr>
          <w:rFonts w:ascii="Georgia" w:hAnsi="Georgia" w:eastAsia="Georgia"/>
          <w:sz w:val="23"/>
        </w:rPr>
        <w:t>“They quoted the policy.”</w:t>
      </w:r>
    </w:p>
    <w:p>
      <w:pPr>
        <w:spacing w:after="120"/>
      </w:pPr>
      <w:r>
        <w:rPr>
          <w:rFonts w:ascii="Georgia" w:hAnsi="Georgia" w:eastAsia="Georgia"/>
          <w:sz w:val="23"/>
        </w:rPr>
        <w:t>Of course they did.</w:t>
      </w:r>
    </w:p>
    <w:p>
      <w:pPr>
        <w:spacing w:after="120"/>
      </w:pPr>
      <w:r>
        <w:rPr>
          <w:rFonts w:ascii="Georgia" w:hAnsi="Georgia" w:eastAsia="Georgia"/>
          <w:sz w:val="23"/>
        </w:rPr>
        <w:t>Miren crossed her arms.</w:t>
      </w:r>
    </w:p>
    <w:p>
      <w:pPr>
        <w:spacing w:after="120"/>
      </w:pPr>
      <w:r>
        <w:rPr>
          <w:rFonts w:ascii="Georgia" w:hAnsi="Georgia" w:eastAsia="Georgia"/>
          <w:sz w:val="23"/>
        </w:rPr>
        <w:t>“There is an appeal path.”</w:t>
      </w:r>
    </w:p>
    <w:p>
      <w:pPr>
        <w:spacing w:after="120"/>
      </w:pPr>
      <w:r>
        <w:rPr>
          <w:rFonts w:ascii="Georgia" w:hAnsi="Georgia" w:eastAsia="Georgia"/>
          <w:sz w:val="23"/>
        </w:rPr>
        <w:t>“How long?”</w:t>
      </w:r>
    </w:p>
    <w:p>
      <w:pPr>
        <w:spacing w:after="120"/>
      </w:pPr>
      <w:r>
        <w:rPr>
          <w:rFonts w:ascii="Georgia" w:hAnsi="Georgia" w:eastAsia="Georgia"/>
          <w:sz w:val="23"/>
        </w:rPr>
        <w:t>“Standard review, twelve days.”</w:t>
      </w:r>
    </w:p>
    <w:p>
      <w:pPr>
        <w:spacing w:after="120"/>
      </w:pPr>
      <w:r>
        <w:rPr>
          <w:rFonts w:ascii="Georgia" w:hAnsi="Georgia" w:eastAsia="Georgia"/>
          <w:sz w:val="23"/>
        </w:rPr>
        <w:t>“Surgery in eleven.”</w:t>
      </w:r>
    </w:p>
    <w:p>
      <w:pPr>
        <w:spacing w:after="120"/>
      </w:pPr>
      <w:r>
        <w:rPr>
          <w:rFonts w:ascii="Georgia" w:hAnsi="Georgia" w:eastAsia="Georgia"/>
          <w:sz w:val="23"/>
        </w:rPr>
        <w:t>“Accelerated, six.”</w:t>
      </w:r>
    </w:p>
    <w:p>
      <w:pPr>
        <w:spacing w:after="120"/>
      </w:pPr>
      <w:r>
        <w:rPr>
          <w:rFonts w:ascii="Georgia" w:hAnsi="Georgia" w:eastAsia="Georgia"/>
          <w:sz w:val="23"/>
        </w:rPr>
        <w:t>“Olan holds the preparation window four.”</w:t>
      </w:r>
    </w:p>
    <w:p>
      <w:pPr>
        <w:spacing w:after="120"/>
      </w:pPr>
      <w:r>
        <w:rPr>
          <w:rFonts w:ascii="Georgia" w:hAnsi="Georgia" w:eastAsia="Georgia"/>
          <w:sz w:val="23"/>
        </w:rPr>
        <w:t>“Yes.”</w:t>
      </w:r>
    </w:p>
    <w:p>
      <w:pPr>
        <w:spacing w:after="120"/>
      </w:pPr>
      <w:r>
        <w:rPr>
          <w:rFonts w:ascii="Georgia" w:hAnsi="Georgia" w:eastAsia="Georgia"/>
          <w:sz w:val="23"/>
        </w:rPr>
        <w:t>“Emergency?”</w:t>
      </w:r>
    </w:p>
    <w:p>
      <w:pPr>
        <w:spacing w:after="120"/>
      </w:pPr>
      <w:r>
        <w:rPr>
          <w:rFonts w:ascii="Georgia" w:hAnsi="Georgia" w:eastAsia="Georgia"/>
          <w:sz w:val="23"/>
        </w:rPr>
        <w:t>“Requires demonstrated current functional impairment.”</w:t>
      </w:r>
    </w:p>
    <w:p>
      <w:pPr>
        <w:spacing w:after="120"/>
      </w:pPr>
      <w:r>
        <w:rPr>
          <w:rFonts w:ascii="Georgia" w:hAnsi="Georgia" w:eastAsia="Georgia"/>
          <w:sz w:val="23"/>
        </w:rPr>
        <w:t>“Which she does not have.”</w:t>
      </w:r>
    </w:p>
    <w:p>
      <w:pPr>
        <w:spacing w:after="120"/>
      </w:pPr>
      <w:r>
        <w:rPr>
          <w:rFonts w:ascii="Georgia" w:hAnsi="Georgia" w:eastAsia="Georgia"/>
          <w:sz w:val="23"/>
        </w:rPr>
        <w:t>“Not at baseline.”</w:t>
      </w:r>
    </w:p>
    <w:p>
      <w:pPr>
        <w:spacing w:after="120"/>
      </w:pPr>
      <w:r>
        <w:rPr>
          <w:rFonts w:ascii="Georgia" w:hAnsi="Georgia" w:eastAsia="Georgia"/>
          <w:sz w:val="23"/>
        </w:rPr>
        <w:t>There was the shape of it.</w:t>
      </w:r>
    </w:p>
    <w:p>
      <w:pPr>
        <w:spacing w:after="120"/>
      </w:pPr>
      <w:r>
        <w:rPr>
          <w:rFonts w:ascii="Georgia" w:hAnsi="Georgia" w:eastAsia="Georgia"/>
          <w:sz w:val="23"/>
        </w:rPr>
        <w:t>If we moved the setting and injured Ivena, the system could protect her from being moved again.</w:t>
      </w:r>
    </w:p>
    <w:p>
      <w:pPr>
        <w:spacing w:after="120"/>
      </w:pPr>
      <w:r>
        <w:rPr>
          <w:rFonts w:ascii="Georgia" w:hAnsi="Georgia" w:eastAsia="Georgia"/>
          <w:sz w:val="23"/>
        </w:rPr>
        <w:t>If we refused to risk the injury, the system could not classify the risk strongly enough to pay for the surgical route that left the setting alone.</w:t>
      </w:r>
    </w:p>
    <w:p>
      <w:pPr>
        <w:spacing w:after="120"/>
      </w:pPr>
      <w:r>
        <w:rPr>
          <w:rFonts w:ascii="Georgia" w:hAnsi="Georgia" w:eastAsia="Georgia"/>
          <w:sz w:val="23"/>
        </w:rPr>
        <w:t>Locally correct.</w:t>
      </w:r>
    </w:p>
    <w:p>
      <w:pPr>
        <w:spacing w:after="120"/>
      </w:pPr>
      <w:r>
        <w:rPr>
          <w:rFonts w:ascii="Georgia" w:hAnsi="Georgia" w:eastAsia="Georgia"/>
          <w:sz w:val="23"/>
        </w:rPr>
        <w:t>Globally obscene.</w:t>
      </w:r>
    </w:p>
    <w:p>
      <w:pPr>
        <w:spacing w:after="120"/>
      </w:pPr>
      <w:r>
        <w:rPr>
          <w:rFonts w:ascii="Georgia" w:hAnsi="Georgia" w:eastAsia="Georgia"/>
          <w:sz w:val="23"/>
        </w:rPr>
        <w:t>I had spent long enough around institutions to know obscenity was rarely proof of malice.</w:t>
      </w:r>
    </w:p>
    <w:p>
      <w:pPr>
        <w:spacing w:after="120"/>
      </w:pPr>
      <w:r>
        <w:rPr>
          <w:rFonts w:ascii="Georgia" w:hAnsi="Georgia" w:eastAsia="Georgia"/>
          <w:sz w:val="23"/>
        </w:rPr>
        <w:t>That made it harder to remove.</w:t>
      </w:r>
    </w:p>
    <w:p>
      <w:pPr>
        <w:spacing w:before="80" w:after="120"/>
        <w:jc w:val="center"/>
      </w:pPr>
      <w:r>
        <w:rPr>
          <w:rFonts w:ascii="Georgia" w:hAnsi="Georgia" w:eastAsia="Georgia"/>
          <w:sz w:val="23"/>
        </w:rPr>
        <w:t>§</w:t>
      </w:r>
    </w:p>
    <w:p>
      <w:pPr>
        <w:spacing w:after="120"/>
      </w:pPr>
      <w:r>
        <w:rPr>
          <w:rFonts w:ascii="Georgia" w:hAnsi="Georgia" w:eastAsia="Georgia"/>
          <w:sz w:val="23"/>
        </w:rPr>
        <w:t>Ivena arrived at 0734 carrying breakfast for herself and Miren.</w:t>
      </w:r>
    </w:p>
    <w:p>
      <w:pPr>
        <w:spacing w:after="120"/>
      </w:pPr>
      <w:r>
        <w:rPr>
          <w:rFonts w:ascii="Georgia" w:hAnsi="Georgia" w:eastAsia="Georgia"/>
          <w:sz w:val="23"/>
        </w:rPr>
        <w:t>Nothing for me.</w:t>
      </w:r>
    </w:p>
    <w:p>
      <w:pPr>
        <w:spacing w:after="120"/>
      </w:pPr>
      <w:r>
        <w:rPr>
          <w:rFonts w:ascii="Georgia" w:hAnsi="Georgia" w:eastAsia="Georgia"/>
          <w:sz w:val="23"/>
        </w:rPr>
        <w:t>“You were early yesterday,” she said.</w:t>
      </w:r>
    </w:p>
    <w:p>
      <w:pPr>
        <w:spacing w:after="120"/>
      </w:pPr>
      <w:r>
        <w:rPr>
          <w:rFonts w:ascii="Georgia" w:hAnsi="Georgia" w:eastAsia="Georgia"/>
          <w:sz w:val="23"/>
        </w:rPr>
        <w:t>“So were you.”</w:t>
      </w:r>
    </w:p>
    <w:p>
      <w:pPr>
        <w:spacing w:after="120"/>
      </w:pPr>
      <w:r>
        <w:rPr>
          <w:rFonts w:ascii="Georgia" w:hAnsi="Georgia" w:eastAsia="Georgia"/>
          <w:sz w:val="23"/>
        </w:rPr>
        <w:t>“I learned.”</w:t>
      </w:r>
    </w:p>
    <w:p>
      <w:pPr>
        <w:spacing w:after="120"/>
      </w:pPr>
      <w:r>
        <w:rPr>
          <w:rFonts w:ascii="Georgia" w:hAnsi="Georgia" w:eastAsia="Georgia"/>
          <w:sz w:val="23"/>
        </w:rPr>
        <w:t>She gave Miren a wrapped pastry.</w:t>
      </w:r>
    </w:p>
    <w:p>
      <w:pPr>
        <w:spacing w:after="120"/>
      </w:pPr>
      <w:r>
        <w:rPr>
          <w:rFonts w:ascii="Georgia" w:hAnsi="Georgia" w:eastAsia="Georgia"/>
          <w:sz w:val="23"/>
        </w:rPr>
        <w:t>Miren accepted it without pretending professional boundaries included baked goods.</w:t>
      </w:r>
    </w:p>
    <w:p>
      <w:pPr>
        <w:spacing w:after="120"/>
      </w:pPr>
      <w:r>
        <w:rPr>
          <w:rFonts w:ascii="Georgia" w:hAnsi="Georgia" w:eastAsia="Georgia"/>
          <w:sz w:val="23"/>
        </w:rPr>
        <w:t>Ivena looked at the wall.</w:t>
      </w:r>
    </w:p>
    <w:p>
      <w:pPr>
        <w:spacing w:after="120"/>
      </w:pPr>
      <w:r>
        <w:rPr>
          <w:rFonts w:ascii="Georgia" w:hAnsi="Georgia" w:eastAsia="Georgia"/>
          <w:sz w:val="23"/>
        </w:rPr>
        <w:t>“Denied?”</w:t>
      </w:r>
    </w:p>
    <w:p>
      <w:pPr>
        <w:spacing w:after="120"/>
      </w:pPr>
      <w:r>
        <w:rPr>
          <w:rFonts w:ascii="Georgia" w:hAnsi="Georgia" w:eastAsia="Georgia"/>
          <w:sz w:val="23"/>
        </w:rPr>
        <w:t>“Temporarily,” Miren said.</w:t>
      </w:r>
    </w:p>
    <w:p>
      <w:pPr>
        <w:spacing w:after="120"/>
      </w:pPr>
      <w:r>
        <w:rPr>
          <w:rFonts w:ascii="Georgia" w:hAnsi="Georgia" w:eastAsia="Georgia"/>
          <w:sz w:val="23"/>
        </w:rPr>
        <w:t>“That is a yes wearing office clothes.”</w:t>
      </w:r>
    </w:p>
    <w:p>
      <w:pPr>
        <w:spacing w:after="120"/>
      </w:pPr>
      <w:r>
        <w:rPr>
          <w:rFonts w:ascii="Georgia" w:hAnsi="Georgia" w:eastAsia="Georgia"/>
          <w:sz w:val="23"/>
        </w:rPr>
        <w:t>I pointed at the basis line.</w:t>
      </w:r>
    </w:p>
    <w:p>
      <w:pPr>
        <w:spacing w:after="120"/>
      </w:pPr>
      <w:r>
        <w:rPr>
          <w:rFonts w:ascii="Georgia" w:hAnsi="Georgia" w:eastAsia="Georgia"/>
          <w:sz w:val="23"/>
        </w:rPr>
        <w:t>“They require an adverse response under movement.”</w:t>
      </w:r>
    </w:p>
    <w:p>
      <w:pPr>
        <w:spacing w:after="120"/>
      </w:pPr>
      <w:r>
        <w:rPr>
          <w:rFonts w:ascii="Georgia" w:hAnsi="Georgia" w:eastAsia="Georgia"/>
          <w:sz w:val="23"/>
        </w:rPr>
        <w:t>She read it.</w:t>
      </w:r>
    </w:p>
    <w:p>
      <w:pPr>
        <w:spacing w:after="120"/>
      </w:pPr>
      <w:r>
        <w:rPr>
          <w:rFonts w:ascii="Georgia" w:hAnsi="Georgia" w:eastAsia="Georgia"/>
          <w:sz w:val="23"/>
        </w:rPr>
        <w:t>Her face did not change immediately.</w:t>
      </w:r>
    </w:p>
    <w:p>
      <w:pPr>
        <w:spacing w:after="120"/>
      </w:pPr>
      <w:r>
        <w:rPr>
          <w:rFonts w:ascii="Georgia" w:hAnsi="Georgia" w:eastAsia="Georgia"/>
          <w:sz w:val="23"/>
        </w:rPr>
        <w:t>Living longer had not made her reactions slower. People confused the two more often than they should.</w:t>
      </w:r>
    </w:p>
    <w:p>
      <w:pPr>
        <w:spacing w:after="120"/>
      </w:pPr>
      <w:r>
        <w:rPr>
          <w:rFonts w:ascii="Georgia" w:hAnsi="Georgia" w:eastAsia="Georgia"/>
          <w:sz w:val="23"/>
        </w:rPr>
        <w:t>“So move it,” she said.</w:t>
      </w:r>
    </w:p>
    <w:p>
      <w:pPr>
        <w:spacing w:after="120"/>
      </w:pPr>
      <w:r>
        <w:rPr>
          <w:rFonts w:ascii="Georgia" w:hAnsi="Georgia" w:eastAsia="Georgia"/>
          <w:sz w:val="23"/>
        </w:rPr>
        <w:t>“No.”</w:t>
      </w:r>
    </w:p>
    <w:p>
      <w:pPr>
        <w:spacing w:after="120"/>
      </w:pPr>
      <w:r>
        <w:rPr>
          <w:rFonts w:ascii="Georgia" w:hAnsi="Georgia" w:eastAsia="Georgia"/>
          <w:sz w:val="23"/>
        </w:rPr>
        <w:t>“You answered before I finished thinking.”</w:t>
      </w:r>
    </w:p>
    <w:p>
      <w:pPr>
        <w:spacing w:after="120"/>
      </w:pPr>
      <w:r>
        <w:rPr>
          <w:rFonts w:ascii="Georgia" w:hAnsi="Georgia" w:eastAsia="Georgia"/>
          <w:sz w:val="23"/>
        </w:rPr>
        <w:t>“Your thinking does not alter yesterday’s result.”</w:t>
      </w:r>
    </w:p>
    <w:p>
      <w:pPr>
        <w:spacing w:after="120"/>
      </w:pPr>
      <w:r>
        <w:rPr>
          <w:rFonts w:ascii="Georgia" w:hAnsi="Georgia" w:eastAsia="Georgia"/>
          <w:sz w:val="23"/>
        </w:rPr>
        <w:t>“Neither does yours.”</w:t>
      </w:r>
    </w:p>
    <w:p>
      <w:pPr>
        <w:spacing w:after="120"/>
      </w:pPr>
      <w:r>
        <w:rPr>
          <w:rFonts w:ascii="Georgia" w:hAnsi="Georgia" w:eastAsia="Georgia"/>
          <w:sz w:val="23"/>
        </w:rPr>
        <w:t>“We have evidence release-state changes affect you. We do not know what physical movement will do.”</w:t>
      </w:r>
    </w:p>
    <w:p>
      <w:pPr>
        <w:spacing w:after="120"/>
      </w:pPr>
      <w:r>
        <w:rPr>
          <w:rFonts w:ascii="Georgia" w:hAnsi="Georgia" w:eastAsia="Georgia"/>
          <w:sz w:val="23"/>
        </w:rPr>
        <w:t>“Which is why the insurer wants the test.”</w:t>
      </w:r>
    </w:p>
    <w:p>
      <w:pPr>
        <w:spacing w:after="120"/>
      </w:pPr>
      <w:r>
        <w:rPr>
          <w:rFonts w:ascii="Georgia" w:hAnsi="Georgia" w:eastAsia="Georgia"/>
          <w:sz w:val="23"/>
        </w:rPr>
        <w:t>“The insurer wants a category.”</w:t>
      </w:r>
    </w:p>
    <w:p>
      <w:pPr>
        <w:spacing w:after="120"/>
      </w:pPr>
      <w:r>
        <w:rPr>
          <w:rFonts w:ascii="Georgia" w:hAnsi="Georgia" w:eastAsia="Georgia"/>
          <w:sz w:val="23"/>
        </w:rPr>
        <w:t>“I want a chest.”</w:t>
      </w:r>
    </w:p>
    <w:p>
      <w:pPr>
        <w:spacing w:after="120"/>
      </w:pPr>
      <w:r>
        <w:rPr>
          <w:rFonts w:ascii="Georgia" w:hAnsi="Georgia" w:eastAsia="Georgia"/>
          <w:sz w:val="23"/>
        </w:rPr>
        <w:t>Miren stopped unwrapping the pastry.</w:t>
      </w:r>
    </w:p>
    <w:p>
      <w:pPr>
        <w:spacing w:after="120"/>
      </w:pPr>
      <w:r>
        <w:rPr>
          <w:rFonts w:ascii="Georgia" w:hAnsi="Georgia" w:eastAsia="Georgia"/>
          <w:sz w:val="23"/>
        </w:rPr>
        <w:t>Ivena touched the setting through her shirt.</w:t>
      </w:r>
    </w:p>
    <w:p>
      <w:pPr>
        <w:spacing w:after="120"/>
      </w:pPr>
      <w:r>
        <w:rPr>
          <w:rFonts w:ascii="Georgia" w:hAnsi="Georgia" w:eastAsia="Georgia"/>
          <w:sz w:val="23"/>
        </w:rPr>
        <w:t>“I have four days before Olan has to choose a preparation path. I can afford the ordinary surgery. I cannot afford the field-neutral private route. I am not going to lose twenty years because everybody agrees the dangerous thing has not been dangerous in the correct way yet.”</w:t>
      </w:r>
    </w:p>
    <w:p>
      <w:pPr>
        <w:spacing w:after="120"/>
      </w:pPr>
      <w:r>
        <w:rPr>
          <w:rFonts w:ascii="Georgia" w:hAnsi="Georgia" w:eastAsia="Georgia"/>
          <w:sz w:val="23"/>
        </w:rPr>
        <w:t>“Projected twenty.”</w:t>
      </w:r>
    </w:p>
    <w:p>
      <w:pPr>
        <w:spacing w:after="120"/>
      </w:pPr>
      <w:r>
        <w:rPr>
          <w:rFonts w:ascii="Georgia" w:hAnsi="Georgia" w:eastAsia="Georgia"/>
          <w:sz w:val="23"/>
        </w:rPr>
        <w:t>“If you say projected every time, do I get them back?”</w:t>
      </w:r>
    </w:p>
    <w:p>
      <w:pPr>
        <w:spacing w:after="120"/>
      </w:pPr>
      <w:r>
        <w:rPr>
          <w:rFonts w:ascii="Georgia" w:hAnsi="Georgia" w:eastAsia="Georgia"/>
          <w:sz w:val="23"/>
        </w:rPr>
        <w:t>“No.”</w:t>
      </w:r>
    </w:p>
    <w:p>
      <w:pPr>
        <w:spacing w:after="120"/>
      </w:pPr>
      <w:r>
        <w:rPr>
          <w:rFonts w:ascii="Georgia" w:hAnsi="Georgia" w:eastAsia="Georgia"/>
          <w:sz w:val="23"/>
        </w:rPr>
        <w:t>“Then we are improving.”</w:t>
      </w:r>
    </w:p>
    <w:p>
      <w:pPr>
        <w:spacing w:after="120"/>
      </w:pPr>
      <w:r>
        <w:rPr>
          <w:rFonts w:ascii="Georgia" w:hAnsi="Georgia" w:eastAsia="Georgia"/>
          <w:sz w:val="23"/>
        </w:rPr>
        <w:t>Miren sat beside her.</w:t>
      </w:r>
    </w:p>
    <w:p>
      <w:pPr>
        <w:spacing w:after="120"/>
      </w:pPr>
      <w:r>
        <w:rPr>
          <w:rFonts w:ascii="Georgia" w:hAnsi="Georgia" w:eastAsia="Georgia"/>
          <w:sz w:val="23"/>
        </w:rPr>
        <w:t>“The classification is not the only path. We can appeal the medical constraint directly.”</w:t>
      </w:r>
    </w:p>
    <w:p>
      <w:pPr>
        <w:spacing w:after="120"/>
      </w:pPr>
      <w:r>
        <w:rPr>
          <w:rFonts w:ascii="Georgia" w:hAnsi="Georgia" w:eastAsia="Georgia"/>
          <w:sz w:val="23"/>
        </w:rPr>
        <w:t>“Six days.”</w:t>
      </w:r>
    </w:p>
    <w:p>
      <w:pPr>
        <w:spacing w:after="120"/>
      </w:pPr>
      <w:r>
        <w:rPr>
          <w:rFonts w:ascii="Georgia" w:hAnsi="Georgia" w:eastAsia="Georgia"/>
          <w:sz w:val="23"/>
        </w:rPr>
        <w:t>“Maybe faster with the test data.”</w:t>
      </w:r>
    </w:p>
    <w:p>
      <w:pPr>
        <w:spacing w:after="120"/>
      </w:pPr>
      <w:r>
        <w:rPr>
          <w:rFonts w:ascii="Georgia" w:hAnsi="Georgia" w:eastAsia="Georgia"/>
          <w:sz w:val="23"/>
        </w:rPr>
        <w:t>“How much faster?”</w:t>
      </w:r>
    </w:p>
    <w:p>
      <w:pPr>
        <w:spacing w:after="120"/>
      </w:pPr>
      <w:r>
        <w:rPr>
          <w:rFonts w:ascii="Georgia" w:hAnsi="Georgia" w:eastAsia="Georgia"/>
          <w:sz w:val="23"/>
        </w:rPr>
        <w:t>“Unknown.”</w:t>
      </w:r>
    </w:p>
    <w:p>
      <w:pPr>
        <w:spacing w:after="120"/>
      </w:pPr>
      <w:r>
        <w:rPr>
          <w:rFonts w:ascii="Georgia" w:hAnsi="Georgia" w:eastAsia="Georgia"/>
          <w:sz w:val="23"/>
        </w:rPr>
        <w:t>Ivena looked at me.</w:t>
      </w:r>
    </w:p>
    <w:p>
      <w:pPr>
        <w:spacing w:after="120"/>
      </w:pPr>
      <w:r>
        <w:rPr>
          <w:rFonts w:ascii="Georgia" w:hAnsi="Georgia" w:eastAsia="Georgia"/>
          <w:sz w:val="23"/>
        </w:rPr>
        <w:t>“You people have made that word very expensive.”</w:t>
      </w:r>
    </w:p>
    <w:p>
      <w:pPr>
        <w:spacing w:after="120"/>
      </w:pPr>
      <w:r>
        <w:rPr>
          <w:rFonts w:ascii="Georgia" w:hAnsi="Georgia" w:eastAsia="Georgia"/>
          <w:sz w:val="23"/>
        </w:rPr>
        <w:t>“It was always expensive.”</w:t>
      </w:r>
    </w:p>
    <w:p>
      <w:pPr>
        <w:spacing w:after="120"/>
      </w:pPr>
      <w:r>
        <w:rPr>
          <w:rFonts w:ascii="Georgia" w:hAnsi="Georgia" w:eastAsia="Georgia"/>
          <w:sz w:val="23"/>
        </w:rPr>
        <w:t>“You just stopped hiding the invoice.”</w:t>
      </w:r>
    </w:p>
    <w:p>
      <w:pPr>
        <w:spacing w:after="120"/>
      </w:pPr>
      <w:r>
        <w:rPr>
          <w:rFonts w:ascii="Georgia" w:hAnsi="Georgia" w:eastAsia="Georgia"/>
          <w:sz w:val="23"/>
        </w:rPr>
        <w:t>Accurate enough to irritate me.</w:t>
      </w:r>
    </w:p>
    <w:p>
      <w:pPr>
        <w:spacing w:after="120"/>
      </w:pPr>
      <w:r>
        <w:rPr>
          <w:rFonts w:ascii="Georgia" w:hAnsi="Georgia" w:eastAsia="Georgia"/>
          <w:sz w:val="23"/>
        </w:rPr>
        <w:t>She removed her coat.</w:t>
      </w:r>
    </w:p>
    <w:p>
      <w:pPr>
        <w:spacing w:after="120"/>
      </w:pPr>
      <w:r>
        <w:rPr>
          <w:rFonts w:ascii="Georgia" w:hAnsi="Georgia" w:eastAsia="Georgia"/>
          <w:sz w:val="23"/>
        </w:rPr>
        <w:t>“What can you test without moving it?”</w:t>
      </w:r>
    </w:p>
    <w:p>
      <w:pPr>
        <w:spacing w:after="120"/>
      </w:pPr>
      <w:r>
        <w:rPr>
          <w:rFonts w:ascii="Georgia" w:hAnsi="Georgia" w:eastAsia="Georgia"/>
          <w:sz w:val="23"/>
        </w:rPr>
        <w:t>I looked at Miren.</w:t>
      </w:r>
    </w:p>
    <w:p>
      <w:pPr>
        <w:spacing w:after="120"/>
      </w:pPr>
      <w:r>
        <w:rPr>
          <w:rFonts w:ascii="Georgia" w:hAnsi="Georgia" w:eastAsia="Georgia"/>
          <w:sz w:val="23"/>
        </w:rPr>
        <w:t>She looked at the wall.</w:t>
      </w:r>
    </w:p>
    <w:p>
      <w:pPr>
        <w:spacing w:after="120"/>
      </w:pPr>
      <w:r>
        <w:rPr>
          <w:rFonts w:ascii="Georgia" w:hAnsi="Georgia" w:eastAsia="Georgia"/>
          <w:sz w:val="23"/>
        </w:rPr>
        <w:t>Then at the setting.</w:t>
      </w:r>
    </w:p>
    <w:p>
      <w:pPr>
        <w:spacing w:after="120"/>
      </w:pPr>
      <w:r>
        <w:rPr>
          <w:rFonts w:ascii="Georgia" w:hAnsi="Georgia" w:eastAsia="Georgia"/>
          <w:sz w:val="23"/>
        </w:rPr>
        <w:t>“We can demonstrate that the effect depends on release state rather than expectation.”</w:t>
      </w:r>
    </w:p>
    <w:p>
      <w:pPr>
        <w:spacing w:after="120"/>
      </w:pPr>
      <w:r>
        <w:rPr>
          <w:rFonts w:ascii="Georgia" w:hAnsi="Georgia" w:eastAsia="Georgia"/>
          <w:sz w:val="23"/>
        </w:rPr>
        <w:t>“We already did.”</w:t>
      </w:r>
    </w:p>
    <w:p>
      <w:pPr>
        <w:spacing w:after="120"/>
      </w:pPr>
      <w:r>
        <w:rPr>
          <w:rFonts w:ascii="Georgia" w:hAnsi="Georgia" w:eastAsia="Georgia"/>
          <w:sz w:val="23"/>
        </w:rPr>
        <w:t>“Not blinded.”</w:t>
      </w:r>
    </w:p>
    <w:p>
      <w:pPr>
        <w:spacing w:after="120"/>
      </w:pPr>
      <w:r>
        <w:rPr>
          <w:rFonts w:ascii="Georgia" w:hAnsi="Georgia" w:eastAsia="Georgia"/>
          <w:sz w:val="23"/>
        </w:rPr>
        <w:t>Ivena said, “You think I imagined it.”</w:t>
      </w:r>
    </w:p>
    <w:p>
      <w:pPr>
        <w:spacing w:after="120"/>
      </w:pPr>
      <w:r>
        <w:rPr>
          <w:rFonts w:ascii="Georgia" w:hAnsi="Georgia" w:eastAsia="Georgia"/>
          <w:sz w:val="23"/>
        </w:rPr>
        <w:t>“No,” Miren said. “The insurer can say the report followed known field reduction because you knew when we changed it. If you cannot know whether we changed it, that argument gets smaller.”</w:t>
      </w:r>
    </w:p>
    <w:p>
      <w:pPr>
        <w:spacing w:after="120"/>
      </w:pPr>
      <w:r>
        <w:rPr>
          <w:rFonts w:ascii="Georgia" w:hAnsi="Georgia" w:eastAsia="Georgia"/>
          <w:sz w:val="23"/>
        </w:rPr>
        <w:t>“Smaller enough to pay?”</w:t>
      </w:r>
    </w:p>
    <w:p>
      <w:pPr>
        <w:spacing w:after="120"/>
      </w:pPr>
      <w:r>
        <w:rPr>
          <w:rFonts w:ascii="Georgia" w:hAnsi="Georgia" w:eastAsia="Georgia"/>
          <w:sz w:val="23"/>
        </w:rPr>
        <w:t>“I do not know.”</w:t>
      </w:r>
    </w:p>
    <w:p>
      <w:pPr>
        <w:spacing w:after="120"/>
      </w:pPr>
      <w:r>
        <w:rPr>
          <w:rFonts w:ascii="Georgia" w:hAnsi="Georgia" w:eastAsia="Georgia"/>
          <w:sz w:val="23"/>
        </w:rPr>
        <w:t>“There it is again.”</w:t>
      </w:r>
    </w:p>
    <w:p>
      <w:pPr>
        <w:spacing w:after="120"/>
      </w:pPr>
      <w:r>
        <w:rPr>
          <w:rFonts w:ascii="Georgia" w:hAnsi="Georgia" w:eastAsia="Georgia"/>
          <w:sz w:val="23"/>
        </w:rPr>
        <w:t>Ivena took the stop switch from yesterday’s tray and placed it in her left hand.</w:t>
      </w:r>
    </w:p>
    <w:p>
      <w:pPr>
        <w:spacing w:after="120"/>
      </w:pPr>
      <w:r>
        <w:rPr>
          <w:rFonts w:ascii="Georgia" w:hAnsi="Georgia" w:eastAsia="Georgia"/>
          <w:sz w:val="23"/>
        </w:rPr>
        <w:t>“Do it.”</w:t>
      </w:r>
    </w:p>
    <w:p>
      <w:pPr>
        <w:spacing w:before="80" w:after="120"/>
        <w:jc w:val="center"/>
      </w:pPr>
      <w:r>
        <w:rPr>
          <w:rFonts w:ascii="Georgia" w:hAnsi="Georgia" w:eastAsia="Georgia"/>
          <w:sz w:val="23"/>
        </w:rPr>
        <w:t>§</w:t>
      </w:r>
    </w:p>
    <w:p>
      <w:pPr>
        <w:spacing w:after="120"/>
      </w:pPr>
      <w:r>
        <w:rPr>
          <w:rFonts w:ascii="Georgia" w:hAnsi="Georgia" w:eastAsia="Georgia"/>
          <w:sz w:val="23"/>
        </w:rPr>
        <w:t>We built a test designed to prove less than everyone wanted.</w:t>
      </w:r>
    </w:p>
    <w:p>
      <w:pPr>
        <w:spacing w:after="120"/>
      </w:pPr>
      <w:r>
        <w:rPr>
          <w:rFonts w:ascii="Georgia" w:hAnsi="Georgia" w:eastAsia="Georgia"/>
          <w:sz w:val="23"/>
        </w:rPr>
        <w:t>Useful work often began there.</w:t>
      </w:r>
    </w:p>
    <w:p>
      <w:pPr>
        <w:spacing w:after="120"/>
      </w:pPr>
      <w:r>
        <w:rPr>
          <w:rFonts w:ascii="Georgia" w:hAnsi="Georgia" w:eastAsia="Georgia"/>
          <w:sz w:val="23"/>
        </w:rPr>
        <w:t>Miren wrote six field states into the control system.</w:t>
      </w:r>
    </w:p>
    <w:p>
      <w:pPr>
        <w:spacing w:after="120"/>
      </w:pPr>
      <w:r>
        <w:rPr>
          <w:rFonts w:ascii="Georgia" w:hAnsi="Georgia" w:eastAsia="Georgia"/>
          <w:sz w:val="23"/>
        </w:rPr>
        <w:t>Three were active reductions: three percent, seven percent, and eleven percent.</w:t>
      </w:r>
    </w:p>
    <w:p>
      <w:pPr>
        <w:spacing w:after="120"/>
      </w:pPr>
      <w:r>
        <w:rPr>
          <w:rFonts w:ascii="Georgia" w:hAnsi="Georgia" w:eastAsia="Georgia"/>
          <w:sz w:val="23"/>
        </w:rPr>
        <w:t>Three were null runs in which the display, fan load, service collar, and audible relays changed while contact compensation remained at baseline.</w:t>
      </w:r>
    </w:p>
    <w:p>
      <w:pPr>
        <w:spacing w:after="120"/>
      </w:pPr>
      <w:r>
        <w:rPr>
          <w:rFonts w:ascii="Georgia" w:hAnsi="Georgia" w:eastAsia="Georgia"/>
          <w:sz w:val="23"/>
        </w:rPr>
        <w:t>The order was randomized by a local controller disconnected from the shop network.</w:t>
      </w:r>
    </w:p>
    <w:p>
      <w:pPr>
        <w:spacing w:after="120"/>
      </w:pPr>
      <w:r>
        <w:rPr>
          <w:rFonts w:ascii="Georgia" w:hAnsi="Georgia" w:eastAsia="Georgia"/>
          <w:sz w:val="23"/>
        </w:rPr>
        <w:t>Ivena could stop.</w:t>
      </w:r>
    </w:p>
    <w:p>
      <w:pPr>
        <w:spacing w:after="120"/>
      </w:pPr>
      <w:r>
        <w:rPr>
          <w:rFonts w:ascii="Georgia" w:hAnsi="Georgia" w:eastAsia="Georgia"/>
          <w:sz w:val="23"/>
        </w:rPr>
        <w:t>Miren could stop.</w:t>
      </w:r>
    </w:p>
    <w:p>
      <w:pPr>
        <w:spacing w:after="120"/>
      </w:pPr>
      <w:r>
        <w:rPr>
          <w:rFonts w:ascii="Georgia" w:hAnsi="Georgia" w:eastAsia="Georgia"/>
          <w:sz w:val="23"/>
        </w:rPr>
        <w:t>I could stop.</w:t>
      </w:r>
    </w:p>
    <w:p>
      <w:pPr>
        <w:spacing w:after="120"/>
      </w:pPr>
      <w:r>
        <w:rPr>
          <w:rFonts w:ascii="Georgia" w:hAnsi="Georgia" w:eastAsia="Georgia"/>
          <w:sz w:val="23"/>
        </w:rPr>
        <w:t>The controller could not continue automatically after any physiological threshold.</w:t>
      </w:r>
    </w:p>
    <w:p>
      <w:pPr>
        <w:spacing w:after="120"/>
      </w:pPr>
      <w:r>
        <w:rPr>
          <w:rFonts w:ascii="Georgia" w:hAnsi="Georgia" w:eastAsia="Georgia"/>
          <w:sz w:val="23"/>
        </w:rPr>
        <w:t>I inspected the disconnect myself.</w:t>
      </w:r>
    </w:p>
    <w:p>
      <w:pPr>
        <w:spacing w:after="120"/>
      </w:pPr>
      <w:r>
        <w:rPr>
          <w:rFonts w:ascii="Georgia" w:hAnsi="Georgia" w:eastAsia="Georgia"/>
          <w:sz w:val="23"/>
        </w:rPr>
        <w:t>“You certified these once,” Miren said.</w:t>
      </w:r>
    </w:p>
    <w:p>
      <w:pPr>
        <w:spacing w:after="120"/>
      </w:pPr>
      <w:r>
        <w:rPr>
          <w:rFonts w:ascii="Georgia" w:hAnsi="Georgia" w:eastAsia="Georgia"/>
          <w:sz w:val="23"/>
        </w:rPr>
        <w:t>“Versions of them.”</w:t>
      </w:r>
    </w:p>
    <w:p>
      <w:pPr>
        <w:spacing w:after="120"/>
      </w:pPr>
      <w:r>
        <w:rPr>
          <w:rFonts w:ascii="Georgia" w:hAnsi="Georgia" w:eastAsia="Georgia"/>
          <w:sz w:val="23"/>
        </w:rPr>
        <w:t>“Do you distrust your own work?”</w:t>
      </w:r>
    </w:p>
    <w:p>
      <w:pPr>
        <w:spacing w:after="120"/>
      </w:pPr>
      <w:r>
        <w:rPr>
          <w:rFonts w:ascii="Georgia" w:hAnsi="Georgia" w:eastAsia="Georgia"/>
          <w:sz w:val="23"/>
        </w:rPr>
        <w:t>“Especially if it survived.”</w:t>
      </w:r>
    </w:p>
    <w:p>
      <w:pPr>
        <w:spacing w:after="120"/>
      </w:pPr>
      <w:r>
        <w:rPr>
          <w:rFonts w:ascii="Georgia" w:hAnsi="Georgia" w:eastAsia="Georgia"/>
          <w:sz w:val="23"/>
        </w:rPr>
        <w:t>Ivena lay back in the diagnostic chair.</w:t>
      </w:r>
    </w:p>
    <w:p>
      <w:pPr>
        <w:spacing w:after="120"/>
      </w:pPr>
      <w:r>
        <w:rPr>
          <w:rFonts w:ascii="Georgia" w:hAnsi="Georgia" w:eastAsia="Georgia"/>
          <w:sz w:val="23"/>
        </w:rPr>
        <w:t>The setting remained against her sternum.</w:t>
      </w:r>
    </w:p>
    <w:p>
      <w:pPr>
        <w:spacing w:after="120"/>
      </w:pPr>
      <w:r>
        <w:rPr>
          <w:rFonts w:ascii="Georgia" w:hAnsi="Georgia" w:eastAsia="Georgia"/>
          <w:sz w:val="23"/>
        </w:rPr>
        <w:t>No cranial array.</w:t>
      </w:r>
    </w:p>
    <w:p>
      <w:pPr>
        <w:spacing w:after="120"/>
      </w:pPr>
      <w:r>
        <w:rPr>
          <w:rFonts w:ascii="Georgia" w:hAnsi="Georgia" w:eastAsia="Georgia"/>
          <w:sz w:val="23"/>
        </w:rPr>
        <w:t>She still refused it.</w:t>
      </w:r>
    </w:p>
    <w:p>
      <w:pPr>
        <w:spacing w:after="120"/>
      </w:pPr>
      <w:r>
        <w:rPr>
          <w:rFonts w:ascii="Georgia" w:hAnsi="Georgia" w:eastAsia="Georgia"/>
          <w:sz w:val="23"/>
        </w:rPr>
        <w:t>Wrist, elbow, sternum, cervical sensors.</w:t>
      </w:r>
    </w:p>
    <w:p>
      <w:pPr>
        <w:spacing w:after="120"/>
      </w:pPr>
      <w:r>
        <w:rPr>
          <w:rFonts w:ascii="Georgia" w:hAnsi="Georgia" w:eastAsia="Georgia"/>
          <w:sz w:val="23"/>
        </w:rPr>
        <w:t>Peripheral conduction baseline.</w:t>
      </w:r>
    </w:p>
    <w:p>
      <w:pPr>
        <w:spacing w:after="120"/>
      </w:pPr>
      <w:r>
        <w:rPr>
          <w:rFonts w:ascii="Georgia" w:hAnsi="Georgia" w:eastAsia="Georgia"/>
          <w:sz w:val="23"/>
        </w:rPr>
        <w:t>Motor calibration baseline.</w:t>
      </w:r>
    </w:p>
    <w:p>
      <w:pPr>
        <w:spacing w:after="120"/>
      </w:pPr>
      <w:r>
        <w:rPr>
          <w:rFonts w:ascii="Georgia" w:hAnsi="Georgia" w:eastAsia="Georgia"/>
          <w:sz w:val="23"/>
        </w:rPr>
        <w:t>No Deren-derived prompts.</w:t>
      </w:r>
    </w:p>
    <w:p>
      <w:pPr>
        <w:spacing w:after="120"/>
      </w:pPr>
      <w:r>
        <w:rPr>
          <w:rFonts w:ascii="Georgia" w:hAnsi="Georgia" w:eastAsia="Georgia"/>
          <w:sz w:val="23"/>
        </w:rPr>
        <w:t>No current-carrier response sequence.</w:t>
      </w:r>
    </w:p>
    <w:p>
      <w:pPr>
        <w:spacing w:after="120"/>
      </w:pPr>
      <w:r>
        <w:rPr>
          <w:rFonts w:ascii="Georgia" w:hAnsi="Georgia" w:eastAsia="Georgia"/>
          <w:sz w:val="23"/>
        </w:rPr>
        <w:t>We were measuring whether controlled release-state change produced a reproducible living-contact effect.</w:t>
      </w:r>
    </w:p>
    <w:p>
      <w:pPr>
        <w:spacing w:after="120"/>
      </w:pPr>
      <w:r>
        <w:rPr>
          <w:rFonts w:ascii="Georgia" w:hAnsi="Georgia" w:eastAsia="Georgia"/>
          <w:sz w:val="23"/>
        </w:rPr>
        <w:t>Not identity.</w:t>
      </w:r>
    </w:p>
    <w:p>
      <w:pPr>
        <w:spacing w:after="120"/>
      </w:pPr>
      <w:r>
        <w:rPr>
          <w:rFonts w:ascii="Georgia" w:hAnsi="Georgia" w:eastAsia="Georgia"/>
          <w:sz w:val="23"/>
        </w:rPr>
        <w:t>Not ownership.</w:t>
      </w:r>
    </w:p>
    <w:p>
      <w:pPr>
        <w:spacing w:after="120"/>
      </w:pPr>
      <w:r>
        <w:rPr>
          <w:rFonts w:ascii="Georgia" w:hAnsi="Georgia" w:eastAsia="Georgia"/>
          <w:sz w:val="23"/>
        </w:rPr>
        <w:t>Not personhood.</w:t>
      </w:r>
    </w:p>
    <w:p>
      <w:pPr>
        <w:spacing w:after="120"/>
      </w:pPr>
      <w:r>
        <w:rPr>
          <w:rFonts w:ascii="Georgia" w:hAnsi="Georgia" w:eastAsia="Georgia"/>
          <w:sz w:val="23"/>
        </w:rPr>
        <w:t>Not whether Deren Sar had gained, lost, shared, or transferred anything during ninety-three years against his sister’s body.</w:t>
      </w:r>
    </w:p>
    <w:p>
      <w:pPr>
        <w:spacing w:after="120"/>
      </w:pPr>
      <w:r>
        <w:rPr>
          <w:rFonts w:ascii="Georgia" w:hAnsi="Georgia" w:eastAsia="Georgia"/>
          <w:sz w:val="23"/>
        </w:rPr>
        <w:t>The test was narrow enough to matter.</w:t>
      </w:r>
    </w:p>
    <w:p>
      <w:pPr>
        <w:spacing w:after="120"/>
      </w:pPr>
      <w:r>
        <w:rPr>
          <w:rFonts w:ascii="Georgia" w:hAnsi="Georgia" w:eastAsia="Georgia"/>
          <w:sz w:val="23"/>
        </w:rPr>
        <w:t>“Ready,” Miren said.</w:t>
      </w:r>
    </w:p>
    <w:p>
      <w:pPr>
        <w:spacing w:after="120"/>
      </w:pPr>
      <w:r>
        <w:rPr>
          <w:rFonts w:ascii="Georgia" w:hAnsi="Georgia" w:eastAsia="Georgia"/>
          <w:sz w:val="23"/>
        </w:rPr>
        <w:t>Ivena closed her eyes.</w:t>
      </w:r>
    </w:p>
    <w:p>
      <w:pPr>
        <w:spacing w:after="120"/>
      </w:pPr>
      <w:r>
        <w:rPr>
          <w:rFonts w:ascii="Georgia" w:hAnsi="Georgia" w:eastAsia="Georgia"/>
          <w:sz w:val="23"/>
        </w:rPr>
        <w:t>First run.</w:t>
      </w:r>
    </w:p>
    <w:p>
      <w:pPr>
        <w:spacing w:after="120"/>
      </w:pPr>
      <w:r>
        <w:rPr>
          <w:rFonts w:ascii="Georgia" w:hAnsi="Georgia" w:eastAsia="Georgia"/>
          <w:sz w:val="23"/>
        </w:rPr>
        <w:t>The service relay clicked.</w:t>
      </w:r>
    </w:p>
    <w:p>
      <w:pPr>
        <w:spacing w:after="120"/>
      </w:pPr>
      <w:r>
        <w:rPr>
          <w:rFonts w:ascii="Georgia" w:hAnsi="Georgia" w:eastAsia="Georgia"/>
          <w:sz w:val="23"/>
        </w:rPr>
        <w:t>Fan load changed.</w:t>
      </w:r>
    </w:p>
    <w:p>
      <w:pPr>
        <w:spacing w:after="120"/>
      </w:pPr>
      <w:r>
        <w:rPr>
          <w:rFonts w:ascii="Georgia" w:hAnsi="Georgia" w:eastAsia="Georgia"/>
          <w:sz w:val="23"/>
        </w:rPr>
        <w:t>No field reduction.</w:t>
      </w:r>
    </w:p>
    <w:p>
      <w:pPr>
        <w:spacing w:after="120"/>
      </w:pPr>
      <w:r>
        <w:rPr>
          <w:rFonts w:ascii="Georgia" w:hAnsi="Georgia" w:eastAsia="Georgia"/>
          <w:sz w:val="23"/>
        </w:rPr>
        <w:t>“Anything?” Miren asked.</w:t>
      </w:r>
    </w:p>
    <w:p>
      <w:pPr>
        <w:spacing w:after="120"/>
      </w:pPr>
      <w:r>
        <w:rPr>
          <w:rFonts w:ascii="Georgia" w:hAnsi="Georgia" w:eastAsia="Georgia"/>
          <w:sz w:val="23"/>
        </w:rPr>
        <w:t>“No.”</w:t>
      </w:r>
    </w:p>
    <w:p>
      <w:pPr>
        <w:spacing w:after="120"/>
      </w:pPr>
      <w:r>
        <w:rPr>
          <w:rFonts w:ascii="Georgia" w:hAnsi="Georgia" w:eastAsia="Georgia"/>
          <w:sz w:val="23"/>
        </w:rPr>
        <w:t>Thirty seconds.</w:t>
      </w:r>
    </w:p>
    <w:p>
      <w:pPr>
        <w:spacing w:after="120"/>
      </w:pPr>
      <w:r>
        <w:rPr>
          <w:rFonts w:ascii="Georgia" w:hAnsi="Georgia" w:eastAsia="Georgia"/>
          <w:sz w:val="23"/>
        </w:rPr>
        <w:t>Return.</w:t>
      </w:r>
    </w:p>
    <w:p>
      <w:pPr>
        <w:spacing w:after="120"/>
      </w:pPr>
      <w:r>
        <w:rPr>
          <w:rFonts w:ascii="Georgia" w:hAnsi="Georgia" w:eastAsia="Georgia"/>
          <w:sz w:val="23"/>
        </w:rPr>
        <w:t>Second run.</w:t>
      </w:r>
    </w:p>
    <w:p>
      <w:pPr>
        <w:spacing w:after="120"/>
      </w:pPr>
      <w:r>
        <w:rPr>
          <w:rFonts w:ascii="Georgia" w:hAnsi="Georgia" w:eastAsia="Georgia"/>
          <w:sz w:val="23"/>
        </w:rPr>
        <w:t>Three percent reduction.</w:t>
      </w:r>
    </w:p>
    <w:p>
      <w:pPr>
        <w:spacing w:after="120"/>
      </w:pPr>
      <w:r>
        <w:rPr>
          <w:rFonts w:ascii="Georgia" w:hAnsi="Georgia" w:eastAsia="Georgia"/>
          <w:sz w:val="23"/>
        </w:rPr>
        <w:t>Ivena’s right index finger extended by less than a millimeter at the distal joint.</w:t>
      </w:r>
    </w:p>
    <w:p>
      <w:pPr>
        <w:spacing w:after="120"/>
      </w:pPr>
      <w:r>
        <w:rPr>
          <w:rFonts w:ascii="Georgia" w:hAnsi="Georgia" w:eastAsia="Georgia"/>
          <w:sz w:val="23"/>
        </w:rPr>
        <w:t>She did not report it.</w:t>
      </w:r>
    </w:p>
    <w:p>
      <w:pPr>
        <w:spacing w:after="120"/>
      </w:pPr>
      <w:r>
        <w:rPr>
          <w:rFonts w:ascii="Georgia" w:hAnsi="Georgia" w:eastAsia="Georgia"/>
          <w:sz w:val="23"/>
        </w:rPr>
        <w:t>Miren did not ask.</w:t>
      </w:r>
    </w:p>
    <w:p>
      <w:pPr>
        <w:spacing w:after="120"/>
      </w:pPr>
      <w:r>
        <w:rPr>
          <w:rFonts w:ascii="Georgia" w:hAnsi="Georgia" w:eastAsia="Georgia"/>
          <w:sz w:val="23"/>
        </w:rPr>
        <w:t>The field returned to baseline.</w:t>
      </w:r>
    </w:p>
    <w:p>
      <w:pPr>
        <w:spacing w:after="120"/>
      </w:pPr>
      <w:r>
        <w:rPr>
          <w:rFonts w:ascii="Georgia" w:hAnsi="Georgia" w:eastAsia="Georgia"/>
          <w:sz w:val="23"/>
        </w:rPr>
        <w:t>“Anything?”</w:t>
      </w:r>
    </w:p>
    <w:p>
      <w:pPr>
        <w:spacing w:after="120"/>
      </w:pPr>
      <w:r>
        <w:rPr>
          <w:rFonts w:ascii="Georgia" w:hAnsi="Georgia" w:eastAsia="Georgia"/>
          <w:sz w:val="23"/>
        </w:rPr>
        <w:t>“Maybe pressure. Too little.”</w:t>
      </w:r>
    </w:p>
    <w:p>
      <w:pPr>
        <w:spacing w:after="120"/>
      </w:pPr>
      <w:r>
        <w:rPr>
          <w:rFonts w:ascii="Georgia" w:hAnsi="Georgia" w:eastAsia="Georgia"/>
          <w:sz w:val="23"/>
        </w:rPr>
        <w:t>We logged uncertain.</w:t>
      </w:r>
    </w:p>
    <w:p>
      <w:pPr>
        <w:spacing w:after="120"/>
      </w:pPr>
      <w:r>
        <w:rPr>
          <w:rFonts w:ascii="Georgia" w:hAnsi="Georgia" w:eastAsia="Georgia"/>
          <w:sz w:val="23"/>
        </w:rPr>
        <w:t>Third run.</w:t>
      </w:r>
    </w:p>
    <w:p>
      <w:pPr>
        <w:spacing w:after="120"/>
      </w:pPr>
      <w:r>
        <w:rPr>
          <w:rFonts w:ascii="Georgia" w:hAnsi="Georgia" w:eastAsia="Georgia"/>
          <w:sz w:val="23"/>
        </w:rPr>
        <w:t>Null.</w:t>
      </w:r>
    </w:p>
    <w:p>
      <w:pPr>
        <w:spacing w:after="120"/>
      </w:pPr>
      <w:r>
        <w:rPr>
          <w:rFonts w:ascii="Georgia" w:hAnsi="Georgia" w:eastAsia="Georgia"/>
          <w:sz w:val="23"/>
        </w:rPr>
        <w:t>“Nothing.”</w:t>
      </w:r>
    </w:p>
    <w:p>
      <w:pPr>
        <w:spacing w:after="120"/>
      </w:pPr>
      <w:r>
        <w:rPr>
          <w:rFonts w:ascii="Georgia" w:hAnsi="Georgia" w:eastAsia="Georgia"/>
          <w:sz w:val="23"/>
        </w:rPr>
        <w:t>Fourth.</w:t>
      </w:r>
    </w:p>
    <w:p>
      <w:pPr>
        <w:spacing w:after="120"/>
      </w:pPr>
      <w:r>
        <w:rPr>
          <w:rFonts w:ascii="Georgia" w:hAnsi="Georgia" w:eastAsia="Georgia"/>
          <w:sz w:val="23"/>
        </w:rPr>
        <w:t>Seven percent.</w:t>
      </w:r>
    </w:p>
    <w:p>
      <w:pPr>
        <w:spacing w:after="120"/>
      </w:pPr>
      <w:r>
        <w:rPr>
          <w:rFonts w:ascii="Georgia" w:hAnsi="Georgia" w:eastAsia="Georgia"/>
          <w:sz w:val="23"/>
        </w:rPr>
        <w:t>Her pulse rose five beats.</w:t>
      </w:r>
    </w:p>
    <w:p>
      <w:pPr>
        <w:spacing w:after="120"/>
      </w:pPr>
      <w:r>
        <w:rPr>
          <w:rFonts w:ascii="Georgia" w:hAnsi="Georgia" w:eastAsia="Georgia"/>
          <w:sz w:val="23"/>
        </w:rPr>
        <w:t>The setting coherence rose four-tenths of a percent.</w:t>
      </w:r>
    </w:p>
    <w:p>
      <w:pPr>
        <w:spacing w:after="120"/>
      </w:pPr>
      <w:r>
        <w:rPr>
          <w:rFonts w:ascii="Georgia" w:hAnsi="Georgia" w:eastAsia="Georgia"/>
          <w:sz w:val="23"/>
        </w:rPr>
        <w:t>Her right hand opened on the chair arm.</w:t>
      </w:r>
    </w:p>
    <w:p>
      <w:pPr>
        <w:spacing w:after="120"/>
      </w:pPr>
      <w:r>
        <w:rPr>
          <w:rFonts w:ascii="Georgia" w:hAnsi="Georgia" w:eastAsia="Georgia"/>
          <w:sz w:val="23"/>
        </w:rPr>
        <w:t>“Larger,” she said.</w:t>
      </w:r>
    </w:p>
    <w:p>
      <w:pPr>
        <w:spacing w:after="120"/>
      </w:pPr>
      <w:r>
        <w:rPr>
          <w:rFonts w:ascii="Georgia" w:hAnsi="Georgia" w:eastAsia="Georgia"/>
          <w:sz w:val="23"/>
        </w:rPr>
        <w:t>“Where?”</w:t>
      </w:r>
    </w:p>
    <w:p>
      <w:pPr>
        <w:spacing w:after="120"/>
      </w:pPr>
      <w:r>
        <w:rPr>
          <w:rFonts w:ascii="Georgia" w:hAnsi="Georgia" w:eastAsia="Georgia"/>
          <w:sz w:val="23"/>
        </w:rPr>
        <w:t>“Same place as yesterday.”</w:t>
      </w:r>
    </w:p>
    <w:p>
      <w:pPr>
        <w:spacing w:after="120"/>
      </w:pPr>
      <w:r>
        <w:rPr>
          <w:rFonts w:ascii="Georgia" w:hAnsi="Georgia" w:eastAsia="Georgia"/>
          <w:sz w:val="23"/>
        </w:rPr>
        <w:t>“How strong?”</w:t>
      </w:r>
    </w:p>
    <w:p>
      <w:pPr>
        <w:spacing w:after="120"/>
      </w:pPr>
      <w:r>
        <w:rPr>
          <w:rFonts w:ascii="Georgia" w:hAnsi="Georgia" w:eastAsia="Georgia"/>
          <w:sz w:val="23"/>
        </w:rPr>
        <w:t>“Less.”</w:t>
      </w:r>
    </w:p>
    <w:p>
      <w:pPr>
        <w:spacing w:after="120"/>
      </w:pPr>
      <w:r>
        <w:rPr>
          <w:rFonts w:ascii="Georgia" w:hAnsi="Georgia" w:eastAsia="Georgia"/>
          <w:sz w:val="23"/>
        </w:rPr>
        <w:t>Return.</w:t>
      </w:r>
    </w:p>
    <w:p>
      <w:pPr>
        <w:spacing w:after="120"/>
      </w:pPr>
      <w:r>
        <w:rPr>
          <w:rFonts w:ascii="Georgia" w:hAnsi="Georgia" w:eastAsia="Georgia"/>
          <w:sz w:val="23"/>
        </w:rPr>
        <w:t>The sensation resolved in nine seconds.</w:t>
      </w:r>
    </w:p>
    <w:p>
      <w:pPr>
        <w:spacing w:after="120"/>
      </w:pPr>
      <w:r>
        <w:rPr>
          <w:rFonts w:ascii="Georgia" w:hAnsi="Georgia" w:eastAsia="Georgia"/>
          <w:sz w:val="23"/>
        </w:rPr>
        <w:t>Fifth.</w:t>
      </w:r>
    </w:p>
    <w:p>
      <w:pPr>
        <w:spacing w:after="120"/>
      </w:pPr>
      <w:r>
        <w:rPr>
          <w:rFonts w:ascii="Georgia" w:hAnsi="Georgia" w:eastAsia="Georgia"/>
          <w:sz w:val="23"/>
        </w:rPr>
        <w:t>Null.</w:t>
      </w:r>
    </w:p>
    <w:p>
      <w:pPr>
        <w:spacing w:after="120"/>
      </w:pPr>
      <w:r>
        <w:rPr>
          <w:rFonts w:ascii="Georgia" w:hAnsi="Georgia" w:eastAsia="Georgia"/>
          <w:sz w:val="23"/>
        </w:rPr>
        <w:t>Ivena inhaled sharply.</w:t>
      </w:r>
    </w:p>
    <w:p>
      <w:pPr>
        <w:spacing w:after="120"/>
      </w:pPr>
      <w:r>
        <w:rPr>
          <w:rFonts w:ascii="Georgia" w:hAnsi="Georgia" w:eastAsia="Georgia"/>
          <w:sz w:val="23"/>
        </w:rPr>
        <w:t>I watched the field.</w:t>
      </w:r>
    </w:p>
    <w:p>
      <w:pPr>
        <w:spacing w:after="120"/>
      </w:pPr>
      <w:r>
        <w:rPr>
          <w:rFonts w:ascii="Georgia" w:hAnsi="Georgia" w:eastAsia="Georgia"/>
          <w:sz w:val="23"/>
        </w:rPr>
        <w:t>No reduction.</w:t>
      </w:r>
    </w:p>
    <w:p>
      <w:pPr>
        <w:spacing w:after="120"/>
      </w:pPr>
      <w:r>
        <w:rPr>
          <w:rFonts w:ascii="Georgia" w:hAnsi="Georgia" w:eastAsia="Georgia"/>
          <w:sz w:val="23"/>
        </w:rPr>
        <w:t>“Report.”</w:t>
      </w:r>
    </w:p>
    <w:p>
      <w:pPr>
        <w:spacing w:after="120"/>
      </w:pPr>
      <w:r>
        <w:rPr>
          <w:rFonts w:ascii="Georgia" w:hAnsi="Georgia" w:eastAsia="Georgia"/>
          <w:sz w:val="23"/>
        </w:rPr>
        <w:t>“I thought it started.”</w:t>
      </w:r>
    </w:p>
    <w:p>
      <w:pPr>
        <w:spacing w:after="120"/>
      </w:pPr>
      <w:r>
        <w:rPr>
          <w:rFonts w:ascii="Georgia" w:hAnsi="Georgia" w:eastAsia="Georgia"/>
          <w:sz w:val="23"/>
        </w:rPr>
        <w:t>“Did it?”</w:t>
      </w:r>
    </w:p>
    <w:p>
      <w:pPr>
        <w:spacing w:after="120"/>
      </w:pPr>
      <w:r>
        <w:rPr>
          <w:rFonts w:ascii="Georgia" w:hAnsi="Georgia" w:eastAsia="Georgia"/>
          <w:sz w:val="23"/>
        </w:rPr>
        <w:t>“No.”</w:t>
      </w:r>
    </w:p>
    <w:p>
      <w:pPr>
        <w:spacing w:after="120"/>
      </w:pPr>
      <w:r>
        <w:rPr>
          <w:rFonts w:ascii="Georgia" w:hAnsi="Georgia" w:eastAsia="Georgia"/>
          <w:sz w:val="23"/>
        </w:rPr>
        <w:t>People were allowed to be wrong inside a valid test.</w:t>
      </w:r>
    </w:p>
    <w:p>
      <w:pPr>
        <w:spacing w:after="120"/>
      </w:pPr>
      <w:r>
        <w:rPr>
          <w:rFonts w:ascii="Georgia" w:hAnsi="Georgia" w:eastAsia="Georgia"/>
          <w:sz w:val="23"/>
        </w:rPr>
        <w:t>The mistake made the other reports more useful, not less.</w:t>
      </w:r>
    </w:p>
    <w:p>
      <w:pPr>
        <w:spacing w:after="120"/>
      </w:pPr>
      <w:r>
        <w:rPr>
          <w:rFonts w:ascii="Georgia" w:hAnsi="Georgia" w:eastAsia="Georgia"/>
          <w:sz w:val="23"/>
        </w:rPr>
        <w:t>Sixth.</w:t>
      </w:r>
    </w:p>
    <w:p>
      <w:pPr>
        <w:spacing w:after="120"/>
      </w:pPr>
      <w:r>
        <w:rPr>
          <w:rFonts w:ascii="Georgia" w:hAnsi="Georgia" w:eastAsia="Georgia"/>
          <w:sz w:val="23"/>
        </w:rPr>
        <w:t>Eleven percent.</w:t>
      </w:r>
    </w:p>
    <w:p>
      <w:pPr>
        <w:spacing w:after="120"/>
      </w:pPr>
      <w:r>
        <w:rPr>
          <w:rFonts w:ascii="Georgia" w:hAnsi="Georgia" w:eastAsia="Georgia"/>
          <w:sz w:val="23"/>
        </w:rPr>
        <w:t>Ivena’s right thumb flexed.</w:t>
      </w:r>
    </w:p>
    <w:p>
      <w:pPr>
        <w:spacing w:after="120"/>
      </w:pPr>
      <w:r>
        <w:rPr>
          <w:rFonts w:ascii="Georgia" w:hAnsi="Georgia" w:eastAsia="Georgia"/>
          <w:sz w:val="23"/>
        </w:rPr>
        <w:t>She said, “Stop,” before Miren could.</w:t>
      </w:r>
    </w:p>
    <w:p>
      <w:pPr>
        <w:spacing w:after="120"/>
      </w:pPr>
      <w:r>
        <w:rPr>
          <w:rFonts w:ascii="Georgia" w:hAnsi="Georgia" w:eastAsia="Georgia"/>
          <w:sz w:val="23"/>
        </w:rPr>
        <w:t>Miren restored baseline.</w:t>
      </w:r>
    </w:p>
    <w:p>
      <w:pPr>
        <w:spacing w:after="120"/>
      </w:pPr>
      <w:r>
        <w:rPr>
          <w:rFonts w:ascii="Georgia" w:hAnsi="Georgia" w:eastAsia="Georgia"/>
          <w:sz w:val="23"/>
        </w:rPr>
        <w:t>The field returned.</w:t>
      </w:r>
    </w:p>
    <w:p>
      <w:pPr>
        <w:spacing w:after="120"/>
      </w:pPr>
      <w:r>
        <w:rPr>
          <w:rFonts w:ascii="Georgia" w:hAnsi="Georgia" w:eastAsia="Georgia"/>
          <w:sz w:val="23"/>
        </w:rPr>
        <w:t>The thumb did not.</w:t>
      </w:r>
    </w:p>
    <w:p>
      <w:pPr>
        <w:spacing w:after="120"/>
      </w:pPr>
      <w:r>
        <w:rPr>
          <w:rFonts w:ascii="Georgia" w:hAnsi="Georgia" w:eastAsia="Georgia"/>
          <w:sz w:val="23"/>
        </w:rPr>
        <w:t>It remained flexed against the side of her palm for two seconds.</w:t>
      </w:r>
    </w:p>
    <w:p>
      <w:pPr>
        <w:spacing w:after="120"/>
      </w:pPr>
      <w:r>
        <w:rPr>
          <w:rFonts w:ascii="Georgia" w:hAnsi="Georgia" w:eastAsia="Georgia"/>
          <w:sz w:val="23"/>
        </w:rPr>
        <w:t>Then released.</w:t>
      </w:r>
    </w:p>
    <w:p>
      <w:pPr>
        <w:spacing w:after="120"/>
      </w:pPr>
      <w:r>
        <w:rPr>
          <w:rFonts w:ascii="Georgia" w:hAnsi="Georgia" w:eastAsia="Georgia"/>
          <w:sz w:val="23"/>
        </w:rPr>
        <w:t>“Intentional?” I asked.</w:t>
      </w:r>
    </w:p>
    <w:p>
      <w:pPr>
        <w:spacing w:after="120"/>
      </w:pPr>
      <w:r>
        <w:rPr>
          <w:rFonts w:ascii="Georgia" w:hAnsi="Georgia" w:eastAsia="Georgia"/>
          <w:sz w:val="23"/>
        </w:rPr>
        <w:t>“No.”</w:t>
      </w:r>
    </w:p>
    <w:p>
      <w:pPr>
        <w:spacing w:after="120"/>
      </w:pPr>
      <w:r>
        <w:rPr>
          <w:rFonts w:ascii="Georgia" w:hAnsi="Georgia" w:eastAsia="Georgia"/>
          <w:sz w:val="23"/>
        </w:rPr>
        <w:t>“Pain?”</w:t>
      </w:r>
    </w:p>
    <w:p>
      <w:pPr>
        <w:spacing w:after="120"/>
      </w:pPr>
      <w:r>
        <w:rPr>
          <w:rFonts w:ascii="Georgia" w:hAnsi="Georgia" w:eastAsia="Georgia"/>
          <w:sz w:val="23"/>
        </w:rPr>
        <w:t>“No.”</w:t>
      </w:r>
    </w:p>
    <w:p>
      <w:pPr>
        <w:spacing w:after="120"/>
      </w:pPr>
      <w:r>
        <w:rPr>
          <w:rFonts w:ascii="Georgia" w:hAnsi="Georgia" w:eastAsia="Georgia"/>
          <w:sz w:val="23"/>
        </w:rPr>
        <w:t>“Where was the setting?”</w:t>
      </w:r>
    </w:p>
    <w:p>
      <w:pPr>
        <w:spacing w:after="120"/>
      </w:pPr>
      <w:r>
        <w:rPr>
          <w:rFonts w:ascii="Georgia" w:hAnsi="Georgia" w:eastAsia="Georgia"/>
          <w:sz w:val="23"/>
        </w:rPr>
        <w:t>“Here.”</w:t>
      </w:r>
    </w:p>
    <w:p>
      <w:pPr>
        <w:spacing w:after="120"/>
      </w:pPr>
      <w:r>
        <w:rPr>
          <w:rFonts w:ascii="Georgia" w:hAnsi="Georgia" w:eastAsia="Georgia"/>
          <w:sz w:val="23"/>
        </w:rPr>
        <w:t>“Where was the place?”</w:t>
      </w:r>
    </w:p>
    <w:p>
      <w:pPr>
        <w:spacing w:after="120"/>
      </w:pPr>
      <w:r>
        <w:rPr>
          <w:rFonts w:ascii="Georgia" w:hAnsi="Georgia" w:eastAsia="Georgia"/>
          <w:sz w:val="23"/>
        </w:rPr>
        <w:t>She kept her eyes closed.</w:t>
      </w:r>
    </w:p>
    <w:p>
      <w:pPr>
        <w:spacing w:after="120"/>
      </w:pPr>
      <w:r>
        <w:rPr>
          <w:rFonts w:ascii="Georgia" w:hAnsi="Georgia" w:eastAsia="Georgia"/>
          <w:sz w:val="23"/>
        </w:rPr>
        <w:t>Her right hand lifted slowly and stopped three centimeters above her sternum.</w:t>
      </w:r>
    </w:p>
    <w:p>
      <w:pPr>
        <w:spacing w:after="120"/>
      </w:pPr>
      <w:r>
        <w:rPr>
          <w:rFonts w:ascii="Georgia" w:hAnsi="Georgia" w:eastAsia="Georgia"/>
          <w:sz w:val="23"/>
        </w:rPr>
        <w:t>“Here too.”</w:t>
      </w:r>
    </w:p>
    <w:p>
      <w:pPr>
        <w:spacing w:after="120"/>
      </w:pPr>
      <w:r>
        <w:rPr>
          <w:rFonts w:ascii="Georgia" w:hAnsi="Georgia" w:eastAsia="Georgia"/>
          <w:sz w:val="23"/>
        </w:rPr>
        <w:t>Two locations.</w:t>
      </w:r>
    </w:p>
    <w:p>
      <w:pPr>
        <w:spacing w:after="120"/>
      </w:pPr>
      <w:r>
        <w:rPr>
          <w:rFonts w:ascii="Georgia" w:hAnsi="Georgia" w:eastAsia="Georgia"/>
          <w:sz w:val="23"/>
        </w:rPr>
        <w:t>One object.</w:t>
      </w:r>
    </w:p>
    <w:p>
      <w:pPr>
        <w:spacing w:after="120"/>
      </w:pPr>
      <w:r>
        <w:rPr>
          <w:rFonts w:ascii="Georgia" w:hAnsi="Georgia" w:eastAsia="Georgia"/>
          <w:sz w:val="23"/>
        </w:rPr>
        <w:t>No movement.</w:t>
      </w:r>
    </w:p>
    <w:p>
      <w:pPr>
        <w:spacing w:after="120"/>
      </w:pPr>
      <w:r>
        <w:rPr>
          <w:rFonts w:ascii="Georgia" w:hAnsi="Georgia" w:eastAsia="Georgia"/>
          <w:sz w:val="23"/>
        </w:rPr>
        <w:t>Miren ended the test.</w:t>
      </w:r>
    </w:p>
    <w:p>
      <w:pPr>
        <w:spacing w:after="120"/>
      </w:pPr>
      <w:r>
        <w:rPr>
          <w:rFonts w:ascii="Georgia" w:hAnsi="Georgia" w:eastAsia="Georgia"/>
          <w:sz w:val="23"/>
        </w:rPr>
        <w:t>We had planned twelve runs.</w:t>
      </w:r>
    </w:p>
    <w:p>
      <w:pPr>
        <w:spacing w:after="120"/>
      </w:pPr>
      <w:r>
        <w:rPr>
          <w:rFonts w:ascii="Georgia" w:hAnsi="Georgia" w:eastAsia="Georgia"/>
          <w:sz w:val="23"/>
        </w:rPr>
        <w:t>Six were enough.</w:t>
      </w:r>
    </w:p>
    <w:p>
      <w:pPr>
        <w:spacing w:before="80" w:after="120"/>
        <w:jc w:val="center"/>
      </w:pPr>
      <w:r>
        <w:rPr>
          <w:rFonts w:ascii="Georgia" w:hAnsi="Georgia" w:eastAsia="Georgia"/>
          <w:sz w:val="23"/>
        </w:rPr>
        <w:t>§</w:t>
      </w:r>
    </w:p>
    <w:p>
      <w:pPr>
        <w:spacing w:after="120"/>
      </w:pPr>
      <w:r>
        <w:rPr>
          <w:rFonts w:ascii="Georgia" w:hAnsi="Georgia" w:eastAsia="Georgia"/>
          <w:sz w:val="23"/>
        </w:rPr>
        <w:t>The insurer’s automated reviewer accepted the data and denied the classification again.</w:t>
      </w:r>
    </w:p>
    <w:p>
      <w:pPr>
        <w:spacing w:after="120"/>
      </w:pPr>
      <w:r>
        <w:rPr>
          <w:rFonts w:ascii="Georgia" w:hAnsi="Georgia" w:eastAsia="Georgia"/>
          <w:sz w:val="23"/>
        </w:rPr>
        <w:t>This time it took thirty-eight seconds.</w:t>
      </w:r>
    </w:p>
    <w:p>
      <w:pPr>
        <w:spacing w:after="120"/>
      </w:pPr>
      <w:r>
        <w:rPr>
          <w:rFonts w:ascii="Georgia" w:hAnsi="Georgia" w:eastAsia="Georgia"/>
          <w:sz w:val="23"/>
        </w:rPr>
        <w:t>I admired the efficiency.</w:t>
      </w:r>
    </w:p>
    <w:p>
      <w:pPr>
        <w:spacing w:after="120"/>
      </w:pPr>
      <w:r>
        <w:rPr>
          <w:rFonts w:ascii="Georgia" w:hAnsi="Georgia" w:eastAsia="Georgia"/>
          <w:sz w:val="23"/>
        </w:rPr>
        <w:t>Miren did not.</w:t>
      </w:r>
    </w:p>
    <w:p>
      <w:pPr>
        <w:spacing w:after="120"/>
      </w:pPr>
      <w:r>
        <w:rPr>
          <w:rFonts w:ascii="Georgia" w:hAnsi="Georgia" w:eastAsia="Georgia"/>
          <w:sz w:val="23"/>
        </w:rPr>
        <w:t>She read the decision aloud.</w:t>
      </w:r>
    </w:p>
    <w:p>
      <w:pPr>
        <w:spacing w:after="120"/>
      </w:pPr>
      <w:r>
        <w:rPr>
          <w:rFonts w:ascii="Georgia" w:hAnsi="Georgia" w:eastAsia="Georgia"/>
          <w:sz w:val="23"/>
        </w:rPr>
        <w:t>“Observed adverse response is temporally associated with controlled field-state alteration. Material relocation not demonstrated. Medically inseparable movement restriction remains unsupported.”</w:t>
      </w:r>
    </w:p>
    <w:p>
      <w:pPr>
        <w:spacing w:after="120"/>
      </w:pPr>
      <w:r>
        <w:rPr>
          <w:rFonts w:ascii="Georgia" w:hAnsi="Georgia" w:eastAsia="Georgia"/>
          <w:sz w:val="23"/>
        </w:rPr>
        <w:t>Ivena was still in the chair.</w:t>
      </w:r>
    </w:p>
    <w:p>
      <w:pPr>
        <w:spacing w:after="120"/>
      </w:pPr>
      <w:r>
        <w:rPr>
          <w:rFonts w:ascii="Georgia" w:hAnsi="Georgia" w:eastAsia="Georgia"/>
          <w:sz w:val="23"/>
        </w:rPr>
        <w:t>“So I have to be hurt by distance, not by letting go.”</w:t>
      </w:r>
    </w:p>
    <w:p>
      <w:pPr>
        <w:spacing w:after="120"/>
      </w:pPr>
      <w:r>
        <w:rPr>
          <w:rFonts w:ascii="Georgia" w:hAnsi="Georgia" w:eastAsia="Georgia"/>
          <w:sz w:val="23"/>
        </w:rPr>
        <w:t>“According to this rule,” I said.</w:t>
      </w:r>
    </w:p>
    <w:p>
      <w:pPr>
        <w:spacing w:after="120"/>
      </w:pPr>
      <w:r>
        <w:rPr>
          <w:rFonts w:ascii="Georgia" w:hAnsi="Georgia" w:eastAsia="Georgia"/>
          <w:sz w:val="23"/>
        </w:rPr>
        <w:t>“That sounds religious.”</w:t>
      </w:r>
    </w:p>
    <w:p>
      <w:pPr>
        <w:spacing w:after="120"/>
      </w:pPr>
      <w:r>
        <w:rPr>
          <w:rFonts w:ascii="Georgia" w:hAnsi="Georgia" w:eastAsia="Georgia"/>
          <w:sz w:val="23"/>
        </w:rPr>
        <w:t>“Insurance.”</w:t>
      </w:r>
    </w:p>
    <w:p>
      <w:pPr>
        <w:spacing w:after="120"/>
      </w:pPr>
      <w:r>
        <w:rPr>
          <w:rFonts w:ascii="Georgia" w:hAnsi="Georgia" w:eastAsia="Georgia"/>
          <w:sz w:val="23"/>
        </w:rPr>
        <w:t>“Same appetite.”</w:t>
      </w:r>
    </w:p>
    <w:p>
      <w:pPr>
        <w:spacing w:after="120"/>
      </w:pPr>
      <w:r>
        <w:rPr>
          <w:rFonts w:ascii="Georgia" w:hAnsi="Georgia" w:eastAsia="Georgia"/>
          <w:sz w:val="23"/>
        </w:rPr>
        <w:t>Miren opened the appeal screen.</w:t>
      </w:r>
    </w:p>
    <w:p>
      <w:pPr>
        <w:spacing w:after="120"/>
      </w:pPr>
      <w:r>
        <w:rPr>
          <w:rFonts w:ascii="Georgia" w:hAnsi="Georgia" w:eastAsia="Georgia"/>
          <w:sz w:val="23"/>
        </w:rPr>
        <w:t>“I can escalate to human review.”</w:t>
      </w:r>
    </w:p>
    <w:p>
      <w:pPr>
        <w:spacing w:after="120"/>
      </w:pPr>
      <w:r>
        <w:rPr>
          <w:rFonts w:ascii="Georgia" w:hAnsi="Georgia" w:eastAsia="Georgia"/>
          <w:sz w:val="23"/>
        </w:rPr>
        <w:t>“How long?”</w:t>
      </w:r>
    </w:p>
    <w:p>
      <w:pPr>
        <w:spacing w:after="120"/>
      </w:pPr>
      <w:r>
        <w:rPr>
          <w:rFonts w:ascii="Georgia" w:hAnsi="Georgia" w:eastAsia="Georgia"/>
          <w:sz w:val="23"/>
        </w:rPr>
        <w:t>“Priority queue says thirty-one hours.”</w:t>
      </w:r>
    </w:p>
    <w:p>
      <w:pPr>
        <w:spacing w:after="120"/>
      </w:pPr>
      <w:r>
        <w:rPr>
          <w:rFonts w:ascii="Georgia" w:hAnsi="Georgia" w:eastAsia="Georgia"/>
          <w:sz w:val="23"/>
        </w:rPr>
        <w:t>“Shorter.”</w:t>
      </w:r>
    </w:p>
    <w:p>
      <w:pPr>
        <w:spacing w:after="120"/>
      </w:pPr>
      <w:r>
        <w:rPr>
          <w:rFonts w:ascii="Georgia" w:hAnsi="Georgia" w:eastAsia="Georgia"/>
          <w:sz w:val="23"/>
        </w:rPr>
        <w:t>“That only gets a person to read it.”</w:t>
      </w:r>
    </w:p>
    <w:p>
      <w:pPr>
        <w:spacing w:after="120"/>
      </w:pPr>
      <w:r>
        <w:rPr>
          <w:rFonts w:ascii="Georgia" w:hAnsi="Georgia" w:eastAsia="Georgia"/>
          <w:sz w:val="23"/>
        </w:rPr>
        <w:t>“Worse.”</w:t>
      </w:r>
    </w:p>
    <w:p>
      <w:pPr>
        <w:spacing w:after="120"/>
      </w:pPr>
      <w:r>
        <w:rPr>
          <w:rFonts w:ascii="Georgia" w:hAnsi="Georgia" w:eastAsia="Georgia"/>
          <w:sz w:val="23"/>
        </w:rPr>
        <w:t>Ivena sat up.</w:t>
      </w:r>
    </w:p>
    <w:p>
      <w:pPr>
        <w:spacing w:after="120"/>
      </w:pPr>
      <w:r>
        <w:rPr>
          <w:rFonts w:ascii="Georgia" w:hAnsi="Georgia" w:eastAsia="Georgia"/>
          <w:sz w:val="23"/>
        </w:rPr>
        <w:t>The setting remained in place.</w:t>
      </w:r>
    </w:p>
    <w:p>
      <w:pPr>
        <w:spacing w:after="120"/>
      </w:pPr>
      <w:r>
        <w:rPr>
          <w:rFonts w:ascii="Georgia" w:hAnsi="Georgia" w:eastAsia="Georgia"/>
          <w:sz w:val="23"/>
        </w:rPr>
        <w:t>Her right thumb worked normally.</w:t>
      </w:r>
    </w:p>
    <w:p>
      <w:pPr>
        <w:spacing w:after="120"/>
      </w:pPr>
      <w:r>
        <w:rPr>
          <w:rFonts w:ascii="Georgia" w:hAnsi="Georgia" w:eastAsia="Georgia"/>
          <w:sz w:val="23"/>
        </w:rPr>
        <w:t>She touched it to each fingertip with her eyes closed.</w:t>
      </w:r>
    </w:p>
    <w:p>
      <w:pPr>
        <w:spacing w:after="120"/>
      </w:pPr>
      <w:r>
        <w:rPr>
          <w:rFonts w:ascii="Georgia" w:hAnsi="Georgia" w:eastAsia="Georgia"/>
          <w:sz w:val="23"/>
        </w:rPr>
        <w:t>Correct.</w:t>
      </w:r>
    </w:p>
    <w:p>
      <w:pPr>
        <w:spacing w:after="120"/>
      </w:pPr>
      <w:r>
        <w:rPr>
          <w:rFonts w:ascii="Georgia" w:hAnsi="Georgia" w:eastAsia="Georgia"/>
          <w:sz w:val="23"/>
        </w:rPr>
        <w:t>Again.</w:t>
      </w:r>
    </w:p>
    <w:p>
      <w:pPr>
        <w:spacing w:after="120"/>
      </w:pPr>
      <w:r>
        <w:rPr>
          <w:rFonts w:ascii="Georgia" w:hAnsi="Georgia" w:eastAsia="Georgia"/>
          <w:sz w:val="23"/>
        </w:rPr>
        <w:t>Correct.</w:t>
      </w:r>
    </w:p>
    <w:p>
      <w:pPr>
        <w:spacing w:after="120"/>
      </w:pPr>
      <w:r>
        <w:rPr>
          <w:rFonts w:ascii="Georgia" w:hAnsi="Georgia" w:eastAsia="Georgia"/>
          <w:sz w:val="23"/>
        </w:rPr>
        <w:t>No persistent motor effect.</w:t>
      </w:r>
    </w:p>
    <w:p>
      <w:pPr>
        <w:spacing w:after="120"/>
      </w:pPr>
      <w:r>
        <w:rPr>
          <w:rFonts w:ascii="Georgia" w:hAnsi="Georgia" w:eastAsia="Georgia"/>
          <w:sz w:val="23"/>
        </w:rPr>
        <w:t>I should have been relieved.</w:t>
      </w:r>
    </w:p>
    <w:p>
      <w:pPr>
        <w:spacing w:after="120"/>
      </w:pPr>
      <w:r>
        <w:rPr>
          <w:rFonts w:ascii="Georgia" w:hAnsi="Georgia" w:eastAsia="Georgia"/>
          <w:sz w:val="23"/>
        </w:rPr>
        <w:t>I was.</w:t>
      </w:r>
    </w:p>
    <w:p>
      <w:pPr>
        <w:spacing w:after="120"/>
      </w:pPr>
      <w:r>
        <w:rPr>
          <w:rFonts w:ascii="Georgia" w:hAnsi="Georgia" w:eastAsia="Georgia"/>
          <w:sz w:val="23"/>
        </w:rPr>
        <w:t>Relief did not solve the surgery.</w:t>
      </w:r>
    </w:p>
    <w:p>
      <w:pPr>
        <w:spacing w:after="120"/>
      </w:pPr>
      <w:r>
        <w:rPr>
          <w:rFonts w:ascii="Georgia" w:hAnsi="Georgia" w:eastAsia="Georgia"/>
          <w:sz w:val="23"/>
        </w:rPr>
        <w:t>“There is another classification,” Miren said.</w:t>
      </w:r>
    </w:p>
    <w:p>
      <w:pPr>
        <w:spacing w:after="120"/>
      </w:pPr>
      <w:r>
        <w:rPr>
          <w:rFonts w:ascii="Georgia" w:hAnsi="Georgia" w:eastAsia="Georgia"/>
          <w:sz w:val="23"/>
        </w:rPr>
        <w:t>I looked at her.</w:t>
      </w:r>
    </w:p>
    <w:p>
      <w:pPr>
        <w:spacing w:after="120"/>
      </w:pPr>
      <w:r>
        <w:rPr>
          <w:rFonts w:ascii="Georgia" w:hAnsi="Georgia" w:eastAsia="Georgia"/>
          <w:sz w:val="23"/>
        </w:rPr>
        <w:t>She did not look pleased.</w:t>
      </w:r>
    </w:p>
    <w:p>
      <w:pPr>
        <w:spacing w:after="120"/>
      </w:pPr>
      <w:r>
        <w:rPr>
          <w:rFonts w:ascii="Georgia" w:hAnsi="Georgia" w:eastAsia="Georgia"/>
          <w:sz w:val="23"/>
        </w:rPr>
        <w:t>“Functional integration.”</w:t>
      </w:r>
    </w:p>
    <w:p>
      <w:pPr>
        <w:spacing w:after="120"/>
      </w:pPr>
      <w:r>
        <w:rPr>
          <w:rFonts w:ascii="Georgia" w:hAnsi="Georgia" w:eastAsia="Georgia"/>
          <w:sz w:val="23"/>
        </w:rPr>
        <w:t>“No.”</w:t>
      </w:r>
    </w:p>
    <w:p>
      <w:pPr>
        <w:spacing w:after="120"/>
      </w:pPr>
      <w:r>
        <w:rPr>
          <w:rFonts w:ascii="Georgia" w:hAnsi="Georgia" w:eastAsia="Georgia"/>
          <w:sz w:val="23"/>
        </w:rPr>
        <w:t>Ivena sighed.</w:t>
      </w:r>
    </w:p>
    <w:p>
      <w:pPr>
        <w:spacing w:after="120"/>
      </w:pPr>
      <w:r>
        <w:rPr>
          <w:rFonts w:ascii="Georgia" w:hAnsi="Georgia" w:eastAsia="Georgia"/>
          <w:sz w:val="23"/>
        </w:rPr>
        <w:t>“Can the old man finish hearing the sentence before rejecting it?”</w:t>
      </w:r>
    </w:p>
    <w:p>
      <w:pPr>
        <w:spacing w:after="120"/>
      </w:pPr>
      <w:r>
        <w:rPr>
          <w:rFonts w:ascii="Georgia" w:hAnsi="Georgia" w:eastAsia="Georgia"/>
          <w:sz w:val="23"/>
        </w:rPr>
        <w:t>“No.”</w:t>
      </w:r>
    </w:p>
    <w:p>
      <w:pPr>
        <w:spacing w:after="120"/>
      </w:pPr>
      <w:r>
        <w:rPr>
          <w:rFonts w:ascii="Georgia" w:hAnsi="Georgia" w:eastAsia="Georgia"/>
          <w:sz w:val="23"/>
        </w:rPr>
        <w:t>Miren ignored me.</w:t>
      </w:r>
    </w:p>
    <w:p>
      <w:pPr>
        <w:spacing w:after="120"/>
      </w:pPr>
      <w:r>
        <w:rPr>
          <w:rFonts w:ascii="Georgia" w:hAnsi="Georgia" w:eastAsia="Georgia"/>
          <w:sz w:val="23"/>
        </w:rPr>
        <w:t>“Functional integration does not require movement injury. It requires evidence that altering the kaethe contact state produces a repeatable functional change in the wearer.”</w:t>
      </w:r>
    </w:p>
    <w:p>
      <w:pPr>
        <w:spacing w:after="120"/>
      </w:pPr>
      <w:r>
        <w:rPr>
          <w:rFonts w:ascii="Georgia" w:hAnsi="Georgia" w:eastAsia="Georgia"/>
          <w:sz w:val="23"/>
        </w:rPr>
        <w:t>“That is what we just measured.”</w:t>
      </w:r>
    </w:p>
    <w:p>
      <w:pPr>
        <w:spacing w:after="120"/>
      </w:pPr>
      <w:r>
        <w:rPr>
          <w:rFonts w:ascii="Georgia" w:hAnsi="Georgia" w:eastAsia="Georgia"/>
          <w:sz w:val="23"/>
        </w:rPr>
        <w:t>“Possibly.”</w:t>
      </w:r>
    </w:p>
    <w:p>
      <w:pPr>
        <w:spacing w:after="120"/>
      </w:pPr>
      <w:r>
        <w:rPr>
          <w:rFonts w:ascii="Georgia" w:hAnsi="Georgia" w:eastAsia="Georgia"/>
          <w:sz w:val="23"/>
        </w:rPr>
        <w:t>“Why possibly?”</w:t>
      </w:r>
    </w:p>
    <w:p>
      <w:pPr>
        <w:spacing w:after="120"/>
      </w:pPr>
      <w:r>
        <w:rPr>
          <w:rFonts w:ascii="Georgia" w:hAnsi="Georgia" w:eastAsia="Georgia"/>
          <w:sz w:val="23"/>
        </w:rPr>
        <w:t>“Because the category was built for people who use kaethe-linked response surfaces as assistive systems.”</w:t>
      </w:r>
    </w:p>
    <w:p>
      <w:pPr>
        <w:spacing w:after="120"/>
      </w:pPr>
      <w:r>
        <w:rPr>
          <w:rFonts w:ascii="Georgia" w:hAnsi="Georgia" w:eastAsia="Georgia"/>
          <w:sz w:val="23"/>
        </w:rPr>
        <w:t>I stopped.</w:t>
      </w:r>
    </w:p>
    <w:p>
      <w:pPr>
        <w:spacing w:after="120"/>
      </w:pPr>
      <w:r>
        <w:rPr>
          <w:rFonts w:ascii="Georgia" w:hAnsi="Georgia" w:eastAsia="Georgia"/>
          <w:sz w:val="23"/>
        </w:rPr>
        <w:t>There were professions I had deliberately avoided. Age did not create an obligation to learn every mistake civilization invented.</w:t>
      </w:r>
    </w:p>
    <w:p>
      <w:pPr>
        <w:spacing w:after="120"/>
      </w:pPr>
      <w:r>
        <w:rPr>
          <w:rFonts w:ascii="Georgia" w:hAnsi="Georgia" w:eastAsia="Georgia"/>
          <w:sz w:val="23"/>
        </w:rPr>
        <w:t>Functional integration was one of them.</w:t>
      </w:r>
    </w:p>
    <w:p>
      <w:pPr>
        <w:spacing w:after="120"/>
      </w:pPr>
      <w:r>
        <w:rPr>
          <w:rFonts w:ascii="Georgia" w:hAnsi="Georgia" w:eastAsia="Georgia"/>
          <w:sz w:val="23"/>
        </w:rPr>
        <w:t>“You mean prosthetic coupling.”</w:t>
      </w:r>
    </w:p>
    <w:p>
      <w:pPr>
        <w:spacing w:after="120"/>
      </w:pPr>
      <w:r>
        <w:rPr>
          <w:rFonts w:ascii="Georgia" w:hAnsi="Georgia" w:eastAsia="Georgia"/>
          <w:sz w:val="23"/>
        </w:rPr>
        <w:t>“Among other things.”</w:t>
      </w:r>
    </w:p>
    <w:p>
      <w:pPr>
        <w:spacing w:after="120"/>
      </w:pPr>
      <w:r>
        <w:rPr>
          <w:rFonts w:ascii="Georgia" w:hAnsi="Georgia" w:eastAsia="Georgia"/>
          <w:sz w:val="23"/>
        </w:rPr>
        <w:t>“She has no prosthesis.”</w:t>
      </w:r>
    </w:p>
    <w:p>
      <w:pPr>
        <w:spacing w:after="120"/>
      </w:pPr>
      <w:r>
        <w:rPr>
          <w:rFonts w:ascii="Georgia" w:hAnsi="Georgia" w:eastAsia="Georgia"/>
          <w:sz w:val="23"/>
        </w:rPr>
        <w:t>“The category no longer requires one.”</w:t>
      </w:r>
    </w:p>
    <w:p>
      <w:pPr>
        <w:spacing w:after="120"/>
      </w:pPr>
      <w:r>
        <w:rPr>
          <w:rFonts w:ascii="Georgia" w:hAnsi="Georgia" w:eastAsia="Georgia"/>
          <w:sz w:val="23"/>
        </w:rPr>
        <w:t>“Since when?”</w:t>
      </w:r>
    </w:p>
    <w:p>
      <w:pPr>
        <w:spacing w:after="120"/>
      </w:pPr>
      <w:r>
        <w:rPr>
          <w:rFonts w:ascii="Georgia" w:hAnsi="Georgia" w:eastAsia="Georgia"/>
          <w:sz w:val="23"/>
        </w:rPr>
        <w:t>“Thirty-eight years.”</w:t>
      </w:r>
    </w:p>
    <w:p>
      <w:pPr>
        <w:spacing w:after="120"/>
      </w:pPr>
      <w:r>
        <w:rPr>
          <w:rFonts w:ascii="Georgia" w:hAnsi="Georgia" w:eastAsia="Georgia"/>
          <w:sz w:val="23"/>
        </w:rPr>
        <w:t>“Why?”</w:t>
      </w:r>
    </w:p>
    <w:p>
      <w:pPr>
        <w:spacing w:after="120"/>
      </w:pPr>
      <w:r>
        <w:rPr>
          <w:rFonts w:ascii="Georgia" w:hAnsi="Georgia" w:eastAsia="Georgia"/>
          <w:sz w:val="23"/>
        </w:rPr>
        <w:t>Miren looked at Ivena.</w:t>
      </w:r>
    </w:p>
    <w:p>
      <w:pPr>
        <w:spacing w:after="120"/>
      </w:pPr>
      <w:r>
        <w:rPr>
          <w:rFonts w:ascii="Georgia" w:hAnsi="Georgia" w:eastAsia="Georgia"/>
          <w:sz w:val="23"/>
        </w:rPr>
        <w:t>“Because people kept failing the prosthesis requirement with original limbs.”</w:t>
      </w:r>
    </w:p>
    <w:p>
      <w:pPr>
        <w:spacing w:after="120"/>
      </w:pPr>
      <w:r>
        <w:rPr>
          <w:rFonts w:ascii="Georgia" w:hAnsi="Georgia" w:eastAsia="Georgia"/>
          <w:sz w:val="23"/>
        </w:rPr>
        <w:t>Of course they did.</w:t>
      </w:r>
    </w:p>
    <w:p>
      <w:pPr>
        <w:spacing w:after="120"/>
      </w:pPr>
      <w:r>
        <w:rPr>
          <w:rFonts w:ascii="Georgia" w:hAnsi="Georgia" w:eastAsia="Georgia"/>
          <w:sz w:val="23"/>
        </w:rPr>
        <w:t>Meya’s hand had once been physically attached to her and functionally located somewhere else.</w:t>
      </w:r>
    </w:p>
    <w:p>
      <w:pPr>
        <w:spacing w:after="120"/>
      </w:pPr>
      <w:r>
        <w:rPr>
          <w:rFonts w:ascii="Georgia" w:hAnsi="Georgia" w:eastAsia="Georgia"/>
          <w:sz w:val="23"/>
        </w:rPr>
        <w:t>The century had not simplified the problem.</w:t>
      </w:r>
    </w:p>
    <w:p>
      <w:pPr>
        <w:spacing w:after="120"/>
      </w:pPr>
      <w:r>
        <w:rPr>
          <w:rFonts w:ascii="Georgia" w:hAnsi="Georgia" w:eastAsia="Georgia"/>
          <w:sz w:val="23"/>
        </w:rPr>
        <w:t>It had licensed it.</w:t>
      </w:r>
    </w:p>
    <w:p>
      <w:pPr>
        <w:spacing w:after="120"/>
      </w:pPr>
      <w:r>
        <w:rPr>
          <w:rFonts w:ascii="Georgia" w:hAnsi="Georgia" w:eastAsia="Georgia"/>
          <w:sz w:val="23"/>
        </w:rPr>
        <w:t>I remembered Meya Dorn in the old containment ward with her right palm open on a table and her touch reporting from a cage two meters away. She had made me touch the hand after telling me not to use her to prove Kael right and not to use her to prove him wrong. The trace moved in the cage. Her skin stayed warm under my finger. She could not feel me where I touched her.</w:t>
      </w:r>
    </w:p>
    <w:p>
      <w:pPr>
        <w:spacing w:after="120"/>
      </w:pPr>
      <w:r>
        <w:rPr>
          <w:rFonts w:ascii="Georgia" w:hAnsi="Georgia" w:eastAsia="Georgia"/>
          <w:sz w:val="23"/>
        </w:rPr>
        <w:t>The part that survived longest was not the measurement. It was what she said after I tried to explain why the earlier test had seemed reasonable. She had agreed to one more step. She had not agreed to have that agreement rewritten as the cause of what happened to her. A century of licensing had converted some of that cost into procedure. It had not converted the procedure into innocence.</w:t>
      </w:r>
    </w:p>
    <w:p>
      <w:pPr>
        <w:spacing w:after="120"/>
      </w:pPr>
      <w:r>
        <w:rPr>
          <w:rFonts w:ascii="Georgia" w:hAnsi="Georgia" w:eastAsia="Georgia"/>
          <w:sz w:val="23"/>
        </w:rPr>
        <w:t>“What does functional integration buy?” Ivena asked.</w:t>
      </w:r>
    </w:p>
    <w:p>
      <w:pPr>
        <w:spacing w:after="120"/>
      </w:pPr>
      <w:r>
        <w:rPr>
          <w:rFonts w:ascii="Georgia" w:hAnsi="Georgia" w:eastAsia="Georgia"/>
          <w:sz w:val="23"/>
        </w:rPr>
        <w:t>“Medical accommodation. Surgery has to treat the setting as part of the operating constraint even if the law does not classify it as part of you.”</w:t>
      </w:r>
    </w:p>
    <w:p>
      <w:pPr>
        <w:spacing w:after="120"/>
      </w:pPr>
      <w:r>
        <w:rPr>
          <w:rFonts w:ascii="Georgia" w:hAnsi="Georgia" w:eastAsia="Georgia"/>
          <w:sz w:val="23"/>
        </w:rPr>
        <w:t>“Coverage?”</w:t>
      </w:r>
    </w:p>
    <w:p>
      <w:pPr>
        <w:spacing w:after="120"/>
      </w:pPr>
      <w:r>
        <w:rPr>
          <w:rFonts w:ascii="Georgia" w:hAnsi="Georgia" w:eastAsia="Georgia"/>
          <w:sz w:val="23"/>
        </w:rPr>
        <w:t>“Usually.”</w:t>
      </w:r>
    </w:p>
    <w:p>
      <w:pPr>
        <w:spacing w:after="120"/>
      </w:pPr>
      <w:r>
        <w:rPr>
          <w:rFonts w:ascii="Georgia" w:hAnsi="Georgia" w:eastAsia="Georgia"/>
          <w:sz w:val="23"/>
        </w:rPr>
        <w:t>“Usually is doing work.”</w:t>
      </w:r>
    </w:p>
    <w:p>
      <w:pPr>
        <w:spacing w:after="120"/>
      </w:pPr>
      <w:r>
        <w:rPr>
          <w:rFonts w:ascii="Georgia" w:hAnsi="Georgia" w:eastAsia="Georgia"/>
          <w:sz w:val="23"/>
        </w:rPr>
        <w:t>“The insurer can contest whether the function is beneficial.”</w:t>
      </w:r>
    </w:p>
    <w:p>
      <w:pPr>
        <w:spacing w:after="120"/>
      </w:pPr>
      <w:r>
        <w:rPr>
          <w:rFonts w:ascii="Georgia" w:hAnsi="Georgia" w:eastAsia="Georgia"/>
          <w:sz w:val="23"/>
        </w:rPr>
        <w:t>Ivena stared at her.</w:t>
      </w:r>
    </w:p>
    <w:p>
      <w:pPr>
        <w:spacing w:after="120"/>
      </w:pPr>
      <w:r>
        <w:rPr>
          <w:rFonts w:ascii="Georgia" w:hAnsi="Georgia" w:eastAsia="Georgia"/>
          <w:sz w:val="23"/>
        </w:rPr>
        <w:t>“My thumb moved without me.”</w:t>
      </w:r>
    </w:p>
    <w:p>
      <w:pPr>
        <w:spacing w:after="120"/>
      </w:pPr>
      <w:r>
        <w:rPr>
          <w:rFonts w:ascii="Georgia" w:hAnsi="Georgia" w:eastAsia="Georgia"/>
          <w:sz w:val="23"/>
        </w:rPr>
        <w:t>“That is the problem. Functional integration was written around things people use. Sensory extension. Stabilization. Orientation. Motor assistance. If the only demonstrated function is adverse—“</w:t>
      </w:r>
    </w:p>
    <w:p>
      <w:pPr>
        <w:spacing w:after="120"/>
      </w:pPr>
      <w:r>
        <w:rPr>
          <w:rFonts w:ascii="Georgia" w:hAnsi="Georgia" w:eastAsia="Georgia"/>
          <w:sz w:val="23"/>
        </w:rPr>
        <w:t>“Then it is an injury.”</w:t>
      </w:r>
    </w:p>
    <w:p>
      <w:pPr>
        <w:spacing w:after="120"/>
      </w:pPr>
      <w:r>
        <w:rPr>
          <w:rFonts w:ascii="Georgia" w:hAnsi="Georgia" w:eastAsia="Georgia"/>
          <w:sz w:val="23"/>
        </w:rPr>
        <w:t>“Which sends us back to the movement rule.”</w:t>
      </w:r>
    </w:p>
    <w:p>
      <w:pPr>
        <w:spacing w:after="120"/>
      </w:pPr>
      <w:r>
        <w:rPr>
          <w:rFonts w:ascii="Georgia" w:hAnsi="Georgia" w:eastAsia="Georgia"/>
          <w:sz w:val="23"/>
        </w:rPr>
        <w:t>A loop built entirely from reasonable definitions.</w:t>
      </w:r>
    </w:p>
    <w:p>
      <w:pPr>
        <w:spacing w:after="120"/>
      </w:pPr>
      <w:r>
        <w:rPr>
          <w:rFonts w:ascii="Georgia" w:hAnsi="Georgia" w:eastAsia="Georgia"/>
          <w:sz w:val="23"/>
        </w:rPr>
        <w:t>Ivena stood.</w:t>
      </w:r>
    </w:p>
    <w:p>
      <w:pPr>
        <w:spacing w:after="120"/>
      </w:pPr>
      <w:r>
        <w:rPr>
          <w:rFonts w:ascii="Georgia" w:hAnsi="Georgia" w:eastAsia="Georgia"/>
          <w:sz w:val="23"/>
        </w:rPr>
        <w:t>“I need air.”</w:t>
      </w:r>
    </w:p>
    <w:p>
      <w:pPr>
        <w:spacing w:after="120"/>
      </w:pPr>
      <w:r>
        <w:rPr>
          <w:rFonts w:ascii="Georgia" w:hAnsi="Georgia" w:eastAsia="Georgia"/>
          <w:sz w:val="23"/>
        </w:rPr>
        <w:t>Miren started to speak.</w:t>
      </w:r>
    </w:p>
    <w:p>
      <w:pPr>
        <w:spacing w:after="120"/>
      </w:pPr>
      <w:r>
        <w:rPr>
          <w:rFonts w:ascii="Georgia" w:hAnsi="Georgia" w:eastAsia="Georgia"/>
          <w:sz w:val="23"/>
        </w:rPr>
        <w:t>I shook my head.</w:t>
      </w:r>
    </w:p>
    <w:p>
      <w:pPr>
        <w:spacing w:after="120"/>
      </w:pPr>
      <w:r>
        <w:rPr>
          <w:rFonts w:ascii="Georgia" w:hAnsi="Georgia" w:eastAsia="Georgia"/>
          <w:sz w:val="23"/>
        </w:rPr>
        <w:t>Ivena put on her coat and walked outside.</w:t>
      </w:r>
    </w:p>
    <w:p>
      <w:pPr>
        <w:spacing w:after="120"/>
      </w:pPr>
      <w:r>
        <w:rPr>
          <w:rFonts w:ascii="Georgia" w:hAnsi="Georgia" w:eastAsia="Georgia"/>
          <w:sz w:val="23"/>
        </w:rPr>
        <w:t>The setting moved with her body because that was what ninety-three years of engineering had made ordinary.</w:t>
      </w:r>
    </w:p>
    <w:p>
      <w:pPr>
        <w:spacing w:after="120"/>
      </w:pPr>
      <w:r>
        <w:rPr>
          <w:rFonts w:ascii="Georgia" w:hAnsi="Georgia" w:eastAsia="Georgia"/>
          <w:sz w:val="23"/>
        </w:rPr>
        <w:t>No alarm.</w:t>
      </w:r>
    </w:p>
    <w:p>
      <w:pPr>
        <w:spacing w:after="120"/>
      </w:pPr>
      <w:r>
        <w:rPr>
          <w:rFonts w:ascii="Georgia" w:hAnsi="Georgia" w:eastAsia="Georgia"/>
          <w:sz w:val="23"/>
        </w:rPr>
        <w:t>No escort.</w:t>
      </w:r>
    </w:p>
    <w:p>
      <w:pPr>
        <w:spacing w:after="120"/>
      </w:pPr>
      <w:r>
        <w:rPr>
          <w:rFonts w:ascii="Georgia" w:hAnsi="Georgia" w:eastAsia="Georgia"/>
          <w:sz w:val="23"/>
        </w:rPr>
        <w:t>No containment hood.</w:t>
      </w:r>
    </w:p>
    <w:p>
      <w:pPr>
        <w:spacing w:after="120"/>
      </w:pPr>
      <w:r>
        <w:rPr>
          <w:rFonts w:ascii="Georgia" w:hAnsi="Georgia" w:eastAsia="Georgia"/>
          <w:sz w:val="23"/>
        </w:rPr>
        <w:t>A woman carrying one point eight six grams of kaethe-matter walked onto a public street because the state considered the setting domestically safe.</w:t>
      </w:r>
    </w:p>
    <w:p>
      <w:pPr>
        <w:spacing w:after="120"/>
      </w:pPr>
      <w:r>
        <w:rPr>
          <w:rFonts w:ascii="Georgia" w:hAnsi="Georgia" w:eastAsia="Georgia"/>
          <w:sz w:val="23"/>
        </w:rPr>
        <w:t>The same state could not decide whether a surgeon was allowed to work around it without making her prove the correct kind of harm.</w:t>
      </w:r>
    </w:p>
    <w:p>
      <w:pPr>
        <w:spacing w:before="80" w:after="120"/>
        <w:jc w:val="center"/>
      </w:pPr>
      <w:r>
        <w:rPr>
          <w:rFonts w:ascii="Georgia" w:hAnsi="Georgia" w:eastAsia="Georgia"/>
          <w:sz w:val="23"/>
        </w:rPr>
        <w:t>§</w:t>
      </w:r>
    </w:p>
    <w:p>
      <w:pPr>
        <w:spacing w:after="120"/>
      </w:pPr>
      <w:r>
        <w:rPr>
          <w:rFonts w:ascii="Georgia" w:hAnsi="Georgia" w:eastAsia="Georgia"/>
          <w:sz w:val="23"/>
        </w:rPr>
        <w:t>I found her across the street buying coffee.</w:t>
      </w:r>
    </w:p>
    <w:p>
      <w:pPr>
        <w:spacing w:after="120"/>
      </w:pPr>
      <w:r>
        <w:rPr>
          <w:rFonts w:ascii="Georgia" w:hAnsi="Georgia" w:eastAsia="Georgia"/>
          <w:sz w:val="23"/>
        </w:rPr>
        <w:t>She ordered one for me without asking what I wanted.</w:t>
      </w:r>
    </w:p>
    <w:p>
      <w:pPr>
        <w:spacing w:after="120"/>
      </w:pPr>
      <w:r>
        <w:rPr>
          <w:rFonts w:ascii="Georgia" w:hAnsi="Georgia" w:eastAsia="Georgia"/>
          <w:sz w:val="23"/>
        </w:rPr>
        <w:t>It was wrong.</w:t>
      </w:r>
    </w:p>
    <w:p>
      <w:pPr>
        <w:spacing w:after="120"/>
      </w:pPr>
      <w:r>
        <w:rPr>
          <w:rFonts w:ascii="Georgia" w:hAnsi="Georgia" w:eastAsia="Georgia"/>
          <w:sz w:val="23"/>
        </w:rPr>
        <w:t>I drank it.</w:t>
      </w:r>
    </w:p>
    <w:p>
      <w:pPr>
        <w:spacing w:after="120"/>
      </w:pPr>
      <w:r>
        <w:rPr>
          <w:rFonts w:ascii="Georgia" w:hAnsi="Georgia" w:eastAsia="Georgia"/>
          <w:sz w:val="23"/>
        </w:rPr>
        <w:t>“You people made this world,” she said.</w:t>
      </w:r>
    </w:p>
    <w:p>
      <w:pPr>
        <w:spacing w:after="120"/>
      </w:pPr>
      <w:r>
        <w:rPr>
          <w:rFonts w:ascii="Georgia" w:hAnsi="Georgia" w:eastAsia="Georgia"/>
          <w:sz w:val="23"/>
        </w:rPr>
        <w:t>“Which people?”</w:t>
      </w:r>
    </w:p>
    <w:p>
      <w:pPr>
        <w:spacing w:after="120"/>
      </w:pPr>
      <w:r>
        <w:rPr>
          <w:rFonts w:ascii="Georgia" w:hAnsi="Georgia" w:eastAsia="Georgia"/>
          <w:sz w:val="23"/>
        </w:rPr>
        <w:t>“The ones who were here when it was new.”</w:t>
      </w:r>
    </w:p>
    <w:p>
      <w:pPr>
        <w:spacing w:after="120"/>
      </w:pPr>
      <w:r>
        <w:rPr>
          <w:rFonts w:ascii="Georgia" w:hAnsi="Georgia" w:eastAsia="Georgia"/>
          <w:sz w:val="23"/>
        </w:rPr>
        <w:t>“That is too broad.”</w:t>
      </w:r>
    </w:p>
    <w:p>
      <w:pPr>
        <w:spacing w:after="120"/>
      </w:pPr>
      <w:r>
        <w:rPr>
          <w:rFonts w:ascii="Georgia" w:hAnsi="Georgia" w:eastAsia="Georgia"/>
          <w:sz w:val="23"/>
        </w:rPr>
        <w:t>“You are old enough to survive broadness.”</w:t>
      </w:r>
    </w:p>
    <w:p>
      <w:pPr>
        <w:spacing w:after="120"/>
      </w:pPr>
      <w:r>
        <w:rPr>
          <w:rFonts w:ascii="Georgia" w:hAnsi="Georgia" w:eastAsia="Georgia"/>
          <w:sz w:val="23"/>
        </w:rPr>
        <w:t>We stood under an awning while a delivery tram passed.</w:t>
      </w:r>
    </w:p>
    <w:p>
      <w:pPr>
        <w:spacing w:after="120"/>
      </w:pPr>
      <w:r>
        <w:rPr>
          <w:rFonts w:ascii="Georgia" w:hAnsi="Georgia" w:eastAsia="Georgia"/>
          <w:sz w:val="23"/>
        </w:rPr>
        <w:t>Two students moved around us, one human, one SUPO, both wearing visible kaethe settings at the clavicle.</w:t>
      </w:r>
    </w:p>
    <w:p>
      <w:pPr>
        <w:spacing w:after="120"/>
      </w:pPr>
      <w:r>
        <w:rPr>
          <w:rFonts w:ascii="Georgia" w:hAnsi="Georgia" w:eastAsia="Georgia"/>
          <w:sz w:val="23"/>
        </w:rPr>
        <w:t>Decorative silver frames.</w:t>
      </w:r>
    </w:p>
    <w:p>
      <w:pPr>
        <w:spacing w:after="120"/>
      </w:pPr>
      <w:r>
        <w:rPr>
          <w:rFonts w:ascii="Georgia" w:hAnsi="Georgia" w:eastAsia="Georgia"/>
          <w:sz w:val="23"/>
        </w:rPr>
        <w:t>Licensed green marks.</w:t>
      </w:r>
    </w:p>
    <w:p>
      <w:pPr>
        <w:spacing w:after="120"/>
      </w:pPr>
      <w:r>
        <w:rPr>
          <w:rFonts w:ascii="Georgia" w:hAnsi="Georgia" w:eastAsia="Georgia"/>
          <w:sz w:val="23"/>
        </w:rPr>
        <w:t>Neither looked older than fifty.</w:t>
      </w:r>
    </w:p>
    <w:p>
      <w:pPr>
        <w:spacing w:after="120"/>
      </w:pPr>
      <w:r>
        <w:rPr>
          <w:rFonts w:ascii="Georgia" w:hAnsi="Georgia" w:eastAsia="Georgia"/>
          <w:sz w:val="23"/>
        </w:rPr>
        <w:t>I watched them until they turned the corner.</w:t>
      </w:r>
    </w:p>
    <w:p>
      <w:pPr>
        <w:spacing w:after="120"/>
      </w:pPr>
      <w:r>
        <w:rPr>
          <w:rFonts w:ascii="Georgia" w:hAnsi="Georgia" w:eastAsia="Georgia"/>
          <w:sz w:val="23"/>
        </w:rPr>
        <w:t>Ivena saw.</w:t>
      </w:r>
    </w:p>
    <w:p>
      <w:pPr>
        <w:spacing w:after="120"/>
      </w:pPr>
      <w:r>
        <w:rPr>
          <w:rFonts w:ascii="Georgia" w:hAnsi="Georgia" w:eastAsia="Georgia"/>
          <w:sz w:val="23"/>
        </w:rPr>
        <w:t>“You do hate them.”</w:t>
      </w:r>
    </w:p>
    <w:p>
      <w:pPr>
        <w:spacing w:after="120"/>
      </w:pPr>
      <w:r>
        <w:rPr>
          <w:rFonts w:ascii="Georgia" w:hAnsi="Georgia" w:eastAsia="Georgia"/>
          <w:sz w:val="23"/>
        </w:rPr>
        <w:t>“No.”</w:t>
      </w:r>
    </w:p>
    <w:p>
      <w:pPr>
        <w:spacing w:after="120"/>
      </w:pPr>
      <w:r>
        <w:rPr>
          <w:rFonts w:ascii="Georgia" w:hAnsi="Georgia" w:eastAsia="Georgia"/>
          <w:sz w:val="23"/>
        </w:rPr>
        <w:t>“You stare at every setting.”</w:t>
      </w:r>
    </w:p>
    <w:p>
      <w:pPr>
        <w:spacing w:after="120"/>
      </w:pPr>
      <w:r>
        <w:rPr>
          <w:rFonts w:ascii="Georgia" w:hAnsi="Georgia" w:eastAsia="Georgia"/>
          <w:sz w:val="23"/>
        </w:rPr>
        <w:t>“I stare at bridges too.”</w:t>
      </w:r>
    </w:p>
    <w:p>
      <w:pPr>
        <w:spacing w:after="120"/>
      </w:pPr>
      <w:r>
        <w:rPr>
          <w:rFonts w:ascii="Georgia" w:hAnsi="Georgia" w:eastAsia="Georgia"/>
          <w:sz w:val="23"/>
        </w:rPr>
        <w:t>“Because you expect collapse?”</w:t>
      </w:r>
    </w:p>
    <w:p>
      <w:pPr>
        <w:spacing w:after="120"/>
      </w:pPr>
      <w:r>
        <w:rPr>
          <w:rFonts w:ascii="Georgia" w:hAnsi="Georgia" w:eastAsia="Georgia"/>
          <w:sz w:val="23"/>
        </w:rPr>
        <w:t>“Because somebody decided where the load went.”</w:t>
      </w:r>
    </w:p>
    <w:p>
      <w:pPr>
        <w:spacing w:after="120"/>
      </w:pPr>
      <w:r>
        <w:rPr>
          <w:rFonts w:ascii="Georgia" w:hAnsi="Georgia" w:eastAsia="Georgia"/>
          <w:sz w:val="23"/>
        </w:rPr>
        <w:t>She drank her coffee.</w:t>
      </w:r>
    </w:p>
    <w:p>
      <w:pPr>
        <w:spacing w:after="120"/>
      </w:pPr>
      <w:r>
        <w:rPr>
          <w:rFonts w:ascii="Georgia" w:hAnsi="Georgia" w:eastAsia="Georgia"/>
          <w:sz w:val="23"/>
        </w:rPr>
        <w:t>“Deren would have laughed at this.”</w:t>
      </w:r>
    </w:p>
    <w:p>
      <w:pPr>
        <w:spacing w:after="120"/>
      </w:pPr>
      <w:r>
        <w:rPr>
          <w:rFonts w:ascii="Georgia" w:hAnsi="Georgia" w:eastAsia="Georgia"/>
          <w:sz w:val="23"/>
        </w:rPr>
        <w:t>“At settings?”</w:t>
      </w:r>
    </w:p>
    <w:p>
      <w:pPr>
        <w:spacing w:after="120"/>
      </w:pPr>
      <w:r>
        <w:rPr>
          <w:rFonts w:ascii="Georgia" w:hAnsi="Georgia" w:eastAsia="Georgia"/>
          <w:sz w:val="23"/>
        </w:rPr>
        <w:t>“At me.”</w:t>
      </w:r>
    </w:p>
    <w:p>
      <w:pPr>
        <w:spacing w:after="120"/>
      </w:pPr>
      <w:r>
        <w:rPr>
          <w:rFonts w:ascii="Georgia" w:hAnsi="Georgia" w:eastAsia="Georgia"/>
          <w:sz w:val="23"/>
        </w:rPr>
        <w:t>“Why?”</w:t>
      </w:r>
    </w:p>
    <w:p>
      <w:pPr>
        <w:spacing w:after="120"/>
      </w:pPr>
      <w:r>
        <w:rPr>
          <w:rFonts w:ascii="Georgia" w:hAnsi="Georgia" w:eastAsia="Georgia"/>
          <w:sz w:val="23"/>
        </w:rPr>
        <w:t>“I spent the first thirty years after he completed telling everyone I did not believe he was in the fragment.”</w:t>
      </w:r>
    </w:p>
    <w:p>
      <w:pPr>
        <w:spacing w:after="120"/>
      </w:pPr>
      <w:r>
        <w:rPr>
          <w:rFonts w:ascii="Georgia" w:hAnsi="Georgia" w:eastAsia="Georgia"/>
          <w:sz w:val="23"/>
        </w:rPr>
        <w:t>“Do you now?”</w:t>
      </w:r>
    </w:p>
    <w:p>
      <w:pPr>
        <w:spacing w:after="120"/>
      </w:pPr>
      <w:r>
        <w:rPr>
          <w:rFonts w:ascii="Georgia" w:hAnsi="Georgia" w:eastAsia="Georgia"/>
          <w:sz w:val="23"/>
        </w:rPr>
        <w:t>“No.”</w:t>
      </w:r>
    </w:p>
    <w:p>
      <w:pPr>
        <w:spacing w:after="120"/>
      </w:pPr>
      <w:r>
        <w:rPr>
          <w:rFonts w:ascii="Georgia" w:hAnsi="Georgia" w:eastAsia="Georgia"/>
          <w:sz w:val="23"/>
        </w:rPr>
        <w:t>The answer came quickly.</w:t>
      </w:r>
    </w:p>
    <w:p>
      <w:pPr>
        <w:spacing w:after="120"/>
      </w:pPr>
      <w:r>
        <w:rPr>
          <w:rFonts w:ascii="Georgia" w:hAnsi="Georgia" w:eastAsia="Georgia"/>
          <w:sz w:val="23"/>
        </w:rPr>
        <w:t>Not defensively.</w:t>
      </w:r>
    </w:p>
    <w:p>
      <w:pPr>
        <w:spacing w:after="120"/>
      </w:pPr>
      <w:r>
        <w:rPr>
          <w:rFonts w:ascii="Georgia" w:hAnsi="Georgia" w:eastAsia="Georgia"/>
          <w:sz w:val="23"/>
        </w:rPr>
        <w:t>Practiced.</w:t>
      </w:r>
    </w:p>
    <w:p>
      <w:pPr>
        <w:spacing w:after="120"/>
      </w:pPr>
      <w:r>
        <w:rPr>
          <w:rFonts w:ascii="Georgia" w:hAnsi="Georgia" w:eastAsia="Georgia"/>
          <w:sz w:val="23"/>
        </w:rPr>
        <w:t>“Then why wear it?”</w:t>
      </w:r>
    </w:p>
    <w:p>
      <w:pPr>
        <w:spacing w:after="120"/>
      </w:pPr>
      <w:r>
        <w:rPr>
          <w:rFonts w:ascii="Georgia" w:hAnsi="Georgia" w:eastAsia="Georgia"/>
          <w:sz w:val="23"/>
        </w:rPr>
        <w:t>She looked at me.</w:t>
      </w:r>
    </w:p>
    <w:p>
      <w:pPr>
        <w:spacing w:after="120"/>
      </w:pPr>
      <w:r>
        <w:rPr>
          <w:rFonts w:ascii="Georgia" w:hAnsi="Georgia" w:eastAsia="Georgia"/>
          <w:sz w:val="23"/>
        </w:rPr>
        <w:t>“You really have been in laboratories too long.”</w:t>
      </w:r>
    </w:p>
    <w:p>
      <w:pPr>
        <w:spacing w:after="120"/>
      </w:pPr>
      <w:r>
        <w:rPr>
          <w:rFonts w:ascii="Georgia" w:hAnsi="Georgia" w:eastAsia="Georgia"/>
          <w:sz w:val="23"/>
        </w:rPr>
        <w:t>“Probably.”</w:t>
      </w:r>
    </w:p>
    <w:p>
      <w:pPr>
        <w:spacing w:after="120"/>
      </w:pPr>
      <w:r>
        <w:rPr>
          <w:rFonts w:ascii="Georgia" w:hAnsi="Georgia" w:eastAsia="Georgia"/>
          <w:sz w:val="23"/>
        </w:rPr>
        <w:t>“Because he died at twenty-nine.”</w:t>
      </w:r>
    </w:p>
    <w:p>
      <w:pPr>
        <w:spacing w:after="120"/>
      </w:pPr>
      <w:r>
        <w:rPr>
          <w:rFonts w:ascii="Georgia" w:hAnsi="Georgia" w:eastAsia="Georgia"/>
          <w:sz w:val="23"/>
        </w:rPr>
        <w:t>I waited.</w:t>
      </w:r>
    </w:p>
    <w:p>
      <w:pPr>
        <w:spacing w:after="120"/>
      </w:pPr>
      <w:r>
        <w:rPr>
          <w:rFonts w:ascii="Georgia" w:hAnsi="Georgia" w:eastAsia="Georgia"/>
          <w:sz w:val="23"/>
        </w:rPr>
        <w:t>“That is not an explanation,” I said.</w:t>
      </w:r>
    </w:p>
    <w:p>
      <w:pPr>
        <w:spacing w:after="120"/>
      </w:pPr>
      <w:r>
        <w:rPr>
          <w:rFonts w:ascii="Georgia" w:hAnsi="Georgia" w:eastAsia="Georgia"/>
          <w:sz w:val="23"/>
        </w:rPr>
        <w:t>“It is to me.”</w:t>
      </w:r>
    </w:p>
    <w:p>
      <w:pPr>
        <w:spacing w:after="120"/>
      </w:pPr>
      <w:r>
        <w:rPr>
          <w:rFonts w:ascii="Georgia" w:hAnsi="Georgia" w:eastAsia="Georgia"/>
          <w:sz w:val="23"/>
        </w:rPr>
        <w:t>She looked through the window at Miren preparing the room for the human reviewer who might or might not call within thirty-one hours.</w:t>
      </w:r>
    </w:p>
    <w:p>
      <w:pPr>
        <w:spacing w:after="120"/>
      </w:pPr>
      <w:r>
        <w:rPr>
          <w:rFonts w:ascii="Georgia" w:hAnsi="Georgia" w:eastAsia="Georgia"/>
          <w:sz w:val="23"/>
        </w:rPr>
        <w:t>“My mother lived to two hundred forty-one. My father to two hundred seventeen. I am one eighty-seven and the surgeon thinks, if everything behaves, I have enough body left to argue with him for a long time. Deren got twenty-nine.”</w:t>
      </w:r>
    </w:p>
    <w:p>
      <w:pPr>
        <w:spacing w:after="120"/>
      </w:pPr>
      <w:r>
        <w:rPr>
          <w:rFonts w:ascii="Georgia" w:hAnsi="Georgia" w:eastAsia="Georgia"/>
          <w:sz w:val="23"/>
        </w:rPr>
        <w:t>The arithmetic did not require help.</w:t>
      </w:r>
    </w:p>
    <w:p>
      <w:pPr>
        <w:spacing w:after="120"/>
      </w:pPr>
      <w:r>
        <w:rPr>
          <w:rFonts w:ascii="Georgia" w:hAnsi="Georgia" w:eastAsia="Georgia"/>
          <w:sz w:val="23"/>
        </w:rPr>
        <w:t>“Completion did not give him the missing years,” I said.</w:t>
      </w:r>
    </w:p>
    <w:p>
      <w:pPr>
        <w:spacing w:after="120"/>
      </w:pPr>
      <w:r>
        <w:rPr>
          <w:rFonts w:ascii="Georgia" w:hAnsi="Georgia" w:eastAsia="Georgia"/>
          <w:sz w:val="23"/>
        </w:rPr>
        <w:t>“I know.”</w:t>
      </w:r>
    </w:p>
    <w:p>
      <w:pPr>
        <w:spacing w:after="120"/>
      </w:pPr>
      <w:r>
        <w:rPr>
          <w:rFonts w:ascii="Georgia" w:hAnsi="Georgia" w:eastAsia="Georgia"/>
          <w:sz w:val="23"/>
        </w:rPr>
        <w:t>“We do not know that it gave him anything.”</w:t>
      </w:r>
    </w:p>
    <w:p>
      <w:pPr>
        <w:spacing w:after="120"/>
      </w:pPr>
      <w:r>
        <w:rPr>
          <w:rFonts w:ascii="Georgia" w:hAnsi="Georgia" w:eastAsia="Georgia"/>
          <w:sz w:val="23"/>
        </w:rPr>
        <w:t>“I know.”</w:t>
      </w:r>
    </w:p>
    <w:p>
      <w:pPr>
        <w:spacing w:after="120"/>
      </w:pPr>
      <w:r>
        <w:rPr>
          <w:rFonts w:ascii="Georgia" w:hAnsi="Georgia" w:eastAsia="Georgia"/>
          <w:sz w:val="23"/>
        </w:rPr>
        <w:t>“Then—“</w:t>
      </w:r>
    </w:p>
    <w:p>
      <w:pPr>
        <w:spacing w:after="120"/>
      </w:pPr>
      <w:r>
        <w:rPr>
          <w:rFonts w:ascii="Georgia" w:hAnsi="Georgia" w:eastAsia="Georgia"/>
          <w:sz w:val="23"/>
        </w:rPr>
        <w:t>“Stop teaching the woman who has worn the uncertainty for ninety-three years what uncertainty means.”</w:t>
      </w:r>
    </w:p>
    <w:p>
      <w:pPr>
        <w:spacing w:after="120"/>
      </w:pPr>
      <w:r>
        <w:rPr>
          <w:rFonts w:ascii="Georgia" w:hAnsi="Georgia" w:eastAsia="Georgia"/>
          <w:sz w:val="23"/>
        </w:rPr>
        <w:t>I stopped.</w:t>
      </w:r>
    </w:p>
    <w:p>
      <w:pPr>
        <w:spacing w:after="120"/>
      </w:pPr>
      <w:r>
        <w:rPr>
          <w:rFonts w:ascii="Georgia" w:hAnsi="Georgia" w:eastAsia="Georgia"/>
          <w:sz w:val="23"/>
        </w:rPr>
        <w:t>She continued more quietly.</w:t>
      </w:r>
    </w:p>
    <w:p>
      <w:pPr>
        <w:spacing w:after="120"/>
      </w:pPr>
      <w:r>
        <w:rPr>
          <w:rFonts w:ascii="Georgia" w:hAnsi="Georgia" w:eastAsia="Georgia"/>
          <w:sz w:val="23"/>
        </w:rPr>
        <w:t>“I do not need him to be in it. I need the possibility not to have been destroyed before I understood what happened.”</w:t>
      </w:r>
    </w:p>
    <w:p>
      <w:pPr>
        <w:spacing w:after="120"/>
      </w:pPr>
      <w:r>
        <w:rPr>
          <w:rFonts w:ascii="Georgia" w:hAnsi="Georgia" w:eastAsia="Georgia"/>
          <w:sz w:val="23"/>
        </w:rPr>
        <w:t>That was different.</w:t>
      </w:r>
    </w:p>
    <w:p>
      <w:pPr>
        <w:spacing w:after="120"/>
      </w:pPr>
      <w:r>
        <w:rPr>
          <w:rFonts w:ascii="Georgia" w:hAnsi="Georgia" w:eastAsia="Georgia"/>
          <w:sz w:val="23"/>
        </w:rPr>
        <w:t>Not continuity.</w:t>
      </w:r>
    </w:p>
    <w:p>
      <w:pPr>
        <w:spacing w:after="120"/>
      </w:pPr>
      <w:r>
        <w:rPr>
          <w:rFonts w:ascii="Georgia" w:hAnsi="Georgia" w:eastAsia="Georgia"/>
          <w:sz w:val="23"/>
        </w:rPr>
        <w:t>Not faith.</w:t>
      </w:r>
    </w:p>
    <w:p>
      <w:pPr>
        <w:spacing w:after="120"/>
      </w:pPr>
      <w:r>
        <w:rPr>
          <w:rFonts w:ascii="Georgia" w:hAnsi="Georgia" w:eastAsia="Georgia"/>
          <w:sz w:val="23"/>
        </w:rPr>
        <w:t>Permission for the question to remain materially attached to the world.</w:t>
      </w:r>
    </w:p>
    <w:p>
      <w:pPr>
        <w:spacing w:after="120"/>
      </w:pPr>
      <w:r>
        <w:rPr>
          <w:rFonts w:ascii="Georgia" w:hAnsi="Georgia" w:eastAsia="Georgia"/>
          <w:sz w:val="23"/>
        </w:rPr>
        <w:t>“Why black ceramic?” I asked.</w:t>
      </w:r>
    </w:p>
    <w:p>
      <w:pPr>
        <w:spacing w:after="120"/>
      </w:pPr>
      <w:r>
        <w:rPr>
          <w:rFonts w:ascii="Georgia" w:hAnsi="Georgia" w:eastAsia="Georgia"/>
          <w:sz w:val="23"/>
        </w:rPr>
        <w:t>She smiled.</w:t>
      </w:r>
    </w:p>
    <w:p>
      <w:pPr>
        <w:spacing w:after="120"/>
      </w:pPr>
      <w:r>
        <w:rPr>
          <w:rFonts w:ascii="Georgia" w:hAnsi="Georgia" w:eastAsia="Georgia"/>
          <w:sz w:val="23"/>
        </w:rPr>
        <w:t>“Still thinking about that?”</w:t>
      </w:r>
    </w:p>
    <w:p>
      <w:pPr>
        <w:spacing w:after="120"/>
      </w:pPr>
      <w:r>
        <w:rPr>
          <w:rFonts w:ascii="Georgia" w:hAnsi="Georgia" w:eastAsia="Georgia"/>
          <w:sz w:val="23"/>
        </w:rPr>
        <w:t>“Yes.”</w:t>
      </w:r>
    </w:p>
    <w:p>
      <w:pPr>
        <w:spacing w:after="120"/>
      </w:pPr>
      <w:r>
        <w:rPr>
          <w:rFonts w:ascii="Georgia" w:hAnsi="Georgia" w:eastAsia="Georgia"/>
          <w:sz w:val="23"/>
        </w:rPr>
        <w:t>“Deren thought black made everything look expensive and stupid.”</w:t>
      </w:r>
    </w:p>
    <w:p>
      <w:pPr>
        <w:spacing w:after="120"/>
      </w:pPr>
      <w:r>
        <w:rPr>
          <w:rFonts w:ascii="Georgia" w:hAnsi="Georgia" w:eastAsia="Georgia"/>
          <w:sz w:val="23"/>
        </w:rPr>
        <w:t>“You said he hated it.”</w:t>
      </w:r>
    </w:p>
    <w:p>
      <w:pPr>
        <w:spacing w:after="120"/>
      </w:pPr>
      <w:r>
        <w:rPr>
          <w:rFonts w:ascii="Georgia" w:hAnsi="Georgia" w:eastAsia="Georgia"/>
          <w:sz w:val="23"/>
        </w:rPr>
        <w:t>“That was shorter.”</w:t>
      </w:r>
    </w:p>
    <w:p>
      <w:pPr>
        <w:spacing w:after="120"/>
      </w:pPr>
      <w:r>
        <w:rPr>
          <w:rFonts w:ascii="Georgia" w:hAnsi="Georgia" w:eastAsia="Georgia"/>
          <w:sz w:val="23"/>
        </w:rPr>
        <w:t>“People shorten things later.”</w:t>
      </w:r>
    </w:p>
    <w:p>
      <w:pPr>
        <w:spacing w:after="120"/>
      </w:pPr>
      <w:r>
        <w:rPr>
          <w:rFonts w:ascii="Georgia" w:hAnsi="Georgia" w:eastAsia="Georgia"/>
          <w:sz w:val="23"/>
        </w:rPr>
        <w:t>“Apparently.”</w:t>
      </w:r>
    </w:p>
    <w:p>
      <w:pPr>
        <w:spacing w:after="120"/>
      </w:pPr>
      <w:r>
        <w:rPr>
          <w:rFonts w:ascii="Georgia" w:hAnsi="Georgia" w:eastAsia="Georgia"/>
          <w:sz w:val="23"/>
        </w:rPr>
        <w:t>She touched the setting through her coat.</w:t>
      </w:r>
    </w:p>
    <w:p>
      <w:pPr>
        <w:spacing w:after="120"/>
      </w:pPr>
      <w:r>
        <w:rPr>
          <w:rFonts w:ascii="Georgia" w:hAnsi="Georgia" w:eastAsia="Georgia"/>
          <w:sz w:val="23"/>
        </w:rPr>
        <w:t>“If I had died at twenty-nine, he would have carried something ridiculous. Bright red, probably. Something I would have hated.”</w:t>
      </w:r>
    </w:p>
    <w:p>
      <w:pPr>
        <w:spacing w:after="120"/>
      </w:pPr>
      <w:r>
        <w:rPr>
          <w:rFonts w:ascii="Georgia" w:hAnsi="Georgia" w:eastAsia="Georgia"/>
          <w:sz w:val="23"/>
        </w:rPr>
        <w:t>“Why?”</w:t>
      </w:r>
    </w:p>
    <w:p>
      <w:pPr>
        <w:spacing w:after="120"/>
      </w:pPr>
      <w:r>
        <w:rPr>
          <w:rFonts w:ascii="Georgia" w:hAnsi="Georgia" w:eastAsia="Georgia"/>
          <w:sz w:val="23"/>
        </w:rPr>
        <w:t>“Because grief is not reenactment.”</w:t>
      </w:r>
    </w:p>
    <w:p>
      <w:pPr>
        <w:spacing w:after="120"/>
      </w:pPr>
      <w:r>
        <w:rPr>
          <w:rFonts w:ascii="Georgia" w:hAnsi="Georgia" w:eastAsia="Georgia"/>
          <w:sz w:val="23"/>
        </w:rPr>
        <w:t>I looked back at the two empty chairs in Miren’s shop.</w:t>
      </w:r>
    </w:p>
    <w:p>
      <w:pPr>
        <w:spacing w:after="120"/>
      </w:pPr>
      <w:r>
        <w:rPr>
          <w:rFonts w:ascii="Georgia" w:hAnsi="Georgia" w:eastAsia="Georgia"/>
          <w:sz w:val="23"/>
        </w:rPr>
        <w:t>For decades the law had treated intimate kaethe settings as memorial objects with technical constraints.</w:t>
      </w:r>
    </w:p>
    <w:p>
      <w:pPr>
        <w:spacing w:after="120"/>
      </w:pPr>
      <w:r>
        <w:rPr>
          <w:rFonts w:ascii="Georgia" w:hAnsi="Georgia" w:eastAsia="Georgia"/>
          <w:sz w:val="23"/>
        </w:rPr>
        <w:t>Memorial was doing too much work.</w:t>
      </w:r>
    </w:p>
    <w:p>
      <w:pPr>
        <w:spacing w:after="120"/>
      </w:pPr>
      <w:r>
        <w:rPr>
          <w:rFonts w:ascii="Georgia" w:hAnsi="Georgia" w:eastAsia="Georgia"/>
          <w:sz w:val="23"/>
        </w:rPr>
        <w:t>The object had spent ninety-three years participating in Ivena’s body whether or not Deren participated in the object.</w:t>
      </w:r>
    </w:p>
    <w:p>
      <w:pPr>
        <w:spacing w:after="120"/>
      </w:pPr>
      <w:r>
        <w:rPr>
          <w:rFonts w:ascii="Georgia" w:hAnsi="Georgia" w:eastAsia="Georgia"/>
          <w:sz w:val="23"/>
        </w:rPr>
        <w:t>That did not make it her brother.</w:t>
      </w:r>
    </w:p>
    <w:p>
      <w:pPr>
        <w:spacing w:after="120"/>
      </w:pPr>
      <w:r>
        <w:rPr>
          <w:rFonts w:ascii="Georgia" w:hAnsi="Georgia" w:eastAsia="Georgia"/>
          <w:sz w:val="23"/>
        </w:rPr>
        <w:t>It did make the word memorial smaller than the thing it described.</w:t>
      </w:r>
    </w:p>
    <w:p>
      <w:pPr>
        <w:spacing w:before="80" w:after="120"/>
        <w:jc w:val="center"/>
      </w:pPr>
      <w:r>
        <w:rPr>
          <w:rFonts w:ascii="Georgia" w:hAnsi="Georgia" w:eastAsia="Georgia"/>
          <w:sz w:val="23"/>
        </w:rPr>
        <w:t>§</w:t>
      </w:r>
    </w:p>
    <w:p>
      <w:pPr>
        <w:spacing w:after="120"/>
      </w:pPr>
      <w:r>
        <w:rPr>
          <w:rFonts w:ascii="Georgia" w:hAnsi="Georgia" w:eastAsia="Georgia"/>
          <w:sz w:val="23"/>
        </w:rPr>
        <w:t>The human reviewer called at 0948.</w:t>
      </w:r>
    </w:p>
    <w:p>
      <w:pPr>
        <w:spacing w:after="120"/>
      </w:pPr>
      <w:r>
        <w:rPr>
          <w:rFonts w:ascii="Georgia" w:hAnsi="Georgia" w:eastAsia="Georgia"/>
          <w:sz w:val="23"/>
        </w:rPr>
        <w:t>Her name was Jessa Venn.</w:t>
      </w:r>
    </w:p>
    <w:p>
      <w:pPr>
        <w:spacing w:after="120"/>
      </w:pPr>
      <w:r>
        <w:rPr>
          <w:rFonts w:ascii="Georgia" w:hAnsi="Georgia" w:eastAsia="Georgia"/>
          <w:sz w:val="23"/>
        </w:rPr>
        <w:t>No relation to anyone I knew that mattered.</w:t>
      </w:r>
    </w:p>
    <w:p>
      <w:pPr>
        <w:spacing w:after="120"/>
      </w:pPr>
      <w:r>
        <w:rPr>
          <w:rFonts w:ascii="Georgia" w:hAnsi="Georgia" w:eastAsia="Georgia"/>
          <w:sz w:val="23"/>
        </w:rPr>
        <w:t>She was one hundred sixty-four, embodied phenotype approximately sixty, and introduced herself as a medical continuity adjudicator for the insurer.</w:t>
      </w:r>
    </w:p>
    <w:p>
      <w:pPr>
        <w:spacing w:after="120"/>
      </w:pPr>
      <w:r>
        <w:rPr>
          <w:rFonts w:ascii="Georgia" w:hAnsi="Georgia" w:eastAsia="Georgia"/>
          <w:sz w:val="23"/>
        </w:rPr>
        <w:t>I distrusted the title immediately.</w:t>
      </w:r>
    </w:p>
    <w:p>
      <w:pPr>
        <w:spacing w:after="120"/>
      </w:pPr>
      <w:r>
        <w:rPr>
          <w:rFonts w:ascii="Georgia" w:hAnsi="Georgia" w:eastAsia="Georgia"/>
          <w:sz w:val="23"/>
        </w:rPr>
        <w:t>“I have reviewed both days,” she said.</w:t>
      </w:r>
    </w:p>
    <w:p>
      <w:pPr>
        <w:spacing w:after="120"/>
      </w:pPr>
      <w:r>
        <w:rPr>
          <w:rFonts w:ascii="Georgia" w:hAnsi="Georgia" w:eastAsia="Georgia"/>
          <w:sz w:val="23"/>
        </w:rPr>
        <w:t>“Then approve the accommodation,” Ivena said.</w:t>
      </w:r>
    </w:p>
    <w:p>
      <w:pPr>
        <w:spacing w:after="120"/>
      </w:pPr>
      <w:r>
        <w:rPr>
          <w:rFonts w:ascii="Georgia" w:hAnsi="Georgia" w:eastAsia="Georgia"/>
          <w:sz w:val="23"/>
        </w:rPr>
        <w:t>Jessa did not react.</w:t>
      </w:r>
    </w:p>
    <w:p>
      <w:pPr>
        <w:spacing w:after="120"/>
      </w:pPr>
      <w:r>
        <w:rPr>
          <w:rFonts w:ascii="Georgia" w:hAnsi="Georgia" w:eastAsia="Georgia"/>
          <w:sz w:val="23"/>
        </w:rPr>
        <w:t>“I cannot approve medically inseparable contact under the movement standard because no movement event exists.”</w:t>
      </w:r>
    </w:p>
    <w:p>
      <w:pPr>
        <w:spacing w:after="120"/>
      </w:pPr>
      <w:r>
        <w:rPr>
          <w:rFonts w:ascii="Georgia" w:hAnsi="Georgia" w:eastAsia="Georgia"/>
          <w:sz w:val="23"/>
        </w:rPr>
        <w:t>“We know,” Miren said.</w:t>
      </w:r>
    </w:p>
    <w:p>
      <w:pPr>
        <w:spacing w:after="120"/>
      </w:pPr>
      <w:r>
        <w:rPr>
          <w:rFonts w:ascii="Georgia" w:hAnsi="Georgia" w:eastAsia="Georgia"/>
          <w:sz w:val="23"/>
        </w:rPr>
        <w:t>“I can consider functional integration.”</w:t>
      </w:r>
    </w:p>
    <w:p>
      <w:pPr>
        <w:spacing w:after="120"/>
      </w:pPr>
      <w:r>
        <w:rPr>
          <w:rFonts w:ascii="Georgia" w:hAnsi="Georgia" w:eastAsia="Georgia"/>
          <w:sz w:val="23"/>
        </w:rPr>
        <w:t>“We know that too.”</w:t>
      </w:r>
    </w:p>
    <w:p>
      <w:pPr>
        <w:spacing w:after="120"/>
      </w:pPr>
      <w:r>
        <w:rPr>
          <w:rFonts w:ascii="Georgia" w:hAnsi="Georgia" w:eastAsia="Georgia"/>
          <w:sz w:val="23"/>
        </w:rPr>
        <w:t>“The difficulty is that current evidence demonstrates an adverse response to release-state modification, not a useful function.”</w:t>
      </w:r>
    </w:p>
    <w:p>
      <w:pPr>
        <w:spacing w:after="120"/>
      </w:pPr>
      <w:r>
        <w:rPr>
          <w:rFonts w:ascii="Georgia" w:hAnsi="Georgia" w:eastAsia="Georgia"/>
          <w:sz w:val="23"/>
        </w:rPr>
        <w:t>Ivena leaned toward the camera.</w:t>
      </w:r>
    </w:p>
    <w:p>
      <w:pPr>
        <w:spacing w:after="120"/>
      </w:pPr>
      <w:r>
        <w:rPr>
          <w:rFonts w:ascii="Georgia" w:hAnsi="Georgia" w:eastAsia="Georgia"/>
          <w:sz w:val="23"/>
        </w:rPr>
        <w:t>“My useful function is not being injured when somebody changes it.”</w:t>
      </w:r>
    </w:p>
    <w:p>
      <w:pPr>
        <w:spacing w:after="120"/>
      </w:pPr>
      <w:r>
        <w:rPr>
          <w:rFonts w:ascii="Georgia" w:hAnsi="Georgia" w:eastAsia="Georgia"/>
          <w:sz w:val="23"/>
        </w:rPr>
        <w:t>Jessa nodded.</w:t>
      </w:r>
    </w:p>
    <w:p>
      <w:pPr>
        <w:spacing w:after="120"/>
      </w:pPr>
      <w:r>
        <w:rPr>
          <w:rFonts w:ascii="Georgia" w:hAnsi="Georgia" w:eastAsia="Georgia"/>
          <w:sz w:val="23"/>
        </w:rPr>
        <w:t>“That is a reasonable ordinary-language description. It is not the policy definition.”</w:t>
      </w:r>
    </w:p>
    <w:p>
      <w:pPr>
        <w:spacing w:after="120"/>
      </w:pPr>
      <w:r>
        <w:rPr>
          <w:rFonts w:ascii="Georgia" w:hAnsi="Georgia" w:eastAsia="Georgia"/>
          <w:sz w:val="23"/>
        </w:rPr>
        <w:t>“Then the policy is wrong.”</w:t>
      </w:r>
    </w:p>
    <w:p>
      <w:pPr>
        <w:spacing w:after="120"/>
      </w:pPr>
      <w:r>
        <w:rPr>
          <w:rFonts w:ascii="Georgia" w:hAnsi="Georgia" w:eastAsia="Georgia"/>
          <w:sz w:val="23"/>
        </w:rPr>
        <w:t>“Possibly. I still have to adjudicate the policy that exists.”</w:t>
      </w:r>
    </w:p>
    <w:p>
      <w:pPr>
        <w:spacing w:after="120"/>
      </w:pPr>
      <w:r>
        <w:rPr>
          <w:rFonts w:ascii="Georgia" w:hAnsi="Georgia" w:eastAsia="Georgia"/>
          <w:sz w:val="23"/>
        </w:rPr>
        <w:t>I had heard that sentence in a hundred institutions.</w:t>
      </w:r>
    </w:p>
    <w:p>
      <w:pPr>
        <w:spacing w:after="120"/>
      </w:pPr>
      <w:r>
        <w:rPr>
          <w:rFonts w:ascii="Georgia" w:hAnsi="Georgia" w:eastAsia="Georgia"/>
          <w:sz w:val="23"/>
        </w:rPr>
        <w:t>Sometimes it meant cowardice.</w:t>
      </w:r>
    </w:p>
    <w:p>
      <w:pPr>
        <w:spacing w:after="120"/>
      </w:pPr>
      <w:r>
        <w:rPr>
          <w:rFonts w:ascii="Georgia" w:hAnsi="Georgia" w:eastAsia="Georgia"/>
          <w:sz w:val="23"/>
        </w:rPr>
        <w:t>Sometimes it meant jurisdiction.</w:t>
      </w:r>
    </w:p>
    <w:p>
      <w:pPr>
        <w:spacing w:after="120"/>
      </w:pPr>
      <w:r>
        <w:rPr>
          <w:rFonts w:ascii="Georgia" w:hAnsi="Georgia" w:eastAsia="Georgia"/>
          <w:sz w:val="23"/>
        </w:rPr>
        <w:t>The difference mattered.</w:t>
      </w:r>
    </w:p>
    <w:p>
      <w:pPr>
        <w:spacing w:after="120"/>
      </w:pPr>
      <w:r>
        <w:rPr>
          <w:rFonts w:ascii="Georgia" w:hAnsi="Georgia" w:eastAsia="Georgia"/>
          <w:sz w:val="23"/>
        </w:rPr>
        <w:t>“What evidence would satisfy functional integration without reproducing harm?” I asked.</w:t>
      </w:r>
    </w:p>
    <w:p>
      <w:pPr>
        <w:spacing w:after="120"/>
      </w:pPr>
      <w:r>
        <w:rPr>
          <w:rFonts w:ascii="Georgia" w:hAnsi="Georgia" w:eastAsia="Georgia"/>
          <w:sz w:val="23"/>
        </w:rPr>
        <w:t>Jessa looked at me for the first time.</w:t>
      </w:r>
    </w:p>
    <w:p>
      <w:pPr>
        <w:spacing w:after="120"/>
      </w:pPr>
      <w:r>
        <w:rPr>
          <w:rFonts w:ascii="Georgia" w:hAnsi="Georgia" w:eastAsia="Georgia"/>
          <w:sz w:val="23"/>
        </w:rPr>
        <w:t>“Positive functional dependency.”</w:t>
      </w:r>
    </w:p>
    <w:p>
      <w:pPr>
        <w:spacing w:after="120"/>
      </w:pPr>
      <w:r>
        <w:rPr>
          <w:rFonts w:ascii="Georgia" w:hAnsi="Georgia" w:eastAsia="Georgia"/>
          <w:sz w:val="23"/>
        </w:rPr>
        <w:t>“Define positive.”</w:t>
      </w:r>
    </w:p>
    <w:p>
      <w:pPr>
        <w:spacing w:after="120"/>
      </w:pPr>
      <w:r>
        <w:rPr>
          <w:rFonts w:ascii="Georgia" w:hAnsi="Georgia" w:eastAsia="Georgia"/>
          <w:sz w:val="23"/>
        </w:rPr>
        <w:t>“A measurable capability present under established contact and diminished or altered when contact state changes.”</w:t>
      </w:r>
    </w:p>
    <w:p>
      <w:pPr>
        <w:spacing w:after="120"/>
      </w:pPr>
      <w:r>
        <w:rPr>
          <w:rFonts w:ascii="Georgia" w:hAnsi="Georgia" w:eastAsia="Georgia"/>
          <w:sz w:val="23"/>
        </w:rPr>
        <w:t>“Motor stability?”</w:t>
      </w:r>
    </w:p>
    <w:p>
      <w:pPr>
        <w:spacing w:after="120"/>
      </w:pPr>
      <w:r>
        <w:rPr>
          <w:rFonts w:ascii="Georgia" w:hAnsi="Georgia" w:eastAsia="Georgia"/>
          <w:sz w:val="23"/>
        </w:rPr>
        <w:t>“Potentially.”</w:t>
      </w:r>
    </w:p>
    <w:p>
      <w:pPr>
        <w:spacing w:after="120"/>
      </w:pPr>
      <w:r>
        <w:rPr>
          <w:rFonts w:ascii="Georgia" w:hAnsi="Georgia" w:eastAsia="Georgia"/>
          <w:sz w:val="23"/>
        </w:rPr>
        <w:t>“Sensory discrimination?”</w:t>
      </w:r>
    </w:p>
    <w:p>
      <w:pPr>
        <w:spacing w:after="120"/>
      </w:pPr>
      <w:r>
        <w:rPr>
          <w:rFonts w:ascii="Georgia" w:hAnsi="Georgia" w:eastAsia="Georgia"/>
          <w:sz w:val="23"/>
        </w:rPr>
        <w:t>“Potentially.”</w:t>
      </w:r>
    </w:p>
    <w:p>
      <w:pPr>
        <w:spacing w:after="120"/>
      </w:pPr>
      <w:r>
        <w:rPr>
          <w:rFonts w:ascii="Georgia" w:hAnsi="Georgia" w:eastAsia="Georgia"/>
          <w:sz w:val="23"/>
        </w:rPr>
        <w:t>“Orientation?”</w:t>
      </w:r>
    </w:p>
    <w:p>
      <w:pPr>
        <w:spacing w:after="120"/>
      </w:pPr>
      <w:r>
        <w:rPr>
          <w:rFonts w:ascii="Georgia" w:hAnsi="Georgia" w:eastAsia="Georgia"/>
          <w:sz w:val="23"/>
        </w:rPr>
        <w:t>“Yes.”</w:t>
      </w:r>
    </w:p>
    <w:p>
      <w:pPr>
        <w:spacing w:after="120"/>
      </w:pPr>
      <w:r>
        <w:rPr>
          <w:rFonts w:ascii="Georgia" w:hAnsi="Georgia" w:eastAsia="Georgia"/>
          <w:sz w:val="23"/>
        </w:rPr>
        <w:t>“Learned behavior?”</w:t>
      </w:r>
    </w:p>
    <w:p>
      <w:pPr>
        <w:spacing w:after="120"/>
      </w:pPr>
      <w:r>
        <w:rPr>
          <w:rFonts w:ascii="Georgia" w:hAnsi="Georgia" w:eastAsia="Georgia"/>
          <w:sz w:val="23"/>
        </w:rPr>
        <w:t>“Does not automatically disqualify.”</w:t>
      </w:r>
    </w:p>
    <w:p>
      <w:pPr>
        <w:spacing w:after="120"/>
      </w:pPr>
      <w:r>
        <w:rPr>
          <w:rFonts w:ascii="Georgia" w:hAnsi="Georgia" w:eastAsia="Georgia"/>
          <w:sz w:val="23"/>
        </w:rPr>
        <w:t>Miren looked at me.</w:t>
      </w:r>
    </w:p>
    <w:p>
      <w:pPr>
        <w:spacing w:after="120"/>
      </w:pPr>
      <w:r>
        <w:rPr>
          <w:rFonts w:ascii="Georgia" w:hAnsi="Georgia" w:eastAsia="Georgia"/>
          <w:sz w:val="23"/>
        </w:rPr>
        <w:t>I knew why.</w:t>
      </w:r>
    </w:p>
    <w:p>
      <w:pPr>
        <w:spacing w:after="120"/>
      </w:pPr>
      <w:r>
        <w:rPr>
          <w:rFonts w:ascii="Georgia" w:hAnsi="Georgia" w:eastAsia="Georgia"/>
          <w:sz w:val="23"/>
        </w:rPr>
        <w:t>Yesterday Ivena had produced a ninety-four-percent response-shape match to her current motor calibration.</w:t>
      </w:r>
    </w:p>
    <w:p>
      <w:pPr>
        <w:spacing w:after="120"/>
      </w:pPr>
      <w:r>
        <w:rPr>
          <w:rFonts w:ascii="Georgia" w:hAnsi="Georgia" w:eastAsia="Georgia"/>
          <w:sz w:val="23"/>
        </w:rPr>
        <w:t>We had treated that as a warning against release.</w:t>
      </w:r>
    </w:p>
    <w:p>
      <w:pPr>
        <w:spacing w:after="120"/>
      </w:pPr>
      <w:r>
        <w:rPr>
          <w:rFonts w:ascii="Georgia" w:hAnsi="Georgia" w:eastAsia="Georgia"/>
          <w:sz w:val="23"/>
        </w:rPr>
        <w:t>Jessa was asking whether contact did something at baseline that Ivena had stopped noticing because it had been present for ninety-three years.</w:t>
      </w:r>
    </w:p>
    <w:p>
      <w:pPr>
        <w:spacing w:after="120"/>
      </w:pPr>
      <w:r>
        <w:rPr>
          <w:rFonts w:ascii="Georgia" w:hAnsi="Georgia" w:eastAsia="Georgia"/>
          <w:sz w:val="23"/>
        </w:rPr>
        <w:t>“Ivena,” I said.</w:t>
      </w:r>
    </w:p>
    <w:p>
      <w:pPr>
        <w:spacing w:after="120"/>
      </w:pPr>
      <w:r>
        <w:rPr>
          <w:rFonts w:ascii="Georgia" w:hAnsi="Georgia" w:eastAsia="Georgia"/>
          <w:sz w:val="23"/>
        </w:rPr>
        <w:t>“No test yet. Explain.”</w:t>
      </w:r>
    </w:p>
    <w:p>
      <w:pPr>
        <w:spacing w:after="120"/>
      </w:pPr>
      <w:r>
        <w:rPr>
          <w:rFonts w:ascii="Georgia" w:hAnsi="Georgia" w:eastAsia="Georgia"/>
          <w:sz w:val="23"/>
        </w:rPr>
        <w:t>“We have been looking for what changes when the setting releases. We have not established whether anything is different when it is fully engaged.”</w:t>
      </w:r>
    </w:p>
    <w:p>
      <w:pPr>
        <w:spacing w:after="120"/>
      </w:pPr>
      <w:r>
        <w:rPr>
          <w:rFonts w:ascii="Georgia" w:hAnsi="Georgia" w:eastAsia="Georgia"/>
          <w:sz w:val="23"/>
        </w:rPr>
        <w:t>“Different from what?”</w:t>
      </w:r>
    </w:p>
    <w:p>
      <w:pPr>
        <w:spacing w:after="120"/>
      </w:pPr>
      <w:r>
        <w:rPr>
          <w:rFonts w:ascii="Georgia" w:hAnsi="Georgia" w:eastAsia="Georgia"/>
          <w:sz w:val="23"/>
        </w:rPr>
        <w:t>“From your own baseline without the relation.”</w:t>
      </w:r>
    </w:p>
    <w:p>
      <w:pPr>
        <w:spacing w:after="120"/>
      </w:pPr>
      <w:r>
        <w:rPr>
          <w:rFonts w:ascii="Georgia" w:hAnsi="Georgia" w:eastAsia="Georgia"/>
          <w:sz w:val="23"/>
        </w:rPr>
        <w:t>She stared at me.</w:t>
      </w:r>
    </w:p>
    <w:p>
      <w:pPr>
        <w:spacing w:after="120"/>
      </w:pPr>
      <w:r>
        <w:rPr>
          <w:rFonts w:ascii="Georgia" w:hAnsi="Georgia" w:eastAsia="Georgia"/>
          <w:sz w:val="23"/>
        </w:rPr>
        <w:t>“You do not have me without the relation.”</w:t>
      </w:r>
    </w:p>
    <w:p>
      <w:pPr>
        <w:spacing w:after="120"/>
      </w:pPr>
      <w:r>
        <w:rPr>
          <w:rFonts w:ascii="Georgia" w:hAnsi="Georgia" w:eastAsia="Georgia"/>
          <w:sz w:val="23"/>
        </w:rPr>
        <w:t>That was the problem.</w:t>
      </w:r>
    </w:p>
    <w:p>
      <w:pPr>
        <w:spacing w:after="120"/>
      </w:pPr>
      <w:r>
        <w:rPr>
          <w:rFonts w:ascii="Georgia" w:hAnsi="Georgia" w:eastAsia="Georgia"/>
          <w:sz w:val="23"/>
        </w:rPr>
        <w:t>Ninety-three years.</w:t>
      </w:r>
    </w:p>
    <w:p>
      <w:pPr>
        <w:spacing w:after="120"/>
      </w:pPr>
      <w:r>
        <w:rPr>
          <w:rFonts w:ascii="Georgia" w:hAnsi="Georgia" w:eastAsia="Georgia"/>
          <w:sz w:val="23"/>
        </w:rPr>
        <w:t>No pre-setting nervous baseline anyone would consider comparable.</w:t>
      </w:r>
    </w:p>
    <w:p>
      <w:pPr>
        <w:spacing w:after="120"/>
      </w:pPr>
      <w:r>
        <w:rPr>
          <w:rFonts w:ascii="Georgia" w:hAnsi="Georgia" w:eastAsia="Georgia"/>
          <w:sz w:val="23"/>
        </w:rPr>
        <w:t>The records from age ninety-four existed.</w:t>
      </w:r>
    </w:p>
    <w:p>
      <w:pPr>
        <w:spacing w:after="120"/>
      </w:pPr>
      <w:r>
        <w:rPr>
          <w:rFonts w:ascii="Georgia" w:hAnsi="Georgia" w:eastAsia="Georgia"/>
          <w:sz w:val="23"/>
        </w:rPr>
        <w:t>The woman at one hundred eighty-seven did not have a ninety-four-year-old nervous system hidden in storage.</w:t>
      </w:r>
    </w:p>
    <w:p>
      <w:pPr>
        <w:spacing w:after="120"/>
      </w:pPr>
      <w:r>
        <w:rPr>
          <w:rFonts w:ascii="Georgia" w:hAnsi="Georgia" w:eastAsia="Georgia"/>
          <w:sz w:val="23"/>
        </w:rPr>
        <w:t>“No,” I said. “We do not.”</w:t>
      </w:r>
    </w:p>
    <w:p>
      <w:pPr>
        <w:spacing w:after="120"/>
      </w:pPr>
      <w:r>
        <w:rPr>
          <w:rFonts w:ascii="Georgia" w:hAnsi="Georgia" w:eastAsia="Georgia"/>
          <w:sz w:val="23"/>
        </w:rPr>
        <w:t>Jessa spoke from the wall.</w:t>
      </w:r>
    </w:p>
    <w:p>
      <w:pPr>
        <w:spacing w:after="120"/>
      </w:pPr>
      <w:r>
        <w:rPr>
          <w:rFonts w:ascii="Georgia" w:hAnsi="Georgia" w:eastAsia="Georgia"/>
          <w:sz w:val="23"/>
        </w:rPr>
        <w:t>“You may not need it. Is there lateral asymmetry?”</w:t>
      </w:r>
    </w:p>
    <w:p>
      <w:pPr>
        <w:spacing w:after="120"/>
      </w:pPr>
      <w:r>
        <w:rPr>
          <w:rFonts w:ascii="Georgia" w:hAnsi="Georgia" w:eastAsia="Georgia"/>
          <w:sz w:val="23"/>
        </w:rPr>
        <w:t>Miren was already opening old service records.</w:t>
      </w:r>
    </w:p>
    <w:p>
      <w:pPr>
        <w:spacing w:after="120"/>
      </w:pPr>
      <w:r>
        <w:rPr>
          <w:rFonts w:ascii="Georgia" w:hAnsi="Georgia" w:eastAsia="Georgia"/>
          <w:sz w:val="23"/>
        </w:rPr>
        <w:t>“Setting is midline.”</w:t>
      </w:r>
    </w:p>
    <w:p>
      <w:pPr>
        <w:spacing w:after="120"/>
      </w:pPr>
      <w:r>
        <w:rPr>
          <w:rFonts w:ascii="Georgia" w:hAnsi="Georgia" w:eastAsia="Georgia"/>
          <w:sz w:val="23"/>
        </w:rPr>
        <w:t>“Contact effects do not have to be.”</w:t>
      </w:r>
    </w:p>
    <w:p>
      <w:pPr>
        <w:spacing w:after="120"/>
      </w:pPr>
      <w:r>
        <w:rPr>
          <w:rFonts w:ascii="Georgia" w:hAnsi="Georgia" w:eastAsia="Georgia"/>
          <w:sz w:val="23"/>
        </w:rPr>
        <w:t>Ivena lifted her right hand.</w:t>
      </w:r>
    </w:p>
    <w:p>
      <w:pPr>
        <w:spacing w:after="120"/>
      </w:pPr>
      <w:r>
        <w:rPr>
          <w:rFonts w:ascii="Georgia" w:hAnsi="Georgia" w:eastAsia="Georgia"/>
          <w:sz w:val="23"/>
        </w:rPr>
        <w:t>The hand had shown the involuntary response.</w:t>
      </w:r>
    </w:p>
    <w:p>
      <w:pPr>
        <w:spacing w:after="120"/>
      </w:pPr>
      <w:r>
        <w:rPr>
          <w:rFonts w:ascii="Georgia" w:hAnsi="Georgia" w:eastAsia="Georgia"/>
          <w:sz w:val="23"/>
        </w:rPr>
        <w:t>Yesterday’s current-carrier calibration had also been hand-dominant.</w:t>
      </w:r>
    </w:p>
    <w:p>
      <w:pPr>
        <w:spacing w:after="120"/>
      </w:pPr>
      <w:r>
        <w:rPr>
          <w:rFonts w:ascii="Georgia" w:hAnsi="Georgia" w:eastAsia="Georgia"/>
          <w:sz w:val="23"/>
        </w:rPr>
        <w:t>“Do you have bilateral motor history?” I asked.</w:t>
      </w:r>
    </w:p>
    <w:p>
      <w:pPr>
        <w:spacing w:after="120"/>
      </w:pPr>
      <w:r>
        <w:rPr>
          <w:rFonts w:ascii="Georgia" w:hAnsi="Georgia" w:eastAsia="Georgia"/>
          <w:sz w:val="23"/>
        </w:rPr>
        <w:t>Miren said, “Thirty-seven years of service testing. Maybe more in the archive.”</w:t>
      </w:r>
    </w:p>
    <w:p>
      <w:pPr>
        <w:spacing w:after="120"/>
      </w:pPr>
      <w:r>
        <w:rPr>
          <w:rFonts w:ascii="Georgia" w:hAnsi="Georgia" w:eastAsia="Georgia"/>
          <w:sz w:val="23"/>
        </w:rPr>
        <w:t>“Before that?”</w:t>
      </w:r>
    </w:p>
    <w:p>
      <w:pPr>
        <w:spacing w:after="120"/>
      </w:pPr>
      <w:r>
        <w:rPr>
          <w:rFonts w:ascii="Georgia" w:hAnsi="Georgia" w:eastAsia="Georgia"/>
          <w:sz w:val="23"/>
        </w:rPr>
        <w:t>“Different shop.”</w:t>
      </w:r>
    </w:p>
    <w:p>
      <w:pPr>
        <w:spacing w:after="120"/>
      </w:pPr>
      <w:r>
        <w:rPr>
          <w:rFonts w:ascii="Georgia" w:hAnsi="Georgia" w:eastAsia="Georgia"/>
          <w:sz w:val="23"/>
        </w:rPr>
        <w:t>“Still operating?”</w:t>
      </w:r>
    </w:p>
    <w:p>
      <w:pPr>
        <w:spacing w:after="120"/>
      </w:pPr>
      <w:r>
        <w:rPr>
          <w:rFonts w:ascii="Georgia" w:hAnsi="Georgia" w:eastAsia="Georgia"/>
          <w:sz w:val="23"/>
        </w:rPr>
        <w:t>“No.”</w:t>
      </w:r>
    </w:p>
    <w:p>
      <w:pPr>
        <w:spacing w:after="120"/>
      </w:pPr>
      <w:r>
        <w:rPr>
          <w:rFonts w:ascii="Georgia" w:hAnsi="Georgia" w:eastAsia="Georgia"/>
          <w:sz w:val="23"/>
        </w:rPr>
        <w:t>“Records?”</w:t>
      </w:r>
    </w:p>
    <w:p>
      <w:pPr>
        <w:spacing w:after="120"/>
      </w:pPr>
      <w:r>
        <w:rPr>
          <w:rFonts w:ascii="Georgia" w:hAnsi="Georgia" w:eastAsia="Georgia"/>
          <w:sz w:val="23"/>
        </w:rPr>
        <w:t>“Migrated twice.”</w:t>
      </w:r>
    </w:p>
    <w:p>
      <w:pPr>
        <w:spacing w:after="120"/>
      </w:pPr>
      <w:r>
        <w:rPr>
          <w:rFonts w:ascii="Georgia" w:hAnsi="Georgia" w:eastAsia="Georgia"/>
          <w:sz w:val="23"/>
        </w:rPr>
        <w:t>“Meaning?”</w:t>
      </w:r>
    </w:p>
    <w:p>
      <w:pPr>
        <w:spacing w:after="120"/>
      </w:pPr>
      <w:r>
        <w:rPr>
          <w:rFonts w:ascii="Georgia" w:hAnsi="Georgia" w:eastAsia="Georgia"/>
          <w:sz w:val="23"/>
        </w:rPr>
        <w:t>“Somewhere.”</w:t>
      </w:r>
    </w:p>
    <w:p>
      <w:pPr>
        <w:spacing w:after="120"/>
      </w:pPr>
      <w:r>
        <w:rPr>
          <w:rFonts w:ascii="Georgia" w:hAnsi="Georgia" w:eastAsia="Georgia"/>
          <w:sz w:val="23"/>
        </w:rPr>
        <w:t>“Ivena. Which hand do you favor?”</w:t>
      </w:r>
    </w:p>
    <w:p>
      <w:pPr>
        <w:spacing w:after="120"/>
      </w:pPr>
      <w:r>
        <w:rPr>
          <w:rFonts w:ascii="Georgia" w:hAnsi="Georgia" w:eastAsia="Georgia"/>
          <w:sz w:val="23"/>
        </w:rPr>
        <w:t>“Left.”</w:t>
      </w:r>
    </w:p>
    <w:p>
      <w:pPr>
        <w:spacing w:after="120"/>
      </w:pPr>
      <w:r>
        <w:rPr>
          <w:rFonts w:ascii="Georgia" w:hAnsi="Georgia" w:eastAsia="Georgia"/>
          <w:sz w:val="23"/>
        </w:rPr>
        <w:t>I looked at the right hand.</w:t>
      </w:r>
    </w:p>
    <w:p>
      <w:pPr>
        <w:spacing w:after="120"/>
      </w:pPr>
      <w:r>
        <w:rPr>
          <w:rFonts w:ascii="Georgia" w:hAnsi="Georgia" w:eastAsia="Georgia"/>
          <w:sz w:val="23"/>
        </w:rPr>
        <w:t>“Since when?”</w:t>
      </w:r>
    </w:p>
    <w:p>
      <w:pPr>
        <w:spacing w:after="120"/>
      </w:pPr>
      <w:r>
        <w:rPr>
          <w:rFonts w:ascii="Georgia" w:hAnsi="Georgia" w:eastAsia="Georgia"/>
          <w:sz w:val="23"/>
        </w:rPr>
        <w:t>“Always.”</w:t>
      </w:r>
    </w:p>
    <w:p>
      <w:pPr>
        <w:spacing w:after="120"/>
      </w:pPr>
      <w:r>
        <w:rPr>
          <w:rFonts w:ascii="Georgia" w:hAnsi="Georgia" w:eastAsia="Georgia"/>
          <w:sz w:val="23"/>
        </w:rPr>
        <w:t>Miren had gone still.</w:t>
      </w:r>
    </w:p>
    <w:p>
      <w:pPr>
        <w:spacing w:after="120"/>
      </w:pPr>
      <w:r>
        <w:rPr>
          <w:rFonts w:ascii="Georgia" w:hAnsi="Georgia" w:eastAsia="Georgia"/>
          <w:sz w:val="23"/>
        </w:rPr>
        <w:t>“Your current-carrier calibration yesterday was right-dominant.”</w:t>
      </w:r>
    </w:p>
    <w:p>
      <w:pPr>
        <w:spacing w:after="120"/>
      </w:pPr>
      <w:r>
        <w:rPr>
          <w:rFonts w:ascii="Georgia" w:hAnsi="Georgia" w:eastAsia="Georgia"/>
          <w:sz w:val="23"/>
        </w:rPr>
        <w:t>“The test uses both.”</w:t>
      </w:r>
    </w:p>
    <w:p>
      <w:pPr>
        <w:spacing w:after="120"/>
      </w:pPr>
      <w:r>
        <w:rPr>
          <w:rFonts w:ascii="Georgia" w:hAnsi="Georgia" w:eastAsia="Georgia"/>
          <w:sz w:val="23"/>
        </w:rPr>
        <w:t>“The strongest response sequence came from the right-side positions.”</w:t>
      </w:r>
    </w:p>
    <w:p>
      <w:pPr>
        <w:spacing w:after="120"/>
      </w:pPr>
      <w:r>
        <w:rPr>
          <w:rFonts w:ascii="Georgia" w:hAnsi="Georgia" w:eastAsia="Georgia"/>
          <w:sz w:val="23"/>
        </w:rPr>
        <w:t>Ivena looked at her own hand.</w:t>
      </w:r>
    </w:p>
    <w:p>
      <w:pPr>
        <w:spacing w:after="120"/>
      </w:pPr>
      <w:r>
        <w:rPr>
          <w:rFonts w:ascii="Georgia" w:hAnsi="Georgia" w:eastAsia="Georgia"/>
          <w:sz w:val="23"/>
        </w:rPr>
        <w:t>“So?”</w:t>
      </w:r>
    </w:p>
    <w:p>
      <w:pPr>
        <w:spacing w:after="120"/>
      </w:pPr>
      <w:r>
        <w:rPr>
          <w:rFonts w:ascii="Georgia" w:hAnsi="Georgia" w:eastAsia="Georgia"/>
          <w:sz w:val="23"/>
        </w:rPr>
        <w:t>“Maybe nothing.”</w:t>
      </w:r>
    </w:p>
    <w:p>
      <w:pPr>
        <w:spacing w:after="120"/>
      </w:pPr>
      <w:r>
        <w:rPr>
          <w:rFonts w:ascii="Georgia" w:hAnsi="Georgia" w:eastAsia="Georgia"/>
          <w:sz w:val="23"/>
        </w:rPr>
        <w:t>“You say that before things become expensive.”</w:t>
      </w:r>
    </w:p>
    <w:p>
      <w:pPr>
        <w:spacing w:after="120"/>
      </w:pPr>
      <w:r>
        <w:rPr>
          <w:rFonts w:ascii="Georgia" w:hAnsi="Georgia" w:eastAsia="Georgia"/>
          <w:sz w:val="23"/>
        </w:rPr>
        <w:t>“Yes.”</w:t>
      </w:r>
    </w:p>
    <w:p>
      <w:pPr>
        <w:spacing w:after="120"/>
      </w:pPr>
      <w:r>
        <w:rPr>
          <w:rFonts w:ascii="Georgia" w:hAnsi="Georgia" w:eastAsia="Georgia"/>
          <w:sz w:val="23"/>
        </w:rPr>
        <w:t>Jessa said, “If you can demonstrate stable, persistent asymmetry associated with the contact state, I can consider functional integration. Do not induce a release response merely to satisfy me.”</w:t>
      </w:r>
    </w:p>
    <w:p>
      <w:pPr>
        <w:spacing w:after="120"/>
      </w:pPr>
      <w:r>
        <w:rPr>
          <w:rFonts w:ascii="Georgia" w:hAnsi="Georgia" w:eastAsia="Georgia"/>
          <w:sz w:val="23"/>
        </w:rPr>
        <w:t>“Put that in the review record,” I said.</w:t>
      </w:r>
    </w:p>
    <w:p>
      <w:pPr>
        <w:spacing w:after="120"/>
      </w:pPr>
      <w:r>
        <w:rPr>
          <w:rFonts w:ascii="Georgia" w:hAnsi="Georgia" w:eastAsia="Georgia"/>
          <w:sz w:val="23"/>
        </w:rPr>
        <w:t>“Already did.”</w:t>
      </w:r>
    </w:p>
    <w:p>
      <w:pPr>
        <w:spacing w:before="80" w:after="120"/>
        <w:jc w:val="center"/>
      </w:pPr>
      <w:r>
        <w:rPr>
          <w:rFonts w:ascii="Georgia" w:hAnsi="Georgia" w:eastAsia="Georgia"/>
          <w:sz w:val="23"/>
        </w:rPr>
        <w:t>§</w:t>
      </w:r>
    </w:p>
    <w:p>
      <w:pPr>
        <w:spacing w:after="120"/>
      </w:pPr>
      <w:r>
        <w:rPr>
          <w:rFonts w:ascii="Georgia" w:hAnsi="Georgia" w:eastAsia="Georgia"/>
          <w:sz w:val="23"/>
        </w:rPr>
        <w:t>The oldest usable motor record was seventy-one years old.</w:t>
      </w:r>
    </w:p>
    <w:p>
      <w:pPr>
        <w:spacing w:after="120"/>
      </w:pPr>
      <w:r>
        <w:rPr>
          <w:rFonts w:ascii="Georgia" w:hAnsi="Georgia" w:eastAsia="Georgia"/>
          <w:sz w:val="23"/>
        </w:rPr>
        <w:t>Not ninety-three.</w:t>
      </w:r>
    </w:p>
    <w:p>
      <w:pPr>
        <w:spacing w:after="120"/>
      </w:pPr>
      <w:r>
        <w:rPr>
          <w:rFonts w:ascii="Georgia" w:hAnsi="Georgia" w:eastAsia="Georgia"/>
          <w:sz w:val="23"/>
        </w:rPr>
        <w:t>The first twenty-two years of Ivena’s setting history had been stored by a clinic that failed during a municipal archive consolidation. The data had not been destroyed.</w:t>
      </w:r>
    </w:p>
    <w:p>
      <w:pPr>
        <w:spacing w:after="120"/>
      </w:pPr>
      <w:r>
        <w:rPr>
          <w:rFonts w:ascii="Georgia" w:hAnsi="Georgia" w:eastAsia="Georgia"/>
          <w:sz w:val="23"/>
        </w:rPr>
        <w:t>That would have been simpler.</w:t>
      </w:r>
    </w:p>
    <w:p>
      <w:pPr>
        <w:spacing w:after="120"/>
      </w:pPr>
      <w:r>
        <w:rPr>
          <w:rFonts w:ascii="Georgia" w:hAnsi="Georgia" w:eastAsia="Georgia"/>
          <w:sz w:val="23"/>
        </w:rPr>
        <w:t>The clinic’s records had been divided by function.</w:t>
      </w:r>
    </w:p>
    <w:p>
      <w:pPr>
        <w:spacing w:after="120"/>
      </w:pPr>
      <w:r>
        <w:rPr>
          <w:rFonts w:ascii="Georgia" w:hAnsi="Georgia" w:eastAsia="Georgia"/>
          <w:sz w:val="23"/>
        </w:rPr>
        <w:t>Billing went one place.</w:t>
      </w:r>
    </w:p>
    <w:p>
      <w:pPr>
        <w:spacing w:after="120"/>
      </w:pPr>
      <w:r>
        <w:rPr>
          <w:rFonts w:ascii="Georgia" w:hAnsi="Georgia" w:eastAsia="Georgia"/>
          <w:sz w:val="23"/>
        </w:rPr>
        <w:t>Medical imaging another.</w:t>
      </w:r>
    </w:p>
    <w:p>
      <w:pPr>
        <w:spacing w:after="120"/>
      </w:pPr>
      <w:r>
        <w:rPr>
          <w:rFonts w:ascii="Georgia" w:hAnsi="Georgia" w:eastAsia="Georgia"/>
          <w:sz w:val="23"/>
        </w:rPr>
        <w:t>Kaethe service records into a legacy hazardous-contact archive.</w:t>
      </w:r>
    </w:p>
    <w:p>
      <w:pPr>
        <w:spacing w:after="120"/>
      </w:pPr>
      <w:r>
        <w:rPr>
          <w:rFonts w:ascii="Georgia" w:hAnsi="Georgia" w:eastAsia="Georgia"/>
          <w:sz w:val="23"/>
        </w:rPr>
        <w:t>Motor tests into general rehabilitation because the software that migrated them did not know why a healthy woman had bilateral hand calibration attached to a memorial-device file.</w:t>
      </w:r>
    </w:p>
    <w:p>
      <w:pPr>
        <w:spacing w:after="120"/>
      </w:pPr>
      <w:r>
        <w:rPr>
          <w:rFonts w:ascii="Georgia" w:hAnsi="Georgia" w:eastAsia="Georgia"/>
          <w:sz w:val="23"/>
        </w:rPr>
        <w:t>Local correctness.</w:t>
      </w:r>
    </w:p>
    <w:p>
      <w:pPr>
        <w:spacing w:after="120"/>
      </w:pPr>
      <w:r>
        <w:rPr>
          <w:rFonts w:ascii="Georgia" w:hAnsi="Georgia" w:eastAsia="Georgia"/>
          <w:sz w:val="23"/>
        </w:rPr>
        <w:t>Global amnesia.</w:t>
      </w:r>
    </w:p>
    <w:p>
      <w:pPr>
        <w:spacing w:after="120"/>
      </w:pPr>
      <w:r>
        <w:rPr>
          <w:rFonts w:ascii="Georgia" w:hAnsi="Georgia" w:eastAsia="Georgia"/>
          <w:sz w:val="23"/>
        </w:rPr>
        <w:t>Miren found the rehabilitation copy because a field called DOMINANT SIDE had survived.</w:t>
      </w:r>
    </w:p>
    <w:p>
      <w:pPr>
        <w:spacing w:after="120"/>
      </w:pPr>
      <w:r>
        <w:rPr>
          <w:rFonts w:ascii="Georgia" w:hAnsi="Georgia" w:eastAsia="Georgia"/>
          <w:sz w:val="23"/>
        </w:rPr>
        <w:t>Seventy-one years ago:</w:t>
      </w:r>
    </w:p>
    <w:p>
      <w:pPr>
        <w:spacing w:after="120"/>
      </w:pPr>
      <w:r>
        <w:rPr>
          <w:rFonts w:ascii="Georgia" w:hAnsi="Georgia" w:eastAsia="Georgia"/>
          <w:sz w:val="23"/>
        </w:rPr>
        <w:t>LEFT MOTOR PRECISION ADVANTAGE: 8.4%.</w:t>
      </w:r>
    </w:p>
    <w:p>
      <w:pPr>
        <w:spacing w:after="120"/>
      </w:pPr>
      <w:r>
        <w:rPr>
          <w:rFonts w:ascii="Georgia" w:hAnsi="Georgia" w:eastAsia="Georgia"/>
          <w:sz w:val="23"/>
        </w:rPr>
        <w:t>Thirty-seven years ago:</w:t>
      </w:r>
    </w:p>
    <w:p>
      <w:pPr>
        <w:spacing w:after="120"/>
      </w:pPr>
      <w:r>
        <w:rPr>
          <w:rFonts w:ascii="Georgia" w:hAnsi="Georgia" w:eastAsia="Georgia"/>
          <w:sz w:val="23"/>
        </w:rPr>
        <w:t>LEFT ADVANTAGE: 3.1%.</w:t>
      </w:r>
    </w:p>
    <w:p>
      <w:pPr>
        <w:spacing w:after="120"/>
      </w:pPr>
      <w:r>
        <w:rPr>
          <w:rFonts w:ascii="Georgia" w:hAnsi="Georgia" w:eastAsia="Georgia"/>
          <w:sz w:val="23"/>
        </w:rPr>
        <w:t>Current baseline:</w:t>
      </w:r>
    </w:p>
    <w:p>
      <w:pPr>
        <w:spacing w:after="120"/>
      </w:pPr>
      <w:r>
        <w:rPr>
          <w:rFonts w:ascii="Georgia" w:hAnsi="Georgia" w:eastAsia="Georgia"/>
          <w:sz w:val="23"/>
        </w:rPr>
        <w:t>RIGHT ADVANTAGE: 2.7%.</w:t>
      </w:r>
    </w:p>
    <w:p>
      <w:pPr>
        <w:spacing w:after="120"/>
      </w:pPr>
      <w:r>
        <w:rPr>
          <w:rFonts w:ascii="Georgia" w:hAnsi="Georgia" w:eastAsia="Georgia"/>
          <w:sz w:val="23"/>
        </w:rPr>
        <w:t>I stared at the three numbers.</w:t>
      </w:r>
    </w:p>
    <w:p>
      <w:pPr>
        <w:spacing w:after="120"/>
      </w:pPr>
      <w:r>
        <w:rPr>
          <w:rFonts w:ascii="Georgia" w:hAnsi="Georgia" w:eastAsia="Georgia"/>
          <w:sz w:val="23"/>
        </w:rPr>
        <w:t>“Aging,” Miren said.</w:t>
      </w:r>
    </w:p>
    <w:p>
      <w:pPr>
        <w:spacing w:after="120"/>
      </w:pPr>
      <w:r>
        <w:rPr>
          <w:rFonts w:ascii="Georgia" w:hAnsi="Georgia" w:eastAsia="Georgia"/>
          <w:sz w:val="23"/>
        </w:rPr>
        <w:t>“Could be.”</w:t>
      </w:r>
    </w:p>
    <w:p>
      <w:pPr>
        <w:spacing w:after="120"/>
      </w:pPr>
      <w:r>
        <w:rPr>
          <w:rFonts w:ascii="Georgia" w:hAnsi="Georgia" w:eastAsia="Georgia"/>
          <w:sz w:val="23"/>
        </w:rPr>
        <w:t>“Repair history.”</w:t>
      </w:r>
    </w:p>
    <w:p>
      <w:pPr>
        <w:spacing w:after="120"/>
      </w:pPr>
      <w:r>
        <w:rPr>
          <w:rFonts w:ascii="Georgia" w:hAnsi="Georgia" w:eastAsia="Georgia"/>
          <w:sz w:val="23"/>
        </w:rPr>
        <w:t>“Could be.”</w:t>
      </w:r>
    </w:p>
    <w:p>
      <w:pPr>
        <w:spacing w:after="120"/>
      </w:pPr>
      <w:r>
        <w:rPr>
          <w:rFonts w:ascii="Georgia" w:hAnsi="Georgia" w:eastAsia="Georgia"/>
          <w:sz w:val="23"/>
        </w:rPr>
        <w:t>“Cervical work at one forty-six.”</w:t>
      </w:r>
    </w:p>
    <w:p>
      <w:pPr>
        <w:spacing w:after="120"/>
      </w:pPr>
      <w:r>
        <w:rPr>
          <w:rFonts w:ascii="Georgia" w:hAnsi="Georgia" w:eastAsia="Georgia"/>
          <w:sz w:val="23"/>
        </w:rPr>
        <w:t>“Could be.”</w:t>
      </w:r>
    </w:p>
    <w:p>
      <w:pPr>
        <w:spacing w:after="120"/>
      </w:pPr>
      <w:r>
        <w:rPr>
          <w:rFonts w:ascii="Georgia" w:hAnsi="Georgia" w:eastAsia="Georgia"/>
          <w:sz w:val="23"/>
        </w:rPr>
        <w:t>“Practice.”</w:t>
      </w:r>
    </w:p>
    <w:p>
      <w:pPr>
        <w:spacing w:after="120"/>
      </w:pPr>
      <w:r>
        <w:rPr>
          <w:rFonts w:ascii="Georgia" w:hAnsi="Georgia" w:eastAsia="Georgia"/>
          <w:sz w:val="23"/>
        </w:rPr>
        <w:t>“Could be.”</w:t>
      </w:r>
    </w:p>
    <w:p>
      <w:pPr>
        <w:spacing w:after="120"/>
      </w:pPr>
      <w:r>
        <w:rPr>
          <w:rFonts w:ascii="Georgia" w:hAnsi="Georgia" w:eastAsia="Georgia"/>
          <w:sz w:val="23"/>
        </w:rPr>
        <w:t>Ivena looked at us.</w:t>
      </w:r>
    </w:p>
    <w:p>
      <w:pPr>
        <w:spacing w:after="120"/>
      </w:pPr>
      <w:r>
        <w:rPr>
          <w:rFonts w:ascii="Georgia" w:hAnsi="Georgia" w:eastAsia="Georgia"/>
          <w:sz w:val="23"/>
        </w:rPr>
        <w:t>“You sound thrilled.”</w:t>
      </w:r>
    </w:p>
    <w:p>
      <w:pPr>
        <w:spacing w:after="120"/>
      </w:pPr>
      <w:r>
        <w:rPr>
          <w:rFonts w:ascii="Georgia" w:hAnsi="Georgia" w:eastAsia="Georgia"/>
          <w:sz w:val="23"/>
        </w:rPr>
        <w:t>“Three points are not a trend,” I said.</w:t>
      </w:r>
    </w:p>
    <w:p>
      <w:pPr>
        <w:spacing w:after="120"/>
      </w:pPr>
      <w:r>
        <w:rPr>
          <w:rFonts w:ascii="Georgia" w:hAnsi="Georgia" w:eastAsia="Georgia"/>
          <w:sz w:val="23"/>
        </w:rPr>
        <w:t>“You have three points over seventy-one years.”</w:t>
      </w:r>
    </w:p>
    <w:p>
      <w:pPr>
        <w:spacing w:after="120"/>
      </w:pPr>
      <w:r>
        <w:rPr>
          <w:rFonts w:ascii="Georgia" w:hAnsi="Georgia" w:eastAsia="Georgia"/>
          <w:sz w:val="23"/>
        </w:rPr>
        <w:t>“Exactly.”</w:t>
      </w:r>
    </w:p>
    <w:p>
      <w:pPr>
        <w:spacing w:after="120"/>
      </w:pPr>
      <w:r>
        <w:rPr>
          <w:rFonts w:ascii="Georgia" w:hAnsi="Georgia" w:eastAsia="Georgia"/>
          <w:sz w:val="23"/>
        </w:rPr>
        <w:t>“That sounds like a trend with commitment issues.”</w:t>
      </w:r>
    </w:p>
    <w:p>
      <w:pPr>
        <w:spacing w:after="120"/>
      </w:pPr>
      <w:r>
        <w:rPr>
          <w:rFonts w:ascii="Georgia" w:hAnsi="Georgia" w:eastAsia="Georgia"/>
          <w:sz w:val="23"/>
        </w:rPr>
        <w:t>Miren laughed.</w:t>
      </w:r>
    </w:p>
    <w:p>
      <w:pPr>
        <w:spacing w:after="120"/>
      </w:pPr>
      <w:r>
        <w:rPr>
          <w:rFonts w:ascii="Georgia" w:hAnsi="Georgia" w:eastAsia="Georgia"/>
          <w:sz w:val="23"/>
        </w:rPr>
        <w:t>I did not.</w:t>
      </w:r>
    </w:p>
    <w:p>
      <w:pPr>
        <w:spacing w:after="120"/>
      </w:pPr>
      <w:r>
        <w:rPr>
          <w:rFonts w:ascii="Georgia" w:hAnsi="Georgia" w:eastAsia="Georgia"/>
          <w:sz w:val="23"/>
        </w:rPr>
        <w:t>We needed a comparison not dependent on decades-old motor scoring.</w:t>
      </w:r>
    </w:p>
    <w:p>
      <w:pPr>
        <w:spacing w:after="120"/>
      </w:pPr>
      <w:r>
        <w:rPr>
          <w:rFonts w:ascii="Georgia" w:hAnsi="Georgia" w:eastAsia="Georgia"/>
          <w:sz w:val="23"/>
        </w:rPr>
        <w:t>Miren opened the original seventy-one-year-old raw task.</w:t>
      </w:r>
    </w:p>
    <w:p>
      <w:pPr>
        <w:spacing w:after="120"/>
      </w:pPr>
      <w:r>
        <w:rPr>
          <w:rFonts w:ascii="Georgia" w:hAnsi="Georgia" w:eastAsia="Georgia"/>
          <w:sz w:val="23"/>
        </w:rPr>
        <w:t>It still existed.</w:t>
      </w:r>
    </w:p>
    <w:p>
      <w:pPr>
        <w:spacing w:after="120"/>
      </w:pPr>
      <w:r>
        <w:rPr>
          <w:rFonts w:ascii="Georgia" w:hAnsi="Georgia" w:eastAsia="Georgia"/>
          <w:sz w:val="23"/>
        </w:rPr>
        <w:t>Not images.</w:t>
      </w:r>
    </w:p>
    <w:p>
      <w:pPr>
        <w:spacing w:after="120"/>
      </w:pPr>
      <w:r>
        <w:rPr>
          <w:rFonts w:ascii="Georgia" w:hAnsi="Georgia" w:eastAsia="Georgia"/>
          <w:sz w:val="23"/>
        </w:rPr>
        <w:t>Timing.</w:t>
      </w:r>
    </w:p>
    <w:p>
      <w:pPr>
        <w:spacing w:after="120"/>
      </w:pPr>
      <w:r>
        <w:rPr>
          <w:rFonts w:ascii="Georgia" w:hAnsi="Georgia" w:eastAsia="Georgia"/>
          <w:sz w:val="23"/>
        </w:rPr>
        <w:t>Force.</w:t>
      </w:r>
    </w:p>
    <w:p>
      <w:pPr>
        <w:spacing w:after="120"/>
      </w:pPr>
      <w:r>
        <w:rPr>
          <w:rFonts w:ascii="Georgia" w:hAnsi="Georgia" w:eastAsia="Georgia"/>
          <w:sz w:val="23"/>
        </w:rPr>
        <w:t>Error.</w:t>
      </w:r>
    </w:p>
    <w:p>
      <w:pPr>
        <w:spacing w:after="120"/>
      </w:pPr>
      <w:r>
        <w:rPr>
          <w:rFonts w:ascii="Georgia" w:hAnsi="Georgia" w:eastAsia="Georgia"/>
          <w:sz w:val="23"/>
        </w:rPr>
        <w:t>The task involved blind assembly of a six-piece mechanical key using one hand at a time.</w:t>
      </w:r>
    </w:p>
    <w:p>
      <w:pPr>
        <w:spacing w:after="120"/>
      </w:pPr>
      <w:r>
        <w:rPr>
          <w:rFonts w:ascii="Georgia" w:hAnsi="Georgia" w:eastAsia="Georgia"/>
          <w:sz w:val="23"/>
        </w:rPr>
        <w:t>The task suited me immediately.</w:t>
      </w:r>
    </w:p>
    <w:p>
      <w:pPr>
        <w:spacing w:after="120"/>
      </w:pPr>
      <w:r>
        <w:rPr>
          <w:rFonts w:ascii="Georgia" w:hAnsi="Georgia" w:eastAsia="Georgia"/>
          <w:sz w:val="23"/>
        </w:rPr>
        <w:t>“Of course you do,” Miren said.</w:t>
      </w:r>
    </w:p>
    <w:p>
      <w:pPr>
        <w:spacing w:after="120"/>
      </w:pPr>
      <w:r>
        <w:rPr>
          <w:rFonts w:ascii="Georgia" w:hAnsi="Georgia" w:eastAsia="Georgia"/>
          <w:sz w:val="23"/>
        </w:rPr>
        <w:t>“It is physical.”</w:t>
      </w:r>
    </w:p>
    <w:p>
      <w:pPr>
        <w:spacing w:after="120"/>
      </w:pPr>
      <w:r>
        <w:rPr>
          <w:rFonts w:ascii="Georgia" w:hAnsi="Georgia" w:eastAsia="Georgia"/>
          <w:sz w:val="23"/>
        </w:rPr>
        <w:t>“It is a toy lock.”</w:t>
      </w:r>
    </w:p>
    <w:p>
      <w:pPr>
        <w:spacing w:after="120"/>
      </w:pPr>
      <w:r>
        <w:rPr>
          <w:rFonts w:ascii="Georgia" w:hAnsi="Georgia" w:eastAsia="Georgia"/>
          <w:sz w:val="23"/>
        </w:rPr>
        <w:t>“A lock is physical.”</w:t>
      </w:r>
    </w:p>
    <w:p>
      <w:pPr>
        <w:spacing w:after="120"/>
      </w:pPr>
      <w:r>
        <w:rPr>
          <w:rFonts w:ascii="Georgia" w:hAnsi="Georgia" w:eastAsia="Georgia"/>
          <w:sz w:val="23"/>
        </w:rPr>
        <w:t>Ivena looked at the old task diagram.</w:t>
      </w:r>
    </w:p>
    <w:p>
      <w:pPr>
        <w:spacing w:after="120"/>
      </w:pPr>
      <w:r>
        <w:rPr>
          <w:rFonts w:ascii="Georgia" w:hAnsi="Georgia" w:eastAsia="Georgia"/>
          <w:sz w:val="23"/>
        </w:rPr>
        <w:t>“I remember those.”</w:t>
      </w:r>
    </w:p>
    <w:p>
      <w:pPr>
        <w:spacing w:after="120"/>
      </w:pPr>
      <w:r>
        <w:rPr>
          <w:rFonts w:ascii="Georgia" w:hAnsi="Georgia" w:eastAsia="Georgia"/>
          <w:sz w:val="23"/>
        </w:rPr>
        <w:t>“You remember the test?”</w:t>
      </w:r>
    </w:p>
    <w:p>
      <w:pPr>
        <w:spacing w:after="120"/>
      </w:pPr>
      <w:r>
        <w:rPr>
          <w:rFonts w:ascii="Georgia" w:hAnsi="Georgia" w:eastAsia="Georgia"/>
          <w:sz w:val="23"/>
        </w:rPr>
        <w:t>“No. I remember the keys. Everybody had one for a while. They were supposed to keep old people dexterous.”</w:t>
      </w:r>
    </w:p>
    <w:p>
      <w:pPr>
        <w:spacing w:after="120"/>
      </w:pPr>
      <w:r>
        <w:rPr>
          <w:rFonts w:ascii="Georgia" w:hAnsi="Georgia" w:eastAsia="Georgia"/>
          <w:sz w:val="23"/>
        </w:rPr>
        <w:t>“You were one hundred sixteen.”</w:t>
      </w:r>
    </w:p>
    <w:p>
      <w:pPr>
        <w:spacing w:after="120"/>
      </w:pPr>
      <w:r>
        <w:rPr>
          <w:rFonts w:ascii="Georgia" w:hAnsi="Georgia" w:eastAsia="Georgia"/>
          <w:sz w:val="23"/>
        </w:rPr>
        <w:t>“Exactly. Old.”</w:t>
      </w:r>
    </w:p>
    <w:p>
      <w:pPr>
        <w:spacing w:after="120"/>
      </w:pPr>
      <w:r>
        <w:rPr>
          <w:rFonts w:ascii="Georgia" w:hAnsi="Georgia" w:eastAsia="Georgia"/>
          <w:sz w:val="23"/>
        </w:rPr>
        <w:t>Miren found a training unit in the shop’s accessibility kit.</w:t>
      </w:r>
    </w:p>
    <w:p>
      <w:pPr>
        <w:spacing w:after="120"/>
      </w:pPr>
      <w:r>
        <w:rPr>
          <w:rFonts w:ascii="Georgia" w:hAnsi="Georgia" w:eastAsia="Georgia"/>
          <w:sz w:val="23"/>
        </w:rPr>
        <w:t>Same geometry.</w:t>
      </w:r>
    </w:p>
    <w:p>
      <w:pPr>
        <w:spacing w:after="120"/>
      </w:pPr>
      <w:r>
        <w:rPr>
          <w:rFonts w:ascii="Georgia" w:hAnsi="Georgia" w:eastAsia="Georgia"/>
          <w:sz w:val="23"/>
        </w:rPr>
        <w:t>New material.</w:t>
      </w:r>
    </w:p>
    <w:p>
      <w:pPr>
        <w:spacing w:after="120"/>
      </w:pPr>
      <w:r>
        <w:rPr>
          <w:rFonts w:ascii="Georgia" w:hAnsi="Georgia" w:eastAsia="Georgia"/>
          <w:sz w:val="23"/>
        </w:rPr>
        <w:t>We randomized the pieces and put the assembly box behind an opaque screen.</w:t>
      </w:r>
    </w:p>
    <w:p>
      <w:pPr>
        <w:spacing w:after="120"/>
      </w:pPr>
      <w:r>
        <w:rPr>
          <w:rFonts w:ascii="Georgia" w:hAnsi="Georgia" w:eastAsia="Georgia"/>
          <w:sz w:val="23"/>
        </w:rPr>
        <w:t>No field change.</w:t>
      </w:r>
    </w:p>
    <w:p>
      <w:pPr>
        <w:spacing w:after="120"/>
      </w:pPr>
      <w:r>
        <w:rPr>
          <w:rFonts w:ascii="Georgia" w:hAnsi="Georgia" w:eastAsia="Georgia"/>
          <w:sz w:val="23"/>
        </w:rPr>
        <w:t>No setting manipulation.</w:t>
      </w:r>
    </w:p>
    <w:p>
      <w:pPr>
        <w:spacing w:after="120"/>
      </w:pPr>
      <w:r>
        <w:rPr>
          <w:rFonts w:ascii="Georgia" w:hAnsi="Georgia" w:eastAsia="Georgia"/>
          <w:sz w:val="23"/>
        </w:rPr>
        <w:t>We were not trying to prove the kaethe relation caused anything.</w:t>
      </w:r>
    </w:p>
    <w:p>
      <w:pPr>
        <w:spacing w:after="120"/>
      </w:pPr>
      <w:r>
        <w:rPr>
          <w:rFonts w:ascii="Georgia" w:hAnsi="Georgia" w:eastAsia="Georgia"/>
          <w:sz w:val="23"/>
        </w:rPr>
        <w:t>We were testing whether the asymmetry existed now in a way current ordinary exams had missed.</w:t>
      </w:r>
    </w:p>
    <w:p>
      <w:pPr>
        <w:spacing w:after="120"/>
      </w:pPr>
      <w:r>
        <w:rPr>
          <w:rFonts w:ascii="Georgia" w:hAnsi="Georgia" w:eastAsia="Georgia"/>
          <w:sz w:val="23"/>
        </w:rPr>
        <w:t>Left hand first.</w:t>
      </w:r>
    </w:p>
    <w:p>
      <w:pPr>
        <w:spacing w:after="120"/>
      </w:pPr>
      <w:r>
        <w:rPr>
          <w:rFonts w:ascii="Georgia" w:hAnsi="Georgia" w:eastAsia="Georgia"/>
          <w:sz w:val="23"/>
        </w:rPr>
        <w:t>Ivena assembled the key in forty-one seconds.</w:t>
      </w:r>
    </w:p>
    <w:p>
      <w:pPr>
        <w:spacing w:after="120"/>
      </w:pPr>
      <w:r>
        <w:rPr>
          <w:rFonts w:ascii="Georgia" w:hAnsi="Georgia" w:eastAsia="Georgia"/>
          <w:sz w:val="23"/>
        </w:rPr>
        <w:t>One placement correction.</w:t>
      </w:r>
    </w:p>
    <w:p>
      <w:pPr>
        <w:spacing w:after="120"/>
      </w:pPr>
      <w:r>
        <w:rPr>
          <w:rFonts w:ascii="Georgia" w:hAnsi="Georgia" w:eastAsia="Georgia"/>
          <w:sz w:val="23"/>
        </w:rPr>
        <w:t>Right hand.</w:t>
      </w:r>
    </w:p>
    <w:p>
      <w:pPr>
        <w:spacing w:after="120"/>
      </w:pPr>
      <w:r>
        <w:rPr>
          <w:rFonts w:ascii="Georgia" w:hAnsi="Georgia" w:eastAsia="Georgia"/>
          <w:sz w:val="23"/>
        </w:rPr>
        <w:t>Thirty-two seconds.</w:t>
      </w:r>
    </w:p>
    <w:p>
      <w:pPr>
        <w:spacing w:after="120"/>
      </w:pPr>
      <w:r>
        <w:rPr>
          <w:rFonts w:ascii="Georgia" w:hAnsi="Georgia" w:eastAsia="Georgia"/>
          <w:sz w:val="23"/>
        </w:rPr>
        <w:t>No corrections.</w:t>
      </w:r>
    </w:p>
    <w:p>
      <w:pPr>
        <w:spacing w:after="120"/>
      </w:pPr>
      <w:r>
        <w:rPr>
          <w:rFonts w:ascii="Georgia" w:hAnsi="Georgia" w:eastAsia="Georgia"/>
          <w:sz w:val="23"/>
        </w:rPr>
        <w:t>Again.</w:t>
      </w:r>
    </w:p>
    <w:p>
      <w:pPr>
        <w:spacing w:after="120"/>
      </w:pPr>
      <w:r>
        <w:rPr>
          <w:rFonts w:ascii="Georgia" w:hAnsi="Georgia" w:eastAsia="Georgia"/>
          <w:sz w:val="23"/>
        </w:rPr>
        <w:t>Left: thirty-nine.</w:t>
      </w:r>
    </w:p>
    <w:p>
      <w:pPr>
        <w:spacing w:after="120"/>
      </w:pPr>
      <w:r>
        <w:rPr>
          <w:rFonts w:ascii="Georgia" w:hAnsi="Georgia" w:eastAsia="Georgia"/>
          <w:sz w:val="23"/>
        </w:rPr>
        <w:t>Right: thirty-one.</w:t>
      </w:r>
    </w:p>
    <w:p>
      <w:pPr>
        <w:spacing w:after="120"/>
      </w:pPr>
      <w:r>
        <w:rPr>
          <w:rFonts w:ascii="Georgia" w:hAnsi="Georgia" w:eastAsia="Georgia"/>
          <w:sz w:val="23"/>
        </w:rPr>
        <w:t>Again with a different piece order.</w:t>
      </w:r>
    </w:p>
    <w:p>
      <w:pPr>
        <w:spacing w:after="120"/>
      </w:pPr>
      <w:r>
        <w:rPr>
          <w:rFonts w:ascii="Georgia" w:hAnsi="Georgia" w:eastAsia="Georgia"/>
          <w:sz w:val="23"/>
        </w:rPr>
        <w:t>Left: forty-three.</w:t>
      </w:r>
    </w:p>
    <w:p>
      <w:pPr>
        <w:spacing w:after="120"/>
      </w:pPr>
      <w:r>
        <w:rPr>
          <w:rFonts w:ascii="Georgia" w:hAnsi="Georgia" w:eastAsia="Georgia"/>
          <w:sz w:val="23"/>
        </w:rPr>
        <w:t>Right: thirty-three.</w:t>
      </w:r>
    </w:p>
    <w:p>
      <w:pPr>
        <w:spacing w:after="120"/>
      </w:pPr>
      <w:r>
        <w:rPr>
          <w:rFonts w:ascii="Georgia" w:hAnsi="Georgia" w:eastAsia="Georgia"/>
          <w:sz w:val="23"/>
        </w:rPr>
        <w:t>The right hand was consistently better at a blind spatial-mechanical task despite Ivena’s lifelong left preference.</w:t>
      </w:r>
    </w:p>
    <w:p>
      <w:pPr>
        <w:spacing w:after="120"/>
      </w:pPr>
      <w:r>
        <w:rPr>
          <w:rFonts w:ascii="Georgia" w:hAnsi="Georgia" w:eastAsia="Georgia"/>
          <w:sz w:val="23"/>
        </w:rPr>
        <w:t>“That is useful function,” Miren said.</w:t>
      </w:r>
    </w:p>
    <w:p>
      <w:pPr>
        <w:spacing w:after="120"/>
      </w:pPr>
      <w:r>
        <w:rPr>
          <w:rFonts w:ascii="Georgia" w:hAnsi="Georgia" w:eastAsia="Georgia"/>
          <w:sz w:val="23"/>
        </w:rPr>
        <w:t>“That is function,” I said.</w:t>
      </w:r>
    </w:p>
    <w:p>
      <w:pPr>
        <w:spacing w:after="120"/>
      </w:pPr>
      <w:r>
        <w:rPr>
          <w:rFonts w:ascii="Georgia" w:hAnsi="Georgia" w:eastAsia="Georgia"/>
          <w:sz w:val="23"/>
        </w:rPr>
        <w:t>“Do not become unbearable now.”</w:t>
      </w:r>
    </w:p>
    <w:p>
      <w:pPr>
        <w:spacing w:after="120"/>
      </w:pPr>
      <w:r>
        <w:rPr>
          <w:rFonts w:ascii="Georgia" w:hAnsi="Georgia" w:eastAsia="Georgia"/>
          <w:sz w:val="23"/>
        </w:rPr>
        <w:t>“Causation remains unestablished.”</w:t>
      </w:r>
    </w:p>
    <w:p>
      <w:pPr>
        <w:spacing w:after="120"/>
      </w:pPr>
      <w:r>
        <w:rPr>
          <w:rFonts w:ascii="Georgia" w:hAnsi="Georgia" w:eastAsia="Georgia"/>
          <w:sz w:val="23"/>
        </w:rPr>
        <w:t>Ivena put the pieces down.</w:t>
      </w:r>
    </w:p>
    <w:p>
      <w:pPr>
        <w:spacing w:after="120"/>
      </w:pPr>
      <w:r>
        <w:rPr>
          <w:rFonts w:ascii="Georgia" w:hAnsi="Georgia" w:eastAsia="Georgia"/>
          <w:sz w:val="23"/>
        </w:rPr>
        <w:t>“Can you make it worse without moving the setting?”</w:t>
      </w:r>
    </w:p>
    <w:p>
      <w:pPr>
        <w:spacing w:after="120"/>
      </w:pPr>
      <w:r>
        <w:rPr>
          <w:rFonts w:ascii="Georgia" w:hAnsi="Georgia" w:eastAsia="Georgia"/>
          <w:sz w:val="23"/>
        </w:rPr>
        <w:t>“We already know release state changes you.”</w:t>
      </w:r>
    </w:p>
    <w:p>
      <w:pPr>
        <w:spacing w:after="120"/>
      </w:pPr>
      <w:r>
        <w:rPr>
          <w:rFonts w:ascii="Georgia" w:hAnsi="Georgia" w:eastAsia="Georgia"/>
          <w:sz w:val="23"/>
        </w:rPr>
        <w:t>“Not whether it changes this.”</w:t>
      </w:r>
    </w:p>
    <w:p>
      <w:pPr>
        <w:spacing w:after="120"/>
      </w:pPr>
      <w:r>
        <w:rPr>
          <w:rFonts w:ascii="Georgia" w:hAnsi="Georgia" w:eastAsia="Georgia"/>
          <w:sz w:val="23"/>
        </w:rPr>
        <w:t>I knew what she was asking.</w:t>
      </w:r>
    </w:p>
    <w:p>
      <w:pPr>
        <w:spacing w:after="120"/>
      </w:pPr>
      <w:r>
        <w:rPr>
          <w:rFonts w:ascii="Georgia" w:hAnsi="Georgia" w:eastAsia="Georgia"/>
          <w:sz w:val="23"/>
        </w:rPr>
        <w:t>So did Miren.</w:t>
      </w:r>
    </w:p>
    <w:p>
      <w:pPr>
        <w:spacing w:after="120"/>
      </w:pPr>
      <w:r>
        <w:rPr>
          <w:rFonts w:ascii="Georgia" w:hAnsi="Georgia" w:eastAsia="Georgia"/>
          <w:sz w:val="23"/>
        </w:rPr>
        <w:t>“Three percent,” I said.</w:t>
      </w:r>
    </w:p>
    <w:p>
      <w:pPr>
        <w:spacing w:after="120"/>
      </w:pPr>
      <w:r>
        <w:rPr>
          <w:rFonts w:ascii="Georgia" w:hAnsi="Georgia" w:eastAsia="Georgia"/>
          <w:sz w:val="23"/>
        </w:rPr>
        <w:t>Miren shook her head.</w:t>
      </w:r>
    </w:p>
    <w:p>
      <w:pPr>
        <w:spacing w:after="120"/>
      </w:pPr>
      <w:r>
        <w:rPr>
          <w:rFonts w:ascii="Georgia" w:hAnsi="Georgia" w:eastAsia="Georgia"/>
          <w:sz w:val="23"/>
        </w:rPr>
        <w:t>“We saw a possible effect at three.”</w:t>
      </w:r>
    </w:p>
    <w:p>
      <w:pPr>
        <w:spacing w:after="120"/>
      </w:pPr>
      <w:r>
        <w:rPr>
          <w:rFonts w:ascii="Georgia" w:hAnsi="Georgia" w:eastAsia="Georgia"/>
          <w:sz w:val="23"/>
        </w:rPr>
        <w:t>“No reported effect.”</w:t>
      </w:r>
    </w:p>
    <w:p>
      <w:pPr>
        <w:spacing w:after="120"/>
      </w:pPr>
      <w:r>
        <w:rPr>
          <w:rFonts w:ascii="Georgia" w:hAnsi="Georgia" w:eastAsia="Georgia"/>
          <w:sz w:val="23"/>
        </w:rPr>
        <w:t>“Possible finger extension.”</w:t>
      </w:r>
    </w:p>
    <w:p>
      <w:pPr>
        <w:spacing w:after="120"/>
      </w:pPr>
      <w:r>
        <w:rPr>
          <w:rFonts w:ascii="Georgia" w:hAnsi="Georgia" w:eastAsia="Georgia"/>
          <w:sz w:val="23"/>
        </w:rPr>
        <w:t>“Then one percent.”</w:t>
      </w:r>
    </w:p>
    <w:p>
      <w:pPr>
        <w:spacing w:after="120"/>
      </w:pPr>
      <w:r>
        <w:rPr>
          <w:rFonts w:ascii="Georgia" w:hAnsi="Georgia" w:eastAsia="Georgia"/>
          <w:sz w:val="23"/>
        </w:rPr>
        <w:t>Ivena held the stop switch.</w:t>
      </w:r>
    </w:p>
    <w:p>
      <w:pPr>
        <w:spacing w:after="120"/>
      </w:pPr>
      <w:r>
        <w:rPr>
          <w:rFonts w:ascii="Georgia" w:hAnsi="Georgia" w:eastAsia="Georgia"/>
          <w:sz w:val="23"/>
        </w:rPr>
        <w:t>“You are all very brave with my percentages.”</w:t>
      </w:r>
    </w:p>
    <w:p>
      <w:pPr>
        <w:spacing w:after="120"/>
      </w:pPr>
      <w:r>
        <w:rPr>
          <w:rFonts w:ascii="Georgia" w:hAnsi="Georgia" w:eastAsia="Georgia"/>
          <w:sz w:val="23"/>
        </w:rPr>
        <w:t>“One percent only,” Miren said. “No progression. One right-hand run. Immediate baseline after.”</w:t>
      </w:r>
    </w:p>
    <w:p>
      <w:pPr>
        <w:spacing w:after="120"/>
      </w:pPr>
      <w:r>
        <w:rPr>
          <w:rFonts w:ascii="Georgia" w:hAnsi="Georgia" w:eastAsia="Georgia"/>
          <w:sz w:val="23"/>
        </w:rPr>
        <w:t>“And if nothing happens?”</w:t>
      </w:r>
    </w:p>
    <w:p>
      <w:pPr>
        <w:spacing w:after="120"/>
      </w:pPr>
      <w:r>
        <w:rPr>
          <w:rFonts w:ascii="Georgia" w:hAnsi="Georgia" w:eastAsia="Georgia"/>
          <w:sz w:val="23"/>
        </w:rPr>
        <w:t>“Nothing happens.”</w:t>
      </w:r>
    </w:p>
    <w:p>
      <w:pPr>
        <w:spacing w:after="120"/>
      </w:pPr>
      <w:r>
        <w:rPr>
          <w:rFonts w:ascii="Georgia" w:hAnsi="Georgia" w:eastAsia="Georgia"/>
          <w:sz w:val="23"/>
        </w:rPr>
        <w:t>“Do it.”</w:t>
      </w:r>
    </w:p>
    <w:p>
      <w:pPr>
        <w:spacing w:after="120"/>
      </w:pPr>
      <w:r>
        <w:rPr>
          <w:rFonts w:ascii="Georgia" w:hAnsi="Georgia" w:eastAsia="Georgia"/>
          <w:sz w:val="23"/>
        </w:rPr>
        <w:t>We did.</w:t>
      </w:r>
    </w:p>
    <w:p>
      <w:pPr>
        <w:spacing w:after="120"/>
      </w:pPr>
      <w:r>
        <w:rPr>
          <w:rFonts w:ascii="Georgia" w:hAnsi="Georgia" w:eastAsia="Georgia"/>
          <w:sz w:val="23"/>
        </w:rPr>
        <w:t>One percent field reduction.</w:t>
      </w:r>
    </w:p>
    <w:p>
      <w:pPr>
        <w:spacing w:after="120"/>
      </w:pPr>
      <w:r>
        <w:rPr>
          <w:rFonts w:ascii="Georgia" w:hAnsi="Georgia" w:eastAsia="Georgia"/>
          <w:sz w:val="23"/>
        </w:rPr>
        <w:t>No reported spatial enlargement.</w:t>
      </w:r>
    </w:p>
    <w:p>
      <w:pPr>
        <w:spacing w:after="120"/>
      </w:pPr>
      <w:r>
        <w:rPr>
          <w:rFonts w:ascii="Georgia" w:hAnsi="Georgia" w:eastAsia="Georgia"/>
          <w:sz w:val="23"/>
        </w:rPr>
        <w:t>No pulse change.</w:t>
      </w:r>
    </w:p>
    <w:p>
      <w:pPr>
        <w:spacing w:after="120"/>
      </w:pPr>
      <w:r>
        <w:rPr>
          <w:rFonts w:ascii="Georgia" w:hAnsi="Georgia" w:eastAsia="Georgia"/>
          <w:sz w:val="23"/>
        </w:rPr>
        <w:t>No visible motor recruitment.</w:t>
      </w:r>
    </w:p>
    <w:p>
      <w:pPr>
        <w:spacing w:after="120"/>
      </w:pPr>
      <w:r>
        <w:rPr>
          <w:rFonts w:ascii="Georgia" w:hAnsi="Georgia" w:eastAsia="Georgia"/>
          <w:sz w:val="23"/>
        </w:rPr>
        <w:t>Ivena assembled the key with her right hand.</w:t>
      </w:r>
    </w:p>
    <w:p>
      <w:pPr>
        <w:spacing w:after="120"/>
      </w:pPr>
      <w:r>
        <w:rPr>
          <w:rFonts w:ascii="Georgia" w:hAnsi="Georgia" w:eastAsia="Georgia"/>
          <w:sz w:val="23"/>
        </w:rPr>
        <w:t>Thirty-eight seconds.</w:t>
      </w:r>
    </w:p>
    <w:p>
      <w:pPr>
        <w:spacing w:after="120"/>
      </w:pPr>
      <w:r>
        <w:rPr>
          <w:rFonts w:ascii="Georgia" w:hAnsi="Georgia" w:eastAsia="Georgia"/>
          <w:sz w:val="23"/>
        </w:rPr>
        <w:t>Two corrections.</w:t>
      </w:r>
    </w:p>
    <w:p>
      <w:pPr>
        <w:spacing w:after="120"/>
      </w:pPr>
      <w:r>
        <w:rPr>
          <w:rFonts w:ascii="Georgia" w:hAnsi="Georgia" w:eastAsia="Georgia"/>
          <w:sz w:val="23"/>
        </w:rPr>
        <w:t>Miren restored baseline before I said anything.</w:t>
      </w:r>
    </w:p>
    <w:p>
      <w:pPr>
        <w:spacing w:after="120"/>
      </w:pPr>
      <w:r>
        <w:rPr>
          <w:rFonts w:ascii="Georgia" w:hAnsi="Georgia" w:eastAsia="Georgia"/>
          <w:sz w:val="23"/>
        </w:rPr>
        <w:t>We waited sixty seconds.</w:t>
      </w:r>
    </w:p>
    <w:p>
      <w:pPr>
        <w:spacing w:after="120"/>
      </w:pPr>
      <w:r>
        <w:rPr>
          <w:rFonts w:ascii="Georgia" w:hAnsi="Georgia" w:eastAsia="Georgia"/>
          <w:sz w:val="23"/>
        </w:rPr>
        <w:t>New random order.</w:t>
      </w:r>
    </w:p>
    <w:p>
      <w:pPr>
        <w:spacing w:after="120"/>
      </w:pPr>
      <w:r>
        <w:rPr>
          <w:rFonts w:ascii="Georgia" w:hAnsi="Georgia" w:eastAsia="Georgia"/>
          <w:sz w:val="23"/>
        </w:rPr>
        <w:t>Right hand.</w:t>
      </w:r>
    </w:p>
    <w:p>
      <w:pPr>
        <w:spacing w:after="120"/>
      </w:pPr>
      <w:r>
        <w:rPr>
          <w:rFonts w:ascii="Georgia" w:hAnsi="Georgia" w:eastAsia="Georgia"/>
          <w:sz w:val="23"/>
        </w:rPr>
        <w:t>Thirty-two seconds.</w:t>
      </w:r>
    </w:p>
    <w:p>
      <w:pPr>
        <w:spacing w:after="120"/>
      </w:pPr>
      <w:r>
        <w:rPr>
          <w:rFonts w:ascii="Georgia" w:hAnsi="Georgia" w:eastAsia="Georgia"/>
          <w:sz w:val="23"/>
        </w:rPr>
        <w:t>No corrections.</w:t>
      </w:r>
    </w:p>
    <w:p>
      <w:pPr>
        <w:spacing w:after="120"/>
      </w:pPr>
      <w:r>
        <w:rPr>
          <w:rFonts w:ascii="Georgia" w:hAnsi="Georgia" w:eastAsia="Georgia"/>
          <w:sz w:val="23"/>
        </w:rPr>
        <w:t>Nobody spoke.</w:t>
      </w:r>
    </w:p>
    <w:p>
      <w:pPr>
        <w:spacing w:after="120"/>
      </w:pPr>
      <w:r>
        <w:rPr>
          <w:rFonts w:ascii="Georgia" w:hAnsi="Georgia" w:eastAsia="Georgia"/>
          <w:sz w:val="23"/>
        </w:rPr>
        <w:t>We repeated baseline once.</w:t>
      </w:r>
    </w:p>
    <w:p>
      <w:pPr>
        <w:spacing w:after="120"/>
      </w:pPr>
      <w:r>
        <w:rPr>
          <w:rFonts w:ascii="Georgia" w:hAnsi="Georgia" w:eastAsia="Georgia"/>
          <w:sz w:val="23"/>
        </w:rPr>
        <w:t>Thirty-one.</w:t>
      </w:r>
    </w:p>
    <w:p>
      <w:pPr>
        <w:spacing w:after="120"/>
      </w:pPr>
      <w:r>
        <w:rPr>
          <w:rFonts w:ascii="Georgia" w:hAnsi="Georgia" w:eastAsia="Georgia"/>
          <w:sz w:val="23"/>
        </w:rPr>
        <w:t>Then left hand baseline.</w:t>
      </w:r>
    </w:p>
    <w:p>
      <w:pPr>
        <w:spacing w:after="120"/>
      </w:pPr>
      <w:r>
        <w:rPr>
          <w:rFonts w:ascii="Georgia" w:hAnsi="Georgia" w:eastAsia="Georgia"/>
          <w:sz w:val="23"/>
        </w:rPr>
        <w:t>Forty.</w:t>
      </w:r>
    </w:p>
    <w:p>
      <w:pPr>
        <w:spacing w:after="120"/>
      </w:pPr>
      <w:r>
        <w:rPr>
          <w:rFonts w:ascii="Georgia" w:hAnsi="Georgia" w:eastAsia="Georgia"/>
          <w:sz w:val="23"/>
        </w:rPr>
        <w:t>The effect was small.</w:t>
      </w:r>
    </w:p>
    <w:p>
      <w:pPr>
        <w:spacing w:after="120"/>
      </w:pPr>
      <w:r>
        <w:rPr>
          <w:rFonts w:ascii="Georgia" w:hAnsi="Georgia" w:eastAsia="Georgia"/>
          <w:sz w:val="23"/>
        </w:rPr>
        <w:t>The task was narrow.</w:t>
      </w:r>
    </w:p>
    <w:p>
      <w:pPr>
        <w:spacing w:after="120"/>
      </w:pPr>
      <w:r>
        <w:rPr>
          <w:rFonts w:ascii="Georgia" w:hAnsi="Georgia" w:eastAsia="Georgia"/>
          <w:sz w:val="23"/>
        </w:rPr>
        <w:t>The sample was insulting.</w:t>
      </w:r>
    </w:p>
    <w:p>
      <w:pPr>
        <w:spacing w:after="120"/>
      </w:pPr>
      <w:r>
        <w:rPr>
          <w:rFonts w:ascii="Georgia" w:hAnsi="Georgia" w:eastAsia="Georgia"/>
          <w:sz w:val="23"/>
        </w:rPr>
        <w:t>It was also exactly the kind of thing policy had been built to recognize.</w:t>
      </w:r>
    </w:p>
    <w:p>
      <w:pPr>
        <w:spacing w:after="120"/>
      </w:pPr>
      <w:r>
        <w:rPr>
          <w:rFonts w:ascii="Georgia" w:hAnsi="Georgia" w:eastAsia="Georgia"/>
          <w:sz w:val="23"/>
        </w:rPr>
        <w:t>Jessa was still on the secure line.</w:t>
      </w:r>
    </w:p>
    <w:p>
      <w:pPr>
        <w:spacing w:after="120"/>
      </w:pPr>
      <w:r>
        <w:rPr>
          <w:rFonts w:ascii="Georgia" w:hAnsi="Georgia" w:eastAsia="Georgia"/>
          <w:sz w:val="23"/>
        </w:rPr>
        <w:t>“I can approve provisional functional integration,” she said.</w:t>
      </w:r>
    </w:p>
    <w:p>
      <w:pPr>
        <w:spacing w:after="120"/>
      </w:pPr>
      <w:r>
        <w:rPr>
          <w:rFonts w:ascii="Georgia" w:hAnsi="Georgia" w:eastAsia="Georgia"/>
          <w:sz w:val="23"/>
        </w:rPr>
        <w:t>Ivena leaned back.</w:t>
      </w:r>
    </w:p>
    <w:p>
      <w:pPr>
        <w:spacing w:after="120"/>
      </w:pPr>
      <w:r>
        <w:rPr>
          <w:rFonts w:ascii="Georgia" w:hAnsi="Georgia" w:eastAsia="Georgia"/>
          <w:sz w:val="23"/>
        </w:rPr>
        <w:t>“Provisional buys what?”</w:t>
      </w:r>
    </w:p>
    <w:p>
      <w:pPr>
        <w:spacing w:after="120"/>
      </w:pPr>
      <w:r>
        <w:rPr>
          <w:rFonts w:ascii="Georgia" w:hAnsi="Georgia" w:eastAsia="Georgia"/>
          <w:sz w:val="23"/>
        </w:rPr>
        <w:t>“The surgical accommodation. Field-neutral access route covered at network rate. Ninety-day review.”</w:t>
      </w:r>
    </w:p>
    <w:p>
      <w:pPr>
        <w:spacing w:after="120"/>
      </w:pPr>
      <w:r>
        <w:rPr>
          <w:rFonts w:ascii="Georgia" w:hAnsi="Georgia" w:eastAsia="Georgia"/>
          <w:sz w:val="23"/>
        </w:rPr>
        <w:t>“And after ninety days?”</w:t>
      </w:r>
    </w:p>
    <w:p>
      <w:pPr>
        <w:spacing w:after="120"/>
      </w:pPr>
      <w:r>
        <w:rPr>
          <w:rFonts w:ascii="Georgia" w:hAnsi="Georgia" w:eastAsia="Georgia"/>
          <w:sz w:val="23"/>
        </w:rPr>
        <w:t>“We decide whether the classification remains.”</w:t>
      </w:r>
    </w:p>
    <w:p>
      <w:pPr>
        <w:spacing w:after="120"/>
      </w:pPr>
      <w:r>
        <w:rPr>
          <w:rFonts w:ascii="Georgia" w:hAnsi="Georgia" w:eastAsia="Georgia"/>
          <w:sz w:val="23"/>
        </w:rPr>
        <w:t>“My surgery will be over.”</w:t>
      </w:r>
    </w:p>
    <w:p>
      <w:pPr>
        <w:spacing w:after="120"/>
      </w:pPr>
      <w:r>
        <w:rPr>
          <w:rFonts w:ascii="Georgia" w:hAnsi="Georgia" w:eastAsia="Georgia"/>
          <w:sz w:val="23"/>
        </w:rPr>
        <w:t>“Yes.”</w:t>
      </w:r>
    </w:p>
    <w:p>
      <w:pPr>
        <w:spacing w:after="120"/>
      </w:pPr>
      <w:r>
        <w:rPr>
          <w:rFonts w:ascii="Georgia" w:hAnsi="Georgia" w:eastAsia="Georgia"/>
          <w:sz w:val="23"/>
        </w:rPr>
        <w:t>“Then approve it.”</w:t>
      </w:r>
    </w:p>
    <w:p>
      <w:pPr>
        <w:spacing w:after="120"/>
      </w:pPr>
      <w:r>
        <w:rPr>
          <w:rFonts w:ascii="Georgia" w:hAnsi="Georgia" w:eastAsia="Georgia"/>
          <w:sz w:val="23"/>
        </w:rPr>
        <w:t>Miren looked at me.</w:t>
      </w:r>
    </w:p>
    <w:p>
      <w:pPr>
        <w:spacing w:after="120"/>
      </w:pPr>
      <w:r>
        <w:rPr>
          <w:rFonts w:ascii="Georgia" w:hAnsi="Georgia" w:eastAsia="Georgia"/>
          <w:sz w:val="23"/>
        </w:rPr>
        <w:t>I looked at the one-percent run.</w:t>
      </w:r>
    </w:p>
    <w:p>
      <w:pPr>
        <w:spacing w:after="120"/>
      </w:pPr>
      <w:r>
        <w:rPr>
          <w:rFonts w:ascii="Georgia" w:hAnsi="Georgia" w:eastAsia="Georgia"/>
          <w:sz w:val="23"/>
        </w:rPr>
        <w:t>“Scope statement,” I said.</w:t>
      </w:r>
    </w:p>
    <w:p>
      <w:pPr>
        <w:spacing w:after="120"/>
      </w:pPr>
      <w:r>
        <w:rPr>
          <w:rFonts w:ascii="Georgia" w:hAnsi="Georgia" w:eastAsia="Georgia"/>
          <w:sz w:val="23"/>
        </w:rPr>
        <w:t>Jessa nodded.</w:t>
      </w:r>
    </w:p>
    <w:p>
      <w:pPr>
        <w:spacing w:after="120"/>
      </w:pPr>
      <w:r>
        <w:rPr>
          <w:rFonts w:ascii="Georgia" w:hAnsi="Georgia" w:eastAsia="Georgia"/>
          <w:sz w:val="23"/>
        </w:rPr>
        <w:t>“Observed right-hand blind assembly performance decreased during one-percent contact-field reduction and returned after baseline restoration. This supports a provisional finding that established kaethe contact participates in current motor function. It does not establish identity, person-standing, historical-person continuity, ownership, or the causal mechanism of the integration.”</w:t>
      </w:r>
    </w:p>
    <w:p>
      <w:pPr>
        <w:spacing w:after="120"/>
      </w:pPr>
      <w:r>
        <w:rPr>
          <w:rFonts w:ascii="Georgia" w:hAnsi="Georgia" w:eastAsia="Georgia"/>
          <w:sz w:val="23"/>
        </w:rPr>
        <w:t>Ivena smiled.</w:t>
      </w:r>
    </w:p>
    <w:p>
      <w:pPr>
        <w:spacing w:after="120"/>
      </w:pPr>
      <w:r>
        <w:rPr>
          <w:rFonts w:ascii="Georgia" w:hAnsi="Georgia" w:eastAsia="Georgia"/>
          <w:sz w:val="23"/>
        </w:rPr>
        <w:t>“You people finally learned how to write a prayer.”</w:t>
      </w:r>
    </w:p>
    <w:p>
      <w:pPr>
        <w:spacing w:after="120"/>
      </w:pPr>
      <w:r>
        <w:rPr>
          <w:rFonts w:ascii="Georgia" w:hAnsi="Georgia" w:eastAsia="Georgia"/>
          <w:sz w:val="23"/>
        </w:rPr>
        <w:t>Jessa approved the classification.</w:t>
      </w:r>
    </w:p>
    <w:p>
      <w:pPr>
        <w:spacing w:before="80" w:after="120"/>
        <w:jc w:val="center"/>
      </w:pPr>
      <w:r>
        <w:rPr>
          <w:rFonts w:ascii="Georgia" w:hAnsi="Georgia" w:eastAsia="Georgia"/>
          <w:sz w:val="23"/>
        </w:rPr>
        <w:t>§</w:t>
      </w:r>
    </w:p>
    <w:p>
      <w:pPr>
        <w:spacing w:after="120"/>
      </w:pPr>
      <w:r>
        <w:rPr>
          <w:rFonts w:ascii="Georgia" w:hAnsi="Georgia" w:eastAsia="Georgia"/>
          <w:sz w:val="23"/>
        </w:rPr>
        <w:t>Olan called eleven minutes later.</w:t>
      </w:r>
    </w:p>
    <w:p>
      <w:pPr>
        <w:spacing w:after="120"/>
      </w:pPr>
      <w:r>
        <w:rPr>
          <w:rFonts w:ascii="Georgia" w:hAnsi="Georgia" w:eastAsia="Georgia"/>
          <w:sz w:val="23"/>
        </w:rPr>
        <w:t>He had already received authorization.</w:t>
      </w:r>
    </w:p>
    <w:p>
      <w:pPr>
        <w:spacing w:after="120"/>
      </w:pPr>
      <w:r>
        <w:rPr>
          <w:rFonts w:ascii="Georgia" w:hAnsi="Georgia" w:eastAsia="Georgia"/>
          <w:sz w:val="23"/>
        </w:rPr>
        <w:t>Insurance moved faster after the correct box existed.</w:t>
      </w:r>
    </w:p>
    <w:p>
      <w:pPr>
        <w:spacing w:after="120"/>
      </w:pPr>
      <w:r>
        <w:rPr>
          <w:rFonts w:ascii="Georgia" w:hAnsi="Georgia" w:eastAsia="Georgia"/>
          <w:sz w:val="23"/>
        </w:rPr>
        <w:t>“I can convert the surgical plan,” he said. “Field-neutral lateral access. No movement of the setting. Preparation tomorrow. Procedure in three days.”</w:t>
      </w:r>
    </w:p>
    <w:p>
      <w:pPr>
        <w:spacing w:after="120"/>
      </w:pPr>
      <w:r>
        <w:rPr>
          <w:rFonts w:ascii="Georgia" w:hAnsi="Georgia" w:eastAsia="Georgia"/>
          <w:sz w:val="23"/>
        </w:rPr>
        <w:t>“Expected scaffold life?” Ivena asked.</w:t>
      </w:r>
    </w:p>
    <w:p>
      <w:pPr>
        <w:spacing w:after="120"/>
      </w:pPr>
      <w:r>
        <w:rPr>
          <w:rFonts w:ascii="Georgia" w:hAnsi="Georgia" w:eastAsia="Georgia"/>
          <w:sz w:val="23"/>
        </w:rPr>
        <w:t>“If the replacement integrates cleanly, forty to sixty years before I expect another major thoracic intervention.”</w:t>
      </w:r>
    </w:p>
    <w:p>
      <w:pPr>
        <w:spacing w:after="120"/>
      </w:pPr>
      <w:r>
        <w:rPr>
          <w:rFonts w:ascii="Georgia" w:hAnsi="Georgia" w:eastAsia="Georgia"/>
          <w:sz w:val="23"/>
        </w:rPr>
        <w:t>“And after that?”</w:t>
      </w:r>
    </w:p>
    <w:p>
      <w:pPr>
        <w:spacing w:after="120"/>
      </w:pPr>
      <w:r>
        <w:rPr>
          <w:rFonts w:ascii="Georgia" w:hAnsi="Georgia" w:eastAsia="Georgia"/>
          <w:sz w:val="23"/>
        </w:rPr>
        <w:t>“Ask me in forty years.”</w:t>
      </w:r>
    </w:p>
    <w:p>
      <w:pPr>
        <w:spacing w:after="120"/>
      </w:pPr>
      <w:r>
        <w:rPr>
          <w:rFonts w:ascii="Georgia" w:hAnsi="Georgia" w:eastAsia="Georgia"/>
          <w:sz w:val="23"/>
        </w:rPr>
        <w:t>“Will you still be practicing?”</w:t>
      </w:r>
    </w:p>
    <w:p>
      <w:pPr>
        <w:spacing w:after="120"/>
      </w:pPr>
      <w:r>
        <w:rPr>
          <w:rFonts w:ascii="Georgia" w:hAnsi="Georgia" w:eastAsia="Georgia"/>
          <w:sz w:val="23"/>
        </w:rPr>
        <w:t>Olan considered.</w:t>
      </w:r>
    </w:p>
    <w:p>
      <w:pPr>
        <w:spacing w:after="120"/>
      </w:pPr>
      <w:r>
        <w:rPr>
          <w:rFonts w:ascii="Georgia" w:hAnsi="Georgia" w:eastAsia="Georgia"/>
          <w:sz w:val="23"/>
        </w:rPr>
        <w:t>“Probably not.”</w:t>
      </w:r>
    </w:p>
    <w:p>
      <w:pPr>
        <w:spacing w:after="120"/>
      </w:pPr>
      <w:r>
        <w:rPr>
          <w:rFonts w:ascii="Georgia" w:hAnsi="Georgia" w:eastAsia="Georgia"/>
          <w:sz w:val="23"/>
        </w:rPr>
        <w:t>“Coward.”</w:t>
      </w:r>
    </w:p>
    <w:p>
      <w:pPr>
        <w:spacing w:after="120"/>
      </w:pPr>
      <w:r>
        <w:rPr>
          <w:rFonts w:ascii="Georgia" w:hAnsi="Georgia" w:eastAsia="Georgia"/>
          <w:sz w:val="23"/>
        </w:rPr>
        <w:t>He smiled.</w:t>
      </w:r>
    </w:p>
    <w:p>
      <w:pPr>
        <w:spacing w:after="120"/>
      </w:pPr>
      <w:r>
        <w:rPr>
          <w:rFonts w:ascii="Georgia" w:hAnsi="Georgia" w:eastAsia="Georgia"/>
          <w:sz w:val="23"/>
        </w:rPr>
        <w:t>Forty years as an ordinary medical horizon.</w:t>
      </w:r>
    </w:p>
    <w:p>
      <w:pPr>
        <w:spacing w:after="120"/>
      </w:pPr>
      <w:r>
        <w:rPr>
          <w:rFonts w:ascii="Georgia" w:hAnsi="Georgia" w:eastAsia="Georgia"/>
          <w:sz w:val="23"/>
        </w:rPr>
        <w:t>Not immortality.</w:t>
      </w:r>
    </w:p>
    <w:p>
      <w:pPr>
        <w:spacing w:after="120"/>
      </w:pPr>
      <w:r>
        <w:rPr>
          <w:rFonts w:ascii="Georgia" w:hAnsi="Georgia" w:eastAsia="Georgia"/>
          <w:sz w:val="23"/>
        </w:rPr>
        <w:t>A work interval.</w:t>
      </w:r>
    </w:p>
    <w:p>
      <w:pPr>
        <w:spacing w:after="120"/>
      </w:pPr>
      <w:r>
        <w:rPr>
          <w:rFonts w:ascii="Georgia" w:hAnsi="Georgia" w:eastAsia="Georgia"/>
          <w:sz w:val="23"/>
        </w:rPr>
        <w:t>A surgeon could reasonably expect not to be the person who handled the next replacement.</w:t>
      </w:r>
    </w:p>
    <w:p>
      <w:pPr>
        <w:spacing w:after="120"/>
      </w:pPr>
      <w:r>
        <w:rPr>
          <w:rFonts w:ascii="Georgia" w:hAnsi="Georgia" w:eastAsia="Georgia"/>
          <w:sz w:val="23"/>
        </w:rPr>
        <w:t>A patient could reasonably expect to need one.</w:t>
      </w:r>
    </w:p>
    <w:p>
      <w:pPr>
        <w:spacing w:after="120"/>
      </w:pPr>
      <w:r>
        <w:rPr>
          <w:rFonts w:ascii="Georgia" w:hAnsi="Georgia" w:eastAsia="Georgia"/>
          <w:sz w:val="23"/>
        </w:rPr>
        <w:t>Deren had received twenty-nine years total.</w:t>
      </w:r>
    </w:p>
    <w:p>
      <w:pPr>
        <w:spacing w:after="120"/>
      </w:pPr>
      <w:r>
        <w:rPr>
          <w:rFonts w:ascii="Georgia" w:hAnsi="Georgia" w:eastAsia="Georgia"/>
          <w:sz w:val="23"/>
        </w:rPr>
        <w:t>No one in the room had to say why that mattered to the object against Ivena’s sternum.</w:t>
      </w:r>
    </w:p>
    <w:p>
      <w:pPr>
        <w:spacing w:after="120"/>
      </w:pPr>
      <w:r>
        <w:rPr>
          <w:rFonts w:ascii="Georgia" w:hAnsi="Georgia" w:eastAsia="Georgia"/>
          <w:sz w:val="23"/>
        </w:rPr>
        <w:t>It was in the arithmetic.</w:t>
      </w:r>
    </w:p>
    <w:p>
      <w:pPr>
        <w:spacing w:after="120"/>
      </w:pPr>
      <w:r>
        <w:rPr>
          <w:rFonts w:ascii="Georgia" w:hAnsi="Georgia" w:eastAsia="Georgia"/>
          <w:sz w:val="23"/>
        </w:rPr>
        <w:t>Olan ended the call.</w:t>
      </w:r>
    </w:p>
    <w:p>
      <w:pPr>
        <w:spacing w:after="120"/>
      </w:pPr>
      <w:r>
        <w:rPr>
          <w:rFonts w:ascii="Georgia" w:hAnsi="Georgia" w:eastAsia="Georgia"/>
          <w:sz w:val="23"/>
        </w:rPr>
        <w:t>Ivena remained seated.</w:t>
      </w:r>
    </w:p>
    <w:p>
      <w:pPr>
        <w:spacing w:after="120"/>
      </w:pPr>
      <w:r>
        <w:rPr>
          <w:rFonts w:ascii="Georgia" w:hAnsi="Georgia" w:eastAsia="Georgia"/>
          <w:sz w:val="23"/>
        </w:rPr>
        <w:t>The provisional classification appeared in her record.</w:t>
      </w:r>
    </w:p>
    <w:p>
      <w:pPr>
        <w:spacing w:after="120"/>
      </w:pPr>
      <w:r>
        <w:rPr>
          <w:rFonts w:ascii="Georgia" w:hAnsi="Georgia" w:eastAsia="Georgia"/>
          <w:sz w:val="23"/>
        </w:rPr>
        <w:t>FUNCTIONAL INTEGRATION — ACTIVE.</w:t>
      </w:r>
    </w:p>
    <w:p>
      <w:pPr>
        <w:spacing w:after="120"/>
      </w:pPr>
      <w:r>
        <w:rPr>
          <w:rFonts w:ascii="Georgia" w:hAnsi="Georgia" w:eastAsia="Georgia"/>
          <w:sz w:val="23"/>
        </w:rPr>
        <w:t>I disliked it.</w:t>
      </w:r>
    </w:p>
    <w:p>
      <w:pPr>
        <w:spacing w:after="120"/>
      </w:pPr>
      <w:r>
        <w:rPr>
          <w:rFonts w:ascii="Georgia" w:hAnsi="Georgia" w:eastAsia="Georgia"/>
          <w:sz w:val="23"/>
        </w:rPr>
        <w:t>Not because it was wrong.</w:t>
      </w:r>
    </w:p>
    <w:p>
      <w:pPr>
        <w:spacing w:after="120"/>
      </w:pPr>
      <w:r>
        <w:rPr>
          <w:rFonts w:ascii="Georgia" w:hAnsi="Georgia" w:eastAsia="Georgia"/>
          <w:sz w:val="23"/>
        </w:rPr>
        <w:t>Because it was useful.</w:t>
      </w:r>
    </w:p>
    <w:p>
      <w:pPr>
        <w:spacing w:after="120"/>
      </w:pPr>
      <w:r>
        <w:rPr>
          <w:rFonts w:ascii="Georgia" w:hAnsi="Georgia" w:eastAsia="Georgia"/>
          <w:sz w:val="23"/>
        </w:rPr>
        <w:t>Useful words travel faster than their cautions.</w:t>
      </w:r>
    </w:p>
    <w:p>
      <w:pPr>
        <w:spacing w:after="120"/>
      </w:pPr>
      <w:r>
        <w:rPr>
          <w:rFonts w:ascii="Georgia" w:hAnsi="Georgia" w:eastAsia="Georgia"/>
          <w:sz w:val="23"/>
        </w:rPr>
        <w:t>“What?” Miren asked.</w:t>
      </w:r>
    </w:p>
    <w:p>
      <w:pPr>
        <w:spacing w:after="120"/>
      </w:pPr>
      <w:r>
        <w:rPr>
          <w:rFonts w:ascii="Georgia" w:hAnsi="Georgia" w:eastAsia="Georgia"/>
          <w:sz w:val="23"/>
        </w:rPr>
        <w:t>“Nothing.”</w:t>
      </w:r>
    </w:p>
    <w:p>
      <w:pPr>
        <w:spacing w:after="120"/>
      </w:pPr>
      <w:r>
        <w:rPr>
          <w:rFonts w:ascii="Georgia" w:hAnsi="Georgia" w:eastAsia="Georgia"/>
          <w:sz w:val="23"/>
        </w:rPr>
        <w:t>“Your face.”</w:t>
      </w:r>
    </w:p>
    <w:p>
      <w:pPr>
        <w:spacing w:after="120"/>
      </w:pPr>
      <w:r>
        <w:rPr>
          <w:rFonts w:ascii="Georgia" w:hAnsi="Georgia" w:eastAsia="Georgia"/>
          <w:sz w:val="23"/>
        </w:rPr>
        <w:t>“I have been informed it lacks authority.”</w:t>
      </w:r>
    </w:p>
    <w:p>
      <w:pPr>
        <w:spacing w:after="120"/>
      </w:pPr>
      <w:r>
        <w:rPr>
          <w:rFonts w:ascii="Georgia" w:hAnsi="Georgia" w:eastAsia="Georgia"/>
          <w:sz w:val="23"/>
        </w:rPr>
        <w:t>Ivena read the classification again.</w:t>
      </w:r>
    </w:p>
    <w:p>
      <w:pPr>
        <w:spacing w:after="120"/>
      </w:pPr>
      <w:r>
        <w:rPr>
          <w:rFonts w:ascii="Georgia" w:hAnsi="Georgia" w:eastAsia="Georgia"/>
          <w:sz w:val="23"/>
        </w:rPr>
        <w:t>“Integrated.”</w:t>
      </w:r>
    </w:p>
    <w:p>
      <w:pPr>
        <w:spacing w:after="120"/>
      </w:pPr>
      <w:r>
        <w:rPr>
          <w:rFonts w:ascii="Georgia" w:hAnsi="Georgia" w:eastAsia="Georgia"/>
          <w:sz w:val="23"/>
        </w:rPr>
        <w:t>“Functionally,” I said.</w:t>
      </w:r>
    </w:p>
    <w:p>
      <w:pPr>
        <w:spacing w:after="120"/>
      </w:pPr>
      <w:r>
        <w:rPr>
          <w:rFonts w:ascii="Georgia" w:hAnsi="Georgia" w:eastAsia="Georgia"/>
          <w:sz w:val="23"/>
        </w:rPr>
        <w:t>“There you are.”</w:t>
      </w:r>
    </w:p>
    <w:p>
      <w:pPr>
        <w:spacing w:after="120"/>
      </w:pPr>
      <w:r>
        <w:rPr>
          <w:rFonts w:ascii="Georgia" w:hAnsi="Georgia" w:eastAsia="Georgia"/>
          <w:sz w:val="23"/>
        </w:rPr>
        <w:t>“The modifier matters.”</w:t>
      </w:r>
    </w:p>
    <w:p>
      <w:pPr>
        <w:spacing w:after="120"/>
      </w:pPr>
      <w:r>
        <w:rPr>
          <w:rFonts w:ascii="Georgia" w:hAnsi="Georgia" w:eastAsia="Georgia"/>
          <w:sz w:val="23"/>
        </w:rPr>
        <w:t>“To you.”</w:t>
      </w:r>
    </w:p>
    <w:p>
      <w:pPr>
        <w:spacing w:after="120"/>
      </w:pPr>
      <w:r>
        <w:rPr>
          <w:rFonts w:ascii="Georgia" w:hAnsi="Georgia" w:eastAsia="Georgia"/>
          <w:sz w:val="23"/>
        </w:rPr>
        <w:t>“It needs to matter to everyone.”</w:t>
      </w:r>
    </w:p>
    <w:p>
      <w:pPr>
        <w:spacing w:after="120"/>
      </w:pPr>
      <w:r>
        <w:rPr>
          <w:rFonts w:ascii="Georgia" w:hAnsi="Georgia" w:eastAsia="Georgia"/>
          <w:sz w:val="23"/>
        </w:rPr>
        <w:t>She looked at the setting.</w:t>
      </w:r>
    </w:p>
    <w:p>
      <w:pPr>
        <w:spacing w:after="120"/>
      </w:pPr>
      <w:r>
        <w:rPr>
          <w:rFonts w:ascii="Georgia" w:hAnsi="Georgia" w:eastAsia="Georgia"/>
          <w:sz w:val="23"/>
        </w:rPr>
        <w:t>“Will people hear that my brother became part of my hand?”</w:t>
      </w:r>
    </w:p>
    <w:p>
      <w:pPr>
        <w:spacing w:after="120"/>
      </w:pPr>
      <w:r>
        <w:rPr>
          <w:rFonts w:ascii="Georgia" w:hAnsi="Georgia" w:eastAsia="Georgia"/>
          <w:sz w:val="23"/>
        </w:rPr>
        <w:t>“Some will.”</w:t>
      </w:r>
    </w:p>
    <w:p>
      <w:pPr>
        <w:spacing w:after="120"/>
      </w:pPr>
      <w:r>
        <w:rPr>
          <w:rFonts w:ascii="Georgia" w:hAnsi="Georgia" w:eastAsia="Georgia"/>
          <w:sz w:val="23"/>
        </w:rPr>
        <w:t>“Did he?”</w:t>
      </w:r>
    </w:p>
    <w:p>
      <w:pPr>
        <w:spacing w:after="120"/>
      </w:pPr>
      <w:r>
        <w:rPr>
          <w:rFonts w:ascii="Georgia" w:hAnsi="Georgia" w:eastAsia="Georgia"/>
          <w:sz w:val="23"/>
        </w:rPr>
        <w:t>“We have no evidence for that.”</w:t>
      </w:r>
    </w:p>
    <w:p>
      <w:pPr>
        <w:spacing w:after="120"/>
      </w:pPr>
      <w:r>
        <w:rPr>
          <w:rFonts w:ascii="Georgia" w:hAnsi="Georgia" w:eastAsia="Georgia"/>
          <w:sz w:val="23"/>
        </w:rPr>
        <w:t>“Did I become part of his fragment?”</w:t>
      </w:r>
    </w:p>
    <w:p>
      <w:pPr>
        <w:spacing w:after="120"/>
      </w:pPr>
      <w:r>
        <w:rPr>
          <w:rFonts w:ascii="Georgia" w:hAnsi="Georgia" w:eastAsia="Georgia"/>
          <w:sz w:val="23"/>
        </w:rPr>
        <w:t>“Also not established.”</w:t>
      </w:r>
    </w:p>
    <w:p>
      <w:pPr>
        <w:spacing w:after="120"/>
      </w:pPr>
      <w:r>
        <w:rPr>
          <w:rFonts w:ascii="Georgia" w:hAnsi="Georgia" w:eastAsia="Georgia"/>
          <w:sz w:val="23"/>
        </w:rPr>
        <w:t>“Did ninety-three years make something neither of us started with?”</w:t>
      </w:r>
    </w:p>
    <w:p>
      <w:pPr>
        <w:spacing w:after="120"/>
      </w:pPr>
      <w:r>
        <w:rPr>
          <w:rFonts w:ascii="Georgia" w:hAnsi="Georgia" w:eastAsia="Georgia"/>
          <w:sz w:val="23"/>
        </w:rPr>
        <w:t>I did not answer.</w:t>
      </w:r>
    </w:p>
    <w:p>
      <w:pPr>
        <w:spacing w:after="120"/>
      </w:pPr>
      <w:r>
        <w:rPr>
          <w:rFonts w:ascii="Georgia" w:hAnsi="Georgia" w:eastAsia="Georgia"/>
          <w:sz w:val="23"/>
        </w:rPr>
        <w:t>She nodded.</w:t>
      </w:r>
    </w:p>
    <w:p>
      <w:pPr>
        <w:spacing w:after="120"/>
      </w:pPr>
      <w:r>
        <w:rPr>
          <w:rFonts w:ascii="Georgia" w:hAnsi="Georgia" w:eastAsia="Georgia"/>
          <w:sz w:val="23"/>
        </w:rPr>
        <w:t>“That one scares you.”</w:t>
      </w:r>
    </w:p>
    <w:p>
      <w:pPr>
        <w:spacing w:after="120"/>
      </w:pPr>
      <w:r>
        <w:rPr>
          <w:rFonts w:ascii="Georgia" w:hAnsi="Georgia" w:eastAsia="Georgia"/>
          <w:sz w:val="23"/>
        </w:rPr>
        <w:t>“That one is not a result.”</w:t>
      </w:r>
    </w:p>
    <w:p>
      <w:pPr>
        <w:spacing w:after="120"/>
      </w:pPr>
      <w:r>
        <w:rPr>
          <w:rFonts w:ascii="Georgia" w:hAnsi="Georgia" w:eastAsia="Georgia"/>
          <w:sz w:val="23"/>
        </w:rPr>
        <w:t>“I did not ask whether it was.”</w:t>
      </w:r>
    </w:p>
    <w:p>
      <w:pPr>
        <w:spacing w:after="120"/>
      </w:pPr>
      <w:r>
        <w:rPr>
          <w:rFonts w:ascii="Georgia" w:hAnsi="Georgia" w:eastAsia="Georgia"/>
          <w:sz w:val="23"/>
        </w:rPr>
        <w:t>Miren began clearing the test pieces.</w:t>
      </w:r>
    </w:p>
    <w:p>
      <w:pPr>
        <w:spacing w:after="120"/>
      </w:pPr>
      <w:r>
        <w:rPr>
          <w:rFonts w:ascii="Georgia" w:hAnsi="Georgia" w:eastAsia="Georgia"/>
          <w:sz w:val="23"/>
        </w:rPr>
        <w:t>I helped because physical work prevented unnecessary sentences.</w:t>
      </w:r>
    </w:p>
    <w:p>
      <w:pPr>
        <w:spacing w:after="120"/>
      </w:pPr>
      <w:r>
        <w:rPr>
          <w:rFonts w:ascii="Georgia" w:hAnsi="Georgia" w:eastAsia="Georgia"/>
          <w:sz w:val="23"/>
        </w:rPr>
        <w:t>Six polymer shapes.</w:t>
      </w:r>
    </w:p>
    <w:p>
      <w:pPr>
        <w:spacing w:after="120"/>
      </w:pPr>
      <w:r>
        <w:rPr>
          <w:rFonts w:ascii="Georgia" w:hAnsi="Georgia" w:eastAsia="Georgia"/>
          <w:sz w:val="23"/>
        </w:rPr>
        <w:t>One small box.</w:t>
      </w:r>
    </w:p>
    <w:p>
      <w:pPr>
        <w:spacing w:after="120"/>
      </w:pPr>
      <w:r>
        <w:rPr>
          <w:rFonts w:ascii="Georgia" w:hAnsi="Georgia" w:eastAsia="Georgia"/>
          <w:sz w:val="23"/>
        </w:rPr>
        <w:t>A task invented decades earlier to keep aging hands useful.</w:t>
      </w:r>
    </w:p>
    <w:p>
      <w:pPr>
        <w:spacing w:after="120"/>
      </w:pPr>
      <w:r>
        <w:rPr>
          <w:rFonts w:ascii="Georgia" w:hAnsi="Georgia" w:eastAsia="Georgia"/>
          <w:sz w:val="23"/>
        </w:rPr>
        <w:t>The right hand had become better at it while the woman remained left-handed.</w:t>
      </w:r>
    </w:p>
    <w:p>
      <w:pPr>
        <w:spacing w:after="120"/>
      </w:pPr>
      <w:r>
        <w:rPr>
          <w:rFonts w:ascii="Georgia" w:hAnsi="Georgia" w:eastAsia="Georgia"/>
          <w:sz w:val="23"/>
        </w:rPr>
        <w:t>One percent less contact had made the advantage smaller.</w:t>
      </w:r>
    </w:p>
    <w:p>
      <w:pPr>
        <w:spacing w:after="120"/>
      </w:pPr>
      <w:r>
        <w:rPr>
          <w:rFonts w:ascii="Georgia" w:hAnsi="Georgia" w:eastAsia="Georgia"/>
          <w:sz w:val="23"/>
        </w:rPr>
        <w:t>That was all.</w:t>
      </w:r>
    </w:p>
    <w:p>
      <w:pPr>
        <w:spacing w:after="120"/>
      </w:pPr>
      <w:r>
        <w:rPr>
          <w:rFonts w:ascii="Georgia" w:hAnsi="Georgia" w:eastAsia="Georgia"/>
          <w:sz w:val="23"/>
        </w:rPr>
        <w:t>Enough to change a surgical plan worth more than most people earned in a year.</w:t>
      </w:r>
    </w:p>
    <w:p>
      <w:pPr>
        <w:spacing w:after="120"/>
      </w:pPr>
      <w:r>
        <w:rPr>
          <w:rFonts w:ascii="Georgia" w:hAnsi="Georgia" w:eastAsia="Georgia"/>
          <w:sz w:val="23"/>
        </w:rPr>
        <w:t>Enough to classify one point eight six grams of kaethe-matter as functionally integrated with a living person.</w:t>
      </w:r>
    </w:p>
    <w:p>
      <w:pPr>
        <w:spacing w:after="120"/>
      </w:pPr>
      <w:r>
        <w:rPr>
          <w:rFonts w:ascii="Georgia" w:hAnsi="Georgia" w:eastAsia="Georgia"/>
          <w:sz w:val="23"/>
        </w:rPr>
        <w:t>Not enough to tell me what the relation was.</w:t>
      </w:r>
    </w:p>
    <w:p>
      <w:pPr>
        <w:spacing w:after="120"/>
      </w:pPr>
      <w:r>
        <w:rPr>
          <w:rFonts w:ascii="Georgia" w:hAnsi="Georgia" w:eastAsia="Georgia"/>
          <w:sz w:val="23"/>
        </w:rPr>
        <w:t>That asymmetry had become civilization.</w:t>
      </w:r>
    </w:p>
    <w:p>
      <w:pPr>
        <w:spacing w:before="80" w:after="120"/>
        <w:jc w:val="center"/>
      </w:pPr>
      <w:r>
        <w:rPr>
          <w:rFonts w:ascii="Georgia" w:hAnsi="Georgia" w:eastAsia="Georgia"/>
          <w:sz w:val="23"/>
        </w:rPr>
        <w:t>§</w:t>
      </w:r>
    </w:p>
    <w:p>
      <w:pPr>
        <w:spacing w:after="120"/>
      </w:pPr>
      <w:r>
        <w:rPr>
          <w:rFonts w:ascii="Georgia" w:hAnsi="Georgia" w:eastAsia="Georgia"/>
          <w:sz w:val="23"/>
        </w:rPr>
        <w:t>At 1822 Ivena sent me a message.</w:t>
      </w:r>
    </w:p>
    <w:p>
      <w:pPr>
        <w:spacing w:after="120"/>
      </w:pPr>
      <w:r>
        <w:rPr>
          <w:rFonts w:ascii="Georgia" w:hAnsi="Georgia" w:eastAsia="Georgia"/>
          <w:sz w:val="23"/>
        </w:rPr>
        <w:t>Not the medical portal.</w:t>
      </w:r>
    </w:p>
    <w:p>
      <w:pPr>
        <w:spacing w:after="120"/>
      </w:pPr>
      <w:r>
        <w:rPr>
          <w:rFonts w:ascii="Georgia" w:hAnsi="Georgia" w:eastAsia="Georgia"/>
          <w:sz w:val="23"/>
        </w:rPr>
        <w:t>Direct.</w:t>
      </w:r>
    </w:p>
    <w:p>
      <w:pPr>
        <w:spacing w:after="120"/>
      </w:pPr>
      <w:r>
        <w:rPr>
          <w:rFonts w:ascii="Georgia" w:hAnsi="Georgia" w:eastAsia="Georgia"/>
          <w:sz w:val="23"/>
        </w:rPr>
        <w:t>A photograph attachment.</w:t>
      </w:r>
    </w:p>
    <w:p>
      <w:pPr>
        <w:spacing w:after="120"/>
      </w:pPr>
      <w:r>
        <w:rPr>
          <w:rFonts w:ascii="Georgia" w:hAnsi="Georgia" w:eastAsia="Georgia"/>
          <w:sz w:val="23"/>
        </w:rPr>
        <w:t>I did not open it immediately.</w:t>
      </w:r>
    </w:p>
    <w:p>
      <w:pPr>
        <w:spacing w:after="120"/>
      </w:pPr>
      <w:r>
        <w:rPr>
          <w:rFonts w:ascii="Georgia" w:hAnsi="Georgia" w:eastAsia="Georgia"/>
          <w:sz w:val="23"/>
        </w:rPr>
        <w:t>I disliked photographs for reasons unrelated to Kaethe and had trained most people who knew me not to send them without context.</w:t>
      </w:r>
    </w:p>
    <w:p>
      <w:pPr>
        <w:spacing w:after="120"/>
      </w:pPr>
      <w:r>
        <w:rPr>
          <w:rFonts w:ascii="Georgia" w:hAnsi="Georgia" w:eastAsia="Georgia"/>
          <w:sz w:val="23"/>
        </w:rPr>
        <w:t>Her message said:</w:t>
      </w:r>
    </w:p>
    <w:p>
      <w:pPr>
        <w:spacing w:after="120"/>
      </w:pPr>
      <w:r>
        <w:rPr>
          <w:rFonts w:ascii="Georgia" w:hAnsi="Georgia" w:eastAsia="Georgia"/>
          <w:sz w:val="23"/>
        </w:rPr>
        <w:t>YOU WILL WANT THE TEXT, NOT THE PICTURE.</w:t>
      </w:r>
    </w:p>
    <w:p>
      <w:pPr>
        <w:spacing w:after="120"/>
      </w:pPr>
      <w:r>
        <w:rPr>
          <w:rFonts w:ascii="Georgia" w:hAnsi="Georgia" w:eastAsia="Georgia"/>
          <w:sz w:val="23"/>
        </w:rPr>
        <w:t>Below it:</w:t>
      </w:r>
    </w:p>
    <w:p>
      <w:pPr>
        <w:spacing w:after="120"/>
      </w:pPr>
      <w:r>
        <w:rPr>
          <w:rFonts w:ascii="Georgia" w:hAnsi="Georgia" w:eastAsia="Georgia"/>
          <w:sz w:val="23"/>
        </w:rPr>
        <w:t>SETTING SERVICE RECEIPT, YEAR 31 OF CONTACT.</w:t>
      </w:r>
    </w:p>
    <w:p>
      <w:pPr>
        <w:spacing w:after="120"/>
      </w:pPr>
      <w:r>
        <w:rPr>
          <w:rFonts w:ascii="Georgia" w:hAnsi="Georgia" w:eastAsia="Georgia"/>
          <w:sz w:val="23"/>
        </w:rPr>
        <w:t>I opened the attachment.</w:t>
      </w:r>
    </w:p>
    <w:p>
      <w:pPr>
        <w:spacing w:after="120"/>
      </w:pPr>
      <w:r>
        <w:rPr>
          <w:rFonts w:ascii="Georgia" w:hAnsi="Georgia" w:eastAsia="Georgia"/>
          <w:sz w:val="23"/>
        </w:rPr>
        <w:t>She was right.</w:t>
      </w:r>
    </w:p>
    <w:p>
      <w:pPr>
        <w:spacing w:after="120"/>
      </w:pPr>
      <w:r>
        <w:rPr>
          <w:rFonts w:ascii="Georgia" w:hAnsi="Georgia" w:eastAsia="Georgia"/>
          <w:sz w:val="23"/>
        </w:rPr>
        <w:t>The photograph showed a paper service receipt lying on a table.</w:t>
      </w:r>
    </w:p>
    <w:p>
      <w:pPr>
        <w:spacing w:after="120"/>
      </w:pPr>
      <w:r>
        <w:rPr>
          <w:rFonts w:ascii="Georgia" w:hAnsi="Georgia" w:eastAsia="Georgia"/>
          <w:sz w:val="23"/>
        </w:rPr>
        <w:t>The image meant nothing to me as image.</w:t>
      </w:r>
    </w:p>
    <w:p>
      <w:pPr>
        <w:spacing w:after="120"/>
      </w:pPr>
      <w:r>
        <w:rPr>
          <w:rFonts w:ascii="Georgia" w:hAnsi="Georgia" w:eastAsia="Georgia"/>
          <w:sz w:val="23"/>
        </w:rPr>
        <w:t>The text did.</w:t>
      </w:r>
    </w:p>
    <w:p>
      <w:pPr>
        <w:spacing w:after="120"/>
      </w:pPr>
      <w:r>
        <w:rPr>
          <w:rFonts w:ascii="Georgia" w:hAnsi="Georgia" w:eastAsia="Georgia"/>
          <w:sz w:val="23"/>
        </w:rPr>
        <w:t>CONTACT DURATION: 31 Y 2 M.</w:t>
      </w:r>
    </w:p>
    <w:p>
      <w:pPr>
        <w:spacing w:after="120"/>
      </w:pPr>
      <w:r>
        <w:rPr>
          <w:rFonts w:ascii="Georgia" w:hAnsi="Georgia" w:eastAsia="Georgia"/>
          <w:sz w:val="23"/>
        </w:rPr>
        <w:t>HISTORICAL ASSOCIATION: DEREN SAR.</w:t>
      </w:r>
    </w:p>
    <w:p>
      <w:pPr>
        <w:spacing w:after="120"/>
      </w:pPr>
      <w:r>
        <w:rPr>
          <w:rFonts w:ascii="Georgia" w:hAnsi="Georgia" w:eastAsia="Georgia"/>
          <w:sz w:val="23"/>
        </w:rPr>
        <w:t>MOTOR BASELINE: LEFT-DOMINANT.</w:t>
      </w:r>
    </w:p>
    <w:p>
      <w:pPr>
        <w:spacing w:after="120"/>
      </w:pPr>
      <w:r>
        <w:rPr>
          <w:rFonts w:ascii="Georgia" w:hAnsi="Georgia" w:eastAsia="Georgia"/>
          <w:sz w:val="23"/>
        </w:rPr>
        <w:t>SERVICE OBSERVATION:</w:t>
      </w:r>
    </w:p>
    <w:p>
      <w:pPr>
        <w:spacing w:after="120"/>
      </w:pPr>
      <w:r>
        <w:rPr>
          <w:rFonts w:ascii="Georgia" w:hAnsi="Georgia" w:eastAsia="Georgia"/>
          <w:sz w:val="23"/>
        </w:rPr>
        <w:t>SUBJECT REPORTS RIGHT HAND “FEELS STEADIER” WHEN SETTING FIELD IS FULLY ENGAGED. NO FUNCTIONAL DEFICIT UNDER SERVICE REDUCTION. NO FOLLOW-UP REQUIRED.</w:t>
      </w:r>
    </w:p>
    <w:p>
      <w:pPr>
        <w:spacing w:after="120"/>
      </w:pPr>
      <w:r>
        <w:rPr>
          <w:rFonts w:ascii="Georgia" w:hAnsi="Georgia" w:eastAsia="Georgia"/>
          <w:sz w:val="23"/>
        </w:rPr>
        <w:t>I read the last line three times.</w:t>
      </w:r>
    </w:p>
    <w:p>
      <w:pPr>
        <w:spacing w:after="120"/>
      </w:pPr>
      <w:r>
        <w:rPr>
          <w:rFonts w:ascii="Georgia" w:hAnsi="Georgia" w:eastAsia="Georgia"/>
          <w:sz w:val="23"/>
        </w:rPr>
        <w:t>No follow-up required.</w:t>
      </w:r>
    </w:p>
    <w:p>
      <w:pPr>
        <w:spacing w:after="120"/>
      </w:pPr>
      <w:r>
        <w:rPr>
          <w:rFonts w:ascii="Georgia" w:hAnsi="Georgia" w:eastAsia="Georgia"/>
          <w:sz w:val="23"/>
        </w:rPr>
        <w:t>Sixty-two years before today’s test, someone had noticed the beginning of the asymmetry.</w:t>
      </w:r>
    </w:p>
    <w:p>
      <w:pPr>
        <w:spacing w:after="120"/>
      </w:pPr>
      <w:r>
        <w:rPr>
          <w:rFonts w:ascii="Georgia" w:hAnsi="Georgia" w:eastAsia="Georgia"/>
          <w:sz w:val="23"/>
        </w:rPr>
        <w:t>They had not done anything wrong.</w:t>
      </w:r>
    </w:p>
    <w:p>
      <w:pPr>
        <w:spacing w:after="120"/>
      </w:pPr>
      <w:r>
        <w:rPr>
          <w:rFonts w:ascii="Georgia" w:hAnsi="Georgia" w:eastAsia="Georgia"/>
          <w:sz w:val="23"/>
        </w:rPr>
        <w:t>No deficit.</w:t>
      </w:r>
    </w:p>
    <w:p>
      <w:pPr>
        <w:spacing w:after="120"/>
      </w:pPr>
      <w:r>
        <w:rPr>
          <w:rFonts w:ascii="Georgia" w:hAnsi="Georgia" w:eastAsia="Georgia"/>
          <w:sz w:val="23"/>
        </w:rPr>
        <w:t>No injury.</w:t>
      </w:r>
    </w:p>
    <w:p>
      <w:pPr>
        <w:spacing w:after="120"/>
      </w:pPr>
      <w:r>
        <w:rPr>
          <w:rFonts w:ascii="Georgia" w:hAnsi="Georgia" w:eastAsia="Georgia"/>
          <w:sz w:val="23"/>
        </w:rPr>
        <w:t>No reason to intervene.</w:t>
      </w:r>
    </w:p>
    <w:p>
      <w:pPr>
        <w:spacing w:after="120"/>
      </w:pPr>
      <w:r>
        <w:rPr>
          <w:rFonts w:ascii="Georgia" w:hAnsi="Georgia" w:eastAsia="Georgia"/>
          <w:sz w:val="23"/>
        </w:rPr>
        <w:t>The technician had recorded the sentence.</w:t>
      </w:r>
    </w:p>
    <w:p>
      <w:pPr>
        <w:spacing w:after="120"/>
      </w:pPr>
      <w:r>
        <w:rPr>
          <w:rFonts w:ascii="Georgia" w:hAnsi="Georgia" w:eastAsia="Georgia"/>
          <w:sz w:val="23"/>
        </w:rPr>
        <w:t>The record had survived.</w:t>
      </w:r>
    </w:p>
    <w:p>
      <w:pPr>
        <w:spacing w:after="120"/>
      </w:pPr>
      <w:r>
        <w:rPr>
          <w:rFonts w:ascii="Georgia" w:hAnsi="Georgia" w:eastAsia="Georgia"/>
          <w:sz w:val="23"/>
        </w:rPr>
        <w:t>The system had not known it would matter.</w:t>
      </w:r>
    </w:p>
    <w:p>
      <w:pPr>
        <w:spacing w:after="120"/>
      </w:pPr>
      <w:r>
        <w:rPr>
          <w:rFonts w:ascii="Georgia" w:hAnsi="Georgia" w:eastAsia="Georgia"/>
          <w:sz w:val="23"/>
        </w:rPr>
        <w:t>I called Ivena.</w:t>
      </w:r>
    </w:p>
    <w:p>
      <w:pPr>
        <w:spacing w:after="120"/>
      </w:pPr>
      <w:r>
        <w:rPr>
          <w:rFonts w:ascii="Georgia" w:hAnsi="Georgia" w:eastAsia="Georgia"/>
          <w:sz w:val="23"/>
        </w:rPr>
        <w:t>She answered with audio only.</w:t>
      </w:r>
    </w:p>
    <w:p>
      <w:pPr>
        <w:spacing w:after="120"/>
      </w:pPr>
      <w:r>
        <w:rPr>
          <w:rFonts w:ascii="Georgia" w:hAnsi="Georgia" w:eastAsia="Georgia"/>
          <w:sz w:val="23"/>
        </w:rPr>
        <w:t>“Where did you find this?”</w:t>
      </w:r>
    </w:p>
    <w:p>
      <w:pPr>
        <w:spacing w:after="120"/>
      </w:pPr>
      <w:r>
        <w:rPr>
          <w:rFonts w:ascii="Georgia" w:hAnsi="Georgia" w:eastAsia="Georgia"/>
          <w:sz w:val="23"/>
        </w:rPr>
        <w:t>“My apartment.”</w:t>
      </w:r>
    </w:p>
    <w:p>
      <w:pPr>
        <w:spacing w:after="120"/>
      </w:pPr>
      <w:r>
        <w:rPr>
          <w:rFonts w:ascii="Georgia" w:hAnsi="Georgia" w:eastAsia="Georgia"/>
          <w:sz w:val="23"/>
        </w:rPr>
        <w:t>“Why was it not in the migrated archive?”</w:t>
      </w:r>
    </w:p>
    <w:p>
      <w:pPr>
        <w:spacing w:after="120"/>
      </w:pPr>
      <w:r>
        <w:rPr>
          <w:rFonts w:ascii="Georgia" w:hAnsi="Georgia" w:eastAsia="Georgia"/>
          <w:sz w:val="23"/>
        </w:rPr>
        <w:t>“Because it was mine.”</w:t>
      </w:r>
    </w:p>
    <w:p>
      <w:pPr>
        <w:spacing w:after="120"/>
      </w:pPr>
      <w:r>
        <w:rPr>
          <w:rFonts w:ascii="Georgia" w:hAnsi="Georgia" w:eastAsia="Georgia"/>
          <w:sz w:val="23"/>
        </w:rPr>
        <w:t>“You kept paper service receipts for ninety years?”</w:t>
      </w:r>
    </w:p>
    <w:p>
      <w:pPr>
        <w:spacing w:after="120"/>
      </w:pPr>
      <w:r>
        <w:rPr>
          <w:rFonts w:ascii="Georgia" w:hAnsi="Georgia" w:eastAsia="Georgia"/>
          <w:sz w:val="23"/>
        </w:rPr>
        <w:t>“I kept the ones with Deren’s name.”</w:t>
      </w:r>
    </w:p>
    <w:p>
      <w:pPr>
        <w:spacing w:after="120"/>
      </w:pPr>
      <w:r>
        <w:rPr>
          <w:rFonts w:ascii="Georgia" w:hAnsi="Georgia" w:eastAsia="Georgia"/>
          <w:sz w:val="23"/>
        </w:rPr>
        <w:t>Of course she had.</w:t>
      </w:r>
    </w:p>
    <w:p>
      <w:pPr>
        <w:spacing w:after="120"/>
      </w:pPr>
      <w:r>
        <w:rPr>
          <w:rFonts w:ascii="Georgia" w:hAnsi="Georgia" w:eastAsia="Georgia"/>
          <w:sz w:val="23"/>
        </w:rPr>
        <w:t>“Do you have the others?”</w:t>
      </w:r>
    </w:p>
    <w:p>
      <w:pPr>
        <w:spacing w:after="120"/>
      </w:pPr>
      <w:r>
        <w:rPr>
          <w:rFonts w:ascii="Georgia" w:hAnsi="Georgia" w:eastAsia="Georgia"/>
          <w:sz w:val="23"/>
        </w:rPr>
        <w:t>“A box.”</w:t>
      </w:r>
    </w:p>
    <w:p>
      <w:pPr>
        <w:spacing w:after="120"/>
      </w:pPr>
      <w:r>
        <w:rPr>
          <w:rFonts w:ascii="Georgia" w:hAnsi="Georgia" w:eastAsia="Georgia"/>
          <w:sz w:val="23"/>
        </w:rPr>
        <w:t>“How many?”</w:t>
      </w:r>
    </w:p>
    <w:p>
      <w:pPr>
        <w:spacing w:after="120"/>
      </w:pPr>
      <w:r>
        <w:rPr>
          <w:rFonts w:ascii="Georgia" w:hAnsi="Georgia" w:eastAsia="Georgia"/>
          <w:sz w:val="23"/>
        </w:rPr>
        <w:t>“Maybe forty.”</w:t>
      </w:r>
    </w:p>
    <w:p>
      <w:pPr>
        <w:spacing w:after="120"/>
      </w:pPr>
      <w:r>
        <w:rPr>
          <w:rFonts w:ascii="Georgia" w:hAnsi="Georgia" w:eastAsia="Georgia"/>
          <w:sz w:val="23"/>
        </w:rPr>
        <w:t>I stood.</w:t>
      </w:r>
    </w:p>
    <w:p>
      <w:pPr>
        <w:spacing w:after="120"/>
      </w:pPr>
      <w:r>
        <w:rPr>
          <w:rFonts w:ascii="Georgia" w:hAnsi="Georgia" w:eastAsia="Georgia"/>
          <w:sz w:val="23"/>
        </w:rPr>
        <w:t>“Do not bring them to the shop.”</w:t>
      </w:r>
    </w:p>
    <w:p>
      <w:pPr>
        <w:spacing w:after="120"/>
      </w:pPr>
      <w:r>
        <w:rPr>
          <w:rFonts w:ascii="Georgia" w:hAnsi="Georgia" w:eastAsia="Georgia"/>
          <w:sz w:val="23"/>
        </w:rPr>
        <w:t>“Why?”</w:t>
      </w:r>
    </w:p>
    <w:p>
      <w:pPr>
        <w:spacing w:after="120"/>
      </w:pPr>
      <w:r>
        <w:rPr>
          <w:rFonts w:ascii="Georgia" w:hAnsi="Georgia" w:eastAsia="Georgia"/>
          <w:sz w:val="23"/>
        </w:rPr>
        <w:t>“Because I want them inventoried before we create another partial archive.”</w:t>
      </w:r>
    </w:p>
    <w:p>
      <w:pPr>
        <w:spacing w:after="120"/>
      </w:pPr>
      <w:r>
        <w:rPr>
          <w:rFonts w:ascii="Georgia" w:hAnsi="Georgia" w:eastAsia="Georgia"/>
          <w:sz w:val="23"/>
        </w:rPr>
        <w:t>“You want to come to my apartment.”</w:t>
      </w:r>
    </w:p>
    <w:p>
      <w:pPr>
        <w:spacing w:after="120"/>
      </w:pPr>
      <w:r>
        <w:rPr>
          <w:rFonts w:ascii="Georgia" w:hAnsi="Georgia" w:eastAsia="Georgia"/>
          <w:sz w:val="23"/>
        </w:rPr>
        <w:t>“Yes.”</w:t>
      </w:r>
    </w:p>
    <w:p>
      <w:pPr>
        <w:spacing w:after="120"/>
      </w:pPr>
      <w:r>
        <w:rPr>
          <w:rFonts w:ascii="Georgia" w:hAnsi="Georgia" w:eastAsia="Georgia"/>
          <w:sz w:val="23"/>
        </w:rPr>
        <w:t>“Tonight?”</w:t>
      </w:r>
    </w:p>
    <w:p>
      <w:pPr>
        <w:spacing w:after="120"/>
      </w:pPr>
      <w:r>
        <w:rPr>
          <w:rFonts w:ascii="Georgia" w:hAnsi="Georgia" w:eastAsia="Georgia"/>
          <w:sz w:val="23"/>
        </w:rPr>
        <w:t>“Yes.”</w:t>
      </w:r>
    </w:p>
    <w:p>
      <w:pPr>
        <w:spacing w:after="120"/>
      </w:pPr>
      <w:r>
        <w:rPr>
          <w:rFonts w:ascii="Georgia" w:hAnsi="Georgia" w:eastAsia="Georgia"/>
          <w:sz w:val="23"/>
        </w:rPr>
        <w:t>“You are going to hate my filing system.”</w:t>
      </w:r>
    </w:p>
    <w:p>
      <w:pPr>
        <w:spacing w:after="120"/>
      </w:pPr>
      <w:r>
        <w:rPr>
          <w:rFonts w:ascii="Georgia" w:hAnsi="Georgia" w:eastAsia="Georgia"/>
          <w:sz w:val="23"/>
        </w:rPr>
        <w:t>“Probably.”</w:t>
      </w:r>
    </w:p>
    <w:p>
      <w:pPr>
        <w:spacing w:after="120"/>
      </w:pPr>
      <w:r>
        <w:rPr>
          <w:rFonts w:ascii="Georgia" w:hAnsi="Georgia" w:eastAsia="Georgia"/>
          <w:sz w:val="23"/>
        </w:rPr>
        <w:t>“Bring food.”</w:t>
      </w:r>
    </w:p>
    <w:p>
      <w:pPr>
        <w:spacing w:after="120"/>
      </w:pPr>
      <w:r>
        <w:rPr>
          <w:rFonts w:ascii="Georgia" w:hAnsi="Georgia" w:eastAsia="Georgia"/>
          <w:sz w:val="23"/>
        </w:rPr>
        <w:t>“Why?”</w:t>
      </w:r>
    </w:p>
    <w:p>
      <w:pPr>
        <w:spacing w:after="120"/>
      </w:pPr>
      <w:r>
        <w:rPr>
          <w:rFonts w:ascii="Georgia" w:hAnsi="Georgia" w:eastAsia="Georgia"/>
          <w:sz w:val="23"/>
        </w:rPr>
        <w:t>“Because if you are going to turn ninety years of my life into provenance, you can at least buy dinner.”</w:t>
      </w:r>
    </w:p>
    <w:p>
      <w:pPr>
        <w:spacing w:after="120"/>
      </w:pPr>
      <w:r>
        <w:rPr>
          <w:rFonts w:ascii="Georgia" w:hAnsi="Georgia" w:eastAsia="Georgia"/>
          <w:sz w:val="23"/>
        </w:rPr>
        <w:t>She disconnected.</w:t>
      </w:r>
    </w:p>
    <w:p>
      <w:pPr>
        <w:spacing w:after="120"/>
      </w:pPr>
      <w:r>
        <w:rPr>
          <w:rFonts w:ascii="Georgia" w:hAnsi="Georgia" w:eastAsia="Georgia"/>
          <w:sz w:val="23"/>
        </w:rPr>
        <w:t>I looked at the receipt again.</w:t>
      </w:r>
    </w:p>
    <w:p>
      <w:pPr>
        <w:spacing w:after="120"/>
      </w:pPr>
      <w:r>
        <w:rPr>
          <w:rFonts w:ascii="Georgia" w:hAnsi="Georgia" w:eastAsia="Georgia"/>
          <w:sz w:val="23"/>
        </w:rPr>
        <w:t>At thirty-one years of contact, the right hand had felt steadier.</w:t>
      </w:r>
    </w:p>
    <w:p>
      <w:pPr>
        <w:spacing w:after="120"/>
      </w:pPr>
      <w:r>
        <w:rPr>
          <w:rFonts w:ascii="Georgia" w:hAnsi="Georgia" w:eastAsia="Georgia"/>
          <w:sz w:val="23"/>
        </w:rPr>
        <w:t>At ninety-three, the right hand outperformed the left on a blind mechanical task, and one percent reduction of the setting field degraded that advantage.</w:t>
      </w:r>
    </w:p>
    <w:p>
      <w:pPr>
        <w:spacing w:after="120"/>
      </w:pPr>
      <w:r>
        <w:rPr>
          <w:rFonts w:ascii="Georgia" w:hAnsi="Georgia" w:eastAsia="Georgia"/>
          <w:sz w:val="23"/>
        </w:rPr>
        <w:t>Between those two observations were sixty-two years of ordinary life.</w:t>
      </w:r>
    </w:p>
    <w:p>
      <w:pPr>
        <w:spacing w:after="120"/>
      </w:pPr>
      <w:r>
        <w:rPr>
          <w:rFonts w:ascii="Georgia" w:hAnsi="Georgia" w:eastAsia="Georgia"/>
          <w:sz w:val="23"/>
        </w:rPr>
        <w:t>Meals.</w:t>
      </w:r>
    </w:p>
    <w:p>
      <w:pPr>
        <w:spacing w:after="120"/>
      </w:pPr>
      <w:r>
        <w:rPr>
          <w:rFonts w:ascii="Georgia" w:hAnsi="Georgia" w:eastAsia="Georgia"/>
          <w:sz w:val="23"/>
        </w:rPr>
        <w:t>Work.</w:t>
      </w:r>
    </w:p>
    <w:p>
      <w:pPr>
        <w:spacing w:after="120"/>
      </w:pPr>
      <w:r>
        <w:rPr>
          <w:rFonts w:ascii="Georgia" w:hAnsi="Georgia" w:eastAsia="Georgia"/>
          <w:sz w:val="23"/>
        </w:rPr>
        <w:t>Repairs.</w:t>
      </w:r>
    </w:p>
    <w:p>
      <w:pPr>
        <w:spacing w:after="120"/>
      </w:pPr>
      <w:r>
        <w:rPr>
          <w:rFonts w:ascii="Georgia" w:hAnsi="Georgia" w:eastAsia="Georgia"/>
          <w:sz w:val="23"/>
        </w:rPr>
        <w:t>Relationships.</w:t>
      </w:r>
    </w:p>
    <w:p>
      <w:pPr>
        <w:spacing w:after="120"/>
      </w:pPr>
      <w:r>
        <w:rPr>
          <w:rFonts w:ascii="Georgia" w:hAnsi="Georgia" w:eastAsia="Georgia"/>
          <w:sz w:val="23"/>
        </w:rPr>
        <w:t>Medical interventions.</w:t>
      </w:r>
    </w:p>
    <w:p>
      <w:pPr>
        <w:spacing w:after="120"/>
      </w:pPr>
      <w:r>
        <w:rPr>
          <w:rFonts w:ascii="Georgia" w:hAnsi="Georgia" w:eastAsia="Georgia"/>
          <w:sz w:val="23"/>
        </w:rPr>
        <w:t>Sleep.</w:t>
      </w:r>
    </w:p>
    <w:p>
      <w:pPr>
        <w:spacing w:after="120"/>
      </w:pPr>
      <w:r>
        <w:rPr>
          <w:rFonts w:ascii="Georgia" w:hAnsi="Georgia" w:eastAsia="Georgia"/>
          <w:sz w:val="23"/>
        </w:rPr>
        <w:t>Arguments.</w:t>
      </w:r>
    </w:p>
    <w:p>
      <w:pPr>
        <w:spacing w:after="120"/>
      </w:pPr>
      <w:r>
        <w:rPr>
          <w:rFonts w:ascii="Georgia" w:hAnsi="Georgia" w:eastAsia="Georgia"/>
          <w:sz w:val="23"/>
        </w:rPr>
        <w:t>The setting against her body through all of it.</w:t>
      </w:r>
    </w:p>
    <w:p>
      <w:pPr>
        <w:spacing w:after="120"/>
      </w:pPr>
      <w:r>
        <w:rPr>
          <w:rFonts w:ascii="Georgia" w:hAnsi="Georgia" w:eastAsia="Georgia"/>
          <w:sz w:val="23"/>
        </w:rPr>
        <w:t>The first generation had asked whether fragments preserved something from the completed.</w:t>
      </w:r>
    </w:p>
    <w:p>
      <w:pPr>
        <w:spacing w:after="120"/>
      </w:pPr>
      <w:r>
        <w:rPr>
          <w:rFonts w:ascii="Georgia" w:hAnsi="Georgia" w:eastAsia="Georgia"/>
          <w:sz w:val="23"/>
        </w:rPr>
        <w:t>The next generations had learned to ask what fragments did to the living.</w:t>
      </w:r>
    </w:p>
    <w:p>
      <w:pPr>
        <w:spacing w:after="120"/>
      </w:pPr>
      <w:r>
        <w:rPr>
          <w:rFonts w:ascii="Georgia" w:hAnsi="Georgia" w:eastAsia="Georgia"/>
          <w:sz w:val="23"/>
        </w:rPr>
        <w:t>Ivena’s box suggested a third question had been accumulating quietly for most of a century.</w:t>
      </w:r>
    </w:p>
    <w:p>
      <w:pPr>
        <w:spacing w:after="120"/>
      </w:pPr>
      <w:r>
        <w:rPr>
          <w:rFonts w:ascii="Georgia" w:hAnsi="Georgia" w:eastAsia="Georgia"/>
          <w:sz w:val="23"/>
        </w:rPr>
        <w:t>Not what had been preserved.</w:t>
      </w:r>
    </w:p>
    <w:p>
      <w:pPr>
        <w:spacing w:after="120"/>
      </w:pPr>
      <w:r>
        <w:rPr>
          <w:rFonts w:ascii="Georgia" w:hAnsi="Georgia" w:eastAsia="Georgia"/>
          <w:sz w:val="23"/>
        </w:rPr>
        <w:t>What had been made.</w:t>
      </w:r>
    </w:p>
    <w:p>
      <w:pPr>
        <w:keepNext/>
        <w:pageBreakBefore/>
        <w:jc w:val="center"/>
      </w:pPr>
      <w:r>
        <w:rPr>
          <w:rFonts w:ascii="Georgia" w:hAnsi="Georgia" w:eastAsia="Georgia"/>
          <w:b/>
          <w:sz w:val="28"/>
        </w:rPr>
        <w:t>Chapter Three — The Private Archive</w:t>
      </w:r>
    </w:p>
    <w:p>
      <w:r>
        <w:rPr>
          <w:rFonts w:ascii="Georgia" w:hAnsi="Georgia" w:eastAsia="Georgia"/>
          <w:sz w:val="23"/>
        </w:rPr>
        <w:t>Ivena’s filing system was a wooden box under a table.</w:t>
      </w:r>
    </w:p>
    <w:p>
      <w:r>
        <w:rPr>
          <w:rFonts w:ascii="Georgia" w:hAnsi="Georgia" w:eastAsia="Georgia"/>
          <w:sz w:val="23"/>
        </w:rPr>
        <w:t>I disliked it less than expected.</w:t>
      </w:r>
    </w:p>
    <w:p>
      <w:r>
        <w:rPr>
          <w:rFonts w:ascii="Georgia" w:hAnsi="Georgia" w:eastAsia="Georgia"/>
          <w:sz w:val="23"/>
        </w:rPr>
        <w:t>The table was older than the setting and newer than Ivena. Solid wood had become expensive twice during her lifetime and fashionable four times. The box had a brass latch repaired with a polymer hinge that did not match anything around it.</w:t>
      </w:r>
    </w:p>
    <w:p>
      <w:r>
        <w:rPr>
          <w:rFonts w:ascii="Georgia" w:hAnsi="Georgia" w:eastAsia="Georgia"/>
          <w:sz w:val="23"/>
        </w:rPr>
        <w:t>“You fixed that,” I said.</w:t>
      </w:r>
    </w:p>
    <w:p>
      <w:r>
        <w:rPr>
          <w:rFonts w:ascii="Georgia" w:hAnsi="Georgia" w:eastAsia="Georgia"/>
          <w:sz w:val="23"/>
        </w:rPr>
        <w:t>“No.”</w:t>
      </w:r>
    </w:p>
    <w:p>
      <w:r>
        <w:rPr>
          <w:rFonts w:ascii="Georgia" w:hAnsi="Georgia" w:eastAsia="Georgia"/>
          <w:sz w:val="23"/>
        </w:rPr>
        <w:t>“Who did?”</w:t>
      </w:r>
    </w:p>
    <w:p>
      <w:r>
        <w:rPr>
          <w:rFonts w:ascii="Georgia" w:hAnsi="Georgia" w:eastAsia="Georgia"/>
          <w:sz w:val="23"/>
        </w:rPr>
        <w:t>“Deren.”</w:t>
      </w:r>
    </w:p>
    <w:p>
      <w:r>
        <w:rPr>
          <w:rFonts w:ascii="Georgia" w:hAnsi="Georgia" w:eastAsia="Georgia"/>
          <w:sz w:val="23"/>
        </w:rPr>
        <w:t>I looked at the hinge.</w:t>
      </w:r>
    </w:p>
    <w:p>
      <w:r>
        <w:rPr>
          <w:rFonts w:ascii="Georgia" w:hAnsi="Georgia" w:eastAsia="Georgia"/>
          <w:sz w:val="23"/>
        </w:rPr>
        <w:t>“The polymer did not exist when Deren was alive.”</w:t>
      </w:r>
    </w:p>
    <w:p>
      <w:r>
        <w:rPr>
          <w:rFonts w:ascii="Georgia" w:hAnsi="Georgia" w:eastAsia="Georgia"/>
          <w:sz w:val="23"/>
        </w:rPr>
        <w:t>Ivena put the food containers on the kitchen counter.</w:t>
      </w:r>
    </w:p>
    <w:p>
      <w:r>
        <w:rPr>
          <w:rFonts w:ascii="Georgia" w:hAnsi="Georgia" w:eastAsia="Georgia"/>
          <w:sz w:val="23"/>
        </w:rPr>
        <w:t>“The brass part. You really are bad at stories.”</w:t>
      </w:r>
    </w:p>
    <w:p>
      <w:r>
        <w:rPr>
          <w:rFonts w:ascii="Georgia" w:hAnsi="Georgia" w:eastAsia="Georgia"/>
          <w:sz w:val="23"/>
        </w:rPr>
        <w:t>“You said he fixed the box.”</w:t>
      </w:r>
    </w:p>
    <w:p>
      <w:r>
        <w:rPr>
          <w:rFonts w:ascii="Georgia" w:hAnsi="Georgia" w:eastAsia="Georgia"/>
          <w:sz w:val="23"/>
        </w:rPr>
        <w:t>“I said he fixed that.”</w:t>
      </w:r>
    </w:p>
    <w:p>
      <w:r>
        <w:rPr>
          <w:rFonts w:ascii="Georgia" w:hAnsi="Georgia" w:eastAsia="Georgia"/>
          <w:sz w:val="23"/>
        </w:rPr>
        <w:t>She pointed at the latch.</w:t>
      </w:r>
    </w:p>
    <w:p>
      <w:r>
        <w:rPr>
          <w:rFonts w:ascii="Georgia" w:hAnsi="Georgia" w:eastAsia="Georgia"/>
          <w:sz w:val="23"/>
        </w:rPr>
        <w:t>The latch had been soldered badly.</w:t>
      </w:r>
    </w:p>
    <w:p>
      <w:r>
        <w:rPr>
          <w:rFonts w:ascii="Georgia" w:hAnsi="Georgia" w:eastAsia="Georgia"/>
          <w:sz w:val="23"/>
        </w:rPr>
        <w:t>I respected him slightly less.</w:t>
      </w:r>
    </w:p>
    <w:p>
      <w:r>
        <w:rPr>
          <w:rFonts w:ascii="Georgia" w:hAnsi="Georgia" w:eastAsia="Georgia"/>
          <w:sz w:val="23"/>
        </w:rPr>
        <w:t>“He was twenty-two,” she said. “And drunk.”</w:t>
      </w:r>
    </w:p>
    <w:p>
      <w:r>
        <w:rPr>
          <w:rFonts w:ascii="Georgia" w:hAnsi="Georgia" w:eastAsia="Georgia"/>
          <w:sz w:val="23"/>
        </w:rPr>
        <w:t>“That improves the work.”</w:t>
      </w:r>
    </w:p>
    <w:p>
      <w:r>
        <w:rPr>
          <w:rFonts w:ascii="Georgia" w:hAnsi="Georgia" w:eastAsia="Georgia"/>
          <w:sz w:val="23"/>
        </w:rPr>
        <w:t>“I thought so.”</w:t>
      </w:r>
    </w:p>
    <w:p>
      <w:r>
        <w:rPr>
          <w:rFonts w:ascii="Georgia" w:hAnsi="Georgia" w:eastAsia="Georgia"/>
          <w:sz w:val="23"/>
        </w:rPr>
        <w:t>The apartment did not look like a person had spent ninety-three years wearing a piece of her dead brother against her sternum.</w:t>
      </w:r>
    </w:p>
    <w:p>
      <w:r>
        <w:rPr>
          <w:rFonts w:ascii="Georgia" w:hAnsi="Georgia" w:eastAsia="Georgia"/>
          <w:sz w:val="23"/>
        </w:rPr>
        <w:t>That sentence was unfair to apartments.</w:t>
      </w:r>
    </w:p>
    <w:p>
      <w:r>
        <w:rPr>
          <w:rFonts w:ascii="Georgia" w:hAnsi="Georgia" w:eastAsia="Georgia"/>
          <w:sz w:val="23"/>
        </w:rPr>
        <w:t>There was no reason it should.</w:t>
      </w:r>
    </w:p>
    <w:p>
      <w:r>
        <w:rPr>
          <w:rFonts w:ascii="Georgia" w:hAnsi="Georgia" w:eastAsia="Georgia"/>
          <w:sz w:val="23"/>
        </w:rPr>
        <w:t>Two chairs at the kitchen table did not match. One wall carried three framed pieces of woven metal that I could not interpret visually and did not try. A repair drone slept in its dock beneath the window. The air smelled of cumin, hot oil, and the citrus cleaner used by the building because someone on the residents’ committee believed scent could make elevators feel expensive.</w:t>
      </w:r>
    </w:p>
    <w:p>
      <w:r>
        <w:rPr>
          <w:rFonts w:ascii="Georgia" w:hAnsi="Georgia" w:eastAsia="Georgia"/>
          <w:sz w:val="23"/>
        </w:rPr>
        <w:t>A domestic field monitor sat beside the entry panel.</w:t>
      </w:r>
    </w:p>
    <w:p>
      <w:r>
        <w:rPr>
          <w:rFonts w:ascii="Georgia" w:hAnsi="Georgia" w:eastAsia="Georgia"/>
          <w:sz w:val="23"/>
        </w:rPr>
        <w:t>That was ordinary.</w:t>
      </w:r>
    </w:p>
    <w:p>
      <w:r>
        <w:rPr>
          <w:rFonts w:ascii="Georgia" w:hAnsi="Georgia" w:eastAsia="Georgia"/>
          <w:sz w:val="23"/>
        </w:rPr>
        <w:t>It showed total registered kaethe mass in the apartment: 1.86 g.</w:t>
      </w:r>
    </w:p>
    <w:p>
      <w:r>
        <w:rPr>
          <w:rFonts w:ascii="Georgia" w:hAnsi="Georgia" w:eastAsia="Georgia"/>
          <w:sz w:val="23"/>
        </w:rPr>
        <w:t>Contact class: INTIMATE / STABLE.</w:t>
      </w:r>
    </w:p>
    <w:p>
      <w:r>
        <w:rPr>
          <w:rFonts w:ascii="Georgia" w:hAnsi="Georgia" w:eastAsia="Georgia"/>
          <w:sz w:val="23"/>
        </w:rPr>
        <w:t>Secondary registered material: NONE.</w:t>
      </w:r>
    </w:p>
    <w:p>
      <w:r>
        <w:rPr>
          <w:rFonts w:ascii="Georgia" w:hAnsi="Georgia" w:eastAsia="Georgia"/>
          <w:sz w:val="23"/>
        </w:rPr>
        <w:t>I looked at the last line longer than I needed to.</w:t>
      </w:r>
    </w:p>
    <w:p>
      <w:r>
        <w:rPr>
          <w:rFonts w:ascii="Georgia" w:hAnsi="Georgia" w:eastAsia="Georgia"/>
          <w:sz w:val="23"/>
        </w:rPr>
        <w:t>“What?” Ivena asked.</w:t>
      </w:r>
    </w:p>
    <w:p>
      <w:r>
        <w:rPr>
          <w:rFonts w:ascii="Georgia" w:hAnsi="Georgia" w:eastAsia="Georgia"/>
          <w:sz w:val="23"/>
        </w:rPr>
        <w:t>“Nothing yet.”</w:t>
      </w:r>
    </w:p>
    <w:p>
      <w:r>
        <w:rPr>
          <w:rFonts w:ascii="Georgia" w:hAnsi="Georgia" w:eastAsia="Georgia"/>
          <w:sz w:val="23"/>
        </w:rPr>
        <w:t>“Your face disagrees.”</w:t>
      </w:r>
    </w:p>
    <w:p>
      <w:r>
        <w:rPr>
          <w:rFonts w:ascii="Georgia" w:hAnsi="Georgia" w:eastAsia="Georgia"/>
          <w:sz w:val="23"/>
        </w:rPr>
        <w:t>“My face continues to exceed its jurisdiction.”</w:t>
      </w:r>
    </w:p>
    <w:p>
      <w:r>
        <w:rPr>
          <w:rFonts w:ascii="Georgia" w:hAnsi="Georgia" w:eastAsia="Georgia"/>
          <w:sz w:val="23"/>
        </w:rPr>
        <w:t>“Sit down.”</w:t>
      </w:r>
    </w:p>
    <w:p>
      <w:r>
        <w:rPr>
          <w:rFonts w:ascii="Georgia" w:hAnsi="Georgia" w:eastAsia="Georgia"/>
          <w:sz w:val="23"/>
        </w:rPr>
        <w:t>I put the food on the table instead.</w:t>
      </w:r>
    </w:p>
    <w:p>
      <w:r>
        <w:rPr>
          <w:rFonts w:ascii="Georgia" w:hAnsi="Georgia" w:eastAsia="Georgia"/>
          <w:sz w:val="23"/>
        </w:rPr>
        <w:t>She had asked me to bring dinner. I had brought enough for four people because I did not know how much one hundred eighty-seven-year-old women ate after spending a day in a diagnostic shop.</w:t>
      </w:r>
    </w:p>
    <w:p>
      <w:r>
        <w:rPr>
          <w:rFonts w:ascii="Georgia" w:hAnsi="Georgia" w:eastAsia="Georgia"/>
          <w:sz w:val="23"/>
        </w:rPr>
        <w:t>She looked into the containers.</w:t>
      </w:r>
    </w:p>
    <w:p>
      <w:r>
        <w:rPr>
          <w:rFonts w:ascii="Georgia" w:hAnsi="Georgia" w:eastAsia="Georgia"/>
          <w:sz w:val="23"/>
        </w:rPr>
        <w:t>“You think age makes me a colony.”</w:t>
      </w:r>
    </w:p>
    <w:p>
      <w:r>
        <w:rPr>
          <w:rFonts w:ascii="Georgia" w:hAnsi="Georgia" w:eastAsia="Georgia"/>
          <w:sz w:val="23"/>
        </w:rPr>
        <w:t>“I did not know what you wanted.”</w:t>
      </w:r>
    </w:p>
    <w:p>
      <w:r>
        <w:rPr>
          <w:rFonts w:ascii="Georgia" w:hAnsi="Georgia" w:eastAsia="Georgia"/>
          <w:sz w:val="23"/>
        </w:rPr>
        <w:t>“You could have asked.”</w:t>
      </w:r>
    </w:p>
    <w:p>
      <w:r>
        <w:rPr>
          <w:rFonts w:ascii="Georgia" w:hAnsi="Georgia" w:eastAsia="Georgia"/>
          <w:sz w:val="23"/>
        </w:rPr>
        <w:t>That sentence had become structurally irritating across most of my life.</w:t>
      </w:r>
    </w:p>
    <w:p>
      <w:r>
        <w:rPr>
          <w:rFonts w:ascii="Georgia" w:hAnsi="Georgia" w:eastAsia="Georgia"/>
          <w:sz w:val="23"/>
        </w:rPr>
        <w:t>I sat.</w:t>
      </w:r>
    </w:p>
    <w:p>
      <w:r>
        <w:rPr>
          <w:rFonts w:ascii="Georgia" w:hAnsi="Georgia" w:eastAsia="Georgia"/>
          <w:sz w:val="23"/>
        </w:rPr>
        <w:t>She opened the wooden box.</w:t>
      </w:r>
    </w:p>
    <w:p>
      <w:r>
        <w:rPr>
          <w:rFonts w:ascii="Georgia" w:hAnsi="Georgia" w:eastAsia="Georgia"/>
          <w:sz w:val="23"/>
        </w:rPr>
        <w:t>Paper filled it vertically in folders held by elastic straps, receipts, folded service cards, warranty inserts, handwritten notes, two medical tags, and a stack of photographs I avoided looking at until she turned them face down for me.</w:t>
      </w:r>
    </w:p>
    <w:p>
      <w:r>
        <w:rPr>
          <w:rFonts w:ascii="Georgia" w:hAnsi="Georgia" w:eastAsia="Georgia"/>
          <w:sz w:val="23"/>
        </w:rPr>
        <w:t>“You really kept everything with Deren’s name.”</w:t>
      </w:r>
    </w:p>
    <w:p>
      <w:r>
        <w:rPr>
          <w:rFonts w:ascii="Georgia" w:hAnsi="Georgia" w:eastAsia="Georgia"/>
          <w:sz w:val="23"/>
        </w:rPr>
        <w:t>“Not everything.”</w:t>
      </w:r>
    </w:p>
    <w:p>
      <w:r>
        <w:rPr>
          <w:rFonts w:ascii="Georgia" w:hAnsi="Georgia" w:eastAsia="Georgia"/>
          <w:sz w:val="23"/>
        </w:rPr>
        <w:t>“What did you throw away?”</w:t>
      </w:r>
    </w:p>
    <w:p>
      <w:r>
        <w:rPr>
          <w:rFonts w:ascii="Georgia" w:hAnsi="Georgia" w:eastAsia="Georgia"/>
          <w:sz w:val="23"/>
        </w:rPr>
        <w:t>“Bills after he stopped being on them.”</w:t>
      </w:r>
    </w:p>
    <w:p>
      <w:r>
        <w:rPr>
          <w:rFonts w:ascii="Georgia" w:hAnsi="Georgia" w:eastAsia="Georgia"/>
          <w:sz w:val="23"/>
        </w:rPr>
        <w:t>“Useful distinction.”</w:t>
      </w:r>
    </w:p>
    <w:p>
      <w:r>
        <w:rPr>
          <w:rFonts w:ascii="Georgia" w:hAnsi="Georgia" w:eastAsia="Georgia"/>
          <w:sz w:val="23"/>
        </w:rPr>
        <w:t>“It was mine.”</w:t>
      </w:r>
    </w:p>
    <w:p>
      <w:r>
        <w:rPr>
          <w:rFonts w:ascii="Georgia" w:hAnsi="Georgia" w:eastAsia="Georgia"/>
          <w:sz w:val="23"/>
        </w:rPr>
        <w:t>I opened a blank inventory file on my local device.</w:t>
      </w:r>
    </w:p>
    <w:p>
      <w:r>
        <w:rPr>
          <w:rFonts w:ascii="Georgia" w:hAnsi="Georgia" w:eastAsia="Georgia"/>
          <w:sz w:val="23"/>
        </w:rPr>
        <w:t>Ivena put one finger on the screen.</w:t>
      </w:r>
    </w:p>
    <w:p>
      <w:r>
        <w:rPr>
          <w:rFonts w:ascii="Georgia" w:hAnsi="Georgia" w:eastAsia="Georgia"/>
          <w:sz w:val="23"/>
        </w:rPr>
        <w:t>“No network.”</w:t>
      </w:r>
    </w:p>
    <w:p>
      <w:r>
        <w:rPr>
          <w:rFonts w:ascii="Georgia" w:hAnsi="Georgia" w:eastAsia="Georgia"/>
          <w:sz w:val="23"/>
        </w:rPr>
        <w:t>“It is local.”</w:t>
      </w:r>
    </w:p>
    <w:p>
      <w:r>
        <w:rPr>
          <w:rFonts w:ascii="Georgia" w:hAnsi="Georgia" w:eastAsia="Georgia"/>
          <w:sz w:val="23"/>
        </w:rPr>
        <w:t>“No sync.”</w:t>
      </w:r>
    </w:p>
    <w:p>
      <w:r>
        <w:rPr>
          <w:rFonts w:ascii="Georgia" w:hAnsi="Georgia" w:eastAsia="Georgia"/>
          <w:sz w:val="23"/>
        </w:rPr>
        <w:t>“Disabled.”</w:t>
      </w:r>
    </w:p>
    <w:p>
      <w:r>
        <w:rPr>
          <w:rFonts w:ascii="Georgia" w:hAnsi="Georgia" w:eastAsia="Georgia"/>
          <w:sz w:val="23"/>
        </w:rPr>
        <w:t>“No automatic archive matching.”</w:t>
      </w:r>
    </w:p>
    <w:p>
      <w:r>
        <w:rPr>
          <w:rFonts w:ascii="Georgia" w:hAnsi="Georgia" w:eastAsia="Georgia"/>
          <w:sz w:val="23"/>
        </w:rPr>
        <w:t>I looked at her.</w:t>
      </w:r>
    </w:p>
    <w:p>
      <w:r>
        <w:rPr>
          <w:rFonts w:ascii="Georgia" w:hAnsi="Georgia" w:eastAsia="Georgia"/>
          <w:sz w:val="23"/>
        </w:rPr>
        <w:t>“You have done this before.”</w:t>
      </w:r>
    </w:p>
    <w:p>
      <w:r>
        <w:rPr>
          <w:rFonts w:ascii="Georgia" w:hAnsi="Georgia" w:eastAsia="Georgia"/>
          <w:sz w:val="23"/>
        </w:rPr>
        <w:t>“I have had people discover my brother for a hundred years.”</w:t>
      </w:r>
    </w:p>
    <w:p>
      <w:r>
        <w:rPr>
          <w:rFonts w:ascii="Georgia" w:hAnsi="Georgia" w:eastAsia="Georgia"/>
          <w:sz w:val="23"/>
        </w:rPr>
        <w:t>I disabled archive matching.</w:t>
      </w:r>
    </w:p>
    <w:p>
      <w:r>
        <w:rPr>
          <w:rFonts w:ascii="Georgia" w:hAnsi="Georgia" w:eastAsia="Georgia"/>
          <w:sz w:val="23"/>
        </w:rPr>
        <w:t>“Better?”</w:t>
      </w:r>
    </w:p>
    <w:p>
      <w:r>
        <w:rPr>
          <w:rFonts w:ascii="Georgia" w:hAnsi="Georgia" w:eastAsia="Georgia"/>
          <w:sz w:val="23"/>
        </w:rPr>
        <w:t>“No. Acceptable.”</w:t>
      </w:r>
    </w:p>
    <w:p>
      <w:pPr>
        <w:spacing w:before="80" w:after="80"/>
        <w:jc w:val="center"/>
      </w:pPr>
      <w:r>
        <w:rPr>
          <w:rFonts w:ascii="Georgia" w:hAnsi="Georgia" w:eastAsia="Georgia"/>
          <w:sz w:val="23"/>
        </w:rPr>
        <w:t>§</w:t>
      </w:r>
    </w:p>
    <w:p>
      <w:r>
        <w:rPr>
          <w:rFonts w:ascii="Georgia" w:hAnsi="Georgia" w:eastAsia="Georgia"/>
          <w:sz w:val="23"/>
        </w:rPr>
        <w:t>The earliest paper in the box predated the setting.</w:t>
      </w:r>
    </w:p>
    <w:p>
      <w:r>
        <w:rPr>
          <w:rFonts w:ascii="Georgia" w:hAnsi="Georgia" w:eastAsia="Georgia"/>
          <w:sz w:val="23"/>
        </w:rPr>
        <w:t>Deren Sar.</w:t>
      </w:r>
    </w:p>
    <w:p>
      <w:r>
        <w:rPr>
          <w:rFonts w:ascii="Georgia" w:hAnsi="Georgia" w:eastAsia="Georgia"/>
          <w:sz w:val="23"/>
        </w:rPr>
        <w:t>Completion status disputed.</w:t>
      </w:r>
    </w:p>
    <w:p>
      <w:r>
        <w:rPr>
          <w:rFonts w:ascii="Georgia" w:hAnsi="Georgia" w:eastAsia="Georgia"/>
          <w:sz w:val="23"/>
        </w:rPr>
        <w:t>Associated material held under municipal custody.</w:t>
      </w:r>
    </w:p>
    <w:p>
      <w:r>
        <w:rPr>
          <w:rFonts w:ascii="Georgia" w:hAnsi="Georgia" w:eastAsia="Georgia"/>
          <w:sz w:val="23"/>
        </w:rPr>
        <w:t>Claimants: parents, sibling, registered partner.</w:t>
      </w:r>
    </w:p>
    <w:p>
      <w:r>
        <w:rPr>
          <w:rFonts w:ascii="Georgia" w:hAnsi="Georgia" w:eastAsia="Georgia"/>
          <w:sz w:val="23"/>
        </w:rPr>
        <w:t>Standing: unresolved.</w:t>
      </w:r>
    </w:p>
    <w:p>
      <w:r>
        <w:rPr>
          <w:rFonts w:ascii="Georgia" w:hAnsi="Georgia" w:eastAsia="Georgia"/>
          <w:sz w:val="23"/>
        </w:rPr>
        <w:t>The form had been printed on thermal stock that had faded around the edges. Ivena had copied the central lines by hand before the original became unreadable.</w:t>
      </w:r>
    </w:p>
    <w:p>
      <w:r>
        <w:rPr>
          <w:rFonts w:ascii="Georgia" w:hAnsi="Georgia" w:eastAsia="Georgia"/>
          <w:sz w:val="23"/>
        </w:rPr>
        <w:t>“You were eighty-three,” I said.</w:t>
      </w:r>
    </w:p>
    <w:p>
      <w:r>
        <w:rPr>
          <w:rFonts w:ascii="Georgia" w:hAnsi="Georgia" w:eastAsia="Georgia"/>
          <w:sz w:val="23"/>
        </w:rPr>
        <w:t>“Yes.”</w:t>
      </w:r>
    </w:p>
    <w:p>
      <w:r>
        <w:rPr>
          <w:rFonts w:ascii="Georgia" w:hAnsi="Georgia" w:eastAsia="Georgia"/>
          <w:sz w:val="23"/>
        </w:rPr>
        <w:t>“Your parents were alive.”</w:t>
      </w:r>
    </w:p>
    <w:p>
      <w:r>
        <w:rPr>
          <w:rFonts w:ascii="Georgia" w:hAnsi="Georgia" w:eastAsia="Georgia"/>
          <w:sz w:val="23"/>
        </w:rPr>
        <w:t>“Both.”</w:t>
      </w:r>
    </w:p>
    <w:p>
      <w:r>
        <w:rPr>
          <w:rFonts w:ascii="Georgia" w:hAnsi="Georgia" w:eastAsia="Georgia"/>
          <w:sz w:val="23"/>
        </w:rPr>
        <w:t>“Ages?”</w:t>
      </w:r>
    </w:p>
    <w:p>
      <w:r>
        <w:rPr>
          <w:rFonts w:ascii="Georgia" w:hAnsi="Georgia" w:eastAsia="Georgia"/>
          <w:sz w:val="23"/>
        </w:rPr>
        <w:t>“One seventy-nine and one eighty-four.”</w:t>
      </w:r>
    </w:p>
    <w:p>
      <w:r>
        <w:rPr>
          <w:rFonts w:ascii="Georgia" w:hAnsi="Georgia" w:eastAsia="Georgia"/>
          <w:sz w:val="23"/>
        </w:rPr>
        <w:t>I paused.</w:t>
      </w:r>
    </w:p>
    <w:p>
      <w:r>
        <w:rPr>
          <w:rFonts w:ascii="Georgia" w:hAnsi="Georgia" w:eastAsia="Georgia"/>
          <w:sz w:val="23"/>
        </w:rPr>
        <w:t>The numbers were ordinary now.</w:t>
      </w:r>
    </w:p>
    <w:p>
      <w:r>
        <w:rPr>
          <w:rFonts w:ascii="Georgia" w:hAnsi="Georgia" w:eastAsia="Georgia"/>
          <w:sz w:val="23"/>
        </w:rPr>
        <w:t>They had not been ordinary when I first began working with Kaethe.</w:t>
      </w:r>
    </w:p>
    <w:p>
      <w:r>
        <w:rPr>
          <w:rFonts w:ascii="Georgia" w:hAnsi="Georgia" w:eastAsia="Georgia"/>
          <w:sz w:val="23"/>
        </w:rPr>
        <w:t>Not because people had been short-lived then. Extension had already changed the shape of a human lifetime. But the techniques had become more reliable, cheaper, less invasive, and more evenly distributed over the century since. People expected maintenance now in the way earlier populations expected dentistry.</w:t>
      </w:r>
    </w:p>
    <w:p>
      <w:r>
        <w:rPr>
          <w:rFonts w:ascii="Georgia" w:hAnsi="Georgia" w:eastAsia="Georgia"/>
          <w:sz w:val="23"/>
        </w:rPr>
        <w:t>Expectation was the important part.</w:t>
      </w:r>
    </w:p>
    <w:p>
      <w:r>
        <w:rPr>
          <w:rFonts w:ascii="Georgia" w:hAnsi="Georgia" w:eastAsia="Georgia"/>
          <w:sz w:val="23"/>
        </w:rPr>
        <w:t>Deren had died at twenty-nine inside a society where twenty-nine had stopped feeling like the beginning of adulthood and started feeling like an interrupted preparation for it.</w:t>
      </w:r>
    </w:p>
    <w:p>
      <w:r>
        <w:rPr>
          <w:rFonts w:ascii="Georgia" w:hAnsi="Georgia" w:eastAsia="Georgia"/>
          <w:sz w:val="23"/>
        </w:rPr>
        <w:t>“How long did your parents live after him?”</w:t>
      </w:r>
    </w:p>
    <w:p>
      <w:r>
        <w:rPr>
          <w:rFonts w:ascii="Georgia" w:hAnsi="Georgia" w:eastAsia="Georgia"/>
          <w:sz w:val="23"/>
        </w:rPr>
        <w:t>Ivena’s hand stopped over the next folder.</w:t>
      </w:r>
    </w:p>
    <w:p>
      <w:r>
        <w:rPr>
          <w:rFonts w:ascii="Georgia" w:hAnsi="Georgia" w:eastAsia="Georgia"/>
          <w:sz w:val="23"/>
        </w:rPr>
        <w:t>“My mother, thirty-six years. My father, fifty-one.”</w:t>
      </w:r>
    </w:p>
    <w:p>
      <w:r>
        <w:rPr>
          <w:rFonts w:ascii="Georgia" w:hAnsi="Georgia" w:eastAsia="Georgia"/>
          <w:sz w:val="23"/>
        </w:rPr>
        <w:t>“So they spent longer grieving him than he lived.”</w:t>
      </w:r>
    </w:p>
    <w:p>
      <w:r>
        <w:rPr>
          <w:rFonts w:ascii="Georgia" w:hAnsi="Georgia" w:eastAsia="Georgia"/>
          <w:sz w:val="23"/>
        </w:rPr>
        <w:t>She looked at me.</w:t>
      </w:r>
    </w:p>
    <w:p>
      <w:r>
        <w:rPr>
          <w:rFonts w:ascii="Georgia" w:hAnsi="Georgia" w:eastAsia="Georgia"/>
          <w:sz w:val="23"/>
        </w:rPr>
        <w:t>“That is one way to do the arithmetic.”</w:t>
      </w:r>
    </w:p>
    <w:p>
      <w:r>
        <w:rPr>
          <w:rFonts w:ascii="Georgia" w:hAnsi="Georgia" w:eastAsia="Georgia"/>
          <w:sz w:val="23"/>
        </w:rPr>
        <w:t>“Bad way?”</w:t>
      </w:r>
    </w:p>
    <w:p>
      <w:r>
        <w:rPr>
          <w:rFonts w:ascii="Georgia" w:hAnsi="Georgia" w:eastAsia="Georgia"/>
          <w:sz w:val="23"/>
        </w:rPr>
        <w:t>“Accurate way. Not always useful.”</w:t>
      </w:r>
    </w:p>
    <w:p>
      <w:r>
        <w:rPr>
          <w:rFonts w:ascii="Georgia" w:hAnsi="Georgia" w:eastAsia="Georgia"/>
          <w:sz w:val="23"/>
        </w:rPr>
        <w:t>I put the form down.</w:t>
      </w:r>
    </w:p>
    <w:p>
      <w:r>
        <w:rPr>
          <w:rFonts w:ascii="Georgia" w:hAnsi="Georgia" w:eastAsia="Georgia"/>
          <w:sz w:val="23"/>
        </w:rPr>
        <w:t>“Why did they withdraw from custody?”</w:t>
      </w:r>
    </w:p>
    <w:p>
      <w:r>
        <w:rPr>
          <w:rFonts w:ascii="Georgia" w:hAnsi="Georgia" w:eastAsia="Georgia"/>
          <w:sz w:val="23"/>
        </w:rPr>
        <w:t>“You asked that yesterday.”</w:t>
      </w:r>
    </w:p>
    <w:p>
      <w:r>
        <w:rPr>
          <w:rFonts w:ascii="Georgia" w:hAnsi="Georgia" w:eastAsia="Georgia"/>
          <w:sz w:val="23"/>
        </w:rPr>
        <w:t>“You said they got tired.”</w:t>
      </w:r>
    </w:p>
    <w:p>
      <w:r>
        <w:rPr>
          <w:rFonts w:ascii="Georgia" w:hAnsi="Georgia" w:eastAsia="Georgia"/>
          <w:sz w:val="23"/>
        </w:rPr>
        <w:t>“They did.”</w:t>
      </w:r>
    </w:p>
    <w:p>
      <w:r>
        <w:rPr>
          <w:rFonts w:ascii="Georgia" w:hAnsi="Georgia" w:eastAsia="Georgia"/>
          <w:sz w:val="23"/>
        </w:rPr>
        <w:t>“Of the hearings?”</w:t>
      </w:r>
    </w:p>
    <w:p>
      <w:r>
        <w:rPr>
          <w:rFonts w:ascii="Georgia" w:hAnsi="Georgia" w:eastAsia="Georgia"/>
          <w:sz w:val="23"/>
        </w:rPr>
        <w:t>“Of having to prove they were still his parents.”</w:t>
      </w:r>
    </w:p>
    <w:p>
      <w:r>
        <w:rPr>
          <w:rFonts w:ascii="Georgia" w:hAnsi="Georgia" w:eastAsia="Georgia"/>
          <w:sz w:val="23"/>
        </w:rPr>
        <w:t>That was better.</w:t>
      </w:r>
    </w:p>
    <w:p>
      <w:r>
        <w:rPr>
          <w:rFonts w:ascii="Georgia" w:hAnsi="Georgia" w:eastAsia="Georgia"/>
          <w:sz w:val="23"/>
        </w:rPr>
        <w:t>Worse.</w:t>
      </w:r>
    </w:p>
    <w:p>
      <w:r>
        <w:rPr>
          <w:rFonts w:ascii="Georgia" w:hAnsi="Georgia" w:eastAsia="Georgia"/>
          <w:sz w:val="23"/>
        </w:rPr>
        <w:t>“Every renewal asked whether their claim had changed,” she continued. “Every time the material moved, somebody wanted another statement. My mother started refusing to answer questions about what Deren liked because she said the questions made him smaller. My father stopped going after the seventh appeal.”</w:t>
      </w:r>
    </w:p>
    <w:p>
      <w:r>
        <w:rPr>
          <w:rFonts w:ascii="Georgia" w:hAnsi="Georgia" w:eastAsia="Georgia"/>
          <w:sz w:val="23"/>
        </w:rPr>
        <w:t>“And you continued.”</w:t>
      </w:r>
    </w:p>
    <w:p>
      <w:r>
        <w:rPr>
          <w:rFonts w:ascii="Georgia" w:hAnsi="Georgia" w:eastAsia="Georgia"/>
          <w:sz w:val="23"/>
        </w:rPr>
        <w:t>“I was younger.”</w:t>
      </w:r>
    </w:p>
    <w:p>
      <w:r>
        <w:rPr>
          <w:rFonts w:ascii="Georgia" w:hAnsi="Georgia" w:eastAsia="Georgia"/>
          <w:sz w:val="23"/>
        </w:rPr>
        <w:t>She smiled.</w:t>
      </w:r>
    </w:p>
    <w:p>
      <w:r>
        <w:rPr>
          <w:rFonts w:ascii="Georgia" w:hAnsi="Georgia" w:eastAsia="Georgia"/>
          <w:sz w:val="23"/>
        </w:rPr>
        <w:t>“Eighty-three.”</w:t>
      </w:r>
    </w:p>
    <w:p>
      <w:r>
        <w:rPr>
          <w:rFonts w:ascii="Georgia" w:hAnsi="Georgia" w:eastAsia="Georgia"/>
          <w:sz w:val="23"/>
        </w:rPr>
        <w:t>“Exactly.”</w:t>
      </w:r>
    </w:p>
    <w:p>
      <w:r>
        <w:rPr>
          <w:rFonts w:ascii="Georgia" w:hAnsi="Georgia" w:eastAsia="Georgia"/>
          <w:sz w:val="23"/>
        </w:rPr>
        <w:t>I sorted the custody forms separately from the service records.</w:t>
      </w:r>
    </w:p>
    <w:p>
      <w:r>
        <w:rPr>
          <w:rFonts w:ascii="Georgia" w:hAnsi="Georgia" w:eastAsia="Georgia"/>
          <w:sz w:val="23"/>
        </w:rPr>
        <w:t>The first setting receipt appeared eleven years after completion.</w:t>
      </w:r>
    </w:p>
    <w:p>
      <w:r>
        <w:rPr>
          <w:rFonts w:ascii="Georgia" w:hAnsi="Georgia" w:eastAsia="Georgia"/>
          <w:sz w:val="23"/>
        </w:rPr>
        <w:t>Mass: 2.10 g.</w:t>
      </w:r>
    </w:p>
    <w:p>
      <w:r>
        <w:rPr>
          <w:rFonts w:ascii="Georgia" w:hAnsi="Georgia" w:eastAsia="Georgia"/>
          <w:sz w:val="23"/>
        </w:rPr>
        <w:t>Placement: sternum.</w:t>
      </w:r>
    </w:p>
    <w:p>
      <w:r>
        <w:rPr>
          <w:rFonts w:ascii="Georgia" w:hAnsi="Georgia" w:eastAsia="Georgia"/>
          <w:sz w:val="23"/>
        </w:rPr>
        <w:t>Carrier: IVENA SAR.</w:t>
      </w:r>
    </w:p>
    <w:p>
      <w:r>
        <w:rPr>
          <w:rFonts w:ascii="Georgia" w:hAnsi="Georgia" w:eastAsia="Georgia"/>
          <w:sz w:val="23"/>
        </w:rPr>
        <w:t>Historical association: DEREN SAR.</w:t>
      </w:r>
    </w:p>
    <w:p>
      <w:r>
        <w:rPr>
          <w:rFonts w:ascii="Georgia" w:hAnsi="Georgia" w:eastAsia="Georgia"/>
          <w:sz w:val="23"/>
        </w:rPr>
        <w:t>Authorized contact duration: twelve months pending review.</w:t>
      </w:r>
    </w:p>
    <w:p>
      <w:r>
        <w:rPr>
          <w:rFonts w:ascii="Georgia" w:hAnsi="Georgia" w:eastAsia="Georgia"/>
          <w:sz w:val="23"/>
        </w:rPr>
        <w:t>“Twelve months,” I said.</w:t>
      </w:r>
    </w:p>
    <w:p>
      <w:r>
        <w:rPr>
          <w:rFonts w:ascii="Georgia" w:hAnsi="Georgia" w:eastAsia="Georgia"/>
          <w:sz w:val="23"/>
        </w:rPr>
        <w:t>“They thought people would get bored.”</w:t>
      </w:r>
    </w:p>
    <w:p>
      <w:r>
        <w:rPr>
          <w:rFonts w:ascii="Georgia" w:hAnsi="Georgia" w:eastAsia="Georgia"/>
          <w:sz w:val="23"/>
        </w:rPr>
        <w:t>“Did anyone?”</w:t>
      </w:r>
    </w:p>
    <w:p>
      <w:r>
        <w:rPr>
          <w:rFonts w:ascii="Georgia" w:hAnsi="Georgia" w:eastAsia="Georgia"/>
          <w:sz w:val="23"/>
        </w:rPr>
        <w:t>“Some.”</w:t>
      </w:r>
    </w:p>
    <w:p>
      <w:r>
        <w:rPr>
          <w:rFonts w:ascii="Georgia" w:hAnsi="Georgia" w:eastAsia="Georgia"/>
          <w:sz w:val="23"/>
        </w:rPr>
        <w:t>“You?”</w:t>
      </w:r>
    </w:p>
    <w:p>
      <w:r>
        <w:rPr>
          <w:rFonts w:ascii="Georgia" w:hAnsi="Georgia" w:eastAsia="Georgia"/>
          <w:sz w:val="23"/>
        </w:rPr>
        <w:t>“No.”</w:t>
      </w:r>
    </w:p>
    <w:p>
      <w:r>
        <w:rPr>
          <w:rFonts w:ascii="Georgia" w:hAnsi="Georgia" w:eastAsia="Georgia"/>
          <w:sz w:val="23"/>
        </w:rPr>
        <w:t>The next authorization extended contact to five years.</w:t>
      </w:r>
    </w:p>
    <w:p>
      <w:r>
        <w:rPr>
          <w:rFonts w:ascii="Georgia" w:hAnsi="Georgia" w:eastAsia="Georgia"/>
          <w:sz w:val="23"/>
        </w:rPr>
        <w:t>Then ten.</w:t>
      </w:r>
    </w:p>
    <w:p>
      <w:r>
        <w:rPr>
          <w:rFonts w:ascii="Georgia" w:hAnsi="Georgia" w:eastAsia="Georgia"/>
          <w:sz w:val="23"/>
        </w:rPr>
        <w:t>Then indefinite subject to annual service.</w:t>
      </w:r>
    </w:p>
    <w:p>
      <w:r>
        <w:rPr>
          <w:rFonts w:ascii="Georgia" w:hAnsi="Georgia" w:eastAsia="Georgia"/>
          <w:sz w:val="23"/>
        </w:rPr>
        <w:t>Then annual became three-year.</w:t>
      </w:r>
    </w:p>
    <w:p>
      <w:r>
        <w:rPr>
          <w:rFonts w:ascii="Georgia" w:hAnsi="Georgia" w:eastAsia="Georgia"/>
          <w:sz w:val="23"/>
        </w:rPr>
        <w:t>Three became five.</w:t>
      </w:r>
    </w:p>
    <w:p>
      <w:r>
        <w:rPr>
          <w:rFonts w:ascii="Georgia" w:hAnsi="Georgia" w:eastAsia="Georgia"/>
          <w:sz w:val="23"/>
        </w:rPr>
        <w:t>Eventually the setting warranty exceeded the interval at which anyone expected a human body to need replacement work around it.</w:t>
      </w:r>
    </w:p>
    <w:p>
      <w:r>
        <w:rPr>
          <w:rFonts w:ascii="Georgia" w:hAnsi="Georgia" w:eastAsia="Georgia"/>
          <w:sz w:val="23"/>
        </w:rPr>
        <w:t>The bureaucracy had not decided intimacy was safe.</w:t>
      </w:r>
    </w:p>
    <w:p>
      <w:r>
        <w:rPr>
          <w:rFonts w:ascii="Georgia" w:hAnsi="Georgia" w:eastAsia="Georgia"/>
          <w:sz w:val="23"/>
        </w:rPr>
        <w:t>It had become tired of asking the same question after nothing dramatic happened.</w:t>
      </w:r>
    </w:p>
    <w:p>
      <w:r>
        <w:rPr>
          <w:rFonts w:ascii="Georgia" w:hAnsi="Georgia" w:eastAsia="Georgia"/>
          <w:sz w:val="23"/>
        </w:rPr>
        <w:t>That was not the same thing.</w:t>
      </w:r>
    </w:p>
    <w:p>
      <w:pPr>
        <w:spacing w:before="80" w:after="80"/>
        <w:jc w:val="center"/>
      </w:pPr>
      <w:r>
        <w:rPr>
          <w:rFonts w:ascii="Georgia" w:hAnsi="Georgia" w:eastAsia="Georgia"/>
          <w:sz w:val="23"/>
        </w:rPr>
        <w:t>§</w:t>
      </w:r>
    </w:p>
    <w:p>
      <w:r>
        <w:rPr>
          <w:rFonts w:ascii="Georgia" w:hAnsi="Georgia" w:eastAsia="Georgia"/>
          <w:sz w:val="23"/>
        </w:rPr>
        <w:t>We ate between folders.</w:t>
      </w:r>
    </w:p>
    <w:p>
      <w:r>
        <w:rPr>
          <w:rFonts w:ascii="Georgia" w:hAnsi="Georgia" w:eastAsia="Georgia"/>
          <w:sz w:val="23"/>
        </w:rPr>
        <w:t>Ivena used her left hand for the fork.</w:t>
      </w:r>
    </w:p>
    <w:p>
      <w:r>
        <w:rPr>
          <w:rFonts w:ascii="Georgia" w:hAnsi="Georgia" w:eastAsia="Georgia"/>
          <w:sz w:val="23"/>
        </w:rPr>
        <w:t>Her right opened containers, moved the spice jar, and caught a lid before it rolled off the table.</w:t>
      </w:r>
    </w:p>
    <w:p>
      <w:r>
        <w:rPr>
          <w:rFonts w:ascii="Georgia" w:hAnsi="Georgia" w:eastAsia="Georgia"/>
          <w:sz w:val="23"/>
        </w:rPr>
        <w:t>I noticed every time.</w:t>
      </w:r>
    </w:p>
    <w:p>
      <w:r>
        <w:rPr>
          <w:rFonts w:ascii="Georgia" w:hAnsi="Georgia" w:eastAsia="Georgia"/>
          <w:sz w:val="23"/>
        </w:rPr>
        <w:t>She noticed me noticing.</w:t>
      </w:r>
    </w:p>
    <w:p>
      <w:r>
        <w:rPr>
          <w:rFonts w:ascii="Georgia" w:hAnsi="Georgia" w:eastAsia="Georgia"/>
          <w:sz w:val="23"/>
        </w:rPr>
        <w:t>“Do not make me perform dinner.”</w:t>
      </w:r>
    </w:p>
    <w:p>
      <w:r>
        <w:rPr>
          <w:rFonts w:ascii="Georgia" w:hAnsi="Georgia" w:eastAsia="Georgia"/>
          <w:sz w:val="23"/>
        </w:rPr>
        <w:t>“I am not.”</w:t>
      </w:r>
    </w:p>
    <w:p>
      <w:r>
        <w:rPr>
          <w:rFonts w:ascii="Georgia" w:hAnsi="Georgia" w:eastAsia="Georgia"/>
          <w:sz w:val="23"/>
        </w:rPr>
        <w:t>“You are counting my hands.”</w:t>
      </w:r>
    </w:p>
    <w:p>
      <w:r>
        <w:rPr>
          <w:rFonts w:ascii="Georgia" w:hAnsi="Georgia" w:eastAsia="Georgia"/>
          <w:sz w:val="23"/>
        </w:rPr>
        <w:t>“I count most things.”</w:t>
      </w:r>
    </w:p>
    <w:p>
      <w:r>
        <w:rPr>
          <w:rFonts w:ascii="Georgia" w:hAnsi="Georgia" w:eastAsia="Georgia"/>
          <w:sz w:val="23"/>
        </w:rPr>
        <w:t>“Count bites instead.”</w:t>
      </w:r>
    </w:p>
    <w:p>
      <w:r>
        <w:rPr>
          <w:rFonts w:ascii="Georgia" w:hAnsi="Georgia" w:eastAsia="Georgia"/>
          <w:sz w:val="23"/>
        </w:rPr>
        <w:t>I tried.</w:t>
      </w:r>
    </w:p>
    <w:p>
      <w:r>
        <w:rPr>
          <w:rFonts w:ascii="Georgia" w:hAnsi="Georgia" w:eastAsia="Georgia"/>
          <w:sz w:val="23"/>
        </w:rPr>
        <w:t>It was less interesting.</w:t>
      </w:r>
    </w:p>
    <w:p>
      <w:r>
        <w:rPr>
          <w:rFonts w:ascii="Georgia" w:hAnsi="Georgia" w:eastAsia="Georgia"/>
          <w:sz w:val="23"/>
        </w:rPr>
        <w:t>The service records changed language over time.</w:t>
      </w:r>
    </w:p>
    <w:p>
      <w:r>
        <w:rPr>
          <w:rFonts w:ascii="Georgia" w:hAnsi="Georgia" w:eastAsia="Georgia"/>
          <w:sz w:val="23"/>
        </w:rPr>
        <w:t>YEAR 14:</w:t>
        <w:br/>
        <w:t>CONTACT TOLERATED.</w:t>
        <w:br/>
        <w:t>NO ADVERSE RESPONSE.</w:t>
      </w:r>
    </w:p>
    <w:p>
      <w:r>
        <w:rPr>
          <w:rFonts w:ascii="Georgia" w:hAnsi="Georgia" w:eastAsia="Georgia"/>
          <w:sz w:val="23"/>
        </w:rPr>
        <w:t>YEAR 19:</w:t>
        <w:br/>
        <w:t>LONG-DURATION PERSONAL CARRY.</w:t>
        <w:br/>
        <w:t>LOCAL FIELD STABLE.</w:t>
      </w:r>
    </w:p>
    <w:p>
      <w:r>
        <w:rPr>
          <w:rFonts w:ascii="Georgia" w:hAnsi="Georgia" w:eastAsia="Georgia"/>
          <w:sz w:val="23"/>
        </w:rPr>
        <w:t>YEAR 31:</w:t>
        <w:br/>
        <w:t>SUBJECT REPORTS RIGHT HAND “FEELS STEADIER” WHEN SETTING FIELD IS FULLY ENGAGED.</w:t>
        <w:br/>
        <w:t>NO FUNCTIONAL DEFICIT UNDER SERVICE REDUCTION.</w:t>
        <w:br/>
        <w:t>NO FOLLOW-UP REQUIRED.</w:t>
      </w:r>
    </w:p>
    <w:p>
      <w:r>
        <w:rPr>
          <w:rFonts w:ascii="Georgia" w:hAnsi="Georgia" w:eastAsia="Georgia"/>
          <w:sz w:val="23"/>
        </w:rPr>
        <w:t>The year-thirty-one service receipt.</w:t>
      </w:r>
    </w:p>
    <w:p>
      <w:r>
        <w:rPr>
          <w:rFonts w:ascii="Georgia" w:hAnsi="Georgia" w:eastAsia="Georgia"/>
          <w:sz w:val="23"/>
        </w:rPr>
        <w:t>I put it in the center of the table.</w:t>
      </w:r>
    </w:p>
    <w:p>
      <w:r>
        <w:rPr>
          <w:rFonts w:ascii="Georgia" w:hAnsi="Georgia" w:eastAsia="Georgia"/>
          <w:sz w:val="23"/>
        </w:rPr>
        <w:t>“Do you remember this visit?”</w:t>
      </w:r>
    </w:p>
    <w:p>
      <w:r>
        <w:rPr>
          <w:rFonts w:ascii="Georgia" w:hAnsi="Georgia" w:eastAsia="Georgia"/>
          <w:sz w:val="23"/>
        </w:rPr>
        <w:t>“No.”</w:t>
      </w:r>
    </w:p>
    <w:p>
      <w:r>
        <w:rPr>
          <w:rFonts w:ascii="Georgia" w:hAnsi="Georgia" w:eastAsia="Georgia"/>
          <w:sz w:val="23"/>
        </w:rPr>
        <w:t>“You remembered the toy keys.”</w:t>
      </w:r>
    </w:p>
    <w:p>
      <w:r>
        <w:rPr>
          <w:rFonts w:ascii="Georgia" w:hAnsi="Georgia" w:eastAsia="Georgia"/>
          <w:sz w:val="23"/>
        </w:rPr>
        <w:t>“I remembered everybody having them. Not mine.”</w:t>
      </w:r>
    </w:p>
    <w:p>
      <w:r>
        <w:rPr>
          <w:rFonts w:ascii="Georgia" w:hAnsi="Georgia" w:eastAsia="Georgia"/>
          <w:sz w:val="23"/>
        </w:rPr>
        <w:t>“Did your right hand feel steadier then?”</w:t>
      </w:r>
    </w:p>
    <w:p>
      <w:r>
        <w:rPr>
          <w:rFonts w:ascii="Georgia" w:hAnsi="Georgia" w:eastAsia="Georgia"/>
          <w:sz w:val="23"/>
        </w:rPr>
        <w:t>“Apparently.”</w:t>
      </w:r>
    </w:p>
    <w:p>
      <w:r>
        <w:rPr>
          <w:rFonts w:ascii="Georgia" w:hAnsi="Georgia" w:eastAsia="Georgia"/>
          <w:sz w:val="23"/>
        </w:rPr>
        <w:t>“You wrote nothing about it yourself?”</w:t>
      </w:r>
    </w:p>
    <w:p>
      <w:r>
        <w:rPr>
          <w:rFonts w:ascii="Georgia" w:hAnsi="Georgia" w:eastAsia="Georgia"/>
          <w:sz w:val="23"/>
        </w:rPr>
        <w:t>“Why would I?”</w:t>
      </w:r>
    </w:p>
    <w:p>
      <w:r>
        <w:rPr>
          <w:rFonts w:ascii="Georgia" w:hAnsi="Georgia" w:eastAsia="Georgia"/>
          <w:sz w:val="23"/>
        </w:rPr>
        <w:t>“It was unusual.”</w:t>
      </w:r>
    </w:p>
    <w:p>
      <w:r>
        <w:rPr>
          <w:rFonts w:ascii="Georgia" w:hAnsi="Georgia" w:eastAsia="Georgia"/>
          <w:sz w:val="23"/>
        </w:rPr>
        <w:t>“At one hundred fourteen I had one liver replacement, a shoulder rebuild, two vascular revisions, and an eye that took six months to stop putting the floor at an angle. A hand feeling a little steadier was not a historical event.”</w:t>
      </w:r>
    </w:p>
    <w:p>
      <w:r>
        <w:rPr>
          <w:rFonts w:ascii="Georgia" w:hAnsi="Georgia" w:eastAsia="Georgia"/>
          <w:sz w:val="23"/>
        </w:rPr>
        <w:t>Long lives did not make people forget more.</w:t>
      </w:r>
    </w:p>
    <w:p>
      <w:r>
        <w:rPr>
          <w:rFonts w:ascii="Georgia" w:hAnsi="Georgia" w:eastAsia="Georgia"/>
          <w:sz w:val="23"/>
        </w:rPr>
        <w:t>They accumulated more things that had once been important enough to notice and later became too small to keep near the top.</w:t>
      </w:r>
    </w:p>
    <w:p>
      <w:r>
        <w:rPr>
          <w:rFonts w:ascii="Georgia" w:hAnsi="Georgia" w:eastAsia="Georgia"/>
          <w:sz w:val="23"/>
        </w:rPr>
        <w:t>My own retention was exceptional when I attended.</w:t>
      </w:r>
    </w:p>
    <w:p>
      <w:r>
        <w:rPr>
          <w:rFonts w:ascii="Georgia" w:hAnsi="Georgia" w:eastAsia="Georgia"/>
          <w:sz w:val="23"/>
        </w:rPr>
        <w:t>Attention remained finite.</w:t>
      </w:r>
    </w:p>
    <w:p>
      <w:r>
        <w:rPr>
          <w:rFonts w:ascii="Georgia" w:hAnsi="Georgia" w:eastAsia="Georgia"/>
          <w:sz w:val="23"/>
        </w:rPr>
        <w:t>A century supplied more candidates than any mind could promote.</w:t>
      </w:r>
    </w:p>
    <w:p>
      <w:r>
        <w:rPr>
          <w:rFonts w:ascii="Georgia" w:hAnsi="Georgia" w:eastAsia="Georgia"/>
          <w:sz w:val="23"/>
        </w:rPr>
        <w:t>YEAR 38:</w:t>
        <w:br/>
        <w:t>CONTACT INTERFACE REPLACED.</w:t>
        <w:br/>
        <w:t>MASS LOSS: 22 MG.</w:t>
        <w:br/>
        <w:t>CARRIER REPORTS TRANSIENT RIGHT-FOREARM PRESSURE DURING RELEASE.</w:t>
        <w:br/>
        <w:t>RESOLVED AT RE-ENGAGEMENT.</w:t>
        <w:br/>
        <w:t>NO MOTOR DEFICIT.</w:t>
      </w:r>
    </w:p>
    <w:p>
      <w:r>
        <w:rPr>
          <w:rFonts w:ascii="Georgia" w:hAnsi="Georgia" w:eastAsia="Georgia"/>
          <w:sz w:val="23"/>
        </w:rPr>
        <w:t>I stopped eating.</w:t>
      </w:r>
    </w:p>
    <w:p>
      <w:r>
        <w:rPr>
          <w:rFonts w:ascii="Georgia" w:hAnsi="Georgia" w:eastAsia="Georgia"/>
          <w:sz w:val="23"/>
        </w:rPr>
        <w:t>“This one.”</w:t>
      </w:r>
    </w:p>
    <w:p>
      <w:r>
        <w:rPr>
          <w:rFonts w:ascii="Georgia" w:hAnsi="Georgia" w:eastAsia="Georgia"/>
          <w:sz w:val="23"/>
        </w:rPr>
        <w:t>Ivena leaned over.</w:t>
      </w:r>
    </w:p>
    <w:p>
      <w:r>
        <w:rPr>
          <w:rFonts w:ascii="Georgia" w:hAnsi="Georgia" w:eastAsia="Georgia"/>
          <w:sz w:val="23"/>
        </w:rPr>
        <w:t>“I remember that shop. Bad chairs.”</w:t>
      </w:r>
    </w:p>
    <w:p>
      <w:r>
        <w:rPr>
          <w:rFonts w:ascii="Georgia" w:hAnsi="Georgia" w:eastAsia="Georgia"/>
          <w:sz w:val="23"/>
        </w:rPr>
        <w:t>“The pressure.”</w:t>
      </w:r>
    </w:p>
    <w:p>
      <w:r>
        <w:rPr>
          <w:rFonts w:ascii="Georgia" w:hAnsi="Georgia" w:eastAsia="Georgia"/>
          <w:sz w:val="23"/>
        </w:rPr>
        <w:t>“No.”</w:t>
      </w:r>
    </w:p>
    <w:p>
      <w:r>
        <w:rPr>
          <w:rFonts w:ascii="Georgia" w:hAnsi="Georgia" w:eastAsia="Georgia"/>
          <w:sz w:val="23"/>
        </w:rPr>
        <w:t>“Twenty-two milligrams were lost.”</w:t>
      </w:r>
    </w:p>
    <w:p>
      <w:r>
        <w:rPr>
          <w:rFonts w:ascii="Georgia" w:hAnsi="Georgia" w:eastAsia="Georgia"/>
          <w:sz w:val="23"/>
        </w:rPr>
        <w:t>“They shaved the old liner because the fragment had bonded to it.”</w:t>
      </w:r>
    </w:p>
    <w:p>
      <w:r>
        <w:rPr>
          <w:rFonts w:ascii="Georgia" w:hAnsi="Georgia" w:eastAsia="Georgia"/>
          <w:sz w:val="23"/>
        </w:rPr>
        <w:t>“Bonded?”</w:t>
      </w:r>
    </w:p>
    <w:p>
      <w:r>
        <w:rPr>
          <w:rFonts w:ascii="Georgia" w:hAnsi="Georgia" w:eastAsia="Georgia"/>
          <w:sz w:val="23"/>
        </w:rPr>
        <w:t>“Their word.”</w:t>
      </w:r>
    </w:p>
    <w:p>
      <w:r>
        <w:rPr>
          <w:rFonts w:ascii="Georgia" w:hAnsi="Georgia" w:eastAsia="Georgia"/>
          <w:sz w:val="23"/>
        </w:rPr>
        <w:t>I read the next page.</w:t>
      </w:r>
    </w:p>
    <w:p>
      <w:r>
        <w:rPr>
          <w:rFonts w:ascii="Georgia" w:hAnsi="Georgia" w:eastAsia="Georgia"/>
          <w:sz w:val="23"/>
        </w:rPr>
        <w:t>The technician had sampled the removed liner and classified the retained particulate as nonresponsive kaethe residue below reportable field threshold.</w:t>
      </w:r>
    </w:p>
    <w:p>
      <w:r>
        <w:rPr>
          <w:rFonts w:ascii="Georgia" w:hAnsi="Georgia" w:eastAsia="Georgia"/>
          <w:sz w:val="23"/>
        </w:rPr>
        <w:t>Destroyed during service.</w:t>
      </w:r>
    </w:p>
    <w:p>
      <w:r>
        <w:rPr>
          <w:rFonts w:ascii="Georgia" w:hAnsi="Georgia" w:eastAsia="Georgia"/>
          <w:sz w:val="23"/>
        </w:rPr>
        <w:t>Old standard.</w:t>
      </w:r>
    </w:p>
    <w:p>
      <w:r>
        <w:rPr>
          <w:rFonts w:ascii="Georgia" w:hAnsi="Georgia" w:eastAsia="Georgia"/>
          <w:sz w:val="23"/>
        </w:rPr>
        <w:t>Three generations of procedure away from what Miren would permit now.</w:t>
      </w:r>
    </w:p>
    <w:p>
      <w:r>
        <w:rPr>
          <w:rFonts w:ascii="Georgia" w:hAnsi="Georgia" w:eastAsia="Georgia"/>
          <w:sz w:val="23"/>
        </w:rPr>
        <w:t>“Did the pressure return after that?”</w:t>
      </w:r>
    </w:p>
    <w:p>
      <w:r>
        <w:rPr>
          <w:rFonts w:ascii="Georgia" w:hAnsi="Georgia" w:eastAsia="Georgia"/>
          <w:sz w:val="23"/>
        </w:rPr>
        <w:t>“Not that I remember.”</w:t>
      </w:r>
    </w:p>
    <w:p>
      <w:r>
        <w:rPr>
          <w:rFonts w:ascii="Georgia" w:hAnsi="Georgia" w:eastAsia="Georgia"/>
          <w:sz w:val="23"/>
        </w:rPr>
        <w:t>“Your right hand?”</w:t>
      </w:r>
    </w:p>
    <w:p>
      <w:r>
        <w:rPr>
          <w:rFonts w:ascii="Georgia" w:hAnsi="Georgia" w:eastAsia="Georgia"/>
          <w:sz w:val="23"/>
        </w:rPr>
        <w:t>“Still attached.”</w:t>
      </w:r>
    </w:p>
    <w:p>
      <w:r>
        <w:rPr>
          <w:rFonts w:ascii="Georgia" w:hAnsi="Georgia" w:eastAsia="Georgia"/>
          <w:sz w:val="23"/>
        </w:rPr>
        <w:t>“That was not the question.”</w:t>
      </w:r>
    </w:p>
    <w:p>
      <w:r>
        <w:rPr>
          <w:rFonts w:ascii="Georgia" w:hAnsi="Georgia" w:eastAsia="Georgia"/>
          <w:sz w:val="23"/>
        </w:rPr>
        <w:t>“Then ask the paper.”</w:t>
      </w:r>
    </w:p>
    <w:p>
      <w:r>
        <w:rPr>
          <w:rFonts w:ascii="Georgia" w:hAnsi="Georgia" w:eastAsia="Georgia"/>
          <w:sz w:val="23"/>
        </w:rPr>
        <w:t>I did.</w:t>
      </w:r>
    </w:p>
    <w:p>
      <w:r>
        <w:rPr>
          <w:rFonts w:ascii="Georgia" w:hAnsi="Georgia" w:eastAsia="Georgia"/>
          <w:sz w:val="23"/>
        </w:rPr>
        <w:t>YEAR 42:</w:t>
        <w:br/>
        <w:t>NO REPORTED HAND EFFECT.</w:t>
      </w:r>
    </w:p>
    <w:p>
      <w:r>
        <w:rPr>
          <w:rFonts w:ascii="Georgia" w:hAnsi="Georgia" w:eastAsia="Georgia"/>
          <w:sz w:val="23"/>
        </w:rPr>
        <w:t>YEAR 47:</w:t>
        <w:br/>
        <w:t>RIGHT-HAND BLIND POSITIONING IMPROVED FROM PRIOR SERVICE BASELINE.</w:t>
        <w:br/>
        <w:t>ATTRIBUTED TO REHABILITATION FOLLOWING LEFT-WRIST REPAIR.</w:t>
      </w:r>
    </w:p>
    <w:p>
      <w:r>
        <w:rPr>
          <w:rFonts w:ascii="Georgia" w:hAnsi="Georgia" w:eastAsia="Georgia"/>
          <w:sz w:val="23"/>
        </w:rPr>
        <w:t>I looked at her left wrist.</w:t>
      </w:r>
    </w:p>
    <w:p>
      <w:r>
        <w:rPr>
          <w:rFonts w:ascii="Georgia" w:hAnsi="Georgia" w:eastAsia="Georgia"/>
          <w:sz w:val="23"/>
        </w:rPr>
        <w:t>There was no visible scar.</w:t>
      </w:r>
    </w:p>
    <w:p>
      <w:r>
        <w:rPr>
          <w:rFonts w:ascii="Georgia" w:hAnsi="Georgia" w:eastAsia="Georgia"/>
          <w:sz w:val="23"/>
        </w:rPr>
        <w:t>“What repair?”</w:t>
      </w:r>
    </w:p>
    <w:p>
      <w:r>
        <w:rPr>
          <w:rFonts w:ascii="Georgia" w:hAnsi="Georgia" w:eastAsia="Georgia"/>
          <w:sz w:val="23"/>
        </w:rPr>
        <w:t>“Tendon scaffold.”</w:t>
      </w:r>
    </w:p>
    <w:p>
      <w:r>
        <w:rPr>
          <w:rFonts w:ascii="Georgia" w:hAnsi="Georgia" w:eastAsia="Georgia"/>
          <w:sz w:val="23"/>
        </w:rPr>
        <w:t>“Which year?”</w:t>
      </w:r>
    </w:p>
    <w:p>
      <w:r>
        <w:rPr>
          <w:rFonts w:ascii="Georgia" w:hAnsi="Georgia" w:eastAsia="Georgia"/>
          <w:sz w:val="23"/>
        </w:rPr>
        <w:t>“Forty-five of contact.”</w:t>
      </w:r>
    </w:p>
    <w:p>
      <w:r>
        <w:rPr>
          <w:rFonts w:ascii="Georgia" w:hAnsi="Georgia" w:eastAsia="Georgia"/>
          <w:sz w:val="23"/>
        </w:rPr>
        <w:t>“How long was your left hand restricted?”</w:t>
      </w:r>
    </w:p>
    <w:p>
      <w:r>
        <w:rPr>
          <w:rFonts w:ascii="Georgia" w:hAnsi="Georgia" w:eastAsia="Georgia"/>
          <w:sz w:val="23"/>
        </w:rPr>
        <w:t>“Eight months, maybe nine.”</w:t>
      </w:r>
    </w:p>
    <w:p>
      <w:r>
        <w:rPr>
          <w:rFonts w:ascii="Georgia" w:hAnsi="Georgia" w:eastAsia="Georgia"/>
          <w:sz w:val="23"/>
        </w:rPr>
        <w:t>There was an ordinary explanation.</w:t>
      </w:r>
    </w:p>
    <w:p>
      <w:r>
        <w:rPr>
          <w:rFonts w:ascii="Georgia" w:hAnsi="Georgia" w:eastAsia="Georgia"/>
          <w:sz w:val="23"/>
        </w:rPr>
        <w:t>I felt relief and distrusted it immediately.</w:t>
      </w:r>
    </w:p>
    <w:p>
      <w:r>
        <w:rPr>
          <w:rFonts w:ascii="Georgia" w:hAnsi="Georgia" w:eastAsia="Georgia"/>
          <w:sz w:val="23"/>
        </w:rPr>
        <w:t>“You used the right hand more.”</w:t>
      </w:r>
    </w:p>
    <w:p>
      <w:r>
        <w:rPr>
          <w:rFonts w:ascii="Georgia" w:hAnsi="Georgia" w:eastAsia="Georgia"/>
          <w:sz w:val="23"/>
        </w:rPr>
        <w:t>“Obviously.”</w:t>
      </w:r>
    </w:p>
    <w:p>
      <w:r>
        <w:rPr>
          <w:rFonts w:ascii="Georgia" w:hAnsi="Georgia" w:eastAsia="Georgia"/>
          <w:sz w:val="23"/>
        </w:rPr>
        <w:t>“That could explain the motor shift.”</w:t>
      </w:r>
    </w:p>
    <w:p>
      <w:r>
        <w:rPr>
          <w:rFonts w:ascii="Georgia" w:hAnsi="Georgia" w:eastAsia="Georgia"/>
          <w:sz w:val="23"/>
        </w:rPr>
        <w:t>“Some of it.”</w:t>
      </w:r>
    </w:p>
    <w:p>
      <w:r>
        <w:rPr>
          <w:rFonts w:ascii="Georgia" w:hAnsi="Georgia" w:eastAsia="Georgia"/>
          <w:sz w:val="23"/>
        </w:rPr>
        <w:t>“Possibly all.”</w:t>
      </w:r>
    </w:p>
    <w:p>
      <w:r>
        <w:rPr>
          <w:rFonts w:ascii="Georgia" w:hAnsi="Georgia" w:eastAsia="Georgia"/>
          <w:sz w:val="23"/>
        </w:rPr>
        <w:t>“Then your one-percent test made me worse at a skill I learned because my other wrist hurt.”</w:t>
      </w:r>
    </w:p>
    <w:p>
      <w:r>
        <w:rPr>
          <w:rFonts w:ascii="Georgia" w:hAnsi="Georgia" w:eastAsia="Georgia"/>
          <w:sz w:val="23"/>
        </w:rPr>
        <w:t>I looked at her.</w:t>
      </w:r>
    </w:p>
    <w:p>
      <w:r>
        <w:rPr>
          <w:rFonts w:ascii="Georgia" w:hAnsi="Georgia" w:eastAsia="Georgia"/>
          <w:sz w:val="23"/>
        </w:rPr>
        <w:t>“You are enjoying this.”</w:t>
      </w:r>
    </w:p>
    <w:p>
      <w:r>
        <w:rPr>
          <w:rFonts w:ascii="Georgia" w:hAnsi="Georgia" w:eastAsia="Georgia"/>
          <w:sz w:val="23"/>
        </w:rPr>
        <w:t>“I enjoy watching certainty starve.”</w:t>
      </w:r>
    </w:p>
    <w:p>
      <w:r>
        <w:rPr>
          <w:rFonts w:ascii="Georgia" w:hAnsi="Georgia" w:eastAsia="Georgia"/>
          <w:sz w:val="23"/>
        </w:rPr>
        <w:t>Kael would have liked her.</w:t>
      </w:r>
    </w:p>
    <w:p>
      <w:r>
        <w:rPr>
          <w:rFonts w:ascii="Georgia" w:hAnsi="Georgia" w:eastAsia="Georgia"/>
          <w:sz w:val="23"/>
        </w:rPr>
        <w:t>I did not say that.</w:t>
      </w:r>
    </w:p>
    <w:p>
      <w:r>
        <w:rPr>
          <w:rFonts w:ascii="Georgia" w:hAnsi="Georgia" w:eastAsia="Georgia"/>
          <w:sz w:val="23"/>
        </w:rPr>
        <w:t>The service record after the wrist repair showed right-hand advantage increasing for eleven years, then stabilizing.</w:t>
      </w:r>
    </w:p>
    <w:p>
      <w:r>
        <w:rPr>
          <w:rFonts w:ascii="Georgia" w:hAnsi="Georgia" w:eastAsia="Georgia"/>
          <w:sz w:val="23"/>
        </w:rPr>
        <w:t>Useful.</w:t>
      </w:r>
    </w:p>
    <w:p>
      <w:r>
        <w:rPr>
          <w:rFonts w:ascii="Georgia" w:hAnsi="Georgia" w:eastAsia="Georgia"/>
          <w:sz w:val="23"/>
        </w:rPr>
        <w:t>Still compatible with training.</w:t>
      </w:r>
    </w:p>
    <w:p>
      <w:r>
        <w:rPr>
          <w:rFonts w:ascii="Georgia" w:hAnsi="Georgia" w:eastAsia="Georgia"/>
          <w:sz w:val="23"/>
        </w:rPr>
        <w:t>The field sensitivity remained the stranger part.</w:t>
      </w:r>
    </w:p>
    <w:p>
      <w:r>
        <w:rPr>
          <w:rFonts w:ascii="Georgia" w:hAnsi="Georgia" w:eastAsia="Georgia"/>
          <w:sz w:val="23"/>
        </w:rPr>
        <w:t>Then I reached YEAR 54.</w:t>
      </w:r>
    </w:p>
    <w:p>
      <w:r>
        <w:rPr>
          <w:rFonts w:ascii="Georgia" w:hAnsi="Georgia" w:eastAsia="Georgia"/>
          <w:sz w:val="23"/>
        </w:rPr>
        <w:t>The paper was a different color.</w:t>
      </w:r>
    </w:p>
    <w:p>
      <w:r>
        <w:rPr>
          <w:rFonts w:ascii="Georgia" w:hAnsi="Georgia" w:eastAsia="Georgia"/>
          <w:sz w:val="23"/>
        </w:rPr>
        <w:t>Domestic service.</w:t>
      </w:r>
    </w:p>
    <w:p>
      <w:r>
        <w:rPr>
          <w:rFonts w:ascii="Georgia" w:hAnsi="Georgia" w:eastAsia="Georgia"/>
          <w:sz w:val="23"/>
        </w:rPr>
        <w:t>Not clinic.</w:t>
      </w:r>
    </w:p>
    <w:p>
      <w:r>
        <w:rPr>
          <w:rFonts w:ascii="Georgia" w:hAnsi="Georgia" w:eastAsia="Georgia"/>
          <w:sz w:val="23"/>
        </w:rPr>
        <w:t>I read the header twice.</w:t>
      </w:r>
    </w:p>
    <w:p>
      <w:r>
        <w:rPr>
          <w:rFonts w:ascii="Georgia" w:hAnsi="Georgia" w:eastAsia="Georgia"/>
          <w:sz w:val="23"/>
        </w:rPr>
        <w:t>HOUSEHOLD MULTI-SETTING VISIT.</w:t>
      </w:r>
    </w:p>
    <w:p>
      <w:r>
        <w:rPr>
          <w:rFonts w:ascii="Georgia" w:hAnsi="Georgia" w:eastAsia="Georgia"/>
          <w:sz w:val="23"/>
        </w:rPr>
        <w:t>“You had another setting here.”</w:t>
      </w:r>
    </w:p>
    <w:p>
      <w:r>
        <w:rPr>
          <w:rFonts w:ascii="Georgia" w:hAnsi="Georgia" w:eastAsia="Georgia"/>
          <w:sz w:val="23"/>
        </w:rPr>
        <w:t>Ivena kept eating.</w:t>
      </w:r>
    </w:p>
    <w:p>
      <w:r>
        <w:rPr>
          <w:rFonts w:ascii="Georgia" w:hAnsi="Georgia" w:eastAsia="Georgia"/>
          <w:sz w:val="23"/>
        </w:rPr>
        <w:t>“Not mine.”</w:t>
      </w:r>
    </w:p>
    <w:p>
      <w:r>
        <w:rPr>
          <w:rFonts w:ascii="Georgia" w:hAnsi="Georgia" w:eastAsia="Georgia"/>
          <w:sz w:val="23"/>
        </w:rPr>
        <w:t>“Whose?”</w:t>
      </w:r>
    </w:p>
    <w:p>
      <w:r>
        <w:rPr>
          <w:rFonts w:ascii="Georgia" w:hAnsi="Georgia" w:eastAsia="Georgia"/>
          <w:sz w:val="23"/>
        </w:rPr>
        <w:t>“Sera’s.”</w:t>
      </w:r>
    </w:p>
    <w:p>
      <w:r>
        <w:rPr>
          <w:rFonts w:ascii="Georgia" w:hAnsi="Georgia" w:eastAsia="Georgia"/>
          <w:sz w:val="23"/>
        </w:rPr>
        <w:t>“Who is Sera?”</w:t>
      </w:r>
    </w:p>
    <w:p>
      <w:r>
        <w:rPr>
          <w:rFonts w:ascii="Georgia" w:hAnsi="Georgia" w:eastAsia="Georgia"/>
          <w:sz w:val="23"/>
        </w:rPr>
        <w:t>She put the fork down.</w:t>
      </w:r>
    </w:p>
    <w:p>
      <w:r>
        <w:rPr>
          <w:rFonts w:ascii="Georgia" w:hAnsi="Georgia" w:eastAsia="Georgia"/>
          <w:sz w:val="23"/>
        </w:rPr>
        <w:t>“My former wife.”</w:t>
      </w:r>
    </w:p>
    <w:p>
      <w:r>
        <w:rPr>
          <w:rFonts w:ascii="Georgia" w:hAnsi="Georgia" w:eastAsia="Georgia"/>
          <w:sz w:val="23"/>
        </w:rPr>
        <w:t>I waited.</w:t>
      </w:r>
    </w:p>
    <w:p>
      <w:r>
        <w:rPr>
          <w:rFonts w:ascii="Georgia" w:hAnsi="Georgia" w:eastAsia="Georgia"/>
          <w:sz w:val="23"/>
        </w:rPr>
        <w:t>She waited too.</w:t>
      </w:r>
    </w:p>
    <w:p>
      <w:r>
        <w:rPr>
          <w:rFonts w:ascii="Georgia" w:hAnsi="Georgia" w:eastAsia="Georgia"/>
          <w:sz w:val="23"/>
        </w:rPr>
        <w:t>“You did not mention a former wife with a kaethe setting.”</w:t>
      </w:r>
    </w:p>
    <w:p>
      <w:r>
        <w:rPr>
          <w:rFonts w:ascii="Georgia" w:hAnsi="Georgia" w:eastAsia="Georgia"/>
          <w:sz w:val="23"/>
        </w:rPr>
        <w:t>“You did not ask whether I had ever married someone with one.”</w:t>
      </w:r>
    </w:p>
    <w:p>
      <w:r>
        <w:rPr>
          <w:rFonts w:ascii="Georgia" w:hAnsi="Georgia" w:eastAsia="Georgia"/>
          <w:sz w:val="23"/>
        </w:rPr>
        <w:t>I heard Lian across a century.</w:t>
      </w:r>
    </w:p>
    <w:p>
      <w:r>
        <w:rPr>
          <w:rFonts w:ascii="Georgia" w:hAnsi="Georgia" w:eastAsia="Georgia"/>
          <w:sz w:val="23"/>
        </w:rPr>
        <w:t>You did not ask the right question before.</w:t>
      </w:r>
    </w:p>
    <w:p>
      <w:r>
        <w:rPr>
          <w:rFonts w:ascii="Georgia" w:hAnsi="Georgia" w:eastAsia="Georgia"/>
          <w:sz w:val="23"/>
        </w:rPr>
        <w:t>That sentence should have died from overuse.</w:t>
      </w:r>
    </w:p>
    <w:p>
      <w:r>
        <w:rPr>
          <w:rFonts w:ascii="Georgia" w:hAnsi="Georgia" w:eastAsia="Georgia"/>
          <w:sz w:val="23"/>
        </w:rPr>
        <w:t>Instead civilization kept generating new places to deserve it.</w:t>
      </w:r>
    </w:p>
    <w:p>
      <w:pPr>
        <w:spacing w:before="80" w:after="80"/>
        <w:jc w:val="center"/>
      </w:pPr>
      <w:r>
        <w:rPr>
          <w:rFonts w:ascii="Georgia" w:hAnsi="Georgia" w:eastAsia="Georgia"/>
          <w:sz w:val="23"/>
        </w:rPr>
        <w:t>§</w:t>
      </w:r>
    </w:p>
    <w:p>
      <w:r>
        <w:rPr>
          <w:rFonts w:ascii="Georgia" w:hAnsi="Georgia" w:eastAsia="Georgia"/>
          <w:sz w:val="23"/>
        </w:rPr>
        <w:t>Sera Noll entered the archive as a service code.</w:t>
      </w:r>
    </w:p>
    <w:p>
      <w:r>
        <w:rPr>
          <w:rFonts w:ascii="Georgia" w:hAnsi="Georgia" w:eastAsia="Georgia"/>
          <w:sz w:val="23"/>
        </w:rPr>
        <w:t>SECONDARY DOMESTIC CONTACT: REGISTERED.</w:t>
      </w:r>
    </w:p>
    <w:p>
      <w:r>
        <w:rPr>
          <w:rFonts w:ascii="Georgia" w:hAnsi="Georgia" w:eastAsia="Georgia"/>
          <w:sz w:val="23"/>
        </w:rPr>
        <w:t>Mass: 0.74 g.</w:t>
      </w:r>
    </w:p>
    <w:p>
      <w:r>
        <w:rPr>
          <w:rFonts w:ascii="Georgia" w:hAnsi="Georgia" w:eastAsia="Georgia"/>
          <w:sz w:val="23"/>
        </w:rPr>
        <w:t>Placement: left clavicle.</w:t>
      </w:r>
    </w:p>
    <w:p>
      <w:r>
        <w:rPr>
          <w:rFonts w:ascii="Georgia" w:hAnsi="Georgia" w:eastAsia="Georgia"/>
          <w:sz w:val="23"/>
        </w:rPr>
        <w:t>Historical association: LIO NOLL.</w:t>
      </w:r>
    </w:p>
    <w:p>
      <w:r>
        <w:rPr>
          <w:rFonts w:ascii="Georgia" w:hAnsi="Georgia" w:eastAsia="Georgia"/>
          <w:sz w:val="23"/>
        </w:rPr>
        <w:t>I looked at Ivena.</w:t>
      </w:r>
    </w:p>
    <w:p>
      <w:r>
        <w:rPr>
          <w:rFonts w:ascii="Georgia" w:hAnsi="Georgia" w:eastAsia="Georgia"/>
          <w:sz w:val="23"/>
        </w:rPr>
        <w:t>“Who was Lio?”</w:t>
      </w:r>
    </w:p>
    <w:p>
      <w:r>
        <w:rPr>
          <w:rFonts w:ascii="Georgia" w:hAnsi="Georgia" w:eastAsia="Georgia"/>
          <w:sz w:val="23"/>
        </w:rPr>
        <w:t>“Her daughter.”</w:t>
      </w:r>
    </w:p>
    <w:p>
      <w:r>
        <w:rPr>
          <w:rFonts w:ascii="Georgia" w:hAnsi="Georgia" w:eastAsia="Georgia"/>
          <w:sz w:val="23"/>
        </w:rPr>
        <w:t>“Age at completion?”</w:t>
      </w:r>
    </w:p>
    <w:p>
      <w:r>
        <w:rPr>
          <w:rFonts w:ascii="Georgia" w:hAnsi="Georgia" w:eastAsia="Georgia"/>
          <w:sz w:val="23"/>
        </w:rPr>
        <w:t>“Forty-one.”</w:t>
      </w:r>
    </w:p>
    <w:p>
      <w:r>
        <w:rPr>
          <w:rFonts w:ascii="Georgia" w:hAnsi="Georgia" w:eastAsia="Georgia"/>
          <w:sz w:val="23"/>
        </w:rPr>
        <w:t>The second young death entered the apartment without anyone moving.</w:t>
      </w:r>
    </w:p>
    <w:p>
      <w:r>
        <w:rPr>
          <w:rFonts w:ascii="Georgia" w:hAnsi="Georgia" w:eastAsia="Georgia"/>
          <w:sz w:val="23"/>
        </w:rPr>
        <w:t>“When?”</w:t>
      </w:r>
    </w:p>
    <w:p>
      <w:r>
        <w:rPr>
          <w:rFonts w:ascii="Georgia" w:hAnsi="Georgia" w:eastAsia="Georgia"/>
          <w:sz w:val="23"/>
        </w:rPr>
        <w:t>“Twenty-six years before Sera and I met.”</w:t>
      </w:r>
    </w:p>
    <w:p>
      <w:r>
        <w:rPr>
          <w:rFonts w:ascii="Georgia" w:hAnsi="Georgia" w:eastAsia="Georgia"/>
          <w:sz w:val="23"/>
        </w:rPr>
        <w:t>“Cause?”</w:t>
      </w:r>
    </w:p>
    <w:p>
      <w:r>
        <w:rPr>
          <w:rFonts w:ascii="Georgia" w:hAnsi="Georgia" w:eastAsia="Georgia"/>
          <w:sz w:val="23"/>
        </w:rPr>
        <w:t>“Ferry pressure failure outside Mallin Reach.”</w:t>
      </w:r>
    </w:p>
    <w:p>
      <w:r>
        <w:rPr>
          <w:rFonts w:ascii="Georgia" w:hAnsi="Georgia" w:eastAsia="Georgia"/>
          <w:sz w:val="23"/>
        </w:rPr>
        <w:t>“Kaethe involved in the failure?”</w:t>
      </w:r>
    </w:p>
    <w:p>
      <w:r>
        <w:rPr>
          <w:rFonts w:ascii="Georgia" w:hAnsi="Georgia" w:eastAsia="Georgia"/>
          <w:sz w:val="23"/>
        </w:rPr>
        <w:t>“No. Kaethe was in the rescue system.”</w:t>
      </w:r>
    </w:p>
    <w:p>
      <w:r>
        <w:rPr>
          <w:rFonts w:ascii="Georgia" w:hAnsi="Georgia" w:eastAsia="Georgia"/>
          <w:sz w:val="23"/>
        </w:rPr>
        <w:t>Of course.</w:t>
      </w:r>
    </w:p>
    <w:p>
      <w:r>
        <w:rPr>
          <w:rFonts w:ascii="Georgia" w:hAnsi="Georgia" w:eastAsia="Georgia"/>
          <w:sz w:val="23"/>
        </w:rPr>
        <w:t>The phenomenon no longer needed to cause the accident to become part of what followed it.</w:t>
      </w:r>
    </w:p>
    <w:p>
      <w:r>
        <w:rPr>
          <w:rFonts w:ascii="Georgia" w:hAnsi="Georgia" w:eastAsia="Georgia"/>
          <w:sz w:val="23"/>
        </w:rPr>
        <w:t>“How long did Sera wear the setting before you lived together?”</w:t>
      </w:r>
    </w:p>
    <w:p>
      <w:r>
        <w:rPr>
          <w:rFonts w:ascii="Georgia" w:hAnsi="Georgia" w:eastAsia="Georgia"/>
          <w:sz w:val="23"/>
        </w:rPr>
        <w:t>“About eighteen years.”</w:t>
      </w:r>
    </w:p>
    <w:p>
      <w:r>
        <w:rPr>
          <w:rFonts w:ascii="Georgia" w:hAnsi="Georgia" w:eastAsia="Georgia"/>
          <w:sz w:val="23"/>
        </w:rPr>
        <w:t>“How long did you live together?”</w:t>
      </w:r>
    </w:p>
    <w:p>
      <w:r>
        <w:rPr>
          <w:rFonts w:ascii="Georgia" w:hAnsi="Georgia" w:eastAsia="Georgia"/>
          <w:sz w:val="23"/>
        </w:rPr>
        <w:t>Ivena looked toward the wall as though the number had been placed there.</w:t>
      </w:r>
    </w:p>
    <w:p>
      <w:r>
        <w:rPr>
          <w:rFonts w:ascii="Georgia" w:hAnsi="Georgia" w:eastAsia="Georgia"/>
          <w:sz w:val="23"/>
        </w:rPr>
        <w:t>“Fifty-six.”</w:t>
      </w:r>
    </w:p>
    <w:p>
      <w:r>
        <w:rPr>
          <w:rFonts w:ascii="Georgia" w:hAnsi="Georgia" w:eastAsia="Georgia"/>
          <w:sz w:val="23"/>
        </w:rPr>
        <w:t>“Married?”</w:t>
      </w:r>
    </w:p>
    <w:p>
      <w:r>
        <w:rPr>
          <w:rFonts w:ascii="Georgia" w:hAnsi="Georgia" w:eastAsia="Georgia"/>
          <w:sz w:val="23"/>
        </w:rPr>
        <w:t>“Forty-nine.”</w:t>
      </w:r>
    </w:p>
    <w:p>
      <w:r>
        <w:rPr>
          <w:rFonts w:ascii="Georgia" w:hAnsi="Georgia" w:eastAsia="Georgia"/>
          <w:sz w:val="23"/>
        </w:rPr>
        <w:t>“And both settings were present?”</w:t>
      </w:r>
    </w:p>
    <w:p>
      <w:r>
        <w:rPr>
          <w:rFonts w:ascii="Georgia" w:hAnsi="Georgia" w:eastAsia="Georgia"/>
          <w:sz w:val="23"/>
        </w:rPr>
        <w:t>“Most of the time.”</w:t>
      </w:r>
    </w:p>
    <w:p>
      <w:r>
        <w:rPr>
          <w:rFonts w:ascii="Georgia" w:hAnsi="Georgia" w:eastAsia="Georgia"/>
          <w:sz w:val="23"/>
        </w:rPr>
        <w:t>I looked at the domestic monitor beside the entry panel.</w:t>
      </w:r>
    </w:p>
    <w:p>
      <w:r>
        <w:rPr>
          <w:rFonts w:ascii="Georgia" w:hAnsi="Georgia" w:eastAsia="Georgia"/>
          <w:sz w:val="23"/>
        </w:rPr>
        <w:t>Secondary registered material: NONE.</w:t>
      </w:r>
    </w:p>
    <w:p>
      <w:r>
        <w:rPr>
          <w:rFonts w:ascii="Georgia" w:hAnsi="Georgia" w:eastAsia="Georgia"/>
          <w:sz w:val="23"/>
        </w:rPr>
        <w:t>Today.</w:t>
      </w:r>
    </w:p>
    <w:p>
      <w:r>
        <w:rPr>
          <w:rFonts w:ascii="Georgia" w:hAnsi="Georgia" w:eastAsia="Georgia"/>
          <w:sz w:val="23"/>
        </w:rPr>
        <w:t>Not history.</w:t>
      </w:r>
    </w:p>
    <w:p>
      <w:r>
        <w:rPr>
          <w:rFonts w:ascii="Georgia" w:hAnsi="Georgia" w:eastAsia="Georgia"/>
          <w:sz w:val="23"/>
        </w:rPr>
        <w:t>The formal setting record had preserved Deren.</w:t>
      </w:r>
    </w:p>
    <w:p>
      <w:r>
        <w:rPr>
          <w:rFonts w:ascii="Georgia" w:hAnsi="Georgia" w:eastAsia="Georgia"/>
          <w:sz w:val="23"/>
        </w:rPr>
        <w:t>It had preserved Ivena.</w:t>
      </w:r>
    </w:p>
    <w:p>
      <w:r>
        <w:rPr>
          <w:rFonts w:ascii="Georgia" w:hAnsi="Georgia" w:eastAsia="Georgia"/>
          <w:sz w:val="23"/>
        </w:rPr>
        <w:t>It had not preserved fifty-six years of another kaethe fragment spending nights, meals, illnesses, arguments, maintenance outages, travel returns, and ordinary domestic proximity in the same rooms.</w:t>
      </w:r>
    </w:p>
    <w:p>
      <w:r>
        <w:rPr>
          <w:rFonts w:ascii="Georgia" w:hAnsi="Georgia" w:eastAsia="Georgia"/>
          <w:sz w:val="23"/>
        </w:rPr>
        <w:t>“How close did you sleep?”</w:t>
      </w:r>
    </w:p>
    <w:p>
      <w:r>
        <w:rPr>
          <w:rFonts w:ascii="Georgia" w:hAnsi="Georgia" w:eastAsia="Georgia"/>
          <w:sz w:val="23"/>
        </w:rPr>
        <w:t>Ivena laughed.</w:t>
      </w:r>
    </w:p>
    <w:p>
      <w:r>
        <w:rPr>
          <w:rFonts w:ascii="Georgia" w:hAnsi="Georgia" w:eastAsia="Georgia"/>
          <w:sz w:val="23"/>
        </w:rPr>
        <w:t>“You are asking the wrong person.”</w:t>
      </w:r>
    </w:p>
    <w:p>
      <w:r>
        <w:rPr>
          <w:rFonts w:ascii="Georgia" w:hAnsi="Georgia" w:eastAsia="Georgia"/>
          <w:sz w:val="23"/>
        </w:rPr>
        <w:t>“Estimate.”</w:t>
      </w:r>
    </w:p>
    <w:p>
      <w:r>
        <w:rPr>
          <w:rFonts w:ascii="Georgia" w:hAnsi="Georgia" w:eastAsia="Georgia"/>
          <w:sz w:val="23"/>
        </w:rPr>
        <w:t>“The settings?”</w:t>
      </w:r>
    </w:p>
    <w:p>
      <w:r>
        <w:rPr>
          <w:rFonts w:ascii="Georgia" w:hAnsi="Georgia" w:eastAsia="Georgia"/>
          <w:sz w:val="23"/>
        </w:rPr>
        <w:t>“Yes.”</w:t>
      </w:r>
    </w:p>
    <w:p>
      <w:r>
        <w:rPr>
          <w:rFonts w:ascii="Georgia" w:hAnsi="Georgia" w:eastAsia="Georgia"/>
          <w:sz w:val="23"/>
        </w:rPr>
        <w:t>“Depending on which side we slept, twenty centimeters to a meter.”</w:t>
      </w:r>
    </w:p>
    <w:p>
      <w:r>
        <w:rPr>
          <w:rFonts w:ascii="Georgia" w:hAnsi="Georgia" w:eastAsia="Georgia"/>
          <w:sz w:val="23"/>
        </w:rPr>
        <w:t>I stopped.</w:t>
      </w:r>
    </w:p>
    <w:p>
      <w:r>
        <w:rPr>
          <w:rFonts w:ascii="Georgia" w:hAnsi="Georgia" w:eastAsia="Georgia"/>
          <w:sz w:val="23"/>
        </w:rPr>
        <w:t>“For fifty-six years.”</w:t>
      </w:r>
    </w:p>
    <w:p>
      <w:r>
        <w:rPr>
          <w:rFonts w:ascii="Georgia" w:hAnsi="Georgia" w:eastAsia="Georgia"/>
          <w:sz w:val="23"/>
        </w:rPr>
        <w:t>“People move in bed.”</w:t>
      </w:r>
    </w:p>
    <w:p>
      <w:r>
        <w:rPr>
          <w:rFonts w:ascii="Georgia" w:hAnsi="Georgia" w:eastAsia="Georgia"/>
          <w:sz w:val="23"/>
        </w:rPr>
        <w:t>“That was not reassurance.”</w:t>
      </w:r>
    </w:p>
    <w:p>
      <w:r>
        <w:rPr>
          <w:rFonts w:ascii="Georgia" w:hAnsi="Georgia" w:eastAsia="Georgia"/>
          <w:sz w:val="23"/>
        </w:rPr>
        <w:t>“It was not intended as reassurance.”</w:t>
      </w:r>
    </w:p>
    <w:p>
      <w:r>
        <w:rPr>
          <w:rFonts w:ascii="Georgia" w:hAnsi="Georgia" w:eastAsia="Georgia"/>
          <w:sz w:val="23"/>
        </w:rPr>
        <w:t>The YEAR 54 service receipt continued.</w:t>
      </w:r>
    </w:p>
    <w:p>
      <w:r>
        <w:rPr>
          <w:rFonts w:ascii="Georgia" w:hAnsi="Georgia" w:eastAsia="Georgia"/>
          <w:sz w:val="23"/>
        </w:rPr>
        <w:t>Reason for visit:</w:t>
        <w:br/>
        <w:t>INTERMITTENT SHARED FIELD ALERT DURING BUILDING POWER CONDITIONING.</w:t>
      </w:r>
    </w:p>
    <w:p>
      <w:r>
        <w:rPr>
          <w:rFonts w:ascii="Georgia" w:hAnsi="Georgia" w:eastAsia="Georgia"/>
          <w:sz w:val="23"/>
        </w:rPr>
        <w:t>I read faster.</w:t>
      </w:r>
    </w:p>
    <w:p>
      <w:r>
        <w:rPr>
          <w:rFonts w:ascii="Georgia" w:hAnsi="Georgia" w:eastAsia="Georgia"/>
          <w:sz w:val="23"/>
        </w:rPr>
        <w:t>Both settings had passed individual diagnostics.</w:t>
      </w:r>
    </w:p>
    <w:p>
      <w:r>
        <w:rPr>
          <w:rFonts w:ascii="Georgia" w:hAnsi="Georgia" w:eastAsia="Georgia"/>
          <w:sz w:val="23"/>
        </w:rPr>
        <w:t>The building’s new power conditioner had reduced ambient electrical noise overnight.</w:t>
      </w:r>
    </w:p>
    <w:p>
      <w:r>
        <w:rPr>
          <w:rFonts w:ascii="Georgia" w:hAnsi="Georgia" w:eastAsia="Georgia"/>
          <w:sz w:val="23"/>
        </w:rPr>
        <w:t>At 0214, the apartment monitor detected low-amplitude synchronization between the two contact fields.</w:t>
      </w:r>
    </w:p>
    <w:p>
      <w:r>
        <w:rPr>
          <w:rFonts w:ascii="Georgia" w:hAnsi="Georgia" w:eastAsia="Georgia"/>
          <w:sz w:val="23"/>
        </w:rPr>
        <w:t>Not completion.</w:t>
      </w:r>
    </w:p>
    <w:p>
      <w:r>
        <w:rPr>
          <w:rFonts w:ascii="Georgia" w:hAnsi="Georgia" w:eastAsia="Georgia"/>
          <w:sz w:val="23"/>
        </w:rPr>
        <w:t>Not increased reach.</w:t>
      </w:r>
    </w:p>
    <w:p>
      <w:r>
        <w:rPr>
          <w:rFonts w:ascii="Georgia" w:hAnsi="Georgia" w:eastAsia="Georgia"/>
          <w:sz w:val="23"/>
        </w:rPr>
        <w:t>No reported sensory displacement.</w:t>
      </w:r>
    </w:p>
    <w:p>
      <w:r>
        <w:rPr>
          <w:rFonts w:ascii="Georgia" w:hAnsi="Georgia" w:eastAsia="Georgia"/>
          <w:sz w:val="23"/>
        </w:rPr>
        <w:t>The domestic technician had separated the carriers into different rooms.</w:t>
      </w:r>
    </w:p>
    <w:p>
      <w:r>
        <w:rPr>
          <w:rFonts w:ascii="Georgia" w:hAnsi="Georgia" w:eastAsia="Georgia"/>
          <w:sz w:val="23"/>
        </w:rPr>
        <w:t>The synchronization weakened.</w:t>
      </w:r>
    </w:p>
    <w:p>
      <w:r>
        <w:rPr>
          <w:rFonts w:ascii="Georgia" w:hAnsi="Georgia" w:eastAsia="Georgia"/>
          <w:sz w:val="23"/>
        </w:rPr>
        <w:t>Then stopped.</w:t>
      </w:r>
    </w:p>
    <w:p>
      <w:r>
        <w:rPr>
          <w:rFonts w:ascii="Georgia" w:hAnsi="Georgia" w:eastAsia="Georgia"/>
          <w:sz w:val="23"/>
        </w:rPr>
        <w:t>The recommendation:</w:t>
        <w:br/>
        <w:t>MAINTAIN MINIMUM SLEEP SEPARATION 1.5 M UNTIL FOLLOW-UP.</w:t>
      </w:r>
    </w:p>
    <w:p>
      <w:r>
        <w:rPr>
          <w:rFonts w:ascii="Georgia" w:hAnsi="Georgia" w:eastAsia="Georgia"/>
          <w:sz w:val="23"/>
        </w:rPr>
        <w:t>I looked up.</w:t>
      </w:r>
    </w:p>
    <w:p>
      <w:r>
        <w:rPr>
          <w:rFonts w:ascii="Georgia" w:hAnsi="Georgia" w:eastAsia="Georgia"/>
          <w:sz w:val="23"/>
        </w:rPr>
        <w:t>“Did you?”</w:t>
      </w:r>
    </w:p>
    <w:p>
      <w:r>
        <w:rPr>
          <w:rFonts w:ascii="Georgia" w:hAnsi="Georgia" w:eastAsia="Georgia"/>
          <w:sz w:val="23"/>
        </w:rPr>
        <w:t>“For three nights.”</w:t>
      </w:r>
    </w:p>
    <w:p>
      <w:r>
        <w:rPr>
          <w:rFonts w:ascii="Georgia" w:hAnsi="Georgia" w:eastAsia="Georgia"/>
          <w:sz w:val="23"/>
        </w:rPr>
        <w:t>“Three.”</w:t>
      </w:r>
    </w:p>
    <w:p>
      <w:r>
        <w:rPr>
          <w:rFonts w:ascii="Georgia" w:hAnsi="Georgia" w:eastAsia="Georgia"/>
          <w:sz w:val="23"/>
        </w:rPr>
        <w:t>“It was inconvenient.”</w:t>
      </w:r>
    </w:p>
    <w:p>
      <w:r>
        <w:rPr>
          <w:rFonts w:ascii="Georgia" w:hAnsi="Georgia" w:eastAsia="Georgia"/>
          <w:sz w:val="23"/>
        </w:rPr>
        <w:t>“So is completion.”</w:t>
      </w:r>
    </w:p>
    <w:p>
      <w:r>
        <w:rPr>
          <w:rFonts w:ascii="Georgia" w:hAnsi="Georgia" w:eastAsia="Georgia"/>
          <w:sz w:val="23"/>
        </w:rPr>
        <w:t>“We were not completing.”</w:t>
      </w:r>
    </w:p>
    <w:p>
      <w:r>
        <w:rPr>
          <w:rFonts w:ascii="Georgia" w:hAnsi="Georgia" w:eastAsia="Georgia"/>
          <w:sz w:val="23"/>
        </w:rPr>
        <w:t>“You did not know that.”</w:t>
      </w:r>
    </w:p>
    <w:p>
      <w:r>
        <w:rPr>
          <w:rFonts w:ascii="Georgia" w:hAnsi="Georgia" w:eastAsia="Georgia"/>
          <w:sz w:val="23"/>
        </w:rPr>
        <w:t>“Neither did the technician.”</w:t>
      </w:r>
    </w:p>
    <w:p>
      <w:r>
        <w:rPr>
          <w:rFonts w:ascii="Georgia" w:hAnsi="Georgia" w:eastAsia="Georgia"/>
          <w:sz w:val="23"/>
        </w:rPr>
        <w:t>I read the follow-up.</w:t>
      </w:r>
    </w:p>
    <w:p>
      <w:r>
        <w:rPr>
          <w:rFonts w:ascii="Georgia" w:hAnsi="Georgia" w:eastAsia="Georgia"/>
          <w:sz w:val="23"/>
        </w:rPr>
        <w:t>Five days later.</w:t>
      </w:r>
    </w:p>
    <w:p>
      <w:r>
        <w:rPr>
          <w:rFonts w:ascii="Georgia" w:hAnsi="Georgia" w:eastAsia="Georgia"/>
          <w:sz w:val="23"/>
        </w:rPr>
        <w:t>Different ambient noise profile.</w:t>
      </w:r>
    </w:p>
    <w:p>
      <w:r>
        <w:rPr>
          <w:rFonts w:ascii="Georgia" w:hAnsi="Georgia" w:eastAsia="Georgia"/>
          <w:sz w:val="23"/>
        </w:rPr>
        <w:t>No synchronization observed at thirty centimeters.</w:t>
      </w:r>
    </w:p>
    <w:p>
      <w:r>
        <w:rPr>
          <w:rFonts w:ascii="Georgia" w:hAnsi="Georgia" w:eastAsia="Georgia"/>
          <w:sz w:val="23"/>
        </w:rPr>
        <w:t>Restriction removed.</w:t>
      </w:r>
    </w:p>
    <w:p>
      <w:r>
        <w:rPr>
          <w:rFonts w:ascii="Georgia" w:hAnsi="Georgia" w:eastAsia="Georgia"/>
          <w:sz w:val="23"/>
        </w:rPr>
        <w:t>No further action.</w:t>
      </w:r>
    </w:p>
    <w:p>
      <w:r>
        <w:rPr>
          <w:rFonts w:ascii="Georgia" w:hAnsi="Georgia" w:eastAsia="Georgia"/>
          <w:sz w:val="23"/>
        </w:rPr>
        <w:t>Locally correct.</w:t>
      </w:r>
    </w:p>
    <w:p>
      <w:r>
        <w:rPr>
          <w:rFonts w:ascii="Georgia" w:hAnsi="Georgia" w:eastAsia="Georgia"/>
          <w:sz w:val="23"/>
        </w:rPr>
        <w:t>I hated how often history remained competent.</w:t>
      </w:r>
    </w:p>
    <w:p>
      <w:r>
        <w:rPr>
          <w:rFonts w:ascii="Georgia" w:hAnsi="Georgia" w:eastAsia="Georgia"/>
          <w:sz w:val="23"/>
        </w:rPr>
        <w:t>“Did anyone link the setting records?”</w:t>
      </w:r>
    </w:p>
    <w:p>
      <w:r>
        <w:rPr>
          <w:rFonts w:ascii="Georgia" w:hAnsi="Georgia" w:eastAsia="Georgia"/>
          <w:sz w:val="23"/>
        </w:rPr>
        <w:t>“For the visit.”</w:t>
      </w:r>
    </w:p>
    <w:p>
      <w:r>
        <w:rPr>
          <w:rFonts w:ascii="Georgia" w:hAnsi="Georgia" w:eastAsia="Georgia"/>
          <w:sz w:val="23"/>
        </w:rPr>
        <w:t>“After?”</w:t>
      </w:r>
    </w:p>
    <w:p>
      <w:r>
        <w:rPr>
          <w:rFonts w:ascii="Georgia" w:hAnsi="Georgia" w:eastAsia="Georgia"/>
          <w:sz w:val="23"/>
        </w:rPr>
        <w:t>“Why would they?”</w:t>
      </w:r>
    </w:p>
    <w:p>
      <w:r>
        <w:rPr>
          <w:rFonts w:ascii="Georgia" w:hAnsi="Georgia" w:eastAsia="Georgia"/>
          <w:sz w:val="23"/>
        </w:rPr>
        <w:t>Fifty-six years later I was sitting at her kitchen table looking at a current-carrier response stronger than the historical association.</w:t>
      </w:r>
    </w:p>
    <w:p>
      <w:r>
        <w:rPr>
          <w:rFonts w:ascii="Georgia" w:hAnsi="Georgia" w:eastAsia="Georgia"/>
          <w:sz w:val="23"/>
        </w:rPr>
        <w:t>Nobody then had possessed that reason.</w:t>
      </w:r>
    </w:p>
    <w:p>
      <w:r>
        <w:rPr>
          <w:rFonts w:ascii="Georgia" w:hAnsi="Georgia" w:eastAsia="Georgia"/>
          <w:sz w:val="23"/>
        </w:rPr>
        <w:t>I kept reading.</w:t>
      </w:r>
    </w:p>
    <w:p>
      <w:r>
        <w:rPr>
          <w:rFonts w:ascii="Georgia" w:hAnsi="Georgia" w:eastAsia="Georgia"/>
          <w:sz w:val="23"/>
        </w:rPr>
        <w:t>YEAR 55:</w:t>
        <w:br/>
        <w:t>INDIVIDUAL SERVICE.</w:t>
        <w:br/>
        <w:t>NO SECONDARY SETTING PRESENT.</w:t>
      </w:r>
    </w:p>
    <w:p>
      <w:r>
        <w:rPr>
          <w:rFonts w:ascii="Georgia" w:hAnsi="Georgia" w:eastAsia="Georgia"/>
          <w:sz w:val="23"/>
        </w:rPr>
        <w:t>YEAR 61:</w:t>
        <w:br/>
        <w:t>INDIVIDUAL SERVICE.</w:t>
        <w:br/>
        <w:t>SECONDARY DOMESTIC SETTING PRESENT / OUTSIDE SERVICE ZONE.</w:t>
      </w:r>
    </w:p>
    <w:p>
      <w:r>
        <w:rPr>
          <w:rFonts w:ascii="Georgia" w:hAnsi="Georgia" w:eastAsia="Georgia"/>
          <w:sz w:val="23"/>
        </w:rPr>
        <w:t>YEAR 63:</w:t>
        <w:br/>
        <w:t>SETTING FIELD UPDATED TO ADAPTIVE NOISE COMPENSATION.</w:t>
      </w:r>
    </w:p>
    <w:p>
      <w:r>
        <w:rPr>
          <w:rFonts w:ascii="Georgia" w:hAnsi="Georgia" w:eastAsia="Georgia"/>
          <w:sz w:val="23"/>
        </w:rPr>
        <w:t>YEAR 64:</w:t>
        <w:br/>
        <w:t>CARRIER REPORTS TEMPORARY RIGHT-HAND “LIGHTNESS” AFTER OVERNIGHT POWER FAILURE.</w:t>
        <w:br/>
        <w:t>SECONDARY DOMESTIC SETTING ON INDEPENDENT RESERVE.</w:t>
        <w:br/>
        <w:t>NO DEFICIT ON EXAM.</w:t>
      </w:r>
    </w:p>
    <w:p>
      <w:r>
        <w:rPr>
          <w:rFonts w:ascii="Georgia" w:hAnsi="Georgia" w:eastAsia="Georgia"/>
          <w:sz w:val="23"/>
        </w:rPr>
        <w:t>I put the paper down.</w:t>
      </w:r>
    </w:p>
    <w:p>
      <w:r>
        <w:rPr>
          <w:rFonts w:ascii="Georgia" w:hAnsi="Georgia" w:eastAsia="Georgia"/>
          <w:sz w:val="23"/>
        </w:rPr>
        <w:t>“Do you remember the outage?”</w:t>
      </w:r>
    </w:p>
    <w:p>
      <w:r>
        <w:rPr>
          <w:rFonts w:ascii="Georgia" w:hAnsi="Georgia" w:eastAsia="Georgia"/>
          <w:sz w:val="23"/>
        </w:rPr>
        <w:t>“Yes. We lost refrigeration. Sera was furious because she had made soup for twelve people.”</w:t>
      </w:r>
    </w:p>
    <w:p>
      <w:r>
        <w:rPr>
          <w:rFonts w:ascii="Georgia" w:hAnsi="Georgia" w:eastAsia="Georgia"/>
          <w:sz w:val="23"/>
        </w:rPr>
        <w:t>“Your hand.”</w:t>
      </w:r>
    </w:p>
    <w:p>
      <w:r>
        <w:rPr>
          <w:rFonts w:ascii="Georgia" w:hAnsi="Georgia" w:eastAsia="Georgia"/>
          <w:sz w:val="23"/>
        </w:rPr>
        <w:t>“No.”</w:t>
      </w:r>
    </w:p>
    <w:p>
      <w:r>
        <w:rPr>
          <w:rFonts w:ascii="Georgia" w:hAnsi="Georgia" w:eastAsia="Georgia"/>
          <w:sz w:val="23"/>
        </w:rPr>
        <w:t>“Of course not.”</w:t>
      </w:r>
    </w:p>
    <w:p>
      <w:r>
        <w:rPr>
          <w:rFonts w:ascii="Georgia" w:hAnsi="Georgia" w:eastAsia="Georgia"/>
          <w:sz w:val="23"/>
        </w:rPr>
        <w:t>“I remember the soup.”</w:t>
      </w:r>
    </w:p>
    <w:p>
      <w:r>
        <w:rPr>
          <w:rFonts w:ascii="Georgia" w:hAnsi="Georgia" w:eastAsia="Georgia"/>
          <w:sz w:val="23"/>
        </w:rPr>
        <w:t>That was not failure.</w:t>
      </w:r>
    </w:p>
    <w:p>
      <w:r>
        <w:rPr>
          <w:rFonts w:ascii="Georgia" w:hAnsi="Georgia" w:eastAsia="Georgia"/>
          <w:sz w:val="23"/>
        </w:rPr>
        <w:t>That was a life having priorities.</w:t>
      </w:r>
    </w:p>
    <w:p>
      <w:pPr>
        <w:spacing w:before="80" w:after="80"/>
        <w:jc w:val="center"/>
      </w:pPr>
      <w:r>
        <w:rPr>
          <w:rFonts w:ascii="Georgia" w:hAnsi="Georgia" w:eastAsia="Georgia"/>
          <w:sz w:val="23"/>
        </w:rPr>
        <w:t>§</w:t>
      </w:r>
    </w:p>
    <w:p>
      <w:r>
        <w:rPr>
          <w:rFonts w:ascii="Georgia" w:hAnsi="Georgia" w:eastAsia="Georgia"/>
          <w:sz w:val="23"/>
        </w:rPr>
        <w:t>I called Miren.</w:t>
      </w:r>
    </w:p>
    <w:p>
      <w:r>
        <w:rPr>
          <w:rFonts w:ascii="Georgia" w:hAnsi="Georgia" w:eastAsia="Georgia"/>
          <w:sz w:val="23"/>
        </w:rPr>
        <w:t>She answered with video.</w:t>
      </w:r>
    </w:p>
    <w:p>
      <w:r>
        <w:rPr>
          <w:rFonts w:ascii="Georgia" w:hAnsi="Georgia" w:eastAsia="Georgia"/>
          <w:sz w:val="23"/>
        </w:rPr>
        <w:t>I turned video off from my side.</w:t>
      </w:r>
    </w:p>
    <w:p>
      <w:r>
        <w:rPr>
          <w:rFonts w:ascii="Georgia" w:hAnsi="Georgia" w:eastAsia="Georgia"/>
          <w:sz w:val="23"/>
        </w:rPr>
        <w:t>“You are in the apartment,” she said.</w:t>
      </w:r>
    </w:p>
    <w:p>
      <w:r>
        <w:rPr>
          <w:rFonts w:ascii="Georgia" w:hAnsi="Georgia" w:eastAsia="Georgia"/>
          <w:sz w:val="23"/>
        </w:rPr>
        <w:t>“Yes.”</w:t>
      </w:r>
    </w:p>
    <w:p>
      <w:r>
        <w:rPr>
          <w:rFonts w:ascii="Georgia" w:hAnsi="Georgia" w:eastAsia="Georgia"/>
          <w:sz w:val="23"/>
        </w:rPr>
        <w:t>“You found something.”</w:t>
      </w:r>
    </w:p>
    <w:p>
      <w:r>
        <w:rPr>
          <w:rFonts w:ascii="Georgia" w:hAnsi="Georgia" w:eastAsia="Georgia"/>
          <w:sz w:val="23"/>
        </w:rPr>
        <w:t>“A second setting.”</w:t>
      </w:r>
    </w:p>
    <w:p>
      <w:r>
        <w:rPr>
          <w:rFonts w:ascii="Georgia" w:hAnsi="Georgia" w:eastAsia="Georgia"/>
          <w:sz w:val="23"/>
        </w:rPr>
        <w:t>Silence.</w:t>
      </w:r>
    </w:p>
    <w:p>
      <w:r>
        <w:rPr>
          <w:rFonts w:ascii="Georgia" w:hAnsi="Georgia" w:eastAsia="Georgia"/>
          <w:sz w:val="23"/>
        </w:rPr>
        <w:t>“Current?”</w:t>
      </w:r>
    </w:p>
    <w:p>
      <w:r>
        <w:rPr>
          <w:rFonts w:ascii="Georgia" w:hAnsi="Georgia" w:eastAsia="Georgia"/>
          <w:sz w:val="23"/>
        </w:rPr>
        <w:t>“Historical domestic contact. Fifty-six years.”</w:t>
      </w:r>
    </w:p>
    <w:p>
      <w:r>
        <w:rPr>
          <w:rFonts w:ascii="Georgia" w:hAnsi="Georgia" w:eastAsia="Georgia"/>
          <w:sz w:val="23"/>
        </w:rPr>
        <w:t>“Mass?”</w:t>
      </w:r>
    </w:p>
    <w:p>
      <w:r>
        <w:rPr>
          <w:rFonts w:ascii="Georgia" w:hAnsi="Georgia" w:eastAsia="Georgia"/>
          <w:sz w:val="23"/>
        </w:rPr>
        <w:t>“Zero point seven four grams. Clavicle setting. Sera Noll. Historical association Lio Noll.”</w:t>
      </w:r>
    </w:p>
    <w:p>
      <w:r>
        <w:rPr>
          <w:rFonts w:ascii="Georgia" w:hAnsi="Georgia" w:eastAsia="Georgia"/>
          <w:sz w:val="23"/>
        </w:rPr>
        <w:t>“Common ancestry?”</w:t>
      </w:r>
    </w:p>
    <w:p>
      <w:r>
        <w:rPr>
          <w:rFonts w:ascii="Georgia" w:hAnsi="Georgia" w:eastAsia="Georgia"/>
          <w:sz w:val="23"/>
        </w:rPr>
        <w:t>“Unknown. Probably not, but I have not checked.”</w:t>
      </w:r>
    </w:p>
    <w:p>
      <w:r>
        <w:rPr>
          <w:rFonts w:ascii="Georgia" w:hAnsi="Georgia" w:eastAsia="Georgia"/>
          <w:sz w:val="23"/>
        </w:rPr>
        <w:t>“Do not check through the network yet.”</w:t>
      </w:r>
    </w:p>
    <w:p>
      <w:r>
        <w:rPr>
          <w:rFonts w:ascii="Georgia" w:hAnsi="Georgia" w:eastAsia="Georgia"/>
          <w:sz w:val="23"/>
        </w:rPr>
        <w:t>I looked at Ivena.</w:t>
      </w:r>
    </w:p>
    <w:p>
      <w:r>
        <w:rPr>
          <w:rFonts w:ascii="Georgia" w:hAnsi="Georgia" w:eastAsia="Georgia"/>
          <w:sz w:val="23"/>
        </w:rPr>
        <w:t>She raised her eyebrows.</w:t>
      </w:r>
    </w:p>
    <w:p>
      <w:r>
        <w:rPr>
          <w:rFonts w:ascii="Georgia" w:hAnsi="Georgia" w:eastAsia="Georgia"/>
          <w:sz w:val="23"/>
        </w:rPr>
        <w:t>Miren continued.</w:t>
      </w:r>
    </w:p>
    <w:p>
      <w:r>
        <w:rPr>
          <w:rFonts w:ascii="Georgia" w:hAnsi="Georgia" w:eastAsia="Georgia"/>
          <w:sz w:val="23"/>
        </w:rPr>
        <w:t>“If you archive-match both names, the service system may auto-link the case and flag Sera before we know whether she has consented to anything.”</w:t>
      </w:r>
    </w:p>
    <w:p>
      <w:r>
        <w:rPr>
          <w:rFonts w:ascii="Georgia" w:hAnsi="Georgia" w:eastAsia="Georgia"/>
          <w:sz w:val="23"/>
        </w:rPr>
        <w:t>She had caught the jurisdiction before I did.</w:t>
      </w:r>
    </w:p>
    <w:p>
      <w:r>
        <w:rPr>
          <w:rFonts w:ascii="Georgia" w:hAnsi="Georgia" w:eastAsia="Georgia"/>
          <w:sz w:val="23"/>
        </w:rPr>
        <w:t>“Agreed.”</w:t>
      </w:r>
    </w:p>
    <w:p>
      <w:r>
        <w:rPr>
          <w:rFonts w:ascii="Georgia" w:hAnsi="Georgia" w:eastAsia="Georgia"/>
          <w:sz w:val="23"/>
        </w:rPr>
        <w:t>“Any documented interaction?”</w:t>
      </w:r>
    </w:p>
    <w:p>
      <w:r>
        <w:rPr>
          <w:rFonts w:ascii="Georgia" w:hAnsi="Georgia" w:eastAsia="Georgia"/>
          <w:sz w:val="23"/>
        </w:rPr>
        <w:t>“One shared-field alert at year fifty-four. Resolved under changed noise conditions. Another outage at year sixty-four with Ivena reporting right-hand lightness.”</w:t>
      </w:r>
    </w:p>
    <w:p>
      <w:r>
        <w:rPr>
          <w:rFonts w:ascii="Georgia" w:hAnsi="Georgia" w:eastAsia="Georgia"/>
          <w:sz w:val="23"/>
        </w:rPr>
        <w:t>“Current carrier response begins before that.”</w:t>
      </w:r>
    </w:p>
    <w:p>
      <w:r>
        <w:rPr>
          <w:rFonts w:ascii="Georgia" w:hAnsi="Georgia" w:eastAsia="Georgia"/>
          <w:sz w:val="23"/>
        </w:rPr>
        <w:t>“Yes.”</w:t>
      </w:r>
    </w:p>
    <w:p>
      <w:r>
        <w:rPr>
          <w:rFonts w:ascii="Georgia" w:hAnsi="Georgia" w:eastAsia="Georgia"/>
          <w:sz w:val="23"/>
        </w:rPr>
        <w:t>“So Sera does not explain the origin.”</w:t>
      </w:r>
    </w:p>
    <w:p>
      <w:r>
        <w:rPr>
          <w:rFonts w:ascii="Georgia" w:hAnsi="Georgia" w:eastAsia="Georgia"/>
          <w:sz w:val="23"/>
        </w:rPr>
        <w:t>“Correct.”</w:t>
      </w:r>
    </w:p>
    <w:p>
      <w:r>
        <w:rPr>
          <w:rFonts w:ascii="Georgia" w:hAnsi="Georgia" w:eastAsia="Georgia"/>
          <w:sz w:val="23"/>
        </w:rPr>
        <w:t>“Could alter the later history.”</w:t>
      </w:r>
    </w:p>
    <w:p>
      <w:r>
        <w:rPr>
          <w:rFonts w:ascii="Georgia" w:hAnsi="Georgia" w:eastAsia="Georgia"/>
          <w:sz w:val="23"/>
        </w:rPr>
        <w:t>“Yes.”</w:t>
      </w:r>
    </w:p>
    <w:p>
      <w:r>
        <w:rPr>
          <w:rFonts w:ascii="Georgia" w:hAnsi="Georgia" w:eastAsia="Georgia"/>
          <w:sz w:val="23"/>
        </w:rPr>
        <w:t>“Could be irrelevant.”</w:t>
      </w:r>
    </w:p>
    <w:p>
      <w:r>
        <w:rPr>
          <w:rFonts w:ascii="Georgia" w:hAnsi="Georgia" w:eastAsia="Georgia"/>
          <w:sz w:val="23"/>
        </w:rPr>
        <w:t>“Yes.”</w:t>
      </w:r>
    </w:p>
    <w:p>
      <w:r>
        <w:rPr>
          <w:rFonts w:ascii="Georgia" w:hAnsi="Georgia" w:eastAsia="Georgia"/>
          <w:sz w:val="23"/>
        </w:rPr>
        <w:t>Ivena pointed at the device.</w:t>
      </w:r>
    </w:p>
    <w:p>
      <w:r>
        <w:rPr>
          <w:rFonts w:ascii="Georgia" w:hAnsi="Georgia" w:eastAsia="Georgia"/>
          <w:sz w:val="23"/>
        </w:rPr>
        <w:t>“I like her.”</w:t>
      </w:r>
    </w:p>
    <w:p>
      <w:r>
        <w:rPr>
          <w:rFonts w:ascii="Georgia" w:hAnsi="Georgia" w:eastAsia="Georgia"/>
          <w:sz w:val="23"/>
        </w:rPr>
        <w:t>Miren heard.</w:t>
      </w:r>
    </w:p>
    <w:p>
      <w:r>
        <w:rPr>
          <w:rFonts w:ascii="Georgia" w:hAnsi="Georgia" w:eastAsia="Georgia"/>
          <w:sz w:val="23"/>
        </w:rPr>
        <w:t>“Thank you.”</w:t>
      </w:r>
    </w:p>
    <w:p>
      <w:r>
        <w:rPr>
          <w:rFonts w:ascii="Georgia" w:hAnsi="Georgia" w:eastAsia="Georgia"/>
          <w:sz w:val="23"/>
        </w:rPr>
        <w:t>“Do not encourage each other,” I said.</w:t>
      </w:r>
    </w:p>
    <w:p>
      <w:r>
        <w:rPr>
          <w:rFonts w:ascii="Georgia" w:hAnsi="Georgia" w:eastAsia="Georgia"/>
          <w:sz w:val="23"/>
        </w:rPr>
        <w:t>Miren ignored me.</w:t>
      </w:r>
    </w:p>
    <w:p>
      <w:r>
        <w:rPr>
          <w:rFonts w:ascii="Georgia" w:hAnsi="Georgia" w:eastAsia="Georgia"/>
          <w:sz w:val="23"/>
        </w:rPr>
        <w:t>“Is Sera alive?”</w:t>
      </w:r>
    </w:p>
    <w:p>
      <w:r>
        <w:rPr>
          <w:rFonts w:ascii="Georgia" w:hAnsi="Georgia" w:eastAsia="Georgia"/>
          <w:sz w:val="23"/>
        </w:rPr>
        <w:t>I looked at Ivena.</w:t>
      </w:r>
    </w:p>
    <w:p>
      <w:r>
        <w:rPr>
          <w:rFonts w:ascii="Georgia" w:hAnsi="Georgia" w:eastAsia="Georgia"/>
          <w:sz w:val="23"/>
        </w:rPr>
        <w:t>“Yes,” she said.</w:t>
      </w:r>
    </w:p>
    <w:p>
      <w:r>
        <w:rPr>
          <w:rFonts w:ascii="Georgia" w:hAnsi="Georgia" w:eastAsia="Georgia"/>
          <w:sz w:val="23"/>
        </w:rPr>
        <w:t>“Current age?” I asked.</w:t>
      </w:r>
    </w:p>
    <w:p>
      <w:r>
        <w:rPr>
          <w:rFonts w:ascii="Georgia" w:hAnsi="Georgia" w:eastAsia="Georgia"/>
          <w:sz w:val="23"/>
        </w:rPr>
        <w:t>“Two hundred six.”</w:t>
      </w:r>
    </w:p>
    <w:p>
      <w:r>
        <w:rPr>
          <w:rFonts w:ascii="Georgia" w:hAnsi="Georgia" w:eastAsia="Georgia"/>
          <w:sz w:val="23"/>
        </w:rPr>
        <w:t>“Still wearing the setting?”</w:t>
      </w:r>
    </w:p>
    <w:p>
      <w:r>
        <w:rPr>
          <w:rFonts w:ascii="Georgia" w:hAnsi="Georgia" w:eastAsia="Georgia"/>
          <w:sz w:val="23"/>
        </w:rPr>
        <w:t>Ivena took longer.</w:t>
      </w:r>
    </w:p>
    <w:p>
      <w:r>
        <w:rPr>
          <w:rFonts w:ascii="Georgia" w:hAnsi="Georgia" w:eastAsia="Georgia"/>
          <w:sz w:val="23"/>
        </w:rPr>
        <w:t>“Last I knew.”</w:t>
      </w:r>
    </w:p>
    <w:p>
      <w:r>
        <w:rPr>
          <w:rFonts w:ascii="Georgia" w:hAnsi="Georgia" w:eastAsia="Georgia"/>
          <w:sz w:val="23"/>
        </w:rPr>
        <w:t>“When was last?”</w:t>
      </w:r>
    </w:p>
    <w:p>
      <w:r>
        <w:rPr>
          <w:rFonts w:ascii="Georgia" w:hAnsi="Georgia" w:eastAsia="Georgia"/>
          <w:sz w:val="23"/>
        </w:rPr>
        <w:t>“Eight months.”</w:t>
      </w:r>
    </w:p>
    <w:p>
      <w:r>
        <w:rPr>
          <w:rFonts w:ascii="Georgia" w:hAnsi="Georgia" w:eastAsia="Georgia"/>
          <w:sz w:val="23"/>
        </w:rPr>
        <w:t>“You still talk.”</w:t>
      </w:r>
    </w:p>
    <w:p>
      <w:r>
        <w:rPr>
          <w:rFonts w:ascii="Georgia" w:hAnsi="Georgia" w:eastAsia="Georgia"/>
          <w:sz w:val="23"/>
        </w:rPr>
        <w:t>“We were married forty-nine years, not erased.”</w:t>
      </w:r>
    </w:p>
    <w:p>
      <w:r>
        <w:rPr>
          <w:rFonts w:ascii="Georgia" w:hAnsi="Georgia" w:eastAsia="Georgia"/>
          <w:sz w:val="23"/>
        </w:rPr>
        <w:t>“I did not say erased.”</w:t>
      </w:r>
    </w:p>
    <w:p>
      <w:r>
        <w:rPr>
          <w:rFonts w:ascii="Georgia" w:hAnsi="Georgia" w:eastAsia="Georgia"/>
          <w:sz w:val="23"/>
        </w:rPr>
        <w:t>“Your questions do.”</w:t>
      </w:r>
    </w:p>
    <w:p>
      <w:r>
        <w:rPr>
          <w:rFonts w:ascii="Georgia" w:hAnsi="Georgia" w:eastAsia="Georgia"/>
          <w:sz w:val="23"/>
        </w:rPr>
        <w:t>That was fair.</w:t>
      </w:r>
    </w:p>
    <w:p>
      <w:r>
        <w:rPr>
          <w:rFonts w:ascii="Georgia" w:hAnsi="Georgia" w:eastAsia="Georgia"/>
          <w:sz w:val="23"/>
        </w:rPr>
        <w:t>Miren said, “Do not contact her yet.”</w:t>
      </w:r>
    </w:p>
    <w:p>
      <w:r>
        <w:rPr>
          <w:rFonts w:ascii="Georgia" w:hAnsi="Georgia" w:eastAsia="Georgia"/>
          <w:sz w:val="23"/>
        </w:rPr>
        <w:t>I looked at the device.</w:t>
      </w:r>
    </w:p>
    <w:p>
      <w:r>
        <w:rPr>
          <w:rFonts w:ascii="Georgia" w:hAnsi="Georgia" w:eastAsia="Georgia"/>
          <w:sz w:val="23"/>
        </w:rPr>
        <w:t>“Why?”</w:t>
      </w:r>
    </w:p>
    <w:p>
      <w:r>
        <w:rPr>
          <w:rFonts w:ascii="Georgia" w:hAnsi="Georgia" w:eastAsia="Georgia"/>
          <w:sz w:val="23"/>
        </w:rPr>
        <w:t>“Because you are already building a test in your head.”</w:t>
      </w:r>
    </w:p>
    <w:p>
      <w:r>
        <w:rPr>
          <w:rFonts w:ascii="Georgia" w:hAnsi="Georgia" w:eastAsia="Georgia"/>
          <w:sz w:val="23"/>
        </w:rPr>
        <w:t>“I am building provenance.”</w:t>
      </w:r>
    </w:p>
    <w:p>
      <w:r>
        <w:rPr>
          <w:rFonts w:ascii="Georgia" w:hAnsi="Georgia" w:eastAsia="Georgia"/>
          <w:sz w:val="23"/>
        </w:rPr>
        <w:t>“Same face.”</w:t>
      </w:r>
    </w:p>
    <w:p>
      <w:r>
        <w:rPr>
          <w:rFonts w:ascii="Georgia" w:hAnsi="Georgia" w:eastAsia="Georgia"/>
          <w:sz w:val="23"/>
        </w:rPr>
        <w:t>Ivena laughed.</w:t>
      </w:r>
    </w:p>
    <w:p>
      <w:r>
        <w:rPr>
          <w:rFonts w:ascii="Georgia" w:hAnsi="Georgia" w:eastAsia="Georgia"/>
          <w:sz w:val="23"/>
        </w:rPr>
        <w:t>I ended the call before they developed a professional alliance against me.</w:t>
      </w:r>
    </w:p>
    <w:p>
      <w:pPr>
        <w:spacing w:before="80" w:after="80"/>
        <w:jc w:val="center"/>
      </w:pPr>
      <w:r>
        <w:rPr>
          <w:rFonts w:ascii="Georgia" w:hAnsi="Georgia" w:eastAsia="Georgia"/>
          <w:sz w:val="23"/>
        </w:rPr>
        <w:t>§</w:t>
      </w:r>
    </w:p>
    <w:p>
      <w:r>
        <w:rPr>
          <w:rFonts w:ascii="Georgia" w:hAnsi="Georgia" w:eastAsia="Georgia"/>
          <w:sz w:val="23"/>
        </w:rPr>
        <w:t>The box contained six more references to Sera’s setting.</w:t>
      </w:r>
    </w:p>
    <w:p>
      <w:r>
        <w:rPr>
          <w:rFonts w:ascii="Georgia" w:hAnsi="Georgia" w:eastAsia="Georgia"/>
          <w:sz w:val="23"/>
        </w:rPr>
        <w:t>None used the same identifier.</w:t>
      </w:r>
    </w:p>
    <w:p>
      <w:r>
        <w:rPr>
          <w:rFonts w:ascii="Georgia" w:hAnsi="Georgia" w:eastAsia="Georgia"/>
          <w:sz w:val="23"/>
        </w:rPr>
        <w:t>That was the first problem.</w:t>
      </w:r>
    </w:p>
    <w:p>
      <w:r>
        <w:rPr>
          <w:rFonts w:ascii="Georgia" w:hAnsi="Georgia" w:eastAsia="Georgia"/>
          <w:sz w:val="23"/>
        </w:rPr>
        <w:t>The setting body had been replaced twice.</w:t>
      </w:r>
    </w:p>
    <w:p>
      <w:r>
        <w:rPr>
          <w:rFonts w:ascii="Georgia" w:hAnsi="Georgia" w:eastAsia="Georgia"/>
          <w:sz w:val="23"/>
        </w:rPr>
        <w:t>The fragment itself had one custody number before Sera received it, another household registration number, two insurance numbers, a private service code, and after a regulatory migration, a relational-contact identifier.</w:t>
      </w:r>
    </w:p>
    <w:p>
      <w:r>
        <w:rPr>
          <w:rFonts w:ascii="Georgia" w:hAnsi="Georgia" w:eastAsia="Georgia"/>
          <w:sz w:val="23"/>
        </w:rPr>
        <w:t>Ivena’s papers preserved them only because technicians had copied whichever identifier their system displayed onto paper.</w:t>
      </w:r>
    </w:p>
    <w:p>
      <w:r>
        <w:rPr>
          <w:rFonts w:ascii="Georgia" w:hAnsi="Georgia" w:eastAsia="Georgia"/>
          <w:sz w:val="23"/>
        </w:rPr>
        <w:t>No single identifier survived the fifty-six-year cohabitation.</w:t>
      </w:r>
    </w:p>
    <w:p>
      <w:r>
        <w:rPr>
          <w:rFonts w:ascii="Georgia" w:hAnsi="Georgia" w:eastAsia="Georgia"/>
          <w:sz w:val="23"/>
        </w:rPr>
        <w:t>The second problem was worse.</w:t>
      </w:r>
    </w:p>
    <w:p>
      <w:r>
        <w:rPr>
          <w:rFonts w:ascii="Georgia" w:hAnsi="Georgia" w:eastAsia="Georgia"/>
          <w:sz w:val="23"/>
        </w:rPr>
        <w:t>The records disagreed about distance.</w:t>
      </w:r>
    </w:p>
    <w:p>
      <w:r>
        <w:rPr>
          <w:rFonts w:ascii="Georgia" w:hAnsi="Georgia" w:eastAsia="Georgia"/>
          <w:sz w:val="23"/>
        </w:rPr>
        <w:t>One domestic inspection listed “shared sleep environment” without measurement.</w:t>
      </w:r>
    </w:p>
    <w:p>
      <w:r>
        <w:rPr>
          <w:rFonts w:ascii="Georgia" w:hAnsi="Georgia" w:eastAsia="Georgia"/>
          <w:sz w:val="23"/>
        </w:rPr>
        <w:t>Another estimated 0.5-2.0 meters.</w:t>
      </w:r>
    </w:p>
    <w:p>
      <w:r>
        <w:rPr>
          <w:rFonts w:ascii="Georgia" w:hAnsi="Georgia" w:eastAsia="Georgia"/>
          <w:sz w:val="23"/>
        </w:rPr>
        <w:t>One medical intake said SECONDARY KAETHE CONTACT: NONE because Sera was not present in the clinic.</w:t>
      </w:r>
    </w:p>
    <w:p>
      <w:r>
        <w:rPr>
          <w:rFonts w:ascii="Georgia" w:hAnsi="Georgia" w:eastAsia="Georgia"/>
          <w:sz w:val="23"/>
        </w:rPr>
        <w:t>One home nursing record said KAETHE MATERIAL IN RESIDENCE: 2.6 G TOTAL, combining both settings as a household hazard load.</w:t>
      </w:r>
    </w:p>
    <w:p>
      <w:r>
        <w:rPr>
          <w:rFonts w:ascii="Georgia" w:hAnsi="Georgia" w:eastAsia="Georgia"/>
          <w:sz w:val="23"/>
        </w:rPr>
        <w:t>Every record answered the question it had been designed to answer.</w:t>
      </w:r>
    </w:p>
    <w:p>
      <w:r>
        <w:rPr>
          <w:rFonts w:ascii="Georgia" w:hAnsi="Georgia" w:eastAsia="Georgia"/>
          <w:sz w:val="23"/>
        </w:rPr>
        <w:t>None preserved the relationship I needed now.</w:t>
      </w:r>
    </w:p>
    <w:p>
      <w:r>
        <w:rPr>
          <w:rFonts w:ascii="Georgia" w:hAnsi="Georgia" w:eastAsia="Georgia"/>
          <w:sz w:val="23"/>
        </w:rPr>
        <w:t>“Did you travel together?”</w:t>
      </w:r>
    </w:p>
    <w:p>
      <w:r>
        <w:rPr>
          <w:rFonts w:ascii="Georgia" w:hAnsi="Georgia" w:eastAsia="Georgia"/>
          <w:sz w:val="23"/>
        </w:rPr>
        <w:t>“Yes.”</w:t>
      </w:r>
    </w:p>
    <w:p>
      <w:r>
        <w:rPr>
          <w:rFonts w:ascii="Georgia" w:hAnsi="Georgia" w:eastAsia="Georgia"/>
          <w:sz w:val="23"/>
        </w:rPr>
        <w:t>“Settings on?”</w:t>
      </w:r>
    </w:p>
    <w:p>
      <w:r>
        <w:rPr>
          <w:rFonts w:ascii="Georgia" w:hAnsi="Georgia" w:eastAsia="Georgia"/>
          <w:sz w:val="23"/>
        </w:rPr>
        <w:t>“Usually.”</w:t>
      </w:r>
    </w:p>
    <w:p>
      <w:r>
        <w:rPr>
          <w:rFonts w:ascii="Georgia" w:hAnsi="Georgia" w:eastAsia="Georgia"/>
          <w:sz w:val="23"/>
        </w:rPr>
        <w:t>“Any long separations?”</w:t>
      </w:r>
    </w:p>
    <w:p>
      <w:r>
        <w:rPr>
          <w:rFonts w:ascii="Georgia" w:hAnsi="Georgia" w:eastAsia="Georgia"/>
          <w:sz w:val="23"/>
        </w:rPr>
        <w:t>“Work. Family. We separated for a year once before the divorce.”</w:t>
      </w:r>
    </w:p>
    <w:p>
      <w:r>
        <w:rPr>
          <w:rFonts w:ascii="Georgia" w:hAnsi="Georgia" w:eastAsia="Georgia"/>
          <w:sz w:val="23"/>
        </w:rPr>
        <w:t>I stopped.</w:t>
      </w:r>
    </w:p>
    <w:p>
      <w:r>
        <w:rPr>
          <w:rFonts w:ascii="Georgia" w:hAnsi="Georgia" w:eastAsia="Georgia"/>
          <w:sz w:val="23"/>
        </w:rPr>
        <w:t>“When?”</w:t>
      </w:r>
    </w:p>
    <w:p>
      <w:r>
        <w:rPr>
          <w:rFonts w:ascii="Georgia" w:hAnsi="Georgia" w:eastAsia="Georgia"/>
          <w:sz w:val="23"/>
        </w:rPr>
        <w:t>“Contact year seventy-eight, maybe seventy-nine.”</w:t>
      </w:r>
    </w:p>
    <w:p>
      <w:r>
        <w:rPr>
          <w:rFonts w:ascii="Georgia" w:hAnsi="Georgia" w:eastAsia="Georgia"/>
          <w:sz w:val="23"/>
        </w:rPr>
        <w:t>I found the folder.</w:t>
      </w:r>
    </w:p>
    <w:p>
      <w:r>
        <w:rPr>
          <w:rFonts w:ascii="Georgia" w:hAnsi="Georgia" w:eastAsia="Georgia"/>
          <w:sz w:val="23"/>
        </w:rPr>
        <w:t>There were fewer receipts.</w:t>
      </w:r>
    </w:p>
    <w:p>
      <w:r>
        <w:rPr>
          <w:rFonts w:ascii="Georgia" w:hAnsi="Georgia" w:eastAsia="Georgia"/>
          <w:sz w:val="23"/>
        </w:rPr>
        <w:t>One annual service.</w:t>
      </w:r>
    </w:p>
    <w:p>
      <w:r>
        <w:rPr>
          <w:rFonts w:ascii="Georgia" w:hAnsi="Georgia" w:eastAsia="Georgia"/>
          <w:sz w:val="23"/>
        </w:rPr>
        <w:t>One urgent visit.</w:t>
      </w:r>
    </w:p>
    <w:p>
      <w:r>
        <w:rPr>
          <w:rFonts w:ascii="Georgia" w:hAnsi="Georgia" w:eastAsia="Georgia"/>
          <w:sz w:val="23"/>
        </w:rPr>
        <w:t>I read it.</w:t>
      </w:r>
    </w:p>
    <w:p>
      <w:r>
        <w:rPr>
          <w:rFonts w:ascii="Georgia" w:hAnsi="Georgia" w:eastAsia="Georgia"/>
          <w:sz w:val="23"/>
        </w:rPr>
        <w:t>CARRIER REPORTS LOSS OF RIGHT-HAND “CERTAINTY” DURING TOOL USE.</w:t>
        <w:br/>
        <w:t>MOTOR EXAM WITHIN AGE-ADJUSTED RANGE.</w:t>
        <w:br/>
        <w:t>SETTING FIELD STABLE.</w:t>
        <w:br/>
        <w:t>NO RECENT SERVICE CHANGES.</w:t>
      </w:r>
    </w:p>
    <w:p>
      <w:r>
        <w:rPr>
          <w:rFonts w:ascii="Georgia" w:hAnsi="Georgia" w:eastAsia="Georgia"/>
          <w:sz w:val="23"/>
        </w:rPr>
        <w:t>“This was during the separation.”</w:t>
      </w:r>
    </w:p>
    <w:p>
      <w:r>
        <w:rPr>
          <w:rFonts w:ascii="Georgia" w:hAnsi="Georgia" w:eastAsia="Georgia"/>
          <w:sz w:val="23"/>
        </w:rPr>
        <w:t>Ivena read the date.</w:t>
      </w:r>
    </w:p>
    <w:p>
      <w:r>
        <w:rPr>
          <w:rFonts w:ascii="Georgia" w:hAnsi="Georgia" w:eastAsia="Georgia"/>
          <w:sz w:val="23"/>
        </w:rPr>
        <w:t>Her expression changed.</w:t>
      </w:r>
    </w:p>
    <w:p>
      <w:r>
        <w:rPr>
          <w:rFonts w:ascii="Georgia" w:hAnsi="Georgia" w:eastAsia="Georgia"/>
          <w:sz w:val="23"/>
        </w:rPr>
        <w:t>“Yes.”</w:t>
      </w:r>
    </w:p>
    <w:p>
      <w:r>
        <w:rPr>
          <w:rFonts w:ascii="Georgia" w:hAnsi="Georgia" w:eastAsia="Georgia"/>
          <w:sz w:val="23"/>
        </w:rPr>
        <w:t>“How long had Sera been out of the apartment?”</w:t>
      </w:r>
    </w:p>
    <w:p>
      <w:r>
        <w:rPr>
          <w:rFonts w:ascii="Georgia" w:hAnsi="Georgia" w:eastAsia="Georgia"/>
          <w:sz w:val="23"/>
        </w:rPr>
        <w:t>“Three months.”</w:t>
      </w:r>
    </w:p>
    <w:p>
      <w:r>
        <w:rPr>
          <w:rFonts w:ascii="Georgia" w:hAnsi="Georgia" w:eastAsia="Georgia"/>
          <w:sz w:val="23"/>
        </w:rPr>
        <w:t>“Did she take her setting?”</w:t>
      </w:r>
    </w:p>
    <w:p>
      <w:r>
        <w:rPr>
          <w:rFonts w:ascii="Georgia" w:hAnsi="Georgia" w:eastAsia="Georgia"/>
          <w:sz w:val="23"/>
        </w:rPr>
        <w:t>“Of course.”</w:t>
      </w:r>
    </w:p>
    <w:p>
      <w:r>
        <w:rPr>
          <w:rFonts w:ascii="Georgia" w:hAnsi="Georgia" w:eastAsia="Georgia"/>
          <w:sz w:val="23"/>
        </w:rPr>
        <w:t>“What does certainty mean?”</w:t>
      </w:r>
    </w:p>
    <w:p>
      <w:r>
        <w:rPr>
          <w:rFonts w:ascii="Georgia" w:hAnsi="Georgia" w:eastAsia="Georgia"/>
          <w:sz w:val="23"/>
        </w:rPr>
        <w:t>“I do not remember saying it.”</w:t>
      </w:r>
    </w:p>
    <w:p>
      <w:r>
        <w:rPr>
          <w:rFonts w:ascii="Georgia" w:hAnsi="Georgia" w:eastAsia="Georgia"/>
          <w:sz w:val="23"/>
        </w:rPr>
        <w:t>“The technician quoted you.”</w:t>
      </w:r>
    </w:p>
    <w:p>
      <w:r>
        <w:rPr>
          <w:rFonts w:ascii="Georgia" w:hAnsi="Georgia" w:eastAsia="Georgia"/>
          <w:sz w:val="23"/>
        </w:rPr>
        <w:t>“Then apparently I was dramatic.”</w:t>
      </w:r>
    </w:p>
    <w:p>
      <w:r>
        <w:rPr>
          <w:rFonts w:ascii="Georgia" w:hAnsi="Georgia" w:eastAsia="Georgia"/>
          <w:sz w:val="23"/>
        </w:rPr>
        <w:t>“Were you using tools?”</w:t>
      </w:r>
    </w:p>
    <w:p>
      <w:r>
        <w:rPr>
          <w:rFonts w:ascii="Georgia" w:hAnsi="Georgia" w:eastAsia="Georgia"/>
          <w:sz w:val="23"/>
        </w:rPr>
        <w:t>“I was still working then.”</w:t>
      </w:r>
    </w:p>
    <w:p>
      <w:r>
        <w:rPr>
          <w:rFonts w:ascii="Georgia" w:hAnsi="Georgia" w:eastAsia="Georgia"/>
          <w:sz w:val="23"/>
        </w:rPr>
        <w:t>“What work?”</w:t>
      </w:r>
    </w:p>
    <w:p>
      <w:r>
        <w:rPr>
          <w:rFonts w:ascii="Georgia" w:hAnsi="Georgia" w:eastAsia="Georgia"/>
          <w:sz w:val="23"/>
        </w:rPr>
        <w:t>She looked at me as if I had missed something obvious.</w:t>
      </w:r>
    </w:p>
    <w:p>
      <w:r>
        <w:rPr>
          <w:rFonts w:ascii="Georgia" w:hAnsi="Georgia" w:eastAsia="Georgia"/>
          <w:sz w:val="23"/>
        </w:rPr>
        <w:t>“Fabricator maintenance.”</w:t>
      </w:r>
    </w:p>
    <w:p>
      <w:r>
        <w:rPr>
          <w:rFonts w:ascii="Georgia" w:hAnsi="Georgia" w:eastAsia="Georgia"/>
          <w:sz w:val="23"/>
        </w:rPr>
        <w:t>I stopped.</w:t>
      </w:r>
    </w:p>
    <w:p>
      <w:r>
        <w:rPr>
          <w:rFonts w:ascii="Georgia" w:hAnsi="Georgia" w:eastAsia="Georgia"/>
          <w:sz w:val="23"/>
        </w:rPr>
        <w:t>“You repaired fabricators.”</w:t>
      </w:r>
    </w:p>
    <w:p>
      <w:r>
        <w:rPr>
          <w:rFonts w:ascii="Georgia" w:hAnsi="Georgia" w:eastAsia="Georgia"/>
          <w:sz w:val="23"/>
        </w:rPr>
        <w:t>“For eighty-one years.”</w:t>
      </w:r>
    </w:p>
    <w:p>
      <w:r>
        <w:rPr>
          <w:rFonts w:ascii="Georgia" w:hAnsi="Georgia" w:eastAsia="Georgia"/>
          <w:sz w:val="23"/>
        </w:rPr>
        <w:t>“You did not mention that.”</w:t>
      </w:r>
    </w:p>
    <w:p>
      <w:r>
        <w:rPr>
          <w:rFonts w:ascii="Georgia" w:hAnsi="Georgia" w:eastAsia="Georgia"/>
          <w:sz w:val="23"/>
        </w:rPr>
        <w:t>“You did not ask what I did before retirement.”</w:t>
      </w:r>
    </w:p>
    <w:p>
      <w:r>
        <w:rPr>
          <w:rFonts w:ascii="Georgia" w:hAnsi="Georgia" w:eastAsia="Georgia"/>
          <w:sz w:val="23"/>
        </w:rPr>
        <w:t>I closed my eyes.</w:t>
      </w:r>
    </w:p>
    <w:p>
      <w:r>
        <w:rPr>
          <w:rFonts w:ascii="Georgia" w:hAnsi="Georgia" w:eastAsia="Georgia"/>
          <w:sz w:val="23"/>
        </w:rPr>
        <w:t>Not because I needed darkness.</w:t>
      </w:r>
    </w:p>
    <w:p>
      <w:r>
        <w:rPr>
          <w:rFonts w:ascii="Georgia" w:hAnsi="Georgia" w:eastAsia="Georgia"/>
          <w:sz w:val="23"/>
        </w:rPr>
        <w:t>Because there was no useful response that benefited from vision.</w:t>
      </w:r>
    </w:p>
    <w:p>
      <w:r>
        <w:rPr>
          <w:rFonts w:ascii="Georgia" w:hAnsi="Georgia" w:eastAsia="Georgia"/>
          <w:sz w:val="23"/>
        </w:rPr>
        <w:t>“What kind?”</w:t>
      </w:r>
    </w:p>
    <w:p>
      <w:r>
        <w:rPr>
          <w:rFonts w:ascii="Georgia" w:hAnsi="Georgia" w:eastAsia="Georgia"/>
          <w:sz w:val="23"/>
        </w:rPr>
        <w:t>“Municipal. Mostly food, textiles, household parts. Later medical support units.”</w:t>
      </w:r>
    </w:p>
    <w:p>
      <w:r>
        <w:rPr>
          <w:rFonts w:ascii="Georgia" w:hAnsi="Georgia" w:eastAsia="Georgia"/>
          <w:sz w:val="23"/>
        </w:rPr>
        <w:t>“Fine manipulation?”</w:t>
      </w:r>
    </w:p>
    <w:p>
      <w:r>
        <w:rPr>
          <w:rFonts w:ascii="Georgia" w:hAnsi="Georgia" w:eastAsia="Georgia"/>
          <w:sz w:val="23"/>
        </w:rPr>
        <w:t>“Sometimes.”</w:t>
      </w:r>
    </w:p>
    <w:p>
      <w:r>
        <w:rPr>
          <w:rFonts w:ascii="Georgia" w:hAnsi="Georgia" w:eastAsia="Georgia"/>
          <w:sz w:val="23"/>
        </w:rPr>
        <w:t>“Blind access?”</w:t>
      </w:r>
    </w:p>
    <w:p>
      <w:r>
        <w:rPr>
          <w:rFonts w:ascii="Georgia" w:hAnsi="Georgia" w:eastAsia="Georgia"/>
          <w:sz w:val="23"/>
        </w:rPr>
        <w:t>“Often.”</w:t>
      </w:r>
    </w:p>
    <w:p>
      <w:r>
        <w:rPr>
          <w:rFonts w:ascii="Georgia" w:hAnsi="Georgia" w:eastAsia="Georgia"/>
          <w:sz w:val="23"/>
        </w:rPr>
        <w:t>“Right hand?”</w:t>
      </w:r>
    </w:p>
    <w:p>
      <w:r>
        <w:rPr>
          <w:rFonts w:ascii="Georgia" w:hAnsi="Georgia" w:eastAsia="Georgia"/>
          <w:sz w:val="23"/>
        </w:rPr>
        <w:t>“After the wrist repair, more.”</w:t>
      </w:r>
    </w:p>
    <w:p>
      <w:r>
        <w:rPr>
          <w:rFonts w:ascii="Georgia" w:hAnsi="Georgia" w:eastAsia="Georgia"/>
          <w:sz w:val="23"/>
        </w:rPr>
        <w:t>There was another ordinary explanation.</w:t>
      </w:r>
    </w:p>
    <w:p>
      <w:r>
        <w:rPr>
          <w:rFonts w:ascii="Georgia" w:hAnsi="Georgia" w:eastAsia="Georgia"/>
          <w:sz w:val="23"/>
        </w:rPr>
        <w:t>Training.</w:t>
      </w:r>
    </w:p>
    <w:p>
      <w:r>
        <w:rPr>
          <w:rFonts w:ascii="Georgia" w:hAnsi="Georgia" w:eastAsia="Georgia"/>
          <w:sz w:val="23"/>
        </w:rPr>
        <w:t>Occupation.</w:t>
      </w:r>
    </w:p>
    <w:p>
      <w:r>
        <w:rPr>
          <w:rFonts w:ascii="Georgia" w:hAnsi="Georgia" w:eastAsia="Georgia"/>
          <w:sz w:val="23"/>
        </w:rPr>
        <w:t>Decades of repeated physical work.</w:t>
      </w:r>
    </w:p>
    <w:p>
      <w:r>
        <w:rPr>
          <w:rFonts w:ascii="Georgia" w:hAnsi="Georgia" w:eastAsia="Georgia"/>
          <w:sz w:val="23"/>
        </w:rPr>
        <w:t>The setting did not need to teach her anything for her right hand to improve.</w:t>
      </w:r>
    </w:p>
    <w:p>
      <w:r>
        <w:rPr>
          <w:rFonts w:ascii="Georgia" w:hAnsi="Georgia" w:eastAsia="Georgia"/>
          <w:sz w:val="23"/>
        </w:rPr>
        <w:t>It only needed to participate in a function she had built herself.</w:t>
      </w:r>
    </w:p>
    <w:p>
      <w:r>
        <w:rPr>
          <w:rFonts w:ascii="Georgia" w:hAnsi="Georgia" w:eastAsia="Georgia"/>
          <w:sz w:val="23"/>
        </w:rPr>
        <w:t>That distinction mattered.</w:t>
      </w:r>
    </w:p>
    <w:p>
      <w:r>
        <w:rPr>
          <w:rFonts w:ascii="Georgia" w:hAnsi="Georgia" w:eastAsia="Georgia"/>
          <w:sz w:val="23"/>
        </w:rPr>
        <w:t>Maybe.</w:t>
      </w:r>
    </w:p>
    <w:p>
      <w:r>
        <w:rPr>
          <w:rFonts w:ascii="Georgia" w:hAnsi="Georgia" w:eastAsia="Georgia"/>
          <w:sz w:val="23"/>
        </w:rPr>
        <w:t>I read the urgent service note again.</w:t>
      </w:r>
    </w:p>
    <w:p>
      <w:r>
        <w:rPr>
          <w:rFonts w:ascii="Georgia" w:hAnsi="Georgia" w:eastAsia="Georgia"/>
          <w:sz w:val="23"/>
        </w:rPr>
        <w:t>No recent service changes.</w:t>
      </w:r>
    </w:p>
    <w:p>
      <w:r>
        <w:rPr>
          <w:rFonts w:ascii="Georgia" w:hAnsi="Georgia" w:eastAsia="Georgia"/>
          <w:sz w:val="23"/>
        </w:rPr>
        <w:t>The technician had not asked whether another fragment had left the household three months earlier.</w:t>
      </w:r>
    </w:p>
    <w:p>
      <w:r>
        <w:rPr>
          <w:rFonts w:ascii="Georgia" w:hAnsi="Georgia" w:eastAsia="Georgia"/>
          <w:sz w:val="23"/>
        </w:rPr>
        <w:t>Why would they?</w:t>
      </w:r>
    </w:p>
    <w:p>
      <w:r>
        <w:rPr>
          <w:rFonts w:ascii="Georgia" w:hAnsi="Georgia" w:eastAsia="Georgia"/>
          <w:sz w:val="23"/>
        </w:rPr>
        <w:t>The setting was stable.</w:t>
      </w:r>
    </w:p>
    <w:p>
      <w:r>
        <w:rPr>
          <w:rFonts w:ascii="Georgia" w:hAnsi="Georgia" w:eastAsia="Georgia"/>
          <w:sz w:val="23"/>
        </w:rPr>
        <w:t>Ivena was stable.</w:t>
      </w:r>
    </w:p>
    <w:p>
      <w:r>
        <w:rPr>
          <w:rFonts w:ascii="Georgia" w:hAnsi="Georgia" w:eastAsia="Georgia"/>
          <w:sz w:val="23"/>
        </w:rPr>
        <w:t>The marriage was not a field variable.</w:t>
      </w:r>
    </w:p>
    <w:p>
      <w:r>
        <w:rPr>
          <w:rFonts w:ascii="Georgia" w:hAnsi="Georgia" w:eastAsia="Georgia"/>
          <w:sz w:val="23"/>
        </w:rPr>
        <w:t>Not under that standard.</w:t>
      </w:r>
    </w:p>
    <w:p>
      <w:r>
        <w:rPr>
          <w:rFonts w:ascii="Georgia" w:hAnsi="Georgia" w:eastAsia="Georgia"/>
          <w:sz w:val="23"/>
        </w:rPr>
        <w:t>“When did the hand certainty return?”</w:t>
      </w:r>
    </w:p>
    <w:p>
      <w:r>
        <w:rPr>
          <w:rFonts w:ascii="Georgia" w:hAnsi="Georgia" w:eastAsia="Georgia"/>
          <w:sz w:val="23"/>
        </w:rPr>
        <w:t>“I do not know.”</w:t>
      </w:r>
    </w:p>
    <w:p>
      <w:r>
        <w:rPr>
          <w:rFonts w:ascii="Georgia" w:hAnsi="Georgia" w:eastAsia="Georgia"/>
          <w:sz w:val="23"/>
        </w:rPr>
        <w:t>“Did you and Sera reconcile?”</w:t>
      </w:r>
    </w:p>
    <w:p>
      <w:r>
        <w:rPr>
          <w:rFonts w:ascii="Georgia" w:hAnsi="Georgia" w:eastAsia="Georgia"/>
          <w:sz w:val="23"/>
        </w:rPr>
        <w:t>“For nine years.”</w:t>
      </w:r>
    </w:p>
    <w:p>
      <w:r>
        <w:rPr>
          <w:rFonts w:ascii="Georgia" w:hAnsi="Georgia" w:eastAsia="Georgia"/>
          <w:sz w:val="23"/>
        </w:rPr>
        <w:t>“Then divorce.”</w:t>
      </w:r>
    </w:p>
    <w:p>
      <w:r>
        <w:rPr>
          <w:rFonts w:ascii="Georgia" w:hAnsi="Georgia" w:eastAsia="Georgia"/>
          <w:sz w:val="23"/>
        </w:rPr>
        <w:t>“Yes.”</w:t>
      </w:r>
    </w:p>
    <w:p>
      <w:r>
        <w:rPr>
          <w:rFonts w:ascii="Georgia" w:hAnsi="Georgia" w:eastAsia="Georgia"/>
          <w:sz w:val="23"/>
        </w:rPr>
        <w:t>“And after the divorce?”</w:t>
      </w:r>
    </w:p>
    <w:p>
      <w:r>
        <w:rPr>
          <w:rFonts w:ascii="Georgia" w:hAnsi="Georgia" w:eastAsia="Georgia"/>
          <w:sz w:val="23"/>
        </w:rPr>
        <w:t>“I retired around then.”</w:t>
      </w:r>
    </w:p>
    <w:p>
      <w:r>
        <w:rPr>
          <w:rFonts w:ascii="Georgia" w:hAnsi="Georgia" w:eastAsia="Georgia"/>
          <w:sz w:val="23"/>
        </w:rPr>
        <w:t>“Because of the hand?”</w:t>
      </w:r>
    </w:p>
    <w:p>
      <w:r>
        <w:rPr>
          <w:rFonts w:ascii="Georgia" w:hAnsi="Georgia" w:eastAsia="Georgia"/>
          <w:sz w:val="23"/>
        </w:rPr>
        <w:t>“No. Because I had been fixing municipal fabricators since before Miren’s grandmother was licensed to vote in half the districts she lived in.”</w:t>
      </w:r>
    </w:p>
    <w:p>
      <w:r>
        <w:rPr>
          <w:rFonts w:ascii="Georgia" w:hAnsi="Georgia" w:eastAsia="Georgia"/>
          <w:sz w:val="23"/>
        </w:rPr>
        <w:t>“Fair.”</w:t>
      </w:r>
    </w:p>
    <w:p>
      <w:r>
        <w:rPr>
          <w:rFonts w:ascii="Georgia" w:hAnsi="Georgia" w:eastAsia="Georgia"/>
          <w:sz w:val="23"/>
        </w:rPr>
        <w:t>“Also my back hurt.”</w:t>
      </w:r>
    </w:p>
    <w:p>
      <w:r>
        <w:rPr>
          <w:rFonts w:ascii="Georgia" w:hAnsi="Georgia" w:eastAsia="Georgia"/>
          <w:sz w:val="23"/>
        </w:rPr>
        <w:t>“More useful.”</w:t>
      </w:r>
    </w:p>
    <w:p>
      <w:r>
        <w:rPr>
          <w:rFonts w:ascii="Georgia" w:hAnsi="Georgia" w:eastAsia="Georgia"/>
          <w:sz w:val="23"/>
        </w:rPr>
        <w:t>The record after the divorce did not show a hand complaint.</w:t>
      </w:r>
    </w:p>
    <w:p>
      <w:r>
        <w:rPr>
          <w:rFonts w:ascii="Georgia" w:hAnsi="Georgia" w:eastAsia="Georgia"/>
          <w:sz w:val="23"/>
        </w:rPr>
        <w:t>Neither did the next.</w:t>
      </w:r>
    </w:p>
    <w:p>
      <w:r>
        <w:rPr>
          <w:rFonts w:ascii="Georgia" w:hAnsi="Georgia" w:eastAsia="Georgia"/>
          <w:sz w:val="23"/>
        </w:rPr>
        <w:t>If Sera’s setting had mattered, the effect was not simple withdrawal.</w:t>
      </w:r>
    </w:p>
    <w:p>
      <w:r>
        <w:rPr>
          <w:rFonts w:ascii="Georgia" w:hAnsi="Georgia" w:eastAsia="Georgia"/>
          <w:sz w:val="23"/>
        </w:rPr>
        <w:t>Simple was becoming suspicious.</w:t>
      </w:r>
    </w:p>
    <w:p>
      <w:pPr>
        <w:spacing w:before="80" w:after="80"/>
        <w:jc w:val="center"/>
      </w:pPr>
      <w:r>
        <w:rPr>
          <w:rFonts w:ascii="Georgia" w:hAnsi="Georgia" w:eastAsia="Georgia"/>
          <w:sz w:val="23"/>
        </w:rPr>
        <w:t>§</w:t>
      </w:r>
    </w:p>
    <w:p>
      <w:r>
        <w:rPr>
          <w:rFonts w:ascii="Georgia" w:hAnsi="Georgia" w:eastAsia="Georgia"/>
          <w:sz w:val="23"/>
        </w:rPr>
        <w:t>At 2140 the building monitor chimed.</w:t>
      </w:r>
    </w:p>
    <w:p>
      <w:r>
        <w:rPr>
          <w:rFonts w:ascii="Georgia" w:hAnsi="Georgia" w:eastAsia="Georgia"/>
          <w:sz w:val="23"/>
        </w:rPr>
        <w:t>Not an alarm.</w:t>
      </w:r>
    </w:p>
    <w:p>
      <w:r>
        <w:rPr>
          <w:rFonts w:ascii="Georgia" w:hAnsi="Georgia" w:eastAsia="Georgia"/>
          <w:sz w:val="23"/>
        </w:rPr>
        <w:t>A service notice.</w:t>
      </w:r>
    </w:p>
    <w:p>
      <w:r>
        <w:rPr>
          <w:rFonts w:ascii="Georgia" w:hAnsi="Georgia" w:eastAsia="Georgia"/>
          <w:sz w:val="23"/>
        </w:rPr>
        <w:t>AMBIENT FIELD CONDITIONING TEST — 0200-0210.</w:t>
        <w:br/>
        <w:t>REGISTERED INTIMATE SETTINGS MAY EXPERIENCE COMPENSATOR ACTIVITY WITHIN LICENSED RANGE.</w:t>
        <w:br/>
        <w:t>NO ACTION REQUIRED.</w:t>
      </w:r>
    </w:p>
    <w:p>
      <w:r>
        <w:rPr>
          <w:rFonts w:ascii="Georgia" w:hAnsi="Georgia" w:eastAsia="Georgia"/>
          <w:sz w:val="23"/>
        </w:rPr>
        <w:t>I read it twice.</w:t>
      </w:r>
    </w:p>
    <w:p>
      <w:r>
        <w:rPr>
          <w:rFonts w:ascii="Georgia" w:hAnsi="Georgia" w:eastAsia="Georgia"/>
          <w:sz w:val="23"/>
        </w:rPr>
        <w:t>“They do that every month,” Ivena said.</w:t>
      </w:r>
    </w:p>
    <w:p>
      <w:r>
        <w:rPr>
          <w:rFonts w:ascii="Georgia" w:hAnsi="Georgia" w:eastAsia="Georgia"/>
          <w:sz w:val="23"/>
        </w:rPr>
        <w:t>“You sleep through it?”</w:t>
      </w:r>
    </w:p>
    <w:p>
      <w:r>
        <w:rPr>
          <w:rFonts w:ascii="Georgia" w:hAnsi="Georgia" w:eastAsia="Georgia"/>
          <w:sz w:val="23"/>
        </w:rPr>
        <w:t>“Usually.”</w:t>
      </w:r>
    </w:p>
    <w:p>
      <w:r>
        <w:rPr>
          <w:rFonts w:ascii="Georgia" w:hAnsi="Georgia" w:eastAsia="Georgia"/>
          <w:sz w:val="23"/>
        </w:rPr>
        <w:t>“Your setting logs response?”</w:t>
      </w:r>
    </w:p>
    <w:p>
      <w:r>
        <w:rPr>
          <w:rFonts w:ascii="Georgia" w:hAnsi="Georgia" w:eastAsia="Georgia"/>
          <w:sz w:val="23"/>
        </w:rPr>
        <w:t>“Probably.”</w:t>
      </w:r>
    </w:p>
    <w:p>
      <w:r>
        <w:rPr>
          <w:rFonts w:ascii="Georgia" w:hAnsi="Georgia" w:eastAsia="Georgia"/>
          <w:sz w:val="23"/>
        </w:rPr>
        <w:t>“Where are the logs?”</w:t>
      </w:r>
    </w:p>
    <w:p>
      <w:r>
        <w:rPr>
          <w:rFonts w:ascii="Georgia" w:hAnsi="Georgia" w:eastAsia="Georgia"/>
          <w:sz w:val="23"/>
        </w:rPr>
        <w:t>“Building keeps aggregate. Personal unit keeps thirty days unless something exceeds threshold.”</w:t>
      </w:r>
    </w:p>
    <w:p>
      <w:r>
        <w:rPr>
          <w:rFonts w:ascii="Georgia" w:hAnsi="Georgia" w:eastAsia="Georgia"/>
          <w:sz w:val="23"/>
        </w:rPr>
        <w:t>“Can you access your thirty days?”</w:t>
      </w:r>
    </w:p>
    <w:p>
      <w:r>
        <w:rPr>
          <w:rFonts w:ascii="Georgia" w:hAnsi="Georgia" w:eastAsia="Georgia"/>
          <w:sz w:val="23"/>
        </w:rPr>
        <w:t>“Yes.”</w:t>
      </w:r>
    </w:p>
    <w:p>
      <w:r>
        <w:rPr>
          <w:rFonts w:ascii="Georgia" w:hAnsi="Georgia" w:eastAsia="Georgia"/>
          <w:sz w:val="23"/>
        </w:rPr>
        <w:t>She opened the domestic monitor.</w:t>
      </w:r>
    </w:p>
    <w:p>
      <w:r>
        <w:rPr>
          <w:rFonts w:ascii="Georgia" w:hAnsi="Georgia" w:eastAsia="Georgia"/>
          <w:sz w:val="23"/>
        </w:rPr>
        <w:t>Twenty-nine conditioning events.</w:t>
      </w:r>
    </w:p>
    <w:p>
      <w:r>
        <w:rPr>
          <w:rFonts w:ascii="Georgia" w:hAnsi="Georgia" w:eastAsia="Georgia"/>
          <w:sz w:val="23"/>
        </w:rPr>
        <w:t>The setting’s compensator had adjusted during each.</w:t>
      </w:r>
    </w:p>
    <w:p>
      <w:r>
        <w:rPr>
          <w:rFonts w:ascii="Georgia" w:hAnsi="Georgia" w:eastAsia="Georgia"/>
          <w:sz w:val="23"/>
        </w:rPr>
        <w:t>All within tolerance.</w:t>
      </w:r>
    </w:p>
    <w:p>
      <w:r>
        <w:rPr>
          <w:rFonts w:ascii="Georgia" w:hAnsi="Georgia" w:eastAsia="Georgia"/>
          <w:sz w:val="23"/>
        </w:rPr>
        <w:t>No adverse alerts.</w:t>
      </w:r>
    </w:p>
    <w:p>
      <w:r>
        <w:rPr>
          <w:rFonts w:ascii="Georgia" w:hAnsi="Georgia" w:eastAsia="Georgia"/>
          <w:sz w:val="23"/>
        </w:rPr>
        <w:t>I looked at the shape of the response, not the alert state.</w:t>
      </w:r>
    </w:p>
    <w:p>
      <w:r>
        <w:rPr>
          <w:rFonts w:ascii="Georgia" w:hAnsi="Georgia" w:eastAsia="Georgia"/>
          <w:sz w:val="23"/>
        </w:rPr>
        <w:t>There was a small asymmetry in the recovery after each conditioning transition.</w:t>
      </w:r>
    </w:p>
    <w:p>
      <w:r>
        <w:rPr>
          <w:rFonts w:ascii="Georgia" w:hAnsi="Georgia" w:eastAsia="Georgia"/>
          <w:sz w:val="23"/>
        </w:rPr>
        <w:t>Not large.</w:t>
      </w:r>
    </w:p>
    <w:p>
      <w:r>
        <w:rPr>
          <w:rFonts w:ascii="Georgia" w:hAnsi="Georgia" w:eastAsia="Georgia"/>
          <w:sz w:val="23"/>
        </w:rPr>
        <w:t>Not obviously meaningful.</w:t>
      </w:r>
    </w:p>
    <w:p>
      <w:r>
        <w:rPr>
          <w:rFonts w:ascii="Georgia" w:hAnsi="Georgia" w:eastAsia="Georgia"/>
          <w:sz w:val="23"/>
        </w:rPr>
        <w:t>“Do you have hand telemetry at night?”</w:t>
      </w:r>
    </w:p>
    <w:p>
      <w:r>
        <w:rPr>
          <w:rFonts w:ascii="Georgia" w:hAnsi="Georgia" w:eastAsia="Georgia"/>
          <w:sz w:val="23"/>
        </w:rPr>
        <w:t>“No. I sleep like a person.”</w:t>
      </w:r>
    </w:p>
    <w:p>
      <w:r>
        <w:rPr>
          <w:rFonts w:ascii="Georgia" w:hAnsi="Georgia" w:eastAsia="Georgia"/>
          <w:sz w:val="23"/>
        </w:rPr>
        <w:t>“Some people sleep instrumented.”</w:t>
      </w:r>
    </w:p>
    <w:p>
      <w:r>
        <w:rPr>
          <w:rFonts w:ascii="Georgia" w:hAnsi="Georgia" w:eastAsia="Georgia"/>
          <w:sz w:val="23"/>
        </w:rPr>
        <w:t>“Rich people and hypochondriacs.”</w:t>
      </w:r>
    </w:p>
    <w:p>
      <w:r>
        <w:rPr>
          <w:rFonts w:ascii="Georgia" w:hAnsi="Georgia" w:eastAsia="Georgia"/>
          <w:sz w:val="23"/>
        </w:rPr>
        <w:t>“You have a thoracic scaffold.”</w:t>
      </w:r>
    </w:p>
    <w:p>
      <w:r>
        <w:rPr>
          <w:rFonts w:ascii="Georgia" w:hAnsi="Georgia" w:eastAsia="Georgia"/>
          <w:sz w:val="23"/>
        </w:rPr>
        <w:t>“That monitors itself. It does not need to know what my fingers dream about.”</w:t>
      </w:r>
    </w:p>
    <w:p>
      <w:r>
        <w:rPr>
          <w:rFonts w:ascii="Georgia" w:hAnsi="Georgia" w:eastAsia="Georgia"/>
          <w:sz w:val="23"/>
        </w:rPr>
        <w:t>I closed the logs.</w:t>
      </w:r>
    </w:p>
    <w:p>
      <w:r>
        <w:rPr>
          <w:rFonts w:ascii="Georgia" w:hAnsi="Georgia" w:eastAsia="Georgia"/>
          <w:sz w:val="23"/>
        </w:rPr>
        <w:t>The building had been interacting with her setting every month for years.</w:t>
      </w:r>
    </w:p>
    <w:p>
      <w:r>
        <w:rPr>
          <w:rFonts w:ascii="Georgia" w:hAnsi="Georgia" w:eastAsia="Georgia"/>
          <w:sz w:val="23"/>
        </w:rPr>
        <w:t>Not enough to produce an alert.</w:t>
      </w:r>
    </w:p>
    <w:p>
      <w:r>
        <w:rPr>
          <w:rFonts w:ascii="Georgia" w:hAnsi="Georgia" w:eastAsia="Georgia"/>
          <w:sz w:val="23"/>
        </w:rPr>
        <w:t>Enough to produce history.</w:t>
      </w:r>
    </w:p>
    <w:p>
      <w:r>
        <w:rPr>
          <w:rFonts w:ascii="Georgia" w:hAnsi="Georgia" w:eastAsia="Georgia"/>
          <w:sz w:val="23"/>
        </w:rPr>
        <w:t>History did not require drama to become technically relevant.</w:t>
      </w:r>
    </w:p>
    <w:p>
      <w:r>
        <w:rPr>
          <w:rFonts w:ascii="Georgia" w:hAnsi="Georgia" w:eastAsia="Georgia"/>
          <w:sz w:val="23"/>
        </w:rPr>
        <w:t>I opened another folder.</w:t>
      </w:r>
    </w:p>
    <w:p>
      <w:r>
        <w:rPr>
          <w:rFonts w:ascii="Georgia" w:hAnsi="Georgia" w:eastAsia="Georgia"/>
          <w:sz w:val="23"/>
        </w:rPr>
        <w:t>YEAR 81.</w:t>
      </w:r>
    </w:p>
    <w:p>
      <w:r>
        <w:rPr>
          <w:rFonts w:ascii="Georgia" w:hAnsi="Georgia" w:eastAsia="Georgia"/>
          <w:sz w:val="23"/>
        </w:rPr>
        <w:t>First post-divorce service.</w:t>
      </w:r>
    </w:p>
    <w:p>
      <w:r>
        <w:rPr>
          <w:rFonts w:ascii="Georgia" w:hAnsi="Georgia" w:eastAsia="Georgia"/>
          <w:sz w:val="23"/>
        </w:rPr>
        <w:t>Carrier: IVENA SAR.</w:t>
      </w:r>
    </w:p>
    <w:p>
      <w:r>
        <w:rPr>
          <w:rFonts w:ascii="Georgia" w:hAnsi="Georgia" w:eastAsia="Georgia"/>
          <w:sz w:val="23"/>
        </w:rPr>
        <w:t>Secondary domestic setting: NONE.</w:t>
      </w:r>
    </w:p>
    <w:p>
      <w:r>
        <w:rPr>
          <w:rFonts w:ascii="Georgia" w:hAnsi="Georgia" w:eastAsia="Georgia"/>
          <w:sz w:val="23"/>
        </w:rPr>
        <w:t>Right-hand blind positioning: ABOVE AGE-ADJUSTED BASELINE.</w:t>
      </w:r>
    </w:p>
    <w:p>
      <w:r>
        <w:rPr>
          <w:rFonts w:ascii="Georgia" w:hAnsi="Georgia" w:eastAsia="Georgia"/>
          <w:sz w:val="23"/>
        </w:rPr>
        <w:t>No complaint.</w:t>
      </w:r>
    </w:p>
    <w:p>
      <w:r>
        <w:rPr>
          <w:rFonts w:ascii="Georgia" w:hAnsi="Georgia" w:eastAsia="Georgia"/>
          <w:sz w:val="23"/>
        </w:rPr>
        <w:t>No field reduction performed due to new long-contact caution standard.</w:t>
      </w:r>
    </w:p>
    <w:p>
      <w:r>
        <w:rPr>
          <w:rFonts w:ascii="Georgia" w:hAnsi="Georgia" w:eastAsia="Georgia"/>
          <w:sz w:val="23"/>
        </w:rPr>
        <w:t>Nothing useful.</w:t>
      </w:r>
    </w:p>
    <w:p>
      <w:r>
        <w:rPr>
          <w:rFonts w:ascii="Georgia" w:hAnsi="Georgia" w:eastAsia="Georgia"/>
          <w:sz w:val="23"/>
        </w:rPr>
        <w:t>Then a handwritten note at the bottom.</w:t>
      </w:r>
    </w:p>
    <w:p>
      <w:r>
        <w:rPr>
          <w:rFonts w:ascii="Georgia" w:hAnsi="Georgia" w:eastAsia="Georgia"/>
          <w:sz w:val="23"/>
        </w:rPr>
        <w:t>CARRIER ASKS WHETHER SETTING “MISSES” SECOND HOUSEHOLD UNIT.</w:t>
        <w:br/>
        <w:t>COUNSELED THAT CURRENT EVIDENCE DOES NOT SUPPORT AFFECTIVE INTERPRETATION.</w:t>
      </w:r>
    </w:p>
    <w:p>
      <w:r>
        <w:rPr>
          <w:rFonts w:ascii="Georgia" w:hAnsi="Georgia" w:eastAsia="Georgia"/>
          <w:sz w:val="23"/>
        </w:rPr>
        <w:t>I stared at it.</w:t>
      </w:r>
    </w:p>
    <w:p>
      <w:r>
        <w:rPr>
          <w:rFonts w:ascii="Georgia" w:hAnsi="Georgia" w:eastAsia="Georgia"/>
          <w:sz w:val="23"/>
        </w:rPr>
        <w:t>Ivena saw the line.</w:t>
      </w:r>
    </w:p>
    <w:p>
      <w:r>
        <w:rPr>
          <w:rFonts w:ascii="Georgia" w:hAnsi="Georgia" w:eastAsia="Georgia"/>
          <w:sz w:val="23"/>
        </w:rPr>
        <w:t>“I remember that one.”</w:t>
      </w:r>
    </w:p>
    <w:p>
      <w:r>
        <w:rPr>
          <w:rFonts w:ascii="Georgia" w:hAnsi="Georgia" w:eastAsia="Georgia"/>
          <w:sz w:val="23"/>
        </w:rPr>
        <w:t>“Why did you ask?”</w:t>
      </w:r>
    </w:p>
    <w:p>
      <w:r>
        <w:rPr>
          <w:rFonts w:ascii="Georgia" w:hAnsi="Georgia" w:eastAsia="Georgia"/>
          <w:sz w:val="23"/>
        </w:rPr>
        <w:t>“Because it made noise for a week.”</w:t>
      </w:r>
    </w:p>
    <w:p>
      <w:r>
        <w:rPr>
          <w:rFonts w:ascii="Georgia" w:hAnsi="Georgia" w:eastAsia="Georgia"/>
          <w:sz w:val="23"/>
        </w:rPr>
        <w:t>“Actual noise?”</w:t>
      </w:r>
    </w:p>
    <w:p>
      <w:r>
        <w:rPr>
          <w:rFonts w:ascii="Georgia" w:hAnsi="Georgia" w:eastAsia="Georgia"/>
          <w:sz w:val="23"/>
        </w:rPr>
        <w:t>“The setting, no. The field alert. Tiny chirp. Once or twice at night.”</w:t>
      </w:r>
    </w:p>
    <w:p>
      <w:r>
        <w:rPr>
          <w:rFonts w:ascii="Georgia" w:hAnsi="Georgia" w:eastAsia="Georgia"/>
          <w:sz w:val="23"/>
        </w:rPr>
        <w:t>“After Sera left?”</w:t>
      </w:r>
    </w:p>
    <w:p>
      <w:r>
        <w:rPr>
          <w:rFonts w:ascii="Georgia" w:hAnsi="Georgia" w:eastAsia="Georgia"/>
          <w:sz w:val="23"/>
        </w:rPr>
        <w:t>“Yes.”</w:t>
      </w:r>
    </w:p>
    <w:p>
      <w:r>
        <w:rPr>
          <w:rFonts w:ascii="Georgia" w:hAnsi="Georgia" w:eastAsia="Georgia"/>
          <w:sz w:val="23"/>
        </w:rPr>
        <w:t>“Did the service technician reproduce it?”</w:t>
      </w:r>
    </w:p>
    <w:p>
      <w:r>
        <w:rPr>
          <w:rFonts w:ascii="Georgia" w:hAnsi="Georgia" w:eastAsia="Georgia"/>
          <w:sz w:val="23"/>
        </w:rPr>
        <w:t>“No.”</w:t>
      </w:r>
    </w:p>
    <w:p>
      <w:r>
        <w:rPr>
          <w:rFonts w:ascii="Georgia" w:hAnsi="Georgia" w:eastAsia="Georgia"/>
          <w:sz w:val="23"/>
        </w:rPr>
        <w:t>“Did it stop?”</w:t>
      </w:r>
    </w:p>
    <w:p>
      <w:r>
        <w:rPr>
          <w:rFonts w:ascii="Georgia" w:hAnsi="Georgia" w:eastAsia="Georgia"/>
          <w:sz w:val="23"/>
        </w:rPr>
        <w:t>“Eventually.”</w:t>
      </w:r>
    </w:p>
    <w:p>
      <w:r>
        <w:rPr>
          <w:rFonts w:ascii="Georgia" w:hAnsi="Georgia" w:eastAsia="Georgia"/>
          <w:sz w:val="23"/>
        </w:rPr>
        <w:t>“How long?”</w:t>
      </w:r>
    </w:p>
    <w:p>
      <w:r>
        <w:rPr>
          <w:rFonts w:ascii="Georgia" w:hAnsi="Georgia" w:eastAsia="Georgia"/>
          <w:sz w:val="23"/>
        </w:rPr>
        <w:t>“Weeks. Maybe two months.”</w:t>
      </w:r>
    </w:p>
    <w:p>
      <w:r>
        <w:rPr>
          <w:rFonts w:ascii="Georgia" w:hAnsi="Georgia" w:eastAsia="Georgia"/>
          <w:sz w:val="23"/>
        </w:rPr>
        <w:t>“Why use the word misses?”</w:t>
      </w:r>
    </w:p>
    <w:p>
      <w:r>
        <w:rPr>
          <w:rFonts w:ascii="Georgia" w:hAnsi="Georgia" w:eastAsia="Georgia"/>
          <w:sz w:val="23"/>
        </w:rPr>
        <w:t>She looked annoyed now. Annoyance usually preceded a more accurate answer.</w:t>
      </w:r>
    </w:p>
    <w:p>
      <w:r>
        <w:rPr>
          <w:rFonts w:ascii="Georgia" w:hAnsi="Georgia" w:eastAsia="Georgia"/>
          <w:sz w:val="23"/>
        </w:rPr>
        <w:t>“Because I was getting divorced. Because Sera was gone. Because the apartment was quiet. Because people make jokes when they do not want to say a machine is doing something they cannot explain. Pick one.”</w:t>
      </w:r>
    </w:p>
    <w:p>
      <w:r>
        <w:rPr>
          <w:rFonts w:ascii="Georgia" w:hAnsi="Georgia" w:eastAsia="Georgia"/>
          <w:sz w:val="23"/>
        </w:rPr>
        <w:t>“The setting is not a machine.”</w:t>
      </w:r>
    </w:p>
    <w:p>
      <w:r>
        <w:rPr>
          <w:rFonts w:ascii="Georgia" w:hAnsi="Georgia" w:eastAsia="Georgia"/>
          <w:sz w:val="23"/>
        </w:rPr>
        <w:t>“The chirp was.”</w:t>
      </w:r>
    </w:p>
    <w:p>
      <w:r>
        <w:rPr>
          <w:rFonts w:ascii="Georgia" w:hAnsi="Georgia" w:eastAsia="Georgia"/>
          <w:sz w:val="23"/>
        </w:rPr>
        <w:t>Correct.</w:t>
      </w:r>
    </w:p>
    <w:p>
      <w:r>
        <w:rPr>
          <w:rFonts w:ascii="Georgia" w:hAnsi="Georgia" w:eastAsia="Georgia"/>
          <w:sz w:val="23"/>
        </w:rPr>
        <w:t>I read the technician’s response again.</w:t>
      </w:r>
    </w:p>
    <w:p>
      <w:r>
        <w:rPr>
          <w:rFonts w:ascii="Georgia" w:hAnsi="Georgia" w:eastAsia="Georgia"/>
          <w:sz w:val="23"/>
        </w:rPr>
        <w:t>CURRENT EVIDENCE DOES NOT SUPPORT AFFECTIVE INTERPRETATION.</w:t>
      </w:r>
    </w:p>
    <w:p>
      <w:r>
        <w:rPr>
          <w:rFonts w:ascii="Georgia" w:hAnsi="Georgia" w:eastAsia="Georgia"/>
          <w:sz w:val="23"/>
        </w:rPr>
        <w:t>Still correct.</w:t>
      </w:r>
    </w:p>
    <w:p>
      <w:r>
        <w:rPr>
          <w:rFonts w:ascii="Georgia" w:hAnsi="Georgia" w:eastAsia="Georgia"/>
          <w:sz w:val="23"/>
        </w:rPr>
        <w:t>Still not enough.</w:t>
      </w:r>
    </w:p>
    <w:p>
      <w:r>
        <w:rPr>
          <w:rFonts w:ascii="Georgia" w:hAnsi="Georgia" w:eastAsia="Georgia"/>
          <w:sz w:val="23"/>
        </w:rPr>
        <w:t>“Did you tell Sera?”</w:t>
      </w:r>
    </w:p>
    <w:p>
      <w:r>
        <w:rPr>
          <w:rFonts w:ascii="Georgia" w:hAnsi="Georgia" w:eastAsia="Georgia"/>
          <w:sz w:val="23"/>
        </w:rPr>
        <w:t>“Of course.”</w:t>
      </w:r>
    </w:p>
    <w:p>
      <w:r>
        <w:rPr>
          <w:rFonts w:ascii="Georgia" w:hAnsi="Georgia" w:eastAsia="Georgia"/>
          <w:sz w:val="23"/>
        </w:rPr>
        <w:t>“What did she say?”</w:t>
      </w:r>
    </w:p>
    <w:p>
      <w:r>
        <w:rPr>
          <w:rFonts w:ascii="Georgia" w:hAnsi="Georgia" w:eastAsia="Georgia"/>
          <w:sz w:val="23"/>
        </w:rPr>
        <w:t>Ivena stood.</w:t>
      </w:r>
    </w:p>
    <w:p>
      <w:r>
        <w:rPr>
          <w:rFonts w:ascii="Georgia" w:hAnsi="Georgia" w:eastAsia="Georgia"/>
          <w:sz w:val="23"/>
        </w:rPr>
        <w:t>For a moment I thought she was ending the interview.</w:t>
      </w:r>
    </w:p>
    <w:p>
      <w:r>
        <w:rPr>
          <w:rFonts w:ascii="Georgia" w:hAnsi="Georgia" w:eastAsia="Georgia"/>
          <w:sz w:val="23"/>
        </w:rPr>
        <w:t>Instead she went to a cabinet, opened the wrong drawer, closed it, opened the next, and took out a small ceramic cup.</w:t>
      </w:r>
    </w:p>
    <w:p>
      <w:r>
        <w:rPr>
          <w:rFonts w:ascii="Georgia" w:hAnsi="Georgia" w:eastAsia="Georgia"/>
          <w:sz w:val="23"/>
        </w:rPr>
        <w:t>She filled it with water.</w:t>
      </w:r>
    </w:p>
    <w:p>
      <w:r>
        <w:rPr>
          <w:rFonts w:ascii="Georgia" w:hAnsi="Georgia" w:eastAsia="Georgia"/>
          <w:sz w:val="23"/>
        </w:rPr>
        <w:t>Her right hand held the cup.</w:t>
      </w:r>
    </w:p>
    <w:p>
      <w:r>
        <w:rPr>
          <w:rFonts w:ascii="Georgia" w:hAnsi="Georgia" w:eastAsia="Georgia"/>
          <w:sz w:val="23"/>
        </w:rPr>
        <w:t>Her left turned the tap.</w:t>
      </w:r>
    </w:p>
    <w:p>
      <w:r>
        <w:rPr>
          <w:rFonts w:ascii="Georgia" w:hAnsi="Georgia" w:eastAsia="Georgia"/>
          <w:sz w:val="23"/>
        </w:rPr>
        <w:t>“She said hers was doing it too.”</w:t>
      </w:r>
    </w:p>
    <w:p>
      <w:r>
        <w:rPr>
          <w:rFonts w:ascii="Georgia" w:hAnsi="Georgia" w:eastAsia="Georgia"/>
          <w:sz w:val="23"/>
        </w:rPr>
        <w:t>I did not move.</w:t>
      </w:r>
    </w:p>
    <w:p>
      <w:r>
        <w:rPr>
          <w:rFonts w:ascii="Georgia" w:hAnsi="Georgia" w:eastAsia="Georgia"/>
          <w:sz w:val="23"/>
        </w:rPr>
        <w:t>“Doing what?”</w:t>
      </w:r>
    </w:p>
    <w:p>
      <w:r>
        <w:rPr>
          <w:rFonts w:ascii="Georgia" w:hAnsi="Georgia" w:eastAsia="Georgia"/>
          <w:sz w:val="23"/>
        </w:rPr>
        <w:t>“Chirping.”</w:t>
      </w:r>
    </w:p>
    <w:p>
      <w:r>
        <w:rPr>
          <w:rFonts w:ascii="Georgia" w:hAnsi="Georgia" w:eastAsia="Georgia"/>
          <w:sz w:val="23"/>
        </w:rPr>
        <w:t>“After separation.”</w:t>
      </w:r>
    </w:p>
    <w:p>
      <w:r>
        <w:rPr>
          <w:rFonts w:ascii="Georgia" w:hAnsi="Georgia" w:eastAsia="Georgia"/>
          <w:sz w:val="23"/>
        </w:rPr>
        <w:t>“Yes.”</w:t>
      </w:r>
    </w:p>
    <w:p>
      <w:r>
        <w:rPr>
          <w:rFonts w:ascii="Georgia" w:hAnsi="Georgia" w:eastAsia="Georgia"/>
          <w:sz w:val="23"/>
        </w:rPr>
        <w:t>“Same timing?”</w:t>
      </w:r>
    </w:p>
    <w:p>
      <w:r>
        <w:rPr>
          <w:rFonts w:ascii="Georgia" w:hAnsi="Georgia" w:eastAsia="Georgia"/>
          <w:sz w:val="23"/>
        </w:rPr>
        <w:t>“I do not know. We were not synchronizing divorce noises.”</w:t>
      </w:r>
    </w:p>
    <w:p>
      <w:r>
        <w:rPr>
          <w:rFonts w:ascii="Georgia" w:hAnsi="Georgia" w:eastAsia="Georgia"/>
          <w:sz w:val="23"/>
        </w:rPr>
        <w:t>“Did her technician record it?”</w:t>
      </w:r>
    </w:p>
    <w:p>
      <w:r>
        <w:rPr>
          <w:rFonts w:ascii="Georgia" w:hAnsi="Georgia" w:eastAsia="Georgia"/>
          <w:sz w:val="23"/>
        </w:rPr>
        <w:t>“Ask her.”</w:t>
      </w:r>
    </w:p>
    <w:p>
      <w:r>
        <w:rPr>
          <w:rFonts w:ascii="Georgia" w:hAnsi="Georgia" w:eastAsia="Georgia"/>
          <w:sz w:val="23"/>
        </w:rPr>
        <w:t>“You said not to contact her yet.”</w:t>
      </w:r>
    </w:p>
    <w:p>
      <w:r>
        <w:rPr>
          <w:rFonts w:ascii="Georgia" w:hAnsi="Georgia" w:eastAsia="Georgia"/>
          <w:sz w:val="23"/>
        </w:rPr>
        <w:t>“Miren said not to contact her yet. I did not.”</w:t>
      </w:r>
    </w:p>
    <w:p>
      <w:r>
        <w:rPr>
          <w:rFonts w:ascii="Georgia" w:hAnsi="Georgia" w:eastAsia="Georgia"/>
          <w:sz w:val="23"/>
        </w:rPr>
        <w:t>“Do you want me to?”</w:t>
      </w:r>
    </w:p>
    <w:p>
      <w:r>
        <w:rPr>
          <w:rFonts w:ascii="Georgia" w:hAnsi="Georgia" w:eastAsia="Georgia"/>
          <w:sz w:val="23"/>
        </w:rPr>
        <w:t>Ivena drank the water.</w:t>
      </w:r>
    </w:p>
    <w:p>
      <w:r>
        <w:rPr>
          <w:rFonts w:ascii="Georgia" w:hAnsi="Georgia" w:eastAsia="Georgia"/>
          <w:sz w:val="23"/>
        </w:rPr>
        <w:t>Then she put the cup down with her right hand exactly centered on the coaster without looking.</w:t>
      </w:r>
    </w:p>
    <w:p>
      <w:r>
        <w:rPr>
          <w:rFonts w:ascii="Georgia" w:hAnsi="Georgia" w:eastAsia="Georgia"/>
          <w:sz w:val="23"/>
        </w:rPr>
        <w:t>I noticed.</w:t>
      </w:r>
    </w:p>
    <w:p>
      <w:r>
        <w:rPr>
          <w:rFonts w:ascii="Georgia" w:hAnsi="Georgia" w:eastAsia="Georgia"/>
          <w:sz w:val="23"/>
        </w:rPr>
        <w:t>She noticed me noticing.</w:t>
      </w:r>
    </w:p>
    <w:p>
      <w:r>
        <w:rPr>
          <w:rFonts w:ascii="Georgia" w:hAnsi="Georgia" w:eastAsia="Georgia"/>
          <w:sz w:val="23"/>
        </w:rPr>
        <w:t>“I want my surgery,” she said. “I want my hand to keep belonging where it belongs. I want Deren’s setting not to get turned into a public argument before anyone knows what the argument is. And I do not want you dragging Sera back into my marriage because two old pieces of Kaethe once shared a bed.”</w:t>
      </w:r>
    </w:p>
    <w:p>
      <w:r>
        <w:rPr>
          <w:rFonts w:ascii="Georgia" w:hAnsi="Georgia" w:eastAsia="Georgia"/>
          <w:sz w:val="23"/>
        </w:rPr>
        <w:t>“Your marriage is over.”</w:t>
      </w:r>
    </w:p>
    <w:p>
      <w:r>
        <w:rPr>
          <w:rFonts w:ascii="Georgia" w:hAnsi="Georgia" w:eastAsia="Georgia"/>
          <w:sz w:val="23"/>
        </w:rPr>
        <w:t>“That does not mean it stopped happening.”</w:t>
      </w:r>
    </w:p>
    <w:p>
      <w:r>
        <w:rPr>
          <w:rFonts w:ascii="Georgia" w:hAnsi="Georgia" w:eastAsia="Georgia"/>
          <w:sz w:val="23"/>
        </w:rPr>
        <w:t>I understood the sentence technically before I understood why she disliked me for hearing it that way.</w:t>
      </w:r>
    </w:p>
    <w:p>
      <w:r>
        <w:rPr>
          <w:rFonts w:ascii="Georgia" w:hAnsi="Georgia" w:eastAsia="Georgia"/>
          <w:sz w:val="23"/>
        </w:rPr>
        <w:t>I corrected.</w:t>
      </w:r>
    </w:p>
    <w:p>
      <w:r>
        <w:rPr>
          <w:rFonts w:ascii="Georgia" w:hAnsi="Georgia" w:eastAsia="Georgia"/>
          <w:sz w:val="23"/>
        </w:rPr>
        <w:t>“I will not contact her without your permission.”</w:t>
      </w:r>
    </w:p>
    <w:p>
      <w:r>
        <w:rPr>
          <w:rFonts w:ascii="Georgia" w:hAnsi="Georgia" w:eastAsia="Georgia"/>
          <w:sz w:val="23"/>
        </w:rPr>
        <w:t>“All right.”</w:t>
      </w:r>
    </w:p>
    <w:p>
      <w:r>
        <w:rPr>
          <w:rFonts w:ascii="Georgia" w:hAnsi="Georgia" w:eastAsia="Georgia"/>
          <w:sz w:val="23"/>
        </w:rPr>
        <w:t>“But if her setting showed a corresponding event after separation, it matters.”</w:t>
      </w:r>
    </w:p>
    <w:p>
      <w:r>
        <w:rPr>
          <w:rFonts w:ascii="Georgia" w:hAnsi="Georgia" w:eastAsia="Georgia"/>
          <w:sz w:val="23"/>
        </w:rPr>
        <w:t>“Maybe.”</w:t>
      </w:r>
    </w:p>
    <w:p>
      <w:r>
        <w:rPr>
          <w:rFonts w:ascii="Georgia" w:hAnsi="Georgia" w:eastAsia="Georgia"/>
          <w:sz w:val="23"/>
        </w:rPr>
        <w:t>“It matters enough to ask.”</w:t>
      </w:r>
    </w:p>
    <w:p>
      <w:r>
        <w:rPr>
          <w:rFonts w:ascii="Georgia" w:hAnsi="Georgia" w:eastAsia="Georgia"/>
          <w:sz w:val="23"/>
        </w:rPr>
        <w:t>“Eventually.”</w:t>
      </w:r>
    </w:p>
    <w:p>
      <w:r>
        <w:rPr>
          <w:rFonts w:ascii="Georgia" w:hAnsi="Georgia" w:eastAsia="Georgia"/>
          <w:sz w:val="23"/>
        </w:rPr>
        <w:t>“When?”</w:t>
      </w:r>
    </w:p>
    <w:p>
      <w:r>
        <w:rPr>
          <w:rFonts w:ascii="Georgia" w:hAnsi="Georgia" w:eastAsia="Georgia"/>
          <w:sz w:val="23"/>
        </w:rPr>
        <w:t>“After you finish eating the food you brought for a colony.”</w:t>
      </w:r>
    </w:p>
    <w:p>
      <w:pPr>
        <w:spacing w:before="80" w:after="80"/>
        <w:jc w:val="center"/>
      </w:pPr>
      <w:r>
        <w:rPr>
          <w:rFonts w:ascii="Georgia" w:hAnsi="Georgia" w:eastAsia="Georgia"/>
          <w:sz w:val="23"/>
        </w:rPr>
        <w:t>§</w:t>
      </w:r>
    </w:p>
    <w:p>
      <w:r>
        <w:rPr>
          <w:rFonts w:ascii="Georgia" w:hAnsi="Georgia" w:eastAsia="Georgia"/>
          <w:sz w:val="23"/>
        </w:rPr>
        <w:t>At 2231 Ivena called Sera.</w:t>
      </w:r>
    </w:p>
    <w:p>
      <w:r>
        <w:rPr>
          <w:rFonts w:ascii="Georgia" w:hAnsi="Georgia" w:eastAsia="Georgia"/>
          <w:sz w:val="23"/>
        </w:rPr>
        <w:t>Not me.</w:t>
      </w:r>
    </w:p>
    <w:p>
      <w:r>
        <w:rPr>
          <w:rFonts w:ascii="Georgia" w:hAnsi="Georgia" w:eastAsia="Georgia"/>
          <w:sz w:val="23"/>
        </w:rPr>
        <w:t>That mattered.</w:t>
      </w:r>
    </w:p>
    <w:p>
      <w:r>
        <w:rPr>
          <w:rFonts w:ascii="Georgia" w:hAnsi="Georgia" w:eastAsia="Georgia"/>
          <w:sz w:val="23"/>
        </w:rPr>
        <w:t>She used audio and put the device on the table between us.</w:t>
      </w:r>
    </w:p>
    <w:p>
      <w:r>
        <w:rPr>
          <w:rFonts w:ascii="Georgia" w:hAnsi="Georgia" w:eastAsia="Georgia"/>
          <w:sz w:val="23"/>
        </w:rPr>
        <w:t>The connection tone sounded twice.</w:t>
      </w:r>
    </w:p>
    <w:p>
      <w:r>
        <w:rPr>
          <w:rFonts w:ascii="Georgia" w:hAnsi="Georgia" w:eastAsia="Georgia"/>
          <w:sz w:val="23"/>
        </w:rPr>
        <w:t>A woman answered.</w:t>
      </w:r>
    </w:p>
    <w:p>
      <w:r>
        <w:rPr>
          <w:rFonts w:ascii="Georgia" w:hAnsi="Georgia" w:eastAsia="Georgia"/>
          <w:sz w:val="23"/>
        </w:rPr>
        <w:t>“You only call this late when something is broken.”</w:t>
      </w:r>
    </w:p>
    <w:p>
      <w:r>
        <w:rPr>
          <w:rFonts w:ascii="Georgia" w:hAnsi="Georgia" w:eastAsia="Georgia"/>
          <w:sz w:val="23"/>
        </w:rPr>
        <w:t>Ivena looked at me.</w:t>
      </w:r>
    </w:p>
    <w:p>
      <w:r>
        <w:rPr>
          <w:rFonts w:ascii="Georgia" w:hAnsi="Georgia" w:eastAsia="Georgia"/>
          <w:sz w:val="23"/>
        </w:rPr>
        <w:t>“Technically true.”</w:t>
      </w:r>
    </w:p>
    <w:p>
      <w:r>
        <w:rPr>
          <w:rFonts w:ascii="Georgia" w:hAnsi="Georgia" w:eastAsia="Georgia"/>
          <w:sz w:val="23"/>
        </w:rPr>
        <w:t>“Is it you?”</w:t>
      </w:r>
    </w:p>
    <w:p>
      <w:r>
        <w:rPr>
          <w:rFonts w:ascii="Georgia" w:hAnsi="Georgia" w:eastAsia="Georgia"/>
          <w:sz w:val="23"/>
        </w:rPr>
        <w:t>“No.”</w:t>
      </w:r>
    </w:p>
    <w:p>
      <w:r>
        <w:rPr>
          <w:rFonts w:ascii="Georgia" w:hAnsi="Georgia" w:eastAsia="Georgia"/>
          <w:sz w:val="23"/>
        </w:rPr>
        <w:t>“Then I am going back to bed.”</w:t>
      </w:r>
    </w:p>
    <w:p>
      <w:r>
        <w:rPr>
          <w:rFonts w:ascii="Georgia" w:hAnsi="Georgia" w:eastAsia="Georgia"/>
          <w:sz w:val="23"/>
        </w:rPr>
        <w:t>“Sera.”</w:t>
      </w:r>
    </w:p>
    <w:p>
      <w:r>
        <w:rPr>
          <w:rFonts w:ascii="Georgia" w:hAnsi="Georgia" w:eastAsia="Georgia"/>
          <w:sz w:val="23"/>
        </w:rPr>
        <w:t>A pause.</w:t>
      </w:r>
    </w:p>
    <w:p>
      <w:r>
        <w:rPr>
          <w:rFonts w:ascii="Georgia" w:hAnsi="Georgia" w:eastAsia="Georgia"/>
          <w:sz w:val="23"/>
        </w:rPr>
        <w:t>“What?”</w:t>
      </w:r>
    </w:p>
    <w:p>
      <w:r>
        <w:rPr>
          <w:rFonts w:ascii="Georgia" w:hAnsi="Georgia" w:eastAsia="Georgia"/>
          <w:sz w:val="23"/>
        </w:rPr>
        <w:t>“I have someone here asking about the old setting records.”</w:t>
      </w:r>
    </w:p>
    <w:p>
      <w:r>
        <w:rPr>
          <w:rFonts w:ascii="Georgia" w:hAnsi="Georgia" w:eastAsia="Georgia"/>
          <w:sz w:val="23"/>
        </w:rPr>
        <w:t>Another pause.</w:t>
      </w:r>
    </w:p>
    <w:p>
      <w:r>
        <w:rPr>
          <w:rFonts w:ascii="Georgia" w:hAnsi="Georgia" w:eastAsia="Georgia"/>
          <w:sz w:val="23"/>
        </w:rPr>
        <w:t>Longer.</w:t>
      </w:r>
    </w:p>
    <w:p>
      <w:r>
        <w:rPr>
          <w:rFonts w:ascii="Georgia" w:hAnsi="Georgia" w:eastAsia="Georgia"/>
          <w:sz w:val="23"/>
        </w:rPr>
        <w:t>“Which someone?”</w:t>
      </w:r>
    </w:p>
    <w:p>
      <w:r>
        <w:rPr>
          <w:rFonts w:ascii="Georgia" w:hAnsi="Georgia" w:eastAsia="Georgia"/>
          <w:sz w:val="23"/>
        </w:rPr>
        <w:t>Ivena pointed at me even though Sera could not see it.</w:t>
      </w:r>
    </w:p>
    <w:p>
      <w:r>
        <w:rPr>
          <w:rFonts w:ascii="Georgia" w:hAnsi="Georgia" w:eastAsia="Georgia"/>
          <w:sz w:val="23"/>
        </w:rPr>
        <w:t>“The old laboratory one.”</w:t>
      </w:r>
    </w:p>
    <w:p>
      <w:r>
        <w:rPr>
          <w:rFonts w:ascii="Georgia" w:hAnsi="Georgia" w:eastAsia="Georgia"/>
          <w:sz w:val="23"/>
        </w:rPr>
        <w:t>I closed my eyes again.</w:t>
      </w:r>
    </w:p>
    <w:p>
      <w:r>
        <w:rPr>
          <w:rFonts w:ascii="Georgia" w:hAnsi="Georgia" w:eastAsia="Georgia"/>
          <w:sz w:val="23"/>
        </w:rPr>
        <w:t>Sera laughed.</w:t>
      </w:r>
    </w:p>
    <w:p>
      <w:r>
        <w:rPr>
          <w:rFonts w:ascii="Georgia" w:hAnsi="Georgia" w:eastAsia="Georgia"/>
          <w:sz w:val="23"/>
        </w:rPr>
        <w:t>“He is still alive?”</w:t>
      </w:r>
    </w:p>
    <w:p>
      <w:r>
        <w:rPr>
          <w:rFonts w:ascii="Georgia" w:hAnsi="Georgia" w:eastAsia="Georgia"/>
          <w:sz w:val="23"/>
        </w:rPr>
        <w:t>“Apparently from spite.”</w:t>
      </w:r>
    </w:p>
    <w:p>
      <w:r>
        <w:rPr>
          <w:rFonts w:ascii="Georgia" w:hAnsi="Georgia" w:eastAsia="Georgia"/>
          <w:sz w:val="23"/>
        </w:rPr>
        <w:t>“Tell her I can hear you,” I said.</w:t>
      </w:r>
    </w:p>
    <w:p>
      <w:r>
        <w:rPr>
          <w:rFonts w:ascii="Georgia" w:hAnsi="Georgia" w:eastAsia="Georgia"/>
          <w:sz w:val="23"/>
        </w:rPr>
        <w:t>“He can hear you,” Ivena said.</w:t>
      </w:r>
    </w:p>
    <w:p>
      <w:r>
        <w:rPr>
          <w:rFonts w:ascii="Georgia" w:hAnsi="Georgia" w:eastAsia="Georgia"/>
          <w:sz w:val="23"/>
        </w:rPr>
        <w:t>“Ask him if he ever learned manners.”</w:t>
      </w:r>
    </w:p>
    <w:p>
      <w:r>
        <w:rPr>
          <w:rFonts w:ascii="Georgia" w:hAnsi="Georgia" w:eastAsia="Georgia"/>
          <w:sz w:val="23"/>
        </w:rPr>
        <w:t>“No,” I said.</w:t>
      </w:r>
    </w:p>
    <w:p>
      <w:r>
        <w:rPr>
          <w:rFonts w:ascii="Georgia" w:hAnsi="Georgia" w:eastAsia="Georgia"/>
          <w:sz w:val="23"/>
        </w:rPr>
        <w:t>“Efficient.”</w:t>
      </w:r>
    </w:p>
    <w:p>
      <w:r>
        <w:rPr>
          <w:rFonts w:ascii="Georgia" w:hAnsi="Georgia" w:eastAsia="Georgia"/>
          <w:sz w:val="23"/>
        </w:rPr>
        <w:t>Her voice was low and rough with sleep.</w:t>
      </w:r>
    </w:p>
    <w:p>
      <w:r>
        <w:rPr>
          <w:rFonts w:ascii="Georgia" w:hAnsi="Georgia" w:eastAsia="Georgia"/>
          <w:sz w:val="23"/>
        </w:rPr>
        <w:t>Ivena leaned closer to the device.</w:t>
      </w:r>
    </w:p>
    <w:p>
      <w:r>
        <w:rPr>
          <w:rFonts w:ascii="Georgia" w:hAnsi="Georgia" w:eastAsia="Georgia"/>
          <w:sz w:val="23"/>
        </w:rPr>
        <w:t>“Do you still have Lio’s setting?”</w:t>
      </w:r>
    </w:p>
    <w:p>
      <w:r>
        <w:rPr>
          <w:rFonts w:ascii="Georgia" w:hAnsi="Georgia" w:eastAsia="Georgia"/>
          <w:sz w:val="23"/>
        </w:rPr>
        <w:t>The sleep disappeared from Sera’s voice.</w:t>
      </w:r>
    </w:p>
    <w:p>
      <w:r>
        <w:rPr>
          <w:rFonts w:ascii="Georgia" w:hAnsi="Georgia" w:eastAsia="Georgia"/>
          <w:sz w:val="23"/>
        </w:rPr>
        <w:t>“Yes.”</w:t>
      </w:r>
    </w:p>
    <w:p>
      <w:r>
        <w:rPr>
          <w:rFonts w:ascii="Georgia" w:hAnsi="Georgia" w:eastAsia="Georgia"/>
          <w:sz w:val="23"/>
        </w:rPr>
        <w:t>“Still wearing it?”</w:t>
      </w:r>
    </w:p>
    <w:p>
      <w:r>
        <w:rPr>
          <w:rFonts w:ascii="Georgia" w:hAnsi="Georgia" w:eastAsia="Georgia"/>
          <w:sz w:val="23"/>
        </w:rPr>
        <w:t>“Yes. Why?”</w:t>
      </w:r>
    </w:p>
    <w:p>
      <w:r>
        <w:rPr>
          <w:rFonts w:ascii="Georgia" w:hAnsi="Georgia" w:eastAsia="Georgia"/>
          <w:sz w:val="23"/>
        </w:rPr>
        <w:t>“Do you remember after you moved out, when mine chirped for a while?”</w:t>
      </w:r>
    </w:p>
    <w:p>
      <w:r>
        <w:rPr>
          <w:rFonts w:ascii="Georgia" w:hAnsi="Georgia" w:eastAsia="Georgia"/>
          <w:sz w:val="23"/>
        </w:rPr>
        <w:t>Silence.</w:t>
      </w:r>
    </w:p>
    <w:p>
      <w:r>
        <w:rPr>
          <w:rFonts w:ascii="Georgia" w:hAnsi="Georgia" w:eastAsia="Georgia"/>
          <w:sz w:val="23"/>
        </w:rPr>
        <w:t>“Yes.”</w:t>
      </w:r>
    </w:p>
    <w:p>
      <w:r>
        <w:rPr>
          <w:rFonts w:ascii="Georgia" w:hAnsi="Georgia" w:eastAsia="Georgia"/>
          <w:sz w:val="23"/>
        </w:rPr>
        <w:t>“Did yours?”</w:t>
      </w:r>
    </w:p>
    <w:p>
      <w:r>
        <w:rPr>
          <w:rFonts w:ascii="Georgia" w:hAnsi="Georgia" w:eastAsia="Georgia"/>
          <w:sz w:val="23"/>
        </w:rPr>
        <w:t>Longer silence.</w:t>
      </w:r>
    </w:p>
    <w:p>
      <w:r>
        <w:rPr>
          <w:rFonts w:ascii="Georgia" w:hAnsi="Georgia" w:eastAsia="Georgia"/>
          <w:sz w:val="23"/>
        </w:rPr>
        <w:t>I did not fill it.</w:t>
      </w:r>
    </w:p>
    <w:p>
      <w:r>
        <w:rPr>
          <w:rFonts w:ascii="Georgia" w:hAnsi="Georgia" w:eastAsia="Georgia"/>
          <w:sz w:val="23"/>
        </w:rPr>
        <w:t>Ivena did not either.</w:t>
      </w:r>
    </w:p>
    <w:p>
      <w:r>
        <w:rPr>
          <w:rFonts w:ascii="Georgia" w:hAnsi="Georgia" w:eastAsia="Georgia"/>
          <w:sz w:val="23"/>
        </w:rPr>
        <w:t>Sera said, “Who told you?”</w:t>
      </w:r>
    </w:p>
    <w:p>
      <w:r>
        <w:rPr>
          <w:rFonts w:ascii="Georgia" w:hAnsi="Georgia" w:eastAsia="Georgia"/>
          <w:sz w:val="23"/>
        </w:rPr>
        <w:t>“You did. Back then.”</w:t>
      </w:r>
    </w:p>
    <w:p>
      <w:r>
        <w:rPr>
          <w:rFonts w:ascii="Georgia" w:hAnsi="Georgia" w:eastAsia="Georgia"/>
          <w:sz w:val="23"/>
        </w:rPr>
        <w:t>“No. Who told you to ask now?”</w:t>
      </w:r>
    </w:p>
    <w:p>
      <w:r>
        <w:rPr>
          <w:rFonts w:ascii="Georgia" w:hAnsi="Georgia" w:eastAsia="Georgia"/>
          <w:sz w:val="23"/>
        </w:rPr>
        <w:t>Ivena looked at me.</w:t>
      </w:r>
    </w:p>
    <w:p>
      <w:r>
        <w:rPr>
          <w:rFonts w:ascii="Georgia" w:hAnsi="Georgia" w:eastAsia="Georgia"/>
          <w:sz w:val="23"/>
        </w:rPr>
        <w:t>“The paperwork.”</w:t>
      </w:r>
    </w:p>
    <w:p>
      <w:r>
        <w:rPr>
          <w:rFonts w:ascii="Georgia" w:hAnsi="Georgia" w:eastAsia="Georgia"/>
          <w:sz w:val="23"/>
        </w:rPr>
        <w:t>“What paperwork?”</w:t>
      </w:r>
    </w:p>
    <w:p>
      <w:r>
        <w:rPr>
          <w:rFonts w:ascii="Georgia" w:hAnsi="Georgia" w:eastAsia="Georgia"/>
          <w:sz w:val="23"/>
        </w:rPr>
        <w:t>I spoke.</w:t>
      </w:r>
    </w:p>
    <w:p>
      <w:r>
        <w:rPr>
          <w:rFonts w:ascii="Georgia" w:hAnsi="Georgia" w:eastAsia="Georgia"/>
          <w:sz w:val="23"/>
        </w:rPr>
        <w:t>“A service note in Ivena’s private archive records repeated domestic field alerts after your setting left the household. She says you reported similar alerts. We are trying to establish whether there was a documented bilateral event.”</w:t>
      </w:r>
    </w:p>
    <w:p>
      <w:r>
        <w:rPr>
          <w:rFonts w:ascii="Georgia" w:hAnsi="Georgia" w:eastAsia="Georgia"/>
          <w:sz w:val="23"/>
        </w:rPr>
        <w:t>“Bilateral.”</w:t>
      </w:r>
    </w:p>
    <w:p>
      <w:r>
        <w:rPr>
          <w:rFonts w:ascii="Georgia" w:hAnsi="Georgia" w:eastAsia="Georgia"/>
          <w:sz w:val="23"/>
        </w:rPr>
        <w:t>“Two settings.”</w:t>
      </w:r>
    </w:p>
    <w:p>
      <w:r>
        <w:rPr>
          <w:rFonts w:ascii="Georgia" w:hAnsi="Georgia" w:eastAsia="Georgia"/>
          <w:sz w:val="23"/>
        </w:rPr>
        <w:t>“I know the word. I am deciding whether I hate it.”</w:t>
      </w:r>
    </w:p>
    <w:p>
      <w:r>
        <w:rPr>
          <w:rFonts w:ascii="Georgia" w:hAnsi="Georgia" w:eastAsia="Georgia"/>
          <w:sz w:val="23"/>
        </w:rPr>
        <w:t>“Reasonable.”</w:t>
      </w:r>
    </w:p>
    <w:p>
      <w:r>
        <w:rPr>
          <w:rFonts w:ascii="Georgia" w:hAnsi="Georgia" w:eastAsia="Georgia"/>
          <w:sz w:val="23"/>
        </w:rPr>
        <w:t>“Why now?”</w:t>
      </w:r>
    </w:p>
    <w:p>
      <w:r>
        <w:rPr>
          <w:rFonts w:ascii="Georgia" w:hAnsi="Georgia" w:eastAsia="Georgia"/>
          <w:sz w:val="23"/>
        </w:rPr>
        <w:t>Ivena answered.</w:t>
      </w:r>
    </w:p>
    <w:p>
      <w:r>
        <w:rPr>
          <w:rFonts w:ascii="Georgia" w:hAnsi="Georgia" w:eastAsia="Georgia"/>
          <w:sz w:val="23"/>
        </w:rPr>
        <w:t>“Because Deren’s responds more strongly to me than to his old calibration.”</w:t>
      </w:r>
    </w:p>
    <w:p>
      <w:r>
        <w:rPr>
          <w:rFonts w:ascii="Georgia" w:hAnsi="Georgia" w:eastAsia="Georgia"/>
          <w:sz w:val="23"/>
        </w:rPr>
        <w:t>Sera did not speak.</w:t>
      </w:r>
    </w:p>
    <w:p>
      <w:r>
        <w:rPr>
          <w:rFonts w:ascii="Georgia" w:hAnsi="Georgia" w:eastAsia="Georgia"/>
          <w:sz w:val="23"/>
        </w:rPr>
        <w:t>The apartment field monitor hummed once as the refrigeration load changed.</w:t>
      </w:r>
    </w:p>
    <w:p>
      <w:r>
        <w:rPr>
          <w:rFonts w:ascii="Georgia" w:hAnsi="Georgia" w:eastAsia="Georgia"/>
          <w:sz w:val="23"/>
        </w:rPr>
        <w:t>I heard it because no one else was talking.</w:t>
      </w:r>
    </w:p>
    <w:p>
      <w:r>
        <w:rPr>
          <w:rFonts w:ascii="Georgia" w:hAnsi="Georgia" w:eastAsia="Georgia"/>
          <w:sz w:val="23"/>
        </w:rPr>
        <w:t>“How much more strongly?” Sera asked.</w:t>
      </w:r>
    </w:p>
    <w:p>
      <w:r>
        <w:rPr>
          <w:rFonts w:ascii="Georgia" w:hAnsi="Georgia" w:eastAsia="Georgia"/>
          <w:sz w:val="23"/>
        </w:rPr>
        <w:t>“Ninety-four to sixty-one,” Ivena said.</w:t>
      </w:r>
    </w:p>
    <w:p>
      <w:r>
        <w:rPr>
          <w:rFonts w:ascii="Georgia" w:hAnsi="Georgia" w:eastAsia="Georgia"/>
          <w:sz w:val="23"/>
        </w:rPr>
        <w:t>“That is a bad way to say it.”</w:t>
      </w:r>
    </w:p>
    <w:p>
      <w:r>
        <w:rPr>
          <w:rFonts w:ascii="Georgia" w:hAnsi="Georgia" w:eastAsia="Georgia"/>
          <w:sz w:val="23"/>
        </w:rPr>
        <w:t>I looked at the device.</w:t>
      </w:r>
    </w:p>
    <w:p>
      <w:r>
        <w:rPr>
          <w:rFonts w:ascii="Georgia" w:hAnsi="Georgia" w:eastAsia="Georgia"/>
          <w:sz w:val="23"/>
        </w:rPr>
        <w:t>“Correct. Response-shape similarity under current conditions. Not identity, not standing.”</w:t>
      </w:r>
    </w:p>
    <w:p>
      <w:r>
        <w:rPr>
          <w:rFonts w:ascii="Georgia" w:hAnsi="Georgia" w:eastAsia="Georgia"/>
          <w:sz w:val="23"/>
        </w:rPr>
        <w:t>“There he is.”</w:t>
      </w:r>
    </w:p>
    <w:p>
      <w:r>
        <w:rPr>
          <w:rFonts w:ascii="Georgia" w:hAnsi="Georgia" w:eastAsia="Georgia"/>
          <w:sz w:val="23"/>
        </w:rPr>
        <w:t>“You have met?” I asked.</w:t>
      </w:r>
    </w:p>
    <w:p>
      <w:r>
        <w:rPr>
          <w:rFonts w:ascii="Georgia" w:hAnsi="Georgia" w:eastAsia="Georgia"/>
          <w:sz w:val="23"/>
        </w:rPr>
        <w:t>“Everybody my age has met you in a footnote.”</w:t>
      </w:r>
    </w:p>
    <w:p>
      <w:r>
        <w:rPr>
          <w:rFonts w:ascii="Georgia" w:hAnsi="Georgia" w:eastAsia="Georgia"/>
          <w:sz w:val="23"/>
        </w:rPr>
        <w:t>I disliked that enough to let it go.</w:t>
      </w:r>
    </w:p>
    <w:p>
      <w:r>
        <w:rPr>
          <w:rFonts w:ascii="Georgia" w:hAnsi="Georgia" w:eastAsia="Georgia"/>
          <w:sz w:val="23"/>
        </w:rPr>
        <w:t>“Did your setting alert after you left?”</w:t>
      </w:r>
    </w:p>
    <w:p>
      <w:r>
        <w:rPr>
          <w:rFonts w:ascii="Georgia" w:hAnsi="Georgia" w:eastAsia="Georgia"/>
          <w:sz w:val="23"/>
        </w:rPr>
        <w:t>“Yes.”</w:t>
      </w:r>
    </w:p>
    <w:p>
      <w:r>
        <w:rPr>
          <w:rFonts w:ascii="Georgia" w:hAnsi="Georgia" w:eastAsia="Georgia"/>
          <w:sz w:val="23"/>
        </w:rPr>
        <w:t>“For how long?”</w:t>
      </w:r>
    </w:p>
    <w:p>
      <w:r>
        <w:rPr>
          <w:rFonts w:ascii="Georgia" w:hAnsi="Georgia" w:eastAsia="Georgia"/>
          <w:sz w:val="23"/>
        </w:rPr>
        <w:t>“I do not remember exactly. Months.”</w:t>
      </w:r>
    </w:p>
    <w:p>
      <w:r>
        <w:rPr>
          <w:rFonts w:ascii="Georgia" w:hAnsi="Georgia" w:eastAsia="Georgia"/>
          <w:sz w:val="23"/>
        </w:rPr>
        <w:t>“Service record?”</w:t>
      </w:r>
    </w:p>
    <w:p>
      <w:r>
        <w:rPr>
          <w:rFonts w:ascii="Georgia" w:hAnsi="Georgia" w:eastAsia="Georgia"/>
          <w:sz w:val="23"/>
        </w:rPr>
        <w:t>“Probably.”</w:t>
      </w:r>
    </w:p>
    <w:p>
      <w:r>
        <w:rPr>
          <w:rFonts w:ascii="Georgia" w:hAnsi="Georgia" w:eastAsia="Georgia"/>
          <w:sz w:val="23"/>
        </w:rPr>
        <w:t>“Can we review it?”</w:t>
      </w:r>
    </w:p>
    <w:p>
      <w:r>
        <w:rPr>
          <w:rFonts w:ascii="Georgia" w:hAnsi="Georgia" w:eastAsia="Georgia"/>
          <w:sz w:val="23"/>
        </w:rPr>
        <w:t>“No.”</w:t>
      </w:r>
    </w:p>
    <w:p>
      <w:r>
        <w:rPr>
          <w:rFonts w:ascii="Georgia" w:hAnsi="Georgia" w:eastAsia="Georgia"/>
          <w:sz w:val="23"/>
        </w:rPr>
        <w:t>Ivena said, “Sera.”</w:t>
      </w:r>
    </w:p>
    <w:p>
      <w:r>
        <w:rPr>
          <w:rFonts w:ascii="Georgia" w:hAnsi="Georgia" w:eastAsia="Georgia"/>
          <w:sz w:val="23"/>
        </w:rPr>
        <w:t>“No. Not tonight. Not because he found a box and got excited.”</w:t>
      </w:r>
    </w:p>
    <w:p>
      <w:r>
        <w:rPr>
          <w:rFonts w:ascii="Georgia" w:hAnsi="Georgia" w:eastAsia="Georgia"/>
          <w:sz w:val="23"/>
        </w:rPr>
        <w:t>“I am not excited.”</w:t>
      </w:r>
    </w:p>
    <w:p>
      <w:r>
        <w:rPr>
          <w:rFonts w:ascii="Georgia" w:hAnsi="Georgia" w:eastAsia="Georgia"/>
          <w:sz w:val="23"/>
        </w:rPr>
        <w:t>“You sound exactly like a man who is excited and calls it concern.”</w:t>
      </w:r>
    </w:p>
    <w:p>
      <w:r>
        <w:rPr>
          <w:rFonts w:ascii="Georgia" w:hAnsi="Georgia" w:eastAsia="Georgia"/>
          <w:sz w:val="23"/>
        </w:rPr>
        <w:t>Ivena covered her mouth with one hand.</w:t>
      </w:r>
    </w:p>
    <w:p>
      <w:r>
        <w:rPr>
          <w:rFonts w:ascii="Georgia" w:hAnsi="Georgia" w:eastAsia="Georgia"/>
          <w:sz w:val="23"/>
        </w:rPr>
        <w:t>She was laughing.</w:t>
      </w:r>
    </w:p>
    <w:p>
      <w:r>
        <w:rPr>
          <w:rFonts w:ascii="Georgia" w:hAnsi="Georgia" w:eastAsia="Georgia"/>
          <w:sz w:val="23"/>
        </w:rPr>
        <w:t>I waited.</w:t>
      </w:r>
    </w:p>
    <w:p>
      <w:r>
        <w:rPr>
          <w:rFonts w:ascii="Georgia" w:hAnsi="Georgia" w:eastAsia="Georgia"/>
          <w:sz w:val="23"/>
        </w:rPr>
        <w:t>Sera continued.</w:t>
      </w:r>
    </w:p>
    <w:p>
      <w:r>
        <w:rPr>
          <w:rFonts w:ascii="Georgia" w:hAnsi="Georgia" w:eastAsia="Georgia"/>
          <w:sz w:val="23"/>
        </w:rPr>
        <w:t>“I will look at my records tomorrow. I will tell Ivena what I am willing to share. Not you. Not the shop. Not the insurer.”</w:t>
      </w:r>
    </w:p>
    <w:p>
      <w:r>
        <w:rPr>
          <w:rFonts w:ascii="Georgia" w:hAnsi="Georgia" w:eastAsia="Georgia"/>
          <w:sz w:val="23"/>
        </w:rPr>
        <w:t>“Acceptable,” I said.</w:t>
      </w:r>
    </w:p>
    <w:p>
      <w:r>
        <w:rPr>
          <w:rFonts w:ascii="Georgia" w:hAnsi="Georgia" w:eastAsia="Georgia"/>
          <w:sz w:val="23"/>
        </w:rPr>
        <w:t>“I was not asking.”</w:t>
      </w:r>
    </w:p>
    <w:p>
      <w:r>
        <w:rPr>
          <w:rFonts w:ascii="Georgia" w:hAnsi="Georgia" w:eastAsia="Georgia"/>
          <w:sz w:val="23"/>
        </w:rPr>
        <w:t>“Still acceptable.”</w:t>
      </w:r>
    </w:p>
    <w:p>
      <w:r>
        <w:rPr>
          <w:rFonts w:ascii="Georgia" w:hAnsi="Georgia" w:eastAsia="Georgia"/>
          <w:sz w:val="23"/>
        </w:rPr>
        <w:t>Another pause.</w:t>
      </w:r>
    </w:p>
    <w:p>
      <w:r>
        <w:rPr>
          <w:rFonts w:ascii="Georgia" w:hAnsi="Georgia" w:eastAsia="Georgia"/>
          <w:sz w:val="23"/>
        </w:rPr>
        <w:t>Then Sera said, “There is one thing.”</w:t>
      </w:r>
    </w:p>
    <w:p>
      <w:r>
        <w:rPr>
          <w:rFonts w:ascii="Georgia" w:hAnsi="Georgia" w:eastAsia="Georgia"/>
          <w:sz w:val="23"/>
        </w:rPr>
        <w:t>Ivena stopped laughing.</w:t>
      </w:r>
    </w:p>
    <w:p>
      <w:r>
        <w:rPr>
          <w:rFonts w:ascii="Georgia" w:hAnsi="Georgia" w:eastAsia="Georgia"/>
          <w:sz w:val="23"/>
        </w:rPr>
        <w:t>“What?”</w:t>
      </w:r>
    </w:p>
    <w:p>
      <w:r>
        <w:rPr>
          <w:rFonts w:ascii="Georgia" w:hAnsi="Georgia" w:eastAsia="Georgia"/>
          <w:sz w:val="23"/>
        </w:rPr>
        <w:t>“Mine did not only chirp after I left.”</w:t>
      </w:r>
    </w:p>
    <w:p>
      <w:r>
        <w:rPr>
          <w:rFonts w:ascii="Georgia" w:hAnsi="Georgia" w:eastAsia="Georgia"/>
          <w:sz w:val="23"/>
        </w:rPr>
        <w:t>I looked at the domestic monitor.</w:t>
      </w:r>
    </w:p>
    <w:p>
      <w:r>
        <w:rPr>
          <w:rFonts w:ascii="Georgia" w:hAnsi="Georgia" w:eastAsia="Georgia"/>
          <w:sz w:val="23"/>
        </w:rPr>
        <w:t>“What did it do?” I asked.</w:t>
      </w:r>
    </w:p>
    <w:p>
      <w:r>
        <w:rPr>
          <w:rFonts w:ascii="Georgia" w:hAnsi="Georgia" w:eastAsia="Georgia"/>
          <w:sz w:val="23"/>
        </w:rPr>
        <w:t>“Do not ask me like I am an instrument.”</w:t>
      </w:r>
    </w:p>
    <w:p>
      <w:r>
        <w:rPr>
          <w:rFonts w:ascii="Georgia" w:hAnsi="Georgia" w:eastAsia="Georgia"/>
          <w:sz w:val="23"/>
        </w:rPr>
        <w:t>I closed my mouth.</w:t>
      </w:r>
    </w:p>
    <w:p>
      <w:r>
        <w:rPr>
          <w:rFonts w:ascii="Georgia" w:hAnsi="Georgia" w:eastAsia="Georgia"/>
          <w:sz w:val="23"/>
        </w:rPr>
        <w:t>Ivena said, “Tell me.”</w:t>
      </w:r>
    </w:p>
    <w:p>
      <w:r>
        <w:rPr>
          <w:rFonts w:ascii="Georgia" w:hAnsi="Georgia" w:eastAsia="Georgia"/>
          <w:sz w:val="23"/>
        </w:rPr>
        <w:t>Sera took a breath.</w:t>
      </w:r>
    </w:p>
    <w:p>
      <w:r>
        <w:rPr>
          <w:rFonts w:ascii="Georgia" w:hAnsi="Georgia" w:eastAsia="Georgia"/>
          <w:sz w:val="23"/>
        </w:rPr>
        <w:t>“For about a year after we separated, Lio’s setting would pull toward the right when I slept. Not physically. The contact field. Enough that the liner wore unevenly. The service shop replaced it twice.”</w:t>
      </w:r>
    </w:p>
    <w:p>
      <w:r>
        <w:rPr>
          <w:rFonts w:ascii="Georgia" w:hAnsi="Georgia" w:eastAsia="Georgia"/>
          <w:sz w:val="23"/>
        </w:rPr>
        <w:t>My attention narrowed.</w:t>
      </w:r>
    </w:p>
    <w:p>
      <w:r>
        <w:rPr>
          <w:rFonts w:ascii="Georgia" w:hAnsi="Georgia" w:eastAsia="Georgia"/>
          <w:sz w:val="23"/>
        </w:rPr>
        <w:t>“Direction relative to what?”</w:t>
      </w:r>
    </w:p>
    <w:p>
      <w:r>
        <w:rPr>
          <w:rFonts w:ascii="Georgia" w:hAnsi="Georgia" w:eastAsia="Georgia"/>
          <w:sz w:val="23"/>
        </w:rPr>
        <w:t>“There he is again,” Sera said.</w:t>
      </w:r>
    </w:p>
    <w:p>
      <w:r>
        <w:rPr>
          <w:rFonts w:ascii="Georgia" w:hAnsi="Georgia" w:eastAsia="Georgia"/>
          <w:sz w:val="23"/>
        </w:rPr>
        <w:t>“Sera.”</w:t>
      </w:r>
    </w:p>
    <w:p>
      <w:r>
        <w:rPr>
          <w:rFonts w:ascii="Georgia" w:hAnsi="Georgia" w:eastAsia="Georgia"/>
          <w:sz w:val="23"/>
        </w:rPr>
        <w:t>“Relative to my body, right side. Relative to the old apartment, I do not know. I moved twice. It still did it.”</w:t>
      </w:r>
    </w:p>
    <w:p>
      <w:r>
        <w:rPr>
          <w:rFonts w:ascii="Georgia" w:hAnsi="Georgia" w:eastAsia="Georgia"/>
          <w:sz w:val="23"/>
        </w:rPr>
        <w:t>“Did it resolve?”</w:t>
      </w:r>
    </w:p>
    <w:p>
      <w:r>
        <w:rPr>
          <w:rFonts w:ascii="Georgia" w:hAnsi="Georgia" w:eastAsia="Georgia"/>
          <w:sz w:val="23"/>
        </w:rPr>
        <w:t>“Mostly.”</w:t>
      </w:r>
    </w:p>
    <w:p>
      <w:r>
        <w:rPr>
          <w:rFonts w:ascii="Georgia" w:hAnsi="Georgia" w:eastAsia="Georgia"/>
          <w:sz w:val="23"/>
        </w:rPr>
        <w:t>“When?”</w:t>
      </w:r>
    </w:p>
    <w:p>
      <w:r>
        <w:rPr>
          <w:rFonts w:ascii="Georgia" w:hAnsi="Georgia" w:eastAsia="Georgia"/>
          <w:sz w:val="23"/>
        </w:rPr>
        <w:t>“After the second move. Maybe fourteen months after I left Ivena.”</w:t>
      </w:r>
    </w:p>
    <w:p>
      <w:r>
        <w:rPr>
          <w:rFonts w:ascii="Georgia" w:hAnsi="Georgia" w:eastAsia="Georgia"/>
          <w:sz w:val="23"/>
        </w:rPr>
        <w:t>“Any motor or sensory effect?”</w:t>
      </w:r>
    </w:p>
    <w:p>
      <w:r>
        <w:rPr>
          <w:rFonts w:ascii="Georgia" w:hAnsi="Georgia" w:eastAsia="Georgia"/>
          <w:sz w:val="23"/>
        </w:rPr>
        <w:t>“No.”</w:t>
      </w:r>
    </w:p>
    <w:p>
      <w:r>
        <w:rPr>
          <w:rFonts w:ascii="Georgia" w:hAnsi="Georgia" w:eastAsia="Georgia"/>
          <w:sz w:val="23"/>
        </w:rPr>
        <w:t>“Any change in response to Lio-derived prompts?”</w:t>
      </w:r>
    </w:p>
    <w:p>
      <w:r>
        <w:rPr>
          <w:rFonts w:ascii="Georgia" w:hAnsi="Georgia" w:eastAsia="Georgia"/>
          <w:sz w:val="23"/>
        </w:rPr>
        <w:t>“I stopped letting people ask my daughter questions before I met Ivena.”</w:t>
      </w:r>
    </w:p>
    <w:p>
      <w:r>
        <w:rPr>
          <w:rFonts w:ascii="Georgia" w:hAnsi="Georgia" w:eastAsia="Georgia"/>
          <w:sz w:val="23"/>
        </w:rPr>
        <w:t>That sentence closed a door correctly.</w:t>
      </w:r>
    </w:p>
    <w:p>
      <w:r>
        <w:rPr>
          <w:rFonts w:ascii="Georgia" w:hAnsi="Georgia" w:eastAsia="Georgia"/>
          <w:sz w:val="23"/>
        </w:rPr>
        <w:t>“Understood.”</w:t>
      </w:r>
    </w:p>
    <w:p>
      <w:r>
        <w:rPr>
          <w:rFonts w:ascii="Georgia" w:hAnsi="Georgia" w:eastAsia="Georgia"/>
          <w:sz w:val="23"/>
        </w:rPr>
        <w:t>Ivena said, “Can I call you tomorrow?”</w:t>
      </w:r>
    </w:p>
    <w:p>
      <w:r>
        <w:rPr>
          <w:rFonts w:ascii="Georgia" w:hAnsi="Georgia" w:eastAsia="Georgia"/>
          <w:sz w:val="23"/>
        </w:rPr>
        <w:t>“You can call me whenever you want. You know that.”</w:t>
      </w:r>
    </w:p>
    <w:p>
      <w:r>
        <w:rPr>
          <w:rFonts w:ascii="Georgia" w:hAnsi="Georgia" w:eastAsia="Georgia"/>
          <w:sz w:val="23"/>
        </w:rPr>
        <w:t>The words were ordinary.</w:t>
      </w:r>
    </w:p>
    <w:p>
      <w:r>
        <w:rPr>
          <w:rFonts w:ascii="Georgia" w:hAnsi="Georgia" w:eastAsia="Georgia"/>
          <w:sz w:val="23"/>
        </w:rPr>
        <w:t>Forty-nine years of marriage did not become irrelevant because twenty-nine years had passed since it ended.</w:t>
      </w:r>
    </w:p>
    <w:p>
      <w:r>
        <w:rPr>
          <w:rFonts w:ascii="Georgia" w:hAnsi="Georgia" w:eastAsia="Georgia"/>
          <w:sz w:val="23"/>
        </w:rPr>
        <w:t>Long lives made endings less clean.</w:t>
      </w:r>
    </w:p>
    <w:p>
      <w:r>
        <w:rPr>
          <w:rFonts w:ascii="Georgia" w:hAnsi="Georgia" w:eastAsia="Georgia"/>
          <w:sz w:val="23"/>
        </w:rPr>
        <w:t>Not because people failed to move on.</w:t>
      </w:r>
    </w:p>
    <w:p>
      <w:r>
        <w:rPr>
          <w:rFonts w:ascii="Georgia" w:hAnsi="Georgia" w:eastAsia="Georgia"/>
          <w:sz w:val="23"/>
        </w:rPr>
        <w:t>Because moving on could itself occupy decades while the previous thing remained part of the same biography.</w:t>
      </w:r>
    </w:p>
    <w:p>
      <w:r>
        <w:rPr>
          <w:rFonts w:ascii="Georgia" w:hAnsi="Georgia" w:eastAsia="Georgia"/>
          <w:sz w:val="23"/>
        </w:rPr>
        <w:t>“Goodnight,” Ivena said.</w:t>
      </w:r>
    </w:p>
    <w:p>
      <w:r>
        <w:rPr>
          <w:rFonts w:ascii="Georgia" w:hAnsi="Georgia" w:eastAsia="Georgia"/>
          <w:sz w:val="23"/>
        </w:rPr>
        <w:t>“Goodnight. Tell the footnote to go home.”</w:t>
      </w:r>
    </w:p>
    <w:p>
      <w:r>
        <w:rPr>
          <w:rFonts w:ascii="Georgia" w:hAnsi="Georgia" w:eastAsia="Georgia"/>
          <w:sz w:val="23"/>
        </w:rPr>
        <w:t>“I can still hear you,” I said.</w:t>
      </w:r>
    </w:p>
    <w:p>
      <w:r>
        <w:rPr>
          <w:rFonts w:ascii="Georgia" w:hAnsi="Georgia" w:eastAsia="Georgia"/>
          <w:sz w:val="23"/>
        </w:rPr>
        <w:t>“That is why I said it.”</w:t>
      </w:r>
    </w:p>
    <w:p>
      <w:r>
        <w:rPr>
          <w:rFonts w:ascii="Georgia" w:hAnsi="Georgia" w:eastAsia="Georgia"/>
          <w:sz w:val="23"/>
        </w:rPr>
        <w:t>The call ended.</w:t>
      </w:r>
    </w:p>
    <w:p>
      <w:pPr>
        <w:spacing w:before="80" w:after="80"/>
        <w:jc w:val="center"/>
      </w:pPr>
      <w:r>
        <w:rPr>
          <w:rFonts w:ascii="Georgia" w:hAnsi="Georgia" w:eastAsia="Georgia"/>
          <w:sz w:val="23"/>
        </w:rPr>
        <w:t>§</w:t>
      </w:r>
    </w:p>
    <w:p>
      <w:r>
        <w:rPr>
          <w:rFonts w:ascii="Georgia" w:hAnsi="Georgia" w:eastAsia="Georgia"/>
          <w:sz w:val="23"/>
        </w:rPr>
        <w:t>I did not go home.</w:t>
      </w:r>
    </w:p>
    <w:p>
      <w:r>
        <w:rPr>
          <w:rFonts w:ascii="Georgia" w:hAnsi="Georgia" w:eastAsia="Georgia"/>
          <w:sz w:val="23"/>
        </w:rPr>
        <w:t>Not immediately.</w:t>
      </w:r>
    </w:p>
    <w:p>
      <w:r>
        <w:rPr>
          <w:rFonts w:ascii="Georgia" w:hAnsi="Georgia" w:eastAsia="Georgia"/>
          <w:sz w:val="23"/>
        </w:rPr>
        <w:t>Ivena made tea I did not want and put it beside me anyway.</w:t>
      </w:r>
    </w:p>
    <w:p>
      <w:r>
        <w:rPr>
          <w:rFonts w:ascii="Georgia" w:hAnsi="Georgia" w:eastAsia="Georgia"/>
          <w:sz w:val="23"/>
        </w:rPr>
        <w:t>We returned to the box.</w:t>
      </w:r>
    </w:p>
    <w:p>
      <w:r>
        <w:rPr>
          <w:rFonts w:ascii="Georgia" w:hAnsi="Georgia" w:eastAsia="Georgia"/>
          <w:sz w:val="23"/>
        </w:rPr>
        <w:t>The private archive had changed shape without gaining a page.</w:t>
      </w:r>
    </w:p>
    <w:p>
      <w:r>
        <w:rPr>
          <w:rFonts w:ascii="Georgia" w:hAnsi="Georgia" w:eastAsia="Georgia"/>
          <w:sz w:val="23"/>
        </w:rPr>
        <w:t>Deren’s setting had spent ninety-three years against Ivena.</w:t>
      </w:r>
    </w:p>
    <w:p>
      <w:r>
        <w:rPr>
          <w:rFonts w:ascii="Georgia" w:hAnsi="Georgia" w:eastAsia="Georgia"/>
          <w:sz w:val="23"/>
        </w:rPr>
        <w:t>For fifty-six of those years, another kaethe setting had spent most nights within a meter.</w:t>
      </w:r>
    </w:p>
    <w:p>
      <w:r>
        <w:rPr>
          <w:rFonts w:ascii="Georgia" w:hAnsi="Georgia" w:eastAsia="Georgia"/>
          <w:sz w:val="23"/>
        </w:rPr>
        <w:t>The second setting had its own long contact with Sera.</w:t>
      </w:r>
    </w:p>
    <w:p>
      <w:r>
        <w:rPr>
          <w:rFonts w:ascii="Georgia" w:hAnsi="Georgia" w:eastAsia="Georgia"/>
          <w:sz w:val="23"/>
        </w:rPr>
        <w:t>Its historical association was a forty-one-year-old daughter who had completed in an accident unrelated to Kaethe until rescue made it related.</w:t>
      </w:r>
    </w:p>
    <w:p>
      <w:r>
        <w:rPr>
          <w:rFonts w:ascii="Georgia" w:hAnsi="Georgia" w:eastAsia="Georgia"/>
          <w:sz w:val="23"/>
        </w:rPr>
        <w:t>The two settings had once produced a documented shared-field alert under cleaner building power.</w:t>
      </w:r>
    </w:p>
    <w:p>
      <w:r>
        <w:rPr>
          <w:rFonts w:ascii="Georgia" w:hAnsi="Georgia" w:eastAsia="Georgia"/>
          <w:sz w:val="23"/>
        </w:rPr>
        <w:t>After separation, both apparently produced low-level behaviors their individual service systems treated as local maintenance issues.</w:t>
      </w:r>
    </w:p>
    <w:p>
      <w:r>
        <w:rPr>
          <w:rFonts w:ascii="Georgia" w:hAnsi="Georgia" w:eastAsia="Georgia"/>
          <w:sz w:val="23"/>
        </w:rPr>
        <w:t>None of that established acquired relation.</w:t>
      </w:r>
    </w:p>
    <w:p>
      <w:r>
        <w:rPr>
          <w:rFonts w:ascii="Georgia" w:hAnsi="Georgia" w:eastAsia="Georgia"/>
          <w:sz w:val="23"/>
        </w:rPr>
        <w:t>None established that one fragment affected the other.</w:t>
      </w:r>
    </w:p>
    <w:p>
      <w:r>
        <w:rPr>
          <w:rFonts w:ascii="Georgia" w:hAnsi="Georgia" w:eastAsia="Georgia"/>
          <w:sz w:val="23"/>
        </w:rPr>
        <w:t>None established that the current-carrier response in Ivena had anything to do with Sera, Lio, marriage, proximity, shared sleep, power noise, occupational training, wrist repair, or ninety-three years of continuous contact.</w:t>
      </w:r>
    </w:p>
    <w:p>
      <w:r>
        <w:rPr>
          <w:rFonts w:ascii="Georgia" w:hAnsi="Georgia" w:eastAsia="Georgia"/>
          <w:sz w:val="23"/>
        </w:rPr>
        <w:t>That was a large list of things not established.</w:t>
      </w:r>
    </w:p>
    <w:p>
      <w:r>
        <w:rPr>
          <w:rFonts w:ascii="Georgia" w:hAnsi="Georgia" w:eastAsia="Georgia"/>
          <w:sz w:val="23"/>
        </w:rPr>
        <w:t>It was also no longer an empty list of candidate history.</w:t>
      </w:r>
    </w:p>
    <w:p>
      <w:r>
        <w:rPr>
          <w:rFonts w:ascii="Georgia" w:hAnsi="Georgia" w:eastAsia="Georgia"/>
          <w:sz w:val="23"/>
        </w:rPr>
        <w:t>“You are going to make another form,” Ivena said.</w:t>
      </w:r>
    </w:p>
    <w:p>
      <w:r>
        <w:rPr>
          <w:rFonts w:ascii="Georgia" w:hAnsi="Georgia" w:eastAsia="Georgia"/>
          <w:sz w:val="23"/>
        </w:rPr>
        <w:t>“Probably.”</w:t>
      </w:r>
    </w:p>
    <w:p>
      <w:r>
        <w:rPr>
          <w:rFonts w:ascii="Georgia" w:hAnsi="Georgia" w:eastAsia="Georgia"/>
          <w:sz w:val="23"/>
        </w:rPr>
        <w:t>“What will you call it?”</w:t>
      </w:r>
    </w:p>
    <w:p>
      <w:r>
        <w:rPr>
          <w:rFonts w:ascii="Georgia" w:hAnsi="Georgia" w:eastAsia="Georgia"/>
          <w:sz w:val="23"/>
        </w:rPr>
        <w:t>I looked at the papers.</w:t>
      </w:r>
    </w:p>
    <w:p>
      <w:r>
        <w:rPr>
          <w:rFonts w:ascii="Georgia" w:hAnsi="Georgia" w:eastAsia="Georgia"/>
          <w:sz w:val="23"/>
        </w:rPr>
        <w:t>Historical association.</w:t>
      </w:r>
    </w:p>
    <w:p>
      <w:r>
        <w:rPr>
          <w:rFonts w:ascii="Georgia" w:hAnsi="Georgia" w:eastAsia="Georgia"/>
          <w:sz w:val="23"/>
        </w:rPr>
        <w:t>Current carrier.</w:t>
      </w:r>
    </w:p>
    <w:p>
      <w:r>
        <w:rPr>
          <w:rFonts w:ascii="Georgia" w:hAnsi="Georgia" w:eastAsia="Georgia"/>
          <w:sz w:val="23"/>
        </w:rPr>
        <w:t>Domestic co-contact.</w:t>
      </w:r>
    </w:p>
    <w:p>
      <w:r>
        <w:rPr>
          <w:rFonts w:ascii="Georgia" w:hAnsi="Georgia" w:eastAsia="Georgia"/>
          <w:sz w:val="23"/>
        </w:rPr>
        <w:t>Service interventions.</w:t>
      </w:r>
    </w:p>
    <w:p>
      <w:r>
        <w:rPr>
          <w:rFonts w:ascii="Georgia" w:hAnsi="Georgia" w:eastAsia="Georgia"/>
          <w:sz w:val="23"/>
        </w:rPr>
        <w:t>Body repairs.</w:t>
      </w:r>
    </w:p>
    <w:p>
      <w:r>
        <w:rPr>
          <w:rFonts w:ascii="Georgia" w:hAnsi="Georgia" w:eastAsia="Georgia"/>
          <w:sz w:val="23"/>
        </w:rPr>
        <w:t>Occupational use.</w:t>
      </w:r>
    </w:p>
    <w:p>
      <w:r>
        <w:rPr>
          <w:rFonts w:ascii="Georgia" w:hAnsi="Georgia" w:eastAsia="Georgia"/>
          <w:sz w:val="23"/>
        </w:rPr>
        <w:t>Separation intervals.</w:t>
      </w:r>
    </w:p>
    <w:p>
      <w:r>
        <w:rPr>
          <w:rFonts w:ascii="Georgia" w:hAnsi="Georgia" w:eastAsia="Georgia"/>
          <w:sz w:val="23"/>
        </w:rPr>
        <w:t>Ambient field events.</w:t>
      </w:r>
    </w:p>
    <w:p>
      <w:r>
        <w:rPr>
          <w:rFonts w:ascii="Georgia" w:hAnsi="Georgia" w:eastAsia="Georgia"/>
          <w:sz w:val="23"/>
        </w:rPr>
        <w:t>No existing form had jurisdiction over all of them.</w:t>
      </w:r>
    </w:p>
    <w:p>
      <w:r>
        <w:rPr>
          <w:rFonts w:ascii="Georgia" w:hAnsi="Georgia" w:eastAsia="Georgia"/>
          <w:sz w:val="23"/>
        </w:rPr>
        <w:t>“I do not know.”</w:t>
      </w:r>
    </w:p>
    <w:p>
      <w:r>
        <w:rPr>
          <w:rFonts w:ascii="Georgia" w:hAnsi="Georgia" w:eastAsia="Georgia"/>
          <w:sz w:val="23"/>
        </w:rPr>
        <w:t>“Leave it that way.”</w:t>
      </w:r>
    </w:p>
    <w:p>
      <w:r>
        <w:rPr>
          <w:rFonts w:ascii="Georgia" w:hAnsi="Georgia" w:eastAsia="Georgia"/>
          <w:sz w:val="23"/>
        </w:rPr>
        <w:t>“Why?”</w:t>
      </w:r>
    </w:p>
    <w:p>
      <w:r>
        <w:rPr>
          <w:rFonts w:ascii="Georgia" w:hAnsi="Georgia" w:eastAsia="Georgia"/>
          <w:sz w:val="23"/>
        </w:rPr>
        <w:t>“Because every time you name something, someone sells a warranty for it.”</w:t>
      </w:r>
    </w:p>
    <w:p>
      <w:r>
        <w:rPr>
          <w:rFonts w:ascii="Georgia" w:hAnsi="Georgia" w:eastAsia="Georgia"/>
          <w:sz w:val="23"/>
        </w:rPr>
        <w:t>I looked toward the domestic monitor.</w:t>
      </w:r>
    </w:p>
    <w:p>
      <w:r>
        <w:rPr>
          <w:rFonts w:ascii="Georgia" w:hAnsi="Georgia" w:eastAsia="Georgia"/>
          <w:sz w:val="23"/>
        </w:rPr>
        <w:t>One point eight six grams.</w:t>
      </w:r>
    </w:p>
    <w:p>
      <w:r>
        <w:rPr>
          <w:rFonts w:ascii="Georgia" w:hAnsi="Georgia" w:eastAsia="Georgia"/>
          <w:sz w:val="23"/>
        </w:rPr>
        <w:t>INTIMATE / STABLE.</w:t>
      </w:r>
    </w:p>
    <w:p>
      <w:r>
        <w:rPr>
          <w:rFonts w:ascii="Georgia" w:hAnsi="Georgia" w:eastAsia="Georgia"/>
          <w:sz w:val="23"/>
        </w:rPr>
        <w:t>SECONDARY REGISTERED MATERIAL: NONE.</w:t>
      </w:r>
    </w:p>
    <w:p>
      <w:r>
        <w:rPr>
          <w:rFonts w:ascii="Georgia" w:hAnsi="Georgia" w:eastAsia="Georgia"/>
          <w:sz w:val="23"/>
        </w:rPr>
        <w:t>The display was correct.</w:t>
      </w:r>
    </w:p>
    <w:p>
      <w:r>
        <w:rPr>
          <w:rFonts w:ascii="Georgia" w:hAnsi="Georgia" w:eastAsia="Georgia"/>
          <w:sz w:val="23"/>
        </w:rPr>
        <w:t>There was no second setting in the apartment tonight.</w:t>
      </w:r>
    </w:p>
    <w:p>
      <w:r>
        <w:rPr>
          <w:rFonts w:ascii="Georgia" w:hAnsi="Georgia" w:eastAsia="Georgia"/>
          <w:sz w:val="23"/>
        </w:rPr>
        <w:t>It could not display fifty-six years of one having been there.</w:t>
      </w:r>
    </w:p>
    <w:p>
      <w:r>
        <w:rPr>
          <w:rFonts w:ascii="Georgia" w:hAnsi="Georgia" w:eastAsia="Georgia"/>
          <w:sz w:val="23"/>
        </w:rPr>
        <w:t>A current-state instrument had no obligation to remember a marriage.</w:t>
      </w:r>
    </w:p>
    <w:p>
      <w:r>
        <w:rPr>
          <w:rFonts w:ascii="Georgia" w:hAnsi="Georgia" w:eastAsia="Georgia"/>
          <w:sz w:val="23"/>
        </w:rPr>
        <w:t>Neither did a containment system.</w:t>
      </w:r>
    </w:p>
    <w:p>
      <w:r>
        <w:rPr>
          <w:rFonts w:ascii="Georgia" w:hAnsi="Georgia" w:eastAsia="Georgia"/>
          <w:sz w:val="23"/>
        </w:rPr>
        <w:t>Neither did an insurer.</w:t>
      </w:r>
    </w:p>
    <w:p>
      <w:r>
        <w:rPr>
          <w:rFonts w:ascii="Georgia" w:hAnsi="Georgia" w:eastAsia="Georgia"/>
          <w:sz w:val="23"/>
        </w:rPr>
        <w:t>Neither did the body shop that had replaced the old contact liner.</w:t>
      </w:r>
    </w:p>
    <w:p>
      <w:r>
        <w:rPr>
          <w:rFonts w:ascii="Georgia" w:hAnsi="Georgia" w:eastAsia="Georgia"/>
          <w:sz w:val="23"/>
        </w:rPr>
        <w:t>The private box did because Ivena had kept paper whenever Deren’s name appeared on it.</w:t>
      </w:r>
    </w:p>
    <w:p>
      <w:r>
        <w:rPr>
          <w:rFonts w:ascii="Georgia" w:hAnsi="Georgia" w:eastAsia="Georgia"/>
          <w:sz w:val="23"/>
        </w:rPr>
        <w:t>That was not a scientific reason.</w:t>
      </w:r>
    </w:p>
    <w:p>
      <w:r>
        <w:rPr>
          <w:rFonts w:ascii="Georgia" w:hAnsi="Georgia" w:eastAsia="Georgia"/>
          <w:sz w:val="23"/>
        </w:rPr>
        <w:t>It was why the science still had the record.</w:t>
      </w:r>
    </w:p>
    <w:p>
      <w:r>
        <w:rPr>
          <w:rFonts w:ascii="Georgia" w:hAnsi="Georgia" w:eastAsia="Georgia"/>
          <w:sz w:val="23"/>
        </w:rPr>
        <w:t>I opened the local inventory file.</w:t>
      </w:r>
    </w:p>
    <w:p>
      <w:r>
        <w:rPr>
          <w:rFonts w:ascii="Georgia" w:hAnsi="Georgia" w:eastAsia="Georgia"/>
          <w:sz w:val="23"/>
        </w:rPr>
        <w:t>At the top I had written:</w:t>
      </w:r>
    </w:p>
    <w:p>
      <w:r>
        <w:rPr>
          <w:rFonts w:ascii="Georgia" w:hAnsi="Georgia" w:eastAsia="Georgia"/>
          <w:sz w:val="23"/>
        </w:rPr>
        <w:t>IVENA SAR / DEREN-ASSOCIATED SETTING / PRIVATE SERVICE ARCHIVE.</w:t>
      </w:r>
    </w:p>
    <w:p>
      <w:r>
        <w:rPr>
          <w:rFonts w:ascii="Georgia" w:hAnsi="Georgia" w:eastAsia="Georgia"/>
          <w:sz w:val="23"/>
        </w:rPr>
        <w:t>I deleted it.</w:t>
      </w:r>
    </w:p>
    <w:p>
      <w:r>
        <w:rPr>
          <w:rFonts w:ascii="Georgia" w:hAnsi="Georgia" w:eastAsia="Georgia"/>
          <w:sz w:val="23"/>
        </w:rPr>
        <w:t>Ivena watched.</w:t>
      </w:r>
    </w:p>
    <w:p>
      <w:r>
        <w:rPr>
          <w:rFonts w:ascii="Georgia" w:hAnsi="Georgia" w:eastAsia="Georgia"/>
          <w:sz w:val="23"/>
        </w:rPr>
        <w:t>“Too small?”</w:t>
      </w:r>
    </w:p>
    <w:p>
      <w:r>
        <w:rPr>
          <w:rFonts w:ascii="Georgia" w:hAnsi="Georgia" w:eastAsia="Georgia"/>
          <w:sz w:val="23"/>
        </w:rPr>
        <w:t>“Wrong unit.”</w:t>
      </w:r>
    </w:p>
    <w:p>
      <w:r>
        <w:rPr>
          <w:rFonts w:ascii="Georgia" w:hAnsi="Georgia" w:eastAsia="Georgia"/>
          <w:sz w:val="23"/>
        </w:rPr>
        <w:t>“What is the right one?”</w:t>
      </w:r>
    </w:p>
    <w:p>
      <w:r>
        <w:rPr>
          <w:rFonts w:ascii="Georgia" w:hAnsi="Georgia" w:eastAsia="Georgia"/>
          <w:sz w:val="23"/>
        </w:rPr>
        <w:t>I did not have a name.</w:t>
      </w:r>
    </w:p>
    <w:p>
      <w:r>
        <w:rPr>
          <w:rFonts w:ascii="Georgia" w:hAnsi="Georgia" w:eastAsia="Georgia"/>
          <w:sz w:val="23"/>
        </w:rPr>
        <w:t>So I wrote the condition instead.</w:t>
      </w:r>
    </w:p>
    <w:p>
      <w:r>
        <w:rPr>
          <w:rFonts w:ascii="Georgia" w:hAnsi="Georgia" w:eastAsia="Georgia"/>
          <w:sz w:val="23"/>
        </w:rPr>
        <w:t>ARCHIVE SCOPE: ONE CARRIER, ONE SETTING, 93 YEARS OF CONTACT; DOCUMENTED 56-YEAR DOMESTIC CO-CONTACT WITH SECOND SETTING; RELATIONAL EFFECTS NOT ESTABLISHED.</w:t>
      </w:r>
    </w:p>
    <w:p>
      <w:r>
        <w:rPr>
          <w:rFonts w:ascii="Georgia" w:hAnsi="Georgia" w:eastAsia="Georgia"/>
          <w:sz w:val="23"/>
        </w:rPr>
        <w:t>Then:</w:t>
      </w:r>
    </w:p>
    <w:p>
      <w:r>
        <w:rPr>
          <w:rFonts w:ascii="Georgia" w:hAnsi="Georgia" w:eastAsia="Georgia"/>
          <w:sz w:val="23"/>
        </w:rPr>
        <w:t>SECOND SETTING RECORD: NOT YET REVIEWED / OWNER CONSENT REQUIRED.</w:t>
      </w:r>
    </w:p>
    <w:p>
      <w:r>
        <w:rPr>
          <w:rFonts w:ascii="Georgia" w:hAnsi="Georgia" w:eastAsia="Georgia"/>
          <w:sz w:val="23"/>
        </w:rPr>
        <w:t>Then:</w:t>
      </w:r>
    </w:p>
    <w:p>
      <w:r>
        <w:rPr>
          <w:rFonts w:ascii="Georgia" w:hAnsi="Georgia" w:eastAsia="Georgia"/>
          <w:sz w:val="23"/>
        </w:rPr>
        <w:t>DO NOT INFER IDENTITY FROM RESPONSE DEPENDENCY.</w:t>
      </w:r>
    </w:p>
    <w:p>
      <w:r>
        <w:rPr>
          <w:rFonts w:ascii="Georgia" w:hAnsi="Georgia" w:eastAsia="Georgia"/>
          <w:sz w:val="23"/>
        </w:rPr>
        <w:t>Ivena read the lines.</w:t>
      </w:r>
    </w:p>
    <w:p>
      <w:r>
        <w:rPr>
          <w:rFonts w:ascii="Georgia" w:hAnsi="Georgia" w:eastAsia="Georgia"/>
          <w:sz w:val="23"/>
        </w:rPr>
        <w:t>“You forgot marriage.”</w:t>
      </w:r>
    </w:p>
    <w:p>
      <w:r>
        <w:rPr>
          <w:rFonts w:ascii="Georgia" w:hAnsi="Georgia" w:eastAsia="Georgia"/>
          <w:sz w:val="23"/>
        </w:rPr>
        <w:t>“Marriage is not a field condition.”</w:t>
      </w:r>
    </w:p>
    <w:p>
      <w:r>
        <w:rPr>
          <w:rFonts w:ascii="Georgia" w:hAnsi="Georgia" w:eastAsia="Georgia"/>
          <w:sz w:val="23"/>
        </w:rPr>
        <w:t>She looked at me.</w:t>
      </w:r>
    </w:p>
    <w:p>
      <w:r>
        <w:rPr>
          <w:rFonts w:ascii="Georgia" w:hAnsi="Georgia" w:eastAsia="Georgia"/>
          <w:sz w:val="23"/>
        </w:rPr>
        <w:t>I waited.</w:t>
      </w:r>
    </w:p>
    <w:p>
      <w:r>
        <w:rPr>
          <w:rFonts w:ascii="Georgia" w:hAnsi="Georgia" w:eastAsia="Georgia"/>
          <w:sz w:val="23"/>
        </w:rPr>
        <w:t>Then I added:</w:t>
      </w:r>
    </w:p>
    <w:p>
      <w:r>
        <w:rPr>
          <w:rFonts w:ascii="Georgia" w:hAnsi="Georgia" w:eastAsia="Georgia"/>
          <w:sz w:val="23"/>
        </w:rPr>
        <w:t>DOMESTIC RELATIONSHIP BETWEEN CARRIERS: MARRIED 49 YEARS / COHABITED 56 YEARS / DIVORCED 29 YEARS / CONTACT CONTINUES BY MUTUAL CHOICE.</w:t>
      </w:r>
    </w:p>
    <w:p>
      <w:r>
        <w:rPr>
          <w:rFonts w:ascii="Georgia" w:hAnsi="Georgia" w:eastAsia="Georgia"/>
          <w:sz w:val="23"/>
        </w:rPr>
        <w:t>“That last part is none of your business,” she said.</w:t>
      </w:r>
    </w:p>
    <w:p>
      <w:r>
        <w:rPr>
          <w:rFonts w:ascii="Georgia" w:hAnsi="Georgia" w:eastAsia="Georgia"/>
          <w:sz w:val="23"/>
        </w:rPr>
        <w:t>“It changes whether I can obtain the second archive.”</w:t>
      </w:r>
    </w:p>
    <w:p>
      <w:r>
        <w:rPr>
          <w:rFonts w:ascii="Georgia" w:hAnsi="Georgia" w:eastAsia="Georgia"/>
          <w:sz w:val="23"/>
        </w:rPr>
        <w:t>She considered.</w:t>
      </w:r>
    </w:p>
    <w:p>
      <w:r>
        <w:rPr>
          <w:rFonts w:ascii="Georgia" w:hAnsi="Georgia" w:eastAsia="Georgia"/>
          <w:sz w:val="23"/>
        </w:rPr>
        <w:t>“Fine.”</w:t>
      </w:r>
    </w:p>
    <w:p>
      <w:r>
        <w:rPr>
          <w:rFonts w:ascii="Georgia" w:hAnsi="Georgia" w:eastAsia="Georgia"/>
          <w:sz w:val="23"/>
        </w:rPr>
        <w:t>The sentence remained.</w:t>
      </w:r>
    </w:p>
    <w:p>
      <w:r>
        <w:rPr>
          <w:rFonts w:ascii="Georgia" w:hAnsi="Georgia" w:eastAsia="Georgia"/>
          <w:sz w:val="23"/>
        </w:rPr>
        <w:t>I hated it.</w:t>
      </w:r>
    </w:p>
    <w:p>
      <w:r>
        <w:rPr>
          <w:rFonts w:ascii="Georgia" w:hAnsi="Georgia" w:eastAsia="Georgia"/>
          <w:sz w:val="23"/>
        </w:rPr>
        <w:t>That was probably why it belonged.</w:t>
      </w:r>
    </w:p>
    <w:p>
      <w:pPr>
        <w:spacing w:before="80" w:after="80"/>
        <w:jc w:val="center"/>
      </w:pPr>
      <w:r>
        <w:rPr>
          <w:rFonts w:ascii="Georgia" w:hAnsi="Georgia" w:eastAsia="Georgia"/>
          <w:sz w:val="23"/>
        </w:rPr>
        <w:t>§</w:t>
      </w:r>
    </w:p>
    <w:p>
      <w:r>
        <w:rPr>
          <w:rFonts w:ascii="Georgia" w:hAnsi="Georgia" w:eastAsia="Georgia"/>
          <w:sz w:val="23"/>
        </w:rPr>
        <w:t>I left at 0012.</w:t>
      </w:r>
    </w:p>
    <w:p>
      <w:r>
        <w:rPr>
          <w:rFonts w:ascii="Georgia" w:hAnsi="Georgia" w:eastAsia="Georgia"/>
          <w:sz w:val="23"/>
        </w:rPr>
        <w:t>The building’s monthly field-conditioning test was less than two hours away.</w:t>
      </w:r>
    </w:p>
    <w:p>
      <w:r>
        <w:rPr>
          <w:rFonts w:ascii="Georgia" w:hAnsi="Georgia" w:eastAsia="Georgia"/>
          <w:sz w:val="23"/>
        </w:rPr>
        <w:t>Ivena planned to sleep through it.</w:t>
      </w:r>
    </w:p>
    <w:p>
      <w:r>
        <w:rPr>
          <w:rFonts w:ascii="Georgia" w:hAnsi="Georgia" w:eastAsia="Georgia"/>
          <w:sz w:val="23"/>
        </w:rPr>
        <w:t>I asked her not to.</w:t>
      </w:r>
    </w:p>
    <w:p>
      <w:r>
        <w:rPr>
          <w:rFonts w:ascii="Georgia" w:hAnsi="Georgia" w:eastAsia="Georgia"/>
          <w:sz w:val="23"/>
        </w:rPr>
        <w:t>She refused.</w:t>
      </w:r>
    </w:p>
    <w:p>
      <w:r>
        <w:rPr>
          <w:rFonts w:ascii="Georgia" w:hAnsi="Georgia" w:eastAsia="Georgia"/>
          <w:sz w:val="23"/>
        </w:rPr>
        <w:t>“If it has been happening every month for years, one more monitored night does not become ethical because you are curious.”</w:t>
      </w:r>
    </w:p>
    <w:p>
      <w:r>
        <w:rPr>
          <w:rFonts w:ascii="Georgia" w:hAnsi="Georgia" w:eastAsia="Georgia"/>
          <w:sz w:val="23"/>
        </w:rPr>
        <w:t>“You can record a symptom if you wake.”</w:t>
      </w:r>
    </w:p>
    <w:p>
      <w:r>
        <w:rPr>
          <w:rFonts w:ascii="Georgia" w:hAnsi="Georgia" w:eastAsia="Georgia"/>
          <w:sz w:val="23"/>
        </w:rPr>
        <w:t>“I can already do that.”</w:t>
      </w:r>
    </w:p>
    <w:p>
      <w:r>
        <w:rPr>
          <w:rFonts w:ascii="Georgia" w:hAnsi="Georgia" w:eastAsia="Georgia"/>
          <w:sz w:val="23"/>
        </w:rPr>
        <w:t>“Then do.”</w:t>
      </w:r>
    </w:p>
    <w:p>
      <w:r>
        <w:rPr>
          <w:rFonts w:ascii="Georgia" w:hAnsi="Georgia" w:eastAsia="Georgia"/>
          <w:sz w:val="23"/>
        </w:rPr>
        <w:t>“Go home.”</w:t>
      </w:r>
    </w:p>
    <w:p>
      <w:r>
        <w:rPr>
          <w:rFonts w:ascii="Georgia" w:hAnsi="Georgia" w:eastAsia="Georgia"/>
          <w:sz w:val="23"/>
        </w:rPr>
        <w:t>I stood in the doorway.</w:t>
      </w:r>
    </w:p>
    <w:p>
      <w:r>
        <w:rPr>
          <w:rFonts w:ascii="Georgia" w:hAnsi="Georgia" w:eastAsia="Georgia"/>
          <w:sz w:val="23"/>
        </w:rPr>
        <w:t>The setting lay under her shirt.</w:t>
      </w:r>
    </w:p>
    <w:p>
      <w:r>
        <w:rPr>
          <w:rFonts w:ascii="Georgia" w:hAnsi="Georgia" w:eastAsia="Georgia"/>
          <w:sz w:val="23"/>
        </w:rPr>
        <w:t>No visible pull.</w:t>
      </w:r>
    </w:p>
    <w:p>
      <w:r>
        <w:rPr>
          <w:rFonts w:ascii="Georgia" w:hAnsi="Georgia" w:eastAsia="Georgia"/>
          <w:sz w:val="23"/>
        </w:rPr>
        <w:t>No dimple.</w:t>
      </w:r>
    </w:p>
    <w:p>
      <w:r>
        <w:rPr>
          <w:rFonts w:ascii="Georgia" w:hAnsi="Georgia" w:eastAsia="Georgia"/>
          <w:sz w:val="23"/>
        </w:rPr>
        <w:t>Modern contact geometry had solved the appearance of danger.</w:t>
      </w:r>
    </w:p>
    <w:p>
      <w:r>
        <w:rPr>
          <w:rFonts w:ascii="Georgia" w:hAnsi="Georgia" w:eastAsia="Georgia"/>
          <w:sz w:val="23"/>
        </w:rPr>
        <w:t>The domestic monitor showed green.</w:t>
      </w:r>
    </w:p>
    <w:p>
      <w:r>
        <w:rPr>
          <w:rFonts w:ascii="Georgia" w:hAnsi="Georgia" w:eastAsia="Georgia"/>
          <w:sz w:val="23"/>
        </w:rPr>
        <w:t>The surgery accommodation was approved.</w:t>
      </w:r>
    </w:p>
    <w:p>
      <w:r>
        <w:rPr>
          <w:rFonts w:ascii="Georgia" w:hAnsi="Georgia" w:eastAsia="Georgia"/>
          <w:sz w:val="23"/>
        </w:rPr>
        <w:t>Her right hand worked.</w:t>
      </w:r>
    </w:p>
    <w:p>
      <w:r>
        <w:rPr>
          <w:rFonts w:ascii="Georgia" w:hAnsi="Georgia" w:eastAsia="Georgia"/>
          <w:sz w:val="23"/>
        </w:rPr>
        <w:t>Everything that needed to look stable looked stable.</w:t>
      </w:r>
    </w:p>
    <w:p>
      <w:r>
        <w:rPr>
          <w:rFonts w:ascii="Georgia" w:hAnsi="Georgia" w:eastAsia="Georgia"/>
          <w:sz w:val="23"/>
        </w:rPr>
        <w:t>I had spent the evening discovering that stability could contain fifty-six years of unrecorded relational history because every system responsible for safety had correctly measured the present.</w:t>
      </w:r>
    </w:p>
    <w:p>
      <w:r>
        <w:rPr>
          <w:rFonts w:ascii="Georgia" w:hAnsi="Georgia" w:eastAsia="Georgia"/>
          <w:sz w:val="23"/>
        </w:rPr>
        <w:t>Ivena closed the wooden box.</w:t>
      </w:r>
    </w:p>
    <w:p>
      <w:r>
        <w:rPr>
          <w:rFonts w:ascii="Georgia" w:hAnsi="Georgia" w:eastAsia="Georgia"/>
          <w:sz w:val="23"/>
        </w:rPr>
        <w:t>The brass latch Deren had soldered badly at twenty-two clicked into place.</w:t>
      </w:r>
    </w:p>
    <w:p>
      <w:r>
        <w:rPr>
          <w:rFonts w:ascii="Georgia" w:hAnsi="Georgia" w:eastAsia="Georgia"/>
          <w:sz w:val="23"/>
        </w:rPr>
        <w:t>He had died seven years later.</w:t>
      </w:r>
    </w:p>
    <w:p>
      <w:r>
        <w:rPr>
          <w:rFonts w:ascii="Georgia" w:hAnsi="Georgia" w:eastAsia="Georgia"/>
          <w:sz w:val="23"/>
        </w:rPr>
        <w:t>The repair had lasted one hundred eleven years.</w:t>
      </w:r>
    </w:p>
    <w:p>
      <w:r>
        <w:rPr>
          <w:rFonts w:ascii="Georgia" w:hAnsi="Georgia" w:eastAsia="Georgia"/>
          <w:sz w:val="23"/>
        </w:rPr>
        <w:t>That did not make the latch Deren.</w:t>
      </w:r>
    </w:p>
    <w:p>
      <w:r>
        <w:rPr>
          <w:rFonts w:ascii="Georgia" w:hAnsi="Georgia" w:eastAsia="Georgia"/>
          <w:sz w:val="23"/>
        </w:rPr>
        <w:t>It did not make the box Deren.</w:t>
      </w:r>
    </w:p>
    <w:p>
      <w:r>
        <w:rPr>
          <w:rFonts w:ascii="Georgia" w:hAnsi="Georgia" w:eastAsia="Georgia"/>
          <w:sz w:val="23"/>
        </w:rPr>
        <w:t>It did not make Ivena’s decision to preserve it irrational.</w:t>
      </w:r>
    </w:p>
    <w:p>
      <w:r>
        <w:rPr>
          <w:rFonts w:ascii="Georgia" w:hAnsi="Georgia" w:eastAsia="Georgia"/>
          <w:sz w:val="23"/>
        </w:rPr>
        <w:t>It meant an object could carry a consequence of a person long after the person stopped being available to correct what anyone said about it.</w:t>
      </w:r>
    </w:p>
    <w:p>
      <w:r>
        <w:rPr>
          <w:rFonts w:ascii="Georgia" w:hAnsi="Georgia" w:eastAsia="Georgia"/>
          <w:sz w:val="23"/>
        </w:rPr>
        <w:t>Kaethe made that ordinary fact technically dangerous.</w:t>
      </w:r>
    </w:p>
    <w:p>
      <w:r>
        <w:rPr>
          <w:rFonts w:ascii="Georgia" w:hAnsi="Georgia" w:eastAsia="Georgia"/>
          <w:sz w:val="23"/>
        </w:rPr>
        <w:t>The elevator arrived.</w:t>
      </w:r>
    </w:p>
    <w:p>
      <w:r>
        <w:rPr>
          <w:rFonts w:ascii="Georgia" w:hAnsi="Georgia" w:eastAsia="Georgia"/>
          <w:sz w:val="23"/>
        </w:rPr>
        <w:t>Before I stepped inside, Ivena said my name.</w:t>
      </w:r>
    </w:p>
    <w:p>
      <w:r>
        <w:rPr>
          <w:rFonts w:ascii="Georgia" w:hAnsi="Georgia" w:eastAsia="Georgia"/>
          <w:sz w:val="23"/>
        </w:rPr>
        <w:t>I turned.</w:t>
      </w:r>
    </w:p>
    <w:p>
      <w:r>
        <w:rPr>
          <w:rFonts w:ascii="Georgia" w:hAnsi="Georgia" w:eastAsia="Georgia"/>
          <w:sz w:val="23"/>
        </w:rPr>
        <w:t>“Do not make Sera part of Deren,” she said.</w:t>
      </w:r>
    </w:p>
    <w:p>
      <w:r>
        <w:rPr>
          <w:rFonts w:ascii="Georgia" w:hAnsi="Georgia" w:eastAsia="Georgia"/>
          <w:sz w:val="23"/>
        </w:rPr>
        <w:t>“I was not going to.”</w:t>
      </w:r>
    </w:p>
    <w:p>
      <w:r>
        <w:rPr>
          <w:rFonts w:ascii="Georgia" w:hAnsi="Georgia" w:eastAsia="Georgia"/>
          <w:sz w:val="23"/>
        </w:rPr>
        <w:t>“Do not make Lio part of me either.”</w:t>
      </w:r>
    </w:p>
    <w:p>
      <w:r>
        <w:rPr>
          <w:rFonts w:ascii="Georgia" w:hAnsi="Georgia" w:eastAsia="Georgia"/>
          <w:sz w:val="23"/>
        </w:rPr>
        <w:t>“No.”</w:t>
      </w:r>
    </w:p>
    <w:p>
      <w:r>
        <w:rPr>
          <w:rFonts w:ascii="Georgia" w:hAnsi="Georgia" w:eastAsia="Georgia"/>
          <w:sz w:val="23"/>
        </w:rPr>
        <w:t>“And do not make the two settings married because we were.”</w:t>
      </w:r>
    </w:p>
    <w:p>
      <w:r>
        <w:rPr>
          <w:rFonts w:ascii="Georgia" w:hAnsi="Georgia" w:eastAsia="Georgia"/>
          <w:sz w:val="23"/>
        </w:rPr>
        <w:t>I waited.</w:t>
      </w:r>
    </w:p>
    <w:p>
      <w:r>
        <w:rPr>
          <w:rFonts w:ascii="Georgia" w:hAnsi="Georgia" w:eastAsia="Georgia"/>
          <w:sz w:val="23"/>
        </w:rPr>
        <w:t>“That one I was considering as a joke.”</w:t>
      </w:r>
    </w:p>
    <w:p>
      <w:r>
        <w:rPr>
          <w:rFonts w:ascii="Georgia" w:hAnsi="Georgia" w:eastAsia="Georgia"/>
          <w:sz w:val="23"/>
        </w:rPr>
        <w:t>“Do not.”</w:t>
      </w:r>
    </w:p>
    <w:p>
      <w:r>
        <w:rPr>
          <w:rFonts w:ascii="Georgia" w:hAnsi="Georgia" w:eastAsia="Georgia"/>
          <w:sz w:val="23"/>
        </w:rPr>
        <w:t>“Agreed.”</w:t>
      </w:r>
    </w:p>
    <w:p>
      <w:r>
        <w:rPr>
          <w:rFonts w:ascii="Georgia" w:hAnsi="Georgia" w:eastAsia="Georgia"/>
          <w:sz w:val="23"/>
        </w:rPr>
        <w:t>The elevator door closed.</w:t>
      </w:r>
    </w:p>
    <w:p>
      <w:r>
        <w:rPr>
          <w:rFonts w:ascii="Georgia" w:hAnsi="Georgia" w:eastAsia="Georgia"/>
          <w:sz w:val="23"/>
        </w:rPr>
        <w:t>On the way down, the building field monitor showed twelve registered intimate settings across forty-three occupied apartments.</w:t>
      </w:r>
    </w:p>
    <w:p>
      <w:r>
        <w:rPr>
          <w:rFonts w:ascii="Georgia" w:hAnsi="Georgia" w:eastAsia="Georgia"/>
          <w:sz w:val="23"/>
        </w:rPr>
        <w:t>Twelve.</w:t>
      </w:r>
    </w:p>
    <w:p>
      <w:r>
        <w:rPr>
          <w:rFonts w:ascii="Georgia" w:hAnsi="Georgia" w:eastAsia="Georgia"/>
          <w:sz w:val="23"/>
        </w:rPr>
        <w:t>Not unusual.</w:t>
      </w:r>
    </w:p>
    <w:p>
      <w:r>
        <w:rPr>
          <w:rFonts w:ascii="Georgia" w:hAnsi="Georgia" w:eastAsia="Georgia"/>
          <w:sz w:val="23"/>
        </w:rPr>
        <w:t>I had spent most of the evening thinking about two.</w:t>
      </w:r>
    </w:p>
    <w:p>
      <w:r>
        <w:rPr>
          <w:rFonts w:ascii="Georgia" w:hAnsi="Georgia" w:eastAsia="Georgia"/>
          <w:sz w:val="23"/>
        </w:rPr>
        <w:t>Two had shared one home for fifty-six years and left enough weak evidence behind to make the present harder to classify.</w:t>
      </w:r>
    </w:p>
    <w:p>
      <w:r>
        <w:rPr>
          <w:rFonts w:ascii="Georgia" w:hAnsi="Georgia" w:eastAsia="Georgia"/>
          <w:sz w:val="23"/>
        </w:rPr>
        <w:t>There were eleven other registered settings in the building tonight besides Ivena’s.</w:t>
      </w:r>
    </w:p>
    <w:p>
      <w:r>
        <w:rPr>
          <w:rFonts w:ascii="Georgia" w:hAnsi="Georgia" w:eastAsia="Georgia"/>
          <w:sz w:val="23"/>
        </w:rPr>
        <w:t>Some belonged to spouses.</w:t>
      </w:r>
    </w:p>
    <w:p>
      <w:r>
        <w:rPr>
          <w:rFonts w:ascii="Georgia" w:hAnsi="Georgia" w:eastAsia="Georgia"/>
          <w:sz w:val="23"/>
        </w:rPr>
        <w:t>Some to parents.</w:t>
      </w:r>
    </w:p>
    <w:p>
      <w:r>
        <w:rPr>
          <w:rFonts w:ascii="Georgia" w:hAnsi="Georgia" w:eastAsia="Georgia"/>
          <w:sz w:val="23"/>
        </w:rPr>
        <w:t>Some to people who had lived alone for a century.</w:t>
      </w:r>
    </w:p>
    <w:p>
      <w:r>
        <w:rPr>
          <w:rFonts w:ascii="Georgia" w:hAnsi="Georgia" w:eastAsia="Georgia"/>
          <w:sz w:val="23"/>
        </w:rPr>
        <w:t>Some would move tomorrow.</w:t>
      </w:r>
    </w:p>
    <w:p>
      <w:r>
        <w:rPr>
          <w:rFonts w:ascii="Georgia" w:hAnsi="Georgia" w:eastAsia="Georgia"/>
          <w:sz w:val="23"/>
        </w:rPr>
        <w:t>Some would sleep twenty centimeters from another piece of kaethe-matter and never produce an alert large enough to preserve.</w:t>
      </w:r>
    </w:p>
    <w:p>
      <w:r>
        <w:rPr>
          <w:rFonts w:ascii="Georgia" w:hAnsi="Georgia" w:eastAsia="Georgia"/>
          <w:sz w:val="23"/>
        </w:rPr>
        <w:t>The system tracked current mass.</w:t>
      </w:r>
    </w:p>
    <w:p>
      <w:r>
        <w:rPr>
          <w:rFonts w:ascii="Georgia" w:hAnsi="Georgia" w:eastAsia="Georgia"/>
          <w:sz w:val="23"/>
        </w:rPr>
        <w:t>It tracked current reach.</w:t>
      </w:r>
    </w:p>
    <w:p>
      <w:r>
        <w:rPr>
          <w:rFonts w:ascii="Georgia" w:hAnsi="Georgia" w:eastAsia="Georgia"/>
          <w:sz w:val="23"/>
        </w:rPr>
        <w:t>It tracked current carrier.</w:t>
      </w:r>
    </w:p>
    <w:p>
      <w:r>
        <w:rPr>
          <w:rFonts w:ascii="Georgia" w:hAnsi="Georgia" w:eastAsia="Georgia"/>
          <w:sz w:val="23"/>
        </w:rPr>
        <w:t>It did not track who had spent half a lifetime beside whom unless something went wrong loudly enough to require a form.</w:t>
      </w:r>
    </w:p>
    <w:p>
      <w:r>
        <w:rPr>
          <w:rFonts w:ascii="Georgia" w:hAnsi="Georgia" w:eastAsia="Georgia"/>
          <w:sz w:val="23"/>
        </w:rPr>
        <w:t>I reached the lobby and stopped before the outer door.</w:t>
      </w:r>
    </w:p>
    <w:p>
      <w:r>
        <w:rPr>
          <w:rFonts w:ascii="Georgia" w:hAnsi="Georgia" w:eastAsia="Georgia"/>
          <w:sz w:val="23"/>
        </w:rPr>
        <w:t>The first Kult basement had kept a handwritten category called SAME ANSWER FAMILY because its people had lacked better instruments.</w:t>
      </w:r>
    </w:p>
    <w:p>
      <w:r>
        <w:rPr>
          <w:rFonts w:ascii="Georgia" w:hAnsi="Georgia" w:eastAsia="Georgia"/>
          <w:sz w:val="23"/>
        </w:rPr>
        <w:t>We had spent a century improving the instruments.</w:t>
      </w:r>
    </w:p>
    <w:p>
      <w:r>
        <w:rPr>
          <w:rFonts w:ascii="Georgia" w:hAnsi="Georgia" w:eastAsia="Georgia"/>
          <w:sz w:val="23"/>
        </w:rPr>
        <w:t>We had not necessarily improved the question.</w:t>
      </w:r>
    </w:p>
    <w:p>
      <w:r>
        <w:rPr>
          <w:rFonts w:ascii="Georgia" w:hAnsi="Georgia" w:eastAsia="Georgia"/>
          <w:sz w:val="23"/>
        </w:rPr>
        <w:t>I opened my local note and added one line before going home.</w:t>
      </w:r>
    </w:p>
    <w:p>
      <w:r>
        <w:rPr>
          <w:rFonts w:ascii="Georgia" w:hAnsi="Georgia" w:eastAsia="Georgia"/>
          <w:sz w:val="23"/>
        </w:rPr>
        <w:t>CONTACT HISTORY BETWEEN SETTINGS: DOMESTIC DURATION MAY EXCEED INSTITUTIONAL MEMORY.</w:t>
      </w:r>
    </w:p>
    <w:p>
      <w:r>
        <w:rPr>
          <w:rFonts w:ascii="Georgia" w:hAnsi="Georgia" w:eastAsia="Georgia"/>
          <w:sz w:val="23"/>
        </w:rPr>
        <w:t>Then I deleted MAY.</w:t>
      </w:r>
    </w:p>
    <w:p>
      <w:r>
        <w:rPr>
          <w:rFonts w:ascii="Georgia" w:hAnsi="Georgia" w:eastAsia="Georgia"/>
          <w:sz w:val="23"/>
        </w:rPr>
        <w:t>Not because the stronger claim was scientifically broader.</w:t>
      </w:r>
    </w:p>
    <w:p>
      <w:r>
        <w:rPr>
          <w:rFonts w:ascii="Georgia" w:hAnsi="Georgia" w:eastAsia="Georgia"/>
          <w:sz w:val="23"/>
        </w:rPr>
        <w:t>Because I had just held the paper that proved the narrower one.</w:t>
      </w:r>
    </w:p>
    <w:p>
      <w:r>
        <w:rPr>
          <w:rFonts w:ascii="Georgia" w:hAnsi="Georgia" w:eastAsia="Georgia"/>
          <w:sz w:val="23"/>
        </w:rPr>
        <w:t>CONTACT HISTORY BETWEEN SETTINGS: DOMESTIC DURATION CAN EXCEED INSTITUTIONAL MEMORY.</w:t>
      </w:r>
    </w:p>
    <w:p>
      <w:r>
        <w:rPr>
          <w:rFonts w:ascii="Georgia" w:hAnsi="Georgia" w:eastAsia="Georgia"/>
          <w:sz w:val="23"/>
        </w:rPr>
        <w:t>That was enough.</w:t>
      </w:r>
    </w:p>
    <w:p>
      <w:r>
        <w:rPr>
          <w:rFonts w:ascii="Georgia" w:hAnsi="Georgia" w:eastAsia="Georgia"/>
          <w:sz w:val="23"/>
        </w:rPr>
        <w:t>For tonight.</w:t>
      </w:r>
    </w:p>
    <w:p>
      <w:pPr>
        <w:keepNext/>
        <w:pageBreakBefore/>
        <w:jc w:val="center"/>
      </w:pPr>
      <w:r>
        <w:rPr>
          <w:rFonts w:ascii="Georgia" w:hAnsi="Georgia" w:eastAsia="Georgia"/>
          <w:b/>
          <w:sz w:val="28"/>
        </w:rPr>
        <w:t>Chapter Four — The Return Distance</w:t>
      </w:r>
    </w:p>
    <w:p>
      <w:pPr>
        <w:spacing w:after="110"/>
      </w:pPr>
      <w:r>
        <w:rPr>
          <w:rFonts w:ascii="Georgia" w:hAnsi="Georgia" w:eastAsia="Georgia"/>
          <w:sz w:val="23"/>
        </w:rPr>
        <w:t>Sera Noll arrived at Miren’s shop at 0736 and refused to sit beside Ivena.</w:t>
      </w:r>
    </w:p>
    <w:p>
      <w:pPr>
        <w:spacing w:after="110"/>
      </w:pPr>
      <w:r>
        <w:rPr>
          <w:rFonts w:ascii="Georgia" w:hAnsi="Georgia" w:eastAsia="Georgia"/>
          <w:sz w:val="23"/>
        </w:rPr>
        <w:t>Not because they were divorced.</w:t>
      </w:r>
    </w:p>
    <w:p>
      <w:pPr>
        <w:spacing w:after="110"/>
      </w:pPr>
      <w:r>
        <w:rPr>
          <w:rFonts w:ascii="Georgia" w:hAnsi="Georgia" w:eastAsia="Georgia"/>
          <w:sz w:val="23"/>
        </w:rPr>
        <w:t>Because I had asked them not to.</w:t>
      </w:r>
    </w:p>
    <w:p>
      <w:pPr>
        <w:spacing w:after="110"/>
      </w:pPr>
      <w:r>
        <w:rPr>
          <w:rFonts w:ascii="Georgia" w:hAnsi="Georgia" w:eastAsia="Georgia"/>
          <w:sz w:val="23"/>
        </w:rPr>
        <w:t>The distinction mattered enough that Sera stated it before removing her coat.</w:t>
      </w:r>
    </w:p>
    <w:p>
      <w:pPr>
        <w:spacing w:after="110"/>
      </w:pPr>
      <w:r>
        <w:rPr>
          <w:rFonts w:ascii="Georgia" w:hAnsi="Georgia" w:eastAsia="Georgia"/>
          <w:sz w:val="23"/>
        </w:rPr>
        <w:t>“I want that in the record.”</w:t>
      </w:r>
    </w:p>
    <w:p>
      <w:pPr>
        <w:spacing w:after="110"/>
      </w:pPr>
      <w:r>
        <w:rPr>
          <w:rFonts w:ascii="Georgia" w:hAnsi="Georgia" w:eastAsia="Georgia"/>
          <w:sz w:val="23"/>
        </w:rPr>
        <w:t>Miren had not started the recorder yet.</w:t>
      </w:r>
    </w:p>
    <w:p>
      <w:pPr>
        <w:spacing w:after="110"/>
      </w:pPr>
      <w:r>
        <w:rPr>
          <w:rFonts w:ascii="Georgia" w:hAnsi="Georgia" w:eastAsia="Georgia"/>
          <w:sz w:val="23"/>
        </w:rPr>
        <w:t>“It is now,” she said.</w:t>
      </w:r>
    </w:p>
    <w:p>
      <w:pPr>
        <w:spacing w:after="110"/>
      </w:pPr>
      <w:r>
        <w:rPr>
          <w:rFonts w:ascii="Georgia" w:hAnsi="Georgia" w:eastAsia="Georgia"/>
          <w:sz w:val="23"/>
        </w:rPr>
        <w:t>Sera looked at me.</w:t>
      </w:r>
    </w:p>
    <w:p>
      <w:pPr>
        <w:spacing w:after="110"/>
      </w:pPr>
      <w:r>
        <w:rPr>
          <w:rFonts w:ascii="Georgia" w:hAnsi="Georgia" w:eastAsia="Georgia"/>
          <w:sz w:val="23"/>
        </w:rPr>
        <w:t>“You always find people who encourage you?”</w:t>
      </w:r>
    </w:p>
    <w:p>
      <w:pPr>
        <w:spacing w:after="110"/>
      </w:pPr>
      <w:r>
        <w:rPr>
          <w:rFonts w:ascii="Georgia" w:hAnsi="Georgia" w:eastAsia="Georgia"/>
          <w:sz w:val="23"/>
        </w:rPr>
        <w:t>“Usually they begin by trying to stop me.”</w:t>
      </w:r>
    </w:p>
    <w:p>
      <w:pPr>
        <w:spacing w:after="110"/>
      </w:pPr>
      <w:r>
        <w:rPr>
          <w:rFonts w:ascii="Georgia" w:hAnsi="Georgia" w:eastAsia="Georgia"/>
          <w:sz w:val="23"/>
        </w:rPr>
        <w:t>“That sounds more accurate.”</w:t>
      </w:r>
    </w:p>
    <w:p>
      <w:pPr>
        <w:spacing w:after="110"/>
      </w:pPr>
      <w:r>
        <w:rPr>
          <w:rFonts w:ascii="Georgia" w:hAnsi="Georgia" w:eastAsia="Georgia"/>
          <w:sz w:val="23"/>
        </w:rPr>
        <w:t>She was wearing Lio’s setting at the left clavicle.</w:t>
      </w:r>
    </w:p>
    <w:p>
      <w:pPr>
        <w:spacing w:after="110"/>
      </w:pPr>
      <w:r>
        <w:rPr>
          <w:rFonts w:ascii="Georgia" w:hAnsi="Georgia" w:eastAsia="Georgia"/>
          <w:sz w:val="23"/>
        </w:rPr>
        <w:t>I saw the contact outline only because I knew where to look. Modern intimate settings did not advertise themselves unless the wearer wanted them to. The outer body was a pale material close to skin tone, thin enough that the collar of Sera’s shirt moved over it without catching.</w:t>
      </w:r>
    </w:p>
    <w:p>
      <w:pPr>
        <w:spacing w:after="110"/>
      </w:pPr>
      <w:r>
        <w:rPr>
          <w:rFonts w:ascii="Georgia" w:hAnsi="Georgia" w:eastAsia="Georgia"/>
          <w:sz w:val="23"/>
        </w:rPr>
        <w:t>Zero point seven four grams inside.</w:t>
      </w:r>
    </w:p>
    <w:p>
      <w:pPr>
        <w:spacing w:after="110"/>
      </w:pPr>
      <w:r>
        <w:rPr>
          <w:rFonts w:ascii="Georgia" w:hAnsi="Georgia" w:eastAsia="Georgia"/>
          <w:sz w:val="23"/>
        </w:rPr>
        <w:t>One hundred three years of continuous wear, if Ivena’s box and Sera’s memory agreed.</w:t>
      </w:r>
    </w:p>
    <w:p>
      <w:pPr>
        <w:spacing w:after="110"/>
      </w:pPr>
      <w:r>
        <w:rPr>
          <w:rFonts w:ascii="Georgia" w:hAnsi="Georgia" w:eastAsia="Georgia"/>
          <w:sz w:val="23"/>
        </w:rPr>
        <w:t>Historical association: Lio Noll.</w:t>
      </w:r>
    </w:p>
    <w:p>
      <w:pPr>
        <w:spacing w:after="110"/>
      </w:pPr>
      <w:r>
        <w:rPr>
          <w:rFonts w:ascii="Georgia" w:hAnsi="Georgia" w:eastAsia="Georgia"/>
          <w:sz w:val="23"/>
        </w:rPr>
        <w:t>Completed at forty-one.</w:t>
      </w:r>
    </w:p>
    <w:p>
      <w:pPr>
        <w:spacing w:after="110"/>
      </w:pPr>
      <w:r>
        <w:rPr>
          <w:rFonts w:ascii="Georgia" w:hAnsi="Georgia" w:eastAsia="Georgia"/>
          <w:sz w:val="23"/>
        </w:rPr>
        <w:t>Mother and daughter had already been separated by more years than Lio had lived before Sera ever met Ivena.</w:t>
      </w:r>
    </w:p>
    <w:p>
      <w:pPr>
        <w:spacing w:after="110"/>
      </w:pPr>
      <w:r>
        <w:rPr>
          <w:rFonts w:ascii="Georgia" w:hAnsi="Georgia" w:eastAsia="Georgia"/>
          <w:sz w:val="23"/>
        </w:rPr>
        <w:t>Long lives made some comparisons cruel by arithmetic alone.</w:t>
      </w:r>
    </w:p>
    <w:p>
      <w:pPr>
        <w:spacing w:after="110"/>
      </w:pPr>
      <w:r>
        <w:rPr>
          <w:rFonts w:ascii="Georgia" w:hAnsi="Georgia" w:eastAsia="Georgia"/>
          <w:sz w:val="23"/>
        </w:rPr>
        <w:t>Ivena entered from the rear diagnostic room.</w:t>
      </w:r>
    </w:p>
    <w:p>
      <w:pPr>
        <w:spacing w:after="110"/>
      </w:pPr>
      <w:r>
        <w:rPr>
          <w:rFonts w:ascii="Georgia" w:hAnsi="Georgia" w:eastAsia="Georgia"/>
          <w:sz w:val="23"/>
        </w:rPr>
        <w:t>She stopped when she saw Sera.</w:t>
      </w:r>
    </w:p>
    <w:p>
      <w:pPr>
        <w:spacing w:after="110"/>
      </w:pPr>
      <w:r>
        <w:rPr>
          <w:rFonts w:ascii="Georgia" w:hAnsi="Georgia" w:eastAsia="Georgia"/>
          <w:sz w:val="23"/>
        </w:rPr>
        <w:t>Sera stopped looking at me.</w:t>
      </w:r>
    </w:p>
    <w:p>
      <w:pPr>
        <w:spacing w:after="110"/>
      </w:pPr>
      <w:r>
        <w:rPr>
          <w:rFonts w:ascii="Georgia" w:hAnsi="Georgia" w:eastAsia="Georgia"/>
          <w:sz w:val="23"/>
        </w:rPr>
        <w:t>“Your hair is worse,” Ivena said.</w:t>
      </w:r>
    </w:p>
    <w:p>
      <w:pPr>
        <w:spacing w:after="110"/>
      </w:pPr>
      <w:r>
        <w:rPr>
          <w:rFonts w:ascii="Georgia" w:hAnsi="Georgia" w:eastAsia="Georgia"/>
          <w:sz w:val="23"/>
        </w:rPr>
        <w:t>“You are still gray on purpose.”</w:t>
      </w:r>
    </w:p>
    <w:p>
      <w:pPr>
        <w:spacing w:after="110"/>
      </w:pPr>
      <w:r>
        <w:rPr>
          <w:rFonts w:ascii="Georgia" w:hAnsi="Georgia" w:eastAsia="Georgia"/>
          <w:sz w:val="23"/>
        </w:rPr>
        <w:t>“It saves money.”</w:t>
      </w:r>
    </w:p>
    <w:p>
      <w:pPr>
        <w:spacing w:after="110"/>
      </w:pPr>
      <w:r>
        <w:rPr>
          <w:rFonts w:ascii="Georgia" w:hAnsi="Georgia" w:eastAsia="Georgia"/>
          <w:sz w:val="23"/>
        </w:rPr>
        <w:t>“You spend more on tea than hair.”</w:t>
      </w:r>
    </w:p>
    <w:p>
      <w:pPr>
        <w:spacing w:after="110"/>
      </w:pPr>
      <w:r>
        <w:rPr>
          <w:rFonts w:ascii="Georgia" w:hAnsi="Georgia" w:eastAsia="Georgia"/>
          <w:sz w:val="23"/>
        </w:rPr>
        <w:t>“Tea improves with age.”</w:t>
      </w:r>
    </w:p>
    <w:p>
      <w:pPr>
        <w:spacing w:after="110"/>
      </w:pPr>
      <w:r>
        <w:rPr>
          <w:rFonts w:ascii="Georgia" w:hAnsi="Georgia" w:eastAsia="Georgia"/>
          <w:sz w:val="23"/>
        </w:rPr>
        <w:t>“Not yours.”</w:t>
      </w:r>
    </w:p>
    <w:p>
      <w:pPr>
        <w:spacing w:after="110"/>
      </w:pPr>
      <w:r>
        <w:rPr>
          <w:rFonts w:ascii="Georgia" w:hAnsi="Georgia" w:eastAsia="Georgia"/>
          <w:sz w:val="23"/>
        </w:rPr>
        <w:t>Forty-nine years of marriage survived in less than ten seconds without becoming reconciliation.</w:t>
      </w:r>
    </w:p>
    <w:p>
      <w:pPr>
        <w:spacing w:after="110"/>
      </w:pPr>
      <w:r>
        <w:rPr>
          <w:rFonts w:ascii="Georgia" w:hAnsi="Georgia" w:eastAsia="Georgia"/>
          <w:sz w:val="23"/>
        </w:rPr>
        <w:t>I did not need another category.</w:t>
      </w:r>
    </w:p>
    <w:p>
      <w:pPr>
        <w:spacing w:after="110"/>
      </w:pPr>
      <w:r>
        <w:rPr>
          <w:rFonts w:ascii="Georgia" w:hAnsi="Georgia" w:eastAsia="Georgia"/>
          <w:sz w:val="23"/>
        </w:rPr>
        <w:t>Miren pointed toward the marked chairs.</w:t>
      </w:r>
    </w:p>
    <w:p>
      <w:pPr>
        <w:spacing w:after="110"/>
      </w:pPr>
      <w:r>
        <w:rPr>
          <w:rFonts w:ascii="Georgia" w:hAnsi="Georgia" w:eastAsia="Georgia"/>
          <w:sz w:val="23"/>
        </w:rPr>
        <w:t>“Ivena, east station. Sera, west. Twelve meters center to center. No approach until both baselines are complete.”</w:t>
      </w:r>
    </w:p>
    <w:p>
      <w:pPr>
        <w:spacing w:after="110"/>
      </w:pPr>
      <w:r>
        <w:rPr>
          <w:rFonts w:ascii="Georgia" w:hAnsi="Georgia" w:eastAsia="Georgia"/>
          <w:sz w:val="23"/>
        </w:rPr>
        <w:t>Sera looked at the floor lines.</w:t>
      </w:r>
    </w:p>
    <w:p>
      <w:pPr>
        <w:spacing w:after="110"/>
      </w:pPr>
      <w:r>
        <w:rPr>
          <w:rFonts w:ascii="Georgia" w:hAnsi="Georgia" w:eastAsia="Georgia"/>
          <w:sz w:val="23"/>
        </w:rPr>
        <w:t>“This is romantic.”</w:t>
      </w:r>
    </w:p>
    <w:p>
      <w:pPr>
        <w:spacing w:after="110"/>
      </w:pPr>
      <w:r>
        <w:rPr>
          <w:rFonts w:ascii="Georgia" w:hAnsi="Georgia" w:eastAsia="Georgia"/>
          <w:sz w:val="23"/>
        </w:rPr>
        <w:t>“No,” I said.</w:t>
      </w:r>
    </w:p>
    <w:p>
      <w:pPr>
        <w:spacing w:after="110"/>
      </w:pPr>
      <w:r>
        <w:rPr>
          <w:rFonts w:ascii="Georgia" w:hAnsi="Georgia" w:eastAsia="Georgia"/>
          <w:sz w:val="23"/>
        </w:rPr>
        <w:t>Both women looked at me.</w:t>
      </w:r>
    </w:p>
    <w:p>
      <w:pPr>
        <w:spacing w:after="110"/>
      </w:pPr>
      <w:r>
        <w:rPr>
          <w:rFonts w:ascii="Georgia" w:hAnsi="Georgia" w:eastAsia="Georgia"/>
          <w:sz w:val="23"/>
        </w:rPr>
        <w:t>I had answered too quickly.</w:t>
      </w:r>
    </w:p>
    <w:p>
      <w:pPr>
        <w:spacing w:after="110"/>
      </w:pPr>
      <w:r>
        <w:rPr>
          <w:rFonts w:ascii="Georgia" w:hAnsi="Georgia" w:eastAsia="Georgia"/>
          <w:sz w:val="23"/>
        </w:rPr>
        <w:t>“Technical,” Miren said.</w:t>
      </w:r>
    </w:p>
    <w:p>
      <w:pPr>
        <w:spacing w:after="110"/>
      </w:pPr>
      <w:r>
        <w:rPr>
          <w:rFonts w:ascii="Georgia" w:hAnsi="Georgia" w:eastAsia="Georgia"/>
          <w:sz w:val="23"/>
        </w:rPr>
        <w:t>“Better word,” Sera said.</w:t>
      </w:r>
    </w:p>
    <w:p>
      <w:pPr>
        <w:spacing w:before="80" w:after="110"/>
        <w:jc w:val="center"/>
      </w:pPr>
      <w:r>
        <w:rPr>
          <w:rFonts w:ascii="Georgia" w:hAnsi="Georgia" w:eastAsia="Georgia"/>
          <w:sz w:val="23"/>
        </w:rPr>
        <w:t>§</w:t>
      </w:r>
    </w:p>
    <w:p>
      <w:pPr>
        <w:spacing w:after="110"/>
      </w:pPr>
      <w:r>
        <w:rPr>
          <w:rFonts w:ascii="Georgia" w:hAnsi="Georgia" w:eastAsia="Georgia"/>
          <w:sz w:val="23"/>
        </w:rPr>
        <w:t>The first problem was that the shop had never been designed for two long-contact settings whose possible relationship was itself the question.</w:t>
      </w:r>
    </w:p>
    <w:p>
      <w:pPr>
        <w:spacing w:after="110"/>
      </w:pPr>
      <w:r>
        <w:rPr>
          <w:rFonts w:ascii="Georgia" w:hAnsi="Georgia" w:eastAsia="Georgia"/>
          <w:sz w:val="23"/>
        </w:rPr>
        <w:t>It had two diagnostic stations.</w:t>
      </w:r>
    </w:p>
    <w:p>
      <w:pPr>
        <w:spacing w:after="110"/>
      </w:pPr>
      <w:r>
        <w:rPr>
          <w:rFonts w:ascii="Georgia" w:hAnsi="Georgia" w:eastAsia="Georgia"/>
          <w:sz w:val="23"/>
        </w:rPr>
        <w:t>It had independent local buses.</w:t>
      </w:r>
    </w:p>
    <w:p>
      <w:pPr>
        <w:spacing w:after="110"/>
      </w:pPr>
      <w:r>
        <w:rPr>
          <w:rFonts w:ascii="Georgia" w:hAnsi="Georgia" w:eastAsia="Georgia"/>
          <w:sz w:val="23"/>
        </w:rPr>
        <w:t>It had shielding sufficient for ordinary service overlap.</w:t>
      </w:r>
    </w:p>
    <w:p>
      <w:pPr>
        <w:spacing w:after="110"/>
      </w:pPr>
      <w:r>
        <w:rPr>
          <w:rFonts w:ascii="Georgia" w:hAnsi="Georgia" w:eastAsia="Georgia"/>
          <w:sz w:val="23"/>
        </w:rPr>
        <w:t>It had an intimate-setting proximity protocol because couples sometimes came in together and because families sometimes wore several fragments associated with the same completion event.</w:t>
      </w:r>
    </w:p>
    <w:p>
      <w:pPr>
        <w:spacing w:after="110"/>
      </w:pPr>
      <w:r>
        <w:rPr>
          <w:rFonts w:ascii="Georgia" w:hAnsi="Georgia" w:eastAsia="Georgia"/>
          <w:sz w:val="23"/>
        </w:rPr>
        <w:t>The protocol assumed the purpose was preventing interaction.</w:t>
      </w:r>
    </w:p>
    <w:p>
      <w:pPr>
        <w:spacing w:after="110"/>
      </w:pPr>
      <w:r>
        <w:rPr>
          <w:rFonts w:ascii="Georgia" w:hAnsi="Georgia" w:eastAsia="Georgia"/>
          <w:sz w:val="23"/>
        </w:rPr>
        <w:t>We needed to observe whether interaction existed.</w:t>
      </w:r>
    </w:p>
    <w:p>
      <w:pPr>
        <w:spacing w:after="110"/>
      </w:pPr>
      <w:r>
        <w:rPr>
          <w:rFonts w:ascii="Georgia" w:hAnsi="Georgia" w:eastAsia="Georgia"/>
          <w:sz w:val="23"/>
        </w:rPr>
        <w:t>Those are different rooms even when the walls are the same.</w:t>
      </w:r>
    </w:p>
    <w:p>
      <w:pPr>
        <w:spacing w:after="110"/>
      </w:pPr>
      <w:r>
        <w:rPr>
          <w:rFonts w:ascii="Georgia" w:hAnsi="Georgia" w:eastAsia="Georgia"/>
          <w:sz w:val="23"/>
        </w:rPr>
        <w:t>Miren disabled adaptive cross-cancellation between the stations.</w:t>
      </w:r>
    </w:p>
    <w:p>
      <w:pPr>
        <w:spacing w:after="110"/>
      </w:pPr>
      <w:r>
        <w:rPr>
          <w:rFonts w:ascii="Georgia" w:hAnsi="Georgia" w:eastAsia="Georgia"/>
          <w:sz w:val="23"/>
        </w:rPr>
        <w:t>I stopped her before she confirmed the change.</w:t>
      </w:r>
    </w:p>
    <w:p>
      <w:pPr>
        <w:spacing w:after="110"/>
      </w:pPr>
      <w:r>
        <w:rPr>
          <w:rFonts w:ascii="Georgia" w:hAnsi="Georgia" w:eastAsia="Georgia"/>
          <w:sz w:val="23"/>
        </w:rPr>
        <w:t>“What happens if you disable it completely?”</w:t>
      </w:r>
    </w:p>
    <w:p>
      <w:pPr>
        <w:spacing w:after="110"/>
      </w:pPr>
      <w:r>
        <w:rPr>
          <w:rFonts w:ascii="Georgia" w:hAnsi="Georgia" w:eastAsia="Georgia"/>
          <w:sz w:val="23"/>
        </w:rPr>
        <w:t>“Each station stops subtracting the other’s field signature from its local service trace.”</w:t>
      </w:r>
    </w:p>
    <w:p>
      <w:pPr>
        <w:spacing w:after="110"/>
      </w:pPr>
      <w:r>
        <w:rPr>
          <w:rFonts w:ascii="Georgia" w:hAnsi="Georgia" w:eastAsia="Georgia"/>
          <w:sz w:val="23"/>
        </w:rPr>
        <w:t>“Does containment change?”</w:t>
      </w:r>
    </w:p>
    <w:p>
      <w:pPr>
        <w:spacing w:after="110"/>
      </w:pPr>
      <w:r>
        <w:rPr>
          <w:rFonts w:ascii="Georgia" w:hAnsi="Georgia" w:eastAsia="Georgia"/>
          <w:sz w:val="23"/>
        </w:rPr>
        <w:t>“No. Measurement only.”</w:t>
      </w:r>
    </w:p>
    <w:p>
      <w:pPr>
        <w:spacing w:after="110"/>
      </w:pPr>
      <w:r>
        <w:rPr>
          <w:rFonts w:ascii="Georgia" w:hAnsi="Georgia" w:eastAsia="Georgia"/>
          <w:sz w:val="23"/>
        </w:rPr>
        <w:t>“Does the wearer field change?”</w:t>
      </w:r>
    </w:p>
    <w:p>
      <w:pPr>
        <w:spacing w:after="110"/>
      </w:pPr>
      <w:r>
        <w:rPr>
          <w:rFonts w:ascii="Georgia" w:hAnsi="Georgia" w:eastAsia="Georgia"/>
          <w:sz w:val="23"/>
        </w:rPr>
        <w:t>“Not intentionally.”</w:t>
      </w:r>
    </w:p>
    <w:p>
      <w:pPr>
        <w:spacing w:after="110"/>
      </w:pPr>
      <w:r>
        <w:rPr>
          <w:rFonts w:ascii="Georgia" w:hAnsi="Georgia" w:eastAsia="Georgia"/>
          <w:sz w:val="23"/>
        </w:rPr>
        <w:t>Sera laughed.</w:t>
      </w:r>
    </w:p>
    <w:p>
      <w:pPr>
        <w:spacing w:after="110"/>
      </w:pPr>
      <w:r>
        <w:rPr>
          <w:rFonts w:ascii="Georgia" w:hAnsi="Georgia" w:eastAsia="Georgia"/>
          <w:sz w:val="23"/>
        </w:rPr>
        <w:t>“There is the warranty language.”</w:t>
      </w:r>
    </w:p>
    <w:p>
      <w:pPr>
        <w:spacing w:after="110"/>
      </w:pPr>
      <w:r>
        <w:rPr>
          <w:rFonts w:ascii="Georgia" w:hAnsi="Georgia" w:eastAsia="Georgia"/>
          <w:sz w:val="23"/>
        </w:rPr>
        <w:t>Miren ignored her.</w:t>
      </w:r>
    </w:p>
    <w:p>
      <w:pPr>
        <w:spacing w:after="110"/>
      </w:pPr>
      <w:r>
        <w:rPr>
          <w:rFonts w:ascii="Georgia" w:hAnsi="Georgia" w:eastAsia="Georgia"/>
          <w:sz w:val="23"/>
        </w:rPr>
        <w:t>“The cross-cancel layer sits after local control. I can run both raw and corrected traces without changing contact compensation.”</w:t>
      </w:r>
    </w:p>
    <w:p>
      <w:pPr>
        <w:spacing w:after="110"/>
      </w:pPr>
      <w:r>
        <w:rPr>
          <w:rFonts w:ascii="Georgia" w:hAnsi="Georgia" w:eastAsia="Georgia"/>
          <w:sz w:val="23"/>
        </w:rPr>
        <w:t>“Do that.”</w:t>
      </w:r>
    </w:p>
    <w:p>
      <w:pPr>
        <w:spacing w:after="110"/>
      </w:pPr>
      <w:r>
        <w:rPr>
          <w:rFonts w:ascii="Georgia" w:hAnsi="Georgia" w:eastAsia="Georgia"/>
          <w:sz w:val="23"/>
        </w:rPr>
        <w:t>She did.</w:t>
      </w:r>
    </w:p>
    <w:p>
      <w:pPr>
        <w:spacing w:after="110"/>
      </w:pPr>
      <w:r>
        <w:rPr>
          <w:rFonts w:ascii="Georgia" w:hAnsi="Georgia" w:eastAsia="Georgia"/>
          <w:sz w:val="23"/>
        </w:rPr>
        <w:t>Independent clocks.</w:t>
      </w:r>
    </w:p>
    <w:p>
      <w:pPr>
        <w:spacing w:after="110"/>
      </w:pPr>
      <w:r>
        <w:rPr>
          <w:rFonts w:ascii="Georgia" w:hAnsi="Georgia" w:eastAsia="Georgia"/>
          <w:sz w:val="23"/>
        </w:rPr>
        <w:t>Independent power.</w:t>
      </w:r>
    </w:p>
    <w:p>
      <w:pPr>
        <w:spacing w:after="110"/>
      </w:pPr>
      <w:r>
        <w:rPr>
          <w:rFonts w:ascii="Georgia" w:hAnsi="Georgia" w:eastAsia="Georgia"/>
          <w:sz w:val="23"/>
        </w:rPr>
        <w:t>Independent field control.</w:t>
      </w:r>
    </w:p>
    <w:p>
      <w:pPr>
        <w:spacing w:after="110"/>
      </w:pPr>
      <w:r>
        <w:rPr>
          <w:rFonts w:ascii="Georgia" w:hAnsi="Georgia" w:eastAsia="Georgia"/>
          <w:sz w:val="23"/>
        </w:rPr>
        <w:t>One shared room because complete independence had become physically inconvenient before it became epistemically impossible.</w:t>
      </w:r>
    </w:p>
    <w:p>
      <w:pPr>
        <w:spacing w:after="110"/>
      </w:pPr>
      <w:r>
        <w:rPr>
          <w:rFonts w:ascii="Georgia" w:hAnsi="Georgia" w:eastAsia="Georgia"/>
          <w:sz w:val="23"/>
        </w:rPr>
        <w:t>Ivena’s baseline matched the previous day.</w:t>
      </w:r>
    </w:p>
    <w:p>
      <w:pPr>
        <w:spacing w:after="110"/>
      </w:pPr>
      <w:r>
        <w:rPr>
          <w:rFonts w:ascii="Georgia" w:hAnsi="Georgia" w:eastAsia="Georgia"/>
          <w:sz w:val="23"/>
        </w:rPr>
        <w:t>Setting mass: one point eight six grams.</w:t>
      </w:r>
    </w:p>
    <w:p>
      <w:pPr>
        <w:spacing w:after="110"/>
      </w:pPr>
      <w:r>
        <w:rPr>
          <w:rFonts w:ascii="Georgia" w:hAnsi="Georgia" w:eastAsia="Georgia"/>
          <w:sz w:val="23"/>
        </w:rPr>
        <w:t>Local field stable.</w:t>
      </w:r>
    </w:p>
    <w:p>
      <w:pPr>
        <w:spacing w:after="110"/>
      </w:pPr>
      <w:r>
        <w:rPr>
          <w:rFonts w:ascii="Georgia" w:hAnsi="Georgia" w:eastAsia="Georgia"/>
          <w:sz w:val="23"/>
        </w:rPr>
        <w:t>Current-carrier motor response strong.</w:t>
      </w:r>
    </w:p>
    <w:p>
      <w:pPr>
        <w:spacing w:after="110"/>
      </w:pPr>
      <w:r>
        <w:rPr>
          <w:rFonts w:ascii="Georgia" w:hAnsi="Georgia" w:eastAsia="Georgia"/>
          <w:sz w:val="23"/>
        </w:rPr>
        <w:t>No spontaneous remote sensation.</w:t>
      </w:r>
    </w:p>
    <w:p>
      <w:pPr>
        <w:spacing w:after="110"/>
      </w:pPr>
      <w:r>
        <w:rPr>
          <w:rFonts w:ascii="Georgia" w:hAnsi="Georgia" w:eastAsia="Georgia"/>
          <w:sz w:val="23"/>
        </w:rPr>
        <w:t>No release challenge.</w:t>
      </w:r>
    </w:p>
    <w:p>
      <w:pPr>
        <w:spacing w:after="110"/>
      </w:pPr>
      <w:r>
        <w:rPr>
          <w:rFonts w:ascii="Georgia" w:hAnsi="Georgia" w:eastAsia="Georgia"/>
          <w:sz w:val="23"/>
        </w:rPr>
        <w:t>We were not recreating the fifteen-percent event.</w:t>
      </w:r>
    </w:p>
    <w:p>
      <w:pPr>
        <w:spacing w:after="110"/>
      </w:pPr>
      <w:r>
        <w:rPr>
          <w:rFonts w:ascii="Georgia" w:hAnsi="Georgia" w:eastAsia="Georgia"/>
          <w:sz w:val="23"/>
        </w:rPr>
        <w:t>Sera’s baseline took longer because her setting had been serviced by three different licensing systems across a century and one of them had used a calibration reference that no longer existed.</w:t>
      </w:r>
    </w:p>
    <w:p>
      <w:pPr>
        <w:spacing w:after="110"/>
      </w:pPr>
      <w:r>
        <w:rPr>
          <w:rFonts w:ascii="Georgia" w:hAnsi="Georgia" w:eastAsia="Georgia"/>
          <w:sz w:val="23"/>
        </w:rPr>
        <w:t>Miren resolved the conversion without touching the setting.</w:t>
      </w:r>
    </w:p>
    <w:p>
      <w:pPr>
        <w:spacing w:after="110"/>
      </w:pPr>
      <w:r>
        <w:rPr>
          <w:rFonts w:ascii="Georgia" w:hAnsi="Georgia" w:eastAsia="Georgia"/>
          <w:sz w:val="23"/>
        </w:rPr>
        <w:t>“Local reach point six centimeters,” she said.</w:t>
      </w:r>
    </w:p>
    <w:p>
      <w:pPr>
        <w:spacing w:after="110"/>
      </w:pPr>
      <w:r>
        <w:rPr>
          <w:rFonts w:ascii="Georgia" w:hAnsi="Georgia" w:eastAsia="Georgia"/>
          <w:sz w:val="23"/>
        </w:rPr>
        <w:t>“That low?”</w:t>
      </w:r>
    </w:p>
    <w:p>
      <w:pPr>
        <w:spacing w:after="110"/>
      </w:pPr>
      <w:r>
        <w:rPr>
          <w:rFonts w:ascii="Georgia" w:hAnsi="Georgia" w:eastAsia="Georgia"/>
          <w:sz w:val="23"/>
        </w:rPr>
        <w:t>“Modern liner. Small mass. Stable carrier.”</w:t>
      </w:r>
    </w:p>
    <w:p>
      <w:pPr>
        <w:spacing w:after="110"/>
      </w:pPr>
      <w:r>
        <w:rPr>
          <w:rFonts w:ascii="Georgia" w:hAnsi="Georgia" w:eastAsia="Georgia"/>
          <w:sz w:val="23"/>
        </w:rPr>
        <w:t>Sera touched the edge through her shirt.</w:t>
      </w:r>
    </w:p>
    <w:p>
      <w:pPr>
        <w:spacing w:after="110"/>
      </w:pPr>
      <w:r>
        <w:rPr>
          <w:rFonts w:ascii="Georgia" w:hAnsi="Georgia" w:eastAsia="Georgia"/>
          <w:sz w:val="23"/>
        </w:rPr>
        <w:t>“It was higher when I was younger.”</w:t>
      </w:r>
    </w:p>
    <w:p>
      <w:pPr>
        <w:spacing w:after="110"/>
      </w:pPr>
      <w:r>
        <w:rPr>
          <w:rFonts w:ascii="Georgia" w:hAnsi="Georgia" w:eastAsia="Georgia"/>
          <w:sz w:val="23"/>
        </w:rPr>
        <w:t>“Documented?” I asked.</w:t>
      </w:r>
    </w:p>
    <w:p>
      <w:pPr>
        <w:spacing w:after="110"/>
      </w:pPr>
      <w:r>
        <w:rPr>
          <w:rFonts w:ascii="Georgia" w:hAnsi="Georgia" w:eastAsia="Georgia"/>
          <w:sz w:val="23"/>
        </w:rPr>
        <w:t>“Probably.”</w:t>
      </w:r>
    </w:p>
    <w:p>
      <w:pPr>
        <w:spacing w:after="110"/>
      </w:pPr>
      <w:r>
        <w:rPr>
          <w:rFonts w:ascii="Georgia" w:hAnsi="Georgia" w:eastAsia="Georgia"/>
          <w:sz w:val="23"/>
        </w:rPr>
        <w:t>“Probably is not—“</w:t>
      </w:r>
    </w:p>
    <w:p>
      <w:pPr>
        <w:spacing w:after="110"/>
      </w:pPr>
      <w:r>
        <w:rPr>
          <w:rFonts w:ascii="Georgia" w:hAnsi="Georgia" w:eastAsia="Georgia"/>
          <w:sz w:val="23"/>
        </w:rPr>
        <w:t>“I know. I married someone who kept receipts.”</w:t>
      </w:r>
    </w:p>
    <w:p>
      <w:pPr>
        <w:spacing w:after="110"/>
      </w:pPr>
      <w:r>
        <w:rPr>
          <w:rFonts w:ascii="Georgia" w:hAnsi="Georgia" w:eastAsia="Georgia"/>
          <w:sz w:val="23"/>
        </w:rPr>
        <w:t>Ivena raised one hand from twelve meters away.</w:t>
      </w:r>
    </w:p>
    <w:p>
      <w:pPr>
        <w:spacing w:after="110"/>
      </w:pPr>
      <w:r>
        <w:rPr>
          <w:rFonts w:ascii="Georgia" w:hAnsi="Georgia" w:eastAsia="Georgia"/>
          <w:sz w:val="23"/>
        </w:rPr>
        <w:t>“You mocked the box for thirty years.”</w:t>
      </w:r>
    </w:p>
    <w:p>
      <w:pPr>
        <w:spacing w:after="110"/>
      </w:pPr>
      <w:r>
        <w:rPr>
          <w:rFonts w:ascii="Georgia" w:hAnsi="Georgia" w:eastAsia="Georgia"/>
          <w:sz w:val="23"/>
        </w:rPr>
        <w:t>“I mocked the box because you kept the warranty for a kettle.”</w:t>
      </w:r>
    </w:p>
    <w:p>
      <w:pPr>
        <w:spacing w:after="110"/>
      </w:pPr>
      <w:r>
        <w:rPr>
          <w:rFonts w:ascii="Georgia" w:hAnsi="Georgia" w:eastAsia="Georgia"/>
          <w:sz w:val="23"/>
        </w:rPr>
        <w:t>“It failed.”</w:t>
      </w:r>
    </w:p>
    <w:p>
      <w:pPr>
        <w:spacing w:after="110"/>
      </w:pPr>
      <w:r>
        <w:rPr>
          <w:rFonts w:ascii="Georgia" w:hAnsi="Georgia" w:eastAsia="Georgia"/>
          <w:sz w:val="23"/>
        </w:rPr>
        <w:t>“After sixty-eight years.”</w:t>
      </w:r>
    </w:p>
    <w:p>
      <w:pPr>
        <w:spacing w:after="110"/>
      </w:pPr>
      <w:r>
        <w:rPr>
          <w:rFonts w:ascii="Georgia" w:hAnsi="Georgia" w:eastAsia="Georgia"/>
          <w:sz w:val="23"/>
        </w:rPr>
        <w:t>“Then the warranty was optimistic.”</w:t>
      </w:r>
    </w:p>
    <w:p>
      <w:pPr>
        <w:spacing w:after="110"/>
      </w:pPr>
      <w:r>
        <w:rPr>
          <w:rFonts w:ascii="Georgia" w:hAnsi="Georgia" w:eastAsia="Georgia"/>
          <w:sz w:val="23"/>
        </w:rPr>
        <w:t>Miren looked at me.</w:t>
      </w:r>
    </w:p>
    <w:p>
      <w:pPr>
        <w:spacing w:after="110"/>
      </w:pPr>
      <w:r>
        <w:rPr>
          <w:rFonts w:ascii="Georgia" w:hAnsi="Georgia" w:eastAsia="Georgia"/>
          <w:sz w:val="23"/>
        </w:rPr>
        <w:t>“Do they have to stop talking for baseline?”</w:t>
      </w:r>
    </w:p>
    <w:p>
      <w:pPr>
        <w:spacing w:after="110"/>
      </w:pPr>
      <w:r>
        <w:rPr>
          <w:rFonts w:ascii="Georgia" w:hAnsi="Georgia" w:eastAsia="Georgia"/>
          <w:sz w:val="23"/>
        </w:rPr>
        <w:t>“No.”</w:t>
      </w:r>
    </w:p>
    <w:p>
      <w:pPr>
        <w:spacing w:after="110"/>
      </w:pPr>
      <w:r>
        <w:rPr>
          <w:rFonts w:ascii="Georgia" w:hAnsi="Georgia" w:eastAsia="Georgia"/>
          <w:sz w:val="23"/>
        </w:rPr>
        <w:t>“I was asking because I wanted them to.”</w:t>
      </w:r>
    </w:p>
    <w:p>
      <w:pPr>
        <w:spacing w:after="110"/>
      </w:pPr>
      <w:r>
        <w:rPr>
          <w:rFonts w:ascii="Georgia" w:hAnsi="Georgia" w:eastAsia="Georgia"/>
          <w:sz w:val="23"/>
        </w:rPr>
        <w:t>Sera smiled.</w:t>
      </w:r>
    </w:p>
    <w:p>
      <w:pPr>
        <w:spacing w:after="110"/>
      </w:pPr>
      <w:r>
        <w:rPr>
          <w:rFonts w:ascii="Georgia" w:hAnsi="Georgia" w:eastAsia="Georgia"/>
          <w:sz w:val="23"/>
        </w:rPr>
        <w:t>The setting trace changed.</w:t>
      </w:r>
    </w:p>
    <w:p>
      <w:pPr>
        <w:spacing w:after="110"/>
      </w:pPr>
      <w:r>
        <w:rPr>
          <w:rFonts w:ascii="Georgia" w:hAnsi="Georgia" w:eastAsia="Georgia"/>
          <w:sz w:val="23"/>
        </w:rPr>
        <w:t>Very small.</w:t>
      </w:r>
    </w:p>
    <w:p>
      <w:pPr>
        <w:spacing w:after="110"/>
      </w:pPr>
      <w:r>
        <w:rPr>
          <w:rFonts w:ascii="Georgia" w:hAnsi="Georgia" w:eastAsia="Georgia"/>
          <w:sz w:val="23"/>
        </w:rPr>
        <w:t>Miren’s expression did not.</w:t>
      </w:r>
    </w:p>
    <w:p>
      <w:pPr>
        <w:spacing w:after="110"/>
      </w:pPr>
      <w:r>
        <w:rPr>
          <w:rFonts w:ascii="Georgia" w:hAnsi="Georgia" w:eastAsia="Georgia"/>
          <w:sz w:val="23"/>
        </w:rPr>
        <w:t>Mine did.</w:t>
      </w:r>
    </w:p>
    <w:p>
      <w:pPr>
        <w:spacing w:after="110"/>
      </w:pPr>
      <w:r>
        <w:rPr>
          <w:rFonts w:ascii="Georgia" w:hAnsi="Georgia" w:eastAsia="Georgia"/>
          <w:sz w:val="23"/>
        </w:rPr>
        <w:t>“What?” Ivena asked.</w:t>
      </w:r>
    </w:p>
    <w:p>
      <w:pPr>
        <w:spacing w:after="110"/>
      </w:pPr>
      <w:r>
        <w:rPr>
          <w:rFonts w:ascii="Georgia" w:hAnsi="Georgia" w:eastAsia="Georgia"/>
          <w:sz w:val="23"/>
        </w:rPr>
        <w:t>“Nothing yet.”</w:t>
      </w:r>
    </w:p>
    <w:p>
      <w:pPr>
        <w:spacing w:after="110"/>
      </w:pPr>
      <w:r>
        <w:rPr>
          <w:rFonts w:ascii="Georgia" w:hAnsi="Georgia" w:eastAsia="Georgia"/>
          <w:sz w:val="23"/>
        </w:rPr>
        <w:t>“Your face says something.”</w:t>
      </w:r>
    </w:p>
    <w:p>
      <w:pPr>
        <w:spacing w:after="110"/>
      </w:pPr>
      <w:r>
        <w:rPr>
          <w:rFonts w:ascii="Georgia" w:hAnsi="Georgia" w:eastAsia="Georgia"/>
          <w:sz w:val="23"/>
        </w:rPr>
        <w:t>I had spent a century failing to solve that problem.</w:t>
      </w:r>
    </w:p>
    <w:p>
      <w:pPr>
        <w:spacing w:after="110"/>
      </w:pPr>
      <w:r>
        <w:rPr>
          <w:rFonts w:ascii="Georgia" w:hAnsi="Georgia" w:eastAsia="Georgia"/>
          <w:sz w:val="23"/>
        </w:rPr>
        <w:t>“Sera’s lateral bias moved.”</w:t>
      </w:r>
    </w:p>
    <w:p>
      <w:pPr>
        <w:spacing w:after="110"/>
      </w:pPr>
      <w:r>
        <w:rPr>
          <w:rFonts w:ascii="Georgia" w:hAnsi="Georgia" w:eastAsia="Georgia"/>
          <w:sz w:val="23"/>
        </w:rPr>
        <w:t>Sera stopped smiling.</w:t>
      </w:r>
    </w:p>
    <w:p>
      <w:pPr>
        <w:spacing w:after="110"/>
      </w:pPr>
      <w:r>
        <w:rPr>
          <w:rFonts w:ascii="Georgia" w:hAnsi="Georgia" w:eastAsia="Georgia"/>
          <w:sz w:val="23"/>
        </w:rPr>
        <w:t>“Which way?”</w:t>
      </w:r>
    </w:p>
    <w:p>
      <w:pPr>
        <w:spacing w:after="110"/>
      </w:pPr>
      <w:r>
        <w:rPr>
          <w:rFonts w:ascii="Georgia" w:hAnsi="Georgia" w:eastAsia="Georgia"/>
          <w:sz w:val="23"/>
        </w:rPr>
        <w:t>“Toward center room.”</w:t>
      </w:r>
    </w:p>
    <w:p>
      <w:pPr>
        <w:spacing w:after="110"/>
      </w:pPr>
      <w:r>
        <w:rPr>
          <w:rFonts w:ascii="Georgia" w:hAnsi="Georgia" w:eastAsia="Georgia"/>
          <w:sz w:val="23"/>
        </w:rPr>
        <w:t>“Toward Ivena.”</w:t>
      </w:r>
    </w:p>
    <w:p>
      <w:pPr>
        <w:spacing w:after="110"/>
      </w:pPr>
      <w:r>
        <w:rPr>
          <w:rFonts w:ascii="Georgia" w:hAnsi="Georgia" w:eastAsia="Georgia"/>
          <w:sz w:val="23"/>
        </w:rPr>
        <w:t>“Toward center room.”</w:t>
      </w:r>
    </w:p>
    <w:p>
      <w:pPr>
        <w:spacing w:after="110"/>
      </w:pPr>
      <w:r>
        <w:rPr>
          <w:rFonts w:ascii="Georgia" w:hAnsi="Georgia" w:eastAsia="Georgia"/>
          <w:sz w:val="23"/>
        </w:rPr>
        <w:t>“She is in center room from me.”</w:t>
      </w:r>
    </w:p>
    <w:p>
      <w:pPr>
        <w:spacing w:after="110"/>
      </w:pPr>
      <w:r>
        <w:rPr>
          <w:rFonts w:ascii="Georgia" w:hAnsi="Georgia" w:eastAsia="Georgia"/>
          <w:sz w:val="23"/>
        </w:rPr>
        <w:t>“Yes.”</w:t>
      </w:r>
    </w:p>
    <w:p>
      <w:pPr>
        <w:spacing w:after="110"/>
      </w:pPr>
      <w:r>
        <w:rPr>
          <w:rFonts w:ascii="Georgia" w:hAnsi="Georgia" w:eastAsia="Georgia"/>
          <w:sz w:val="23"/>
        </w:rPr>
        <w:t>“Then you can say the shorter sentence.”</w:t>
      </w:r>
    </w:p>
    <w:p>
      <w:pPr>
        <w:spacing w:after="110"/>
      </w:pPr>
      <w:r>
        <w:rPr>
          <w:rFonts w:ascii="Georgia" w:hAnsi="Georgia" w:eastAsia="Georgia"/>
          <w:sz w:val="23"/>
        </w:rPr>
        <w:t>“Not yet.”</w:t>
      </w:r>
    </w:p>
    <w:p>
      <w:pPr>
        <w:spacing w:after="110"/>
      </w:pPr>
      <w:r>
        <w:rPr>
          <w:rFonts w:ascii="Georgia" w:hAnsi="Georgia" w:eastAsia="Georgia"/>
          <w:sz w:val="23"/>
        </w:rPr>
        <w:t>Sera looked at Ivena.</w:t>
      </w:r>
    </w:p>
    <w:p>
      <w:pPr>
        <w:spacing w:after="110"/>
      </w:pPr>
      <w:r>
        <w:rPr>
          <w:rFonts w:ascii="Georgia" w:hAnsi="Georgia" w:eastAsia="Georgia"/>
          <w:sz w:val="23"/>
        </w:rPr>
        <w:t>“He has not changed.”</w:t>
      </w:r>
    </w:p>
    <w:p>
      <w:pPr>
        <w:spacing w:after="110"/>
      </w:pPr>
      <w:r>
        <w:rPr>
          <w:rFonts w:ascii="Georgia" w:hAnsi="Georgia" w:eastAsia="Georgia"/>
          <w:sz w:val="23"/>
        </w:rPr>
        <w:t>“He uses longer forms now.”</w:t>
      </w:r>
    </w:p>
    <w:p>
      <w:pPr>
        <w:spacing w:after="110"/>
      </w:pPr>
      <w:r>
        <w:rPr>
          <w:rFonts w:ascii="Georgia" w:hAnsi="Georgia" w:eastAsia="Georgia"/>
          <w:sz w:val="23"/>
        </w:rPr>
        <w:t>The bias returned to baseline within nine seconds.</w:t>
      </w:r>
    </w:p>
    <w:p>
      <w:pPr>
        <w:spacing w:after="110"/>
      </w:pPr>
      <w:r>
        <w:rPr>
          <w:rFonts w:ascii="Georgia" w:hAnsi="Georgia" w:eastAsia="Georgia"/>
          <w:sz w:val="23"/>
        </w:rPr>
        <w:t>No corresponding change appeared in Ivena’s field.</w:t>
      </w:r>
    </w:p>
    <w:p>
      <w:pPr>
        <w:spacing w:after="110"/>
      </w:pPr>
      <w:r>
        <w:rPr>
          <w:rFonts w:ascii="Georgia" w:hAnsi="Georgia" w:eastAsia="Georgia"/>
          <w:sz w:val="23"/>
        </w:rPr>
        <w:t>No body-map change.</w:t>
      </w:r>
    </w:p>
    <w:p>
      <w:pPr>
        <w:spacing w:after="110"/>
      </w:pPr>
      <w:r>
        <w:rPr>
          <w:rFonts w:ascii="Georgia" w:hAnsi="Georgia" w:eastAsia="Georgia"/>
          <w:sz w:val="23"/>
        </w:rPr>
        <w:t>No motor event.</w:t>
      </w:r>
    </w:p>
    <w:p>
      <w:pPr>
        <w:spacing w:after="110"/>
      </w:pPr>
      <w:r>
        <w:rPr>
          <w:rFonts w:ascii="Georgia" w:hAnsi="Georgia" w:eastAsia="Georgia"/>
          <w:sz w:val="23"/>
        </w:rPr>
        <w:t>One weak observation at twelve meters while Sera laughed at her former wife.</w:t>
      </w:r>
    </w:p>
    <w:p>
      <w:pPr>
        <w:spacing w:after="110"/>
      </w:pPr>
      <w:r>
        <w:rPr>
          <w:rFonts w:ascii="Georgia" w:hAnsi="Georgia" w:eastAsia="Georgia"/>
          <w:sz w:val="23"/>
        </w:rPr>
        <w:t>I wrote it down.</w:t>
      </w:r>
    </w:p>
    <w:p>
      <w:pPr>
        <w:spacing w:after="110"/>
      </w:pPr>
      <w:r>
        <w:rPr>
          <w:rFonts w:ascii="Georgia" w:hAnsi="Georgia" w:eastAsia="Georgia"/>
          <w:sz w:val="23"/>
        </w:rPr>
        <w:t>I did not name it.</w:t>
      </w:r>
    </w:p>
    <w:p>
      <w:pPr>
        <w:spacing w:before="80" w:after="110"/>
        <w:jc w:val="center"/>
      </w:pPr>
      <w:r>
        <w:rPr>
          <w:rFonts w:ascii="Georgia" w:hAnsi="Georgia" w:eastAsia="Georgia"/>
          <w:sz w:val="23"/>
        </w:rPr>
        <w:t>§</w:t>
      </w:r>
    </w:p>
    <w:p>
      <w:pPr>
        <w:spacing w:after="110"/>
      </w:pPr>
      <w:r>
        <w:rPr>
          <w:rFonts w:ascii="Georgia" w:hAnsi="Georgia" w:eastAsia="Georgia"/>
          <w:sz w:val="23"/>
        </w:rPr>
        <w:t>Sera had brought her own box.</w:t>
      </w:r>
    </w:p>
    <w:p>
      <w:pPr>
        <w:spacing w:after="110"/>
      </w:pPr>
      <w:r>
        <w:rPr>
          <w:rFonts w:ascii="Georgia" w:hAnsi="Georgia" w:eastAsia="Georgia"/>
          <w:sz w:val="23"/>
        </w:rPr>
        <w:t>Not wood.</w:t>
      </w:r>
    </w:p>
    <w:p>
      <w:pPr>
        <w:spacing w:after="110"/>
      </w:pPr>
      <w:r>
        <w:rPr>
          <w:rFonts w:ascii="Georgia" w:hAnsi="Georgia" w:eastAsia="Georgia"/>
          <w:sz w:val="23"/>
        </w:rPr>
        <w:t>A gray service case with a mechanical latch and a dent along one edge.</w:t>
      </w:r>
    </w:p>
    <w:p>
      <w:pPr>
        <w:spacing w:after="110"/>
      </w:pPr>
      <w:r>
        <w:rPr>
          <w:rFonts w:ascii="Georgia" w:hAnsi="Georgia" w:eastAsia="Georgia"/>
          <w:sz w:val="23"/>
        </w:rPr>
        <w:t>“You mocked mine,” Ivena said.</w:t>
      </w:r>
    </w:p>
    <w:p>
      <w:pPr>
        <w:spacing w:after="110"/>
      </w:pPr>
      <w:r>
        <w:rPr>
          <w:rFonts w:ascii="Georgia" w:hAnsi="Georgia" w:eastAsia="Georgia"/>
          <w:sz w:val="23"/>
        </w:rPr>
        <w:t>“Mine has sections.”</w:t>
      </w:r>
    </w:p>
    <w:p>
      <w:pPr>
        <w:spacing w:after="110"/>
      </w:pPr>
      <w:r>
        <w:rPr>
          <w:rFonts w:ascii="Georgia" w:hAnsi="Georgia" w:eastAsia="Georgia"/>
          <w:sz w:val="23"/>
        </w:rPr>
        <w:t>“Mine has history.”</w:t>
      </w:r>
    </w:p>
    <w:p>
      <w:pPr>
        <w:spacing w:after="110"/>
      </w:pPr>
      <w:r>
        <w:rPr>
          <w:rFonts w:ascii="Georgia" w:hAnsi="Georgia" w:eastAsia="Georgia"/>
          <w:sz w:val="23"/>
        </w:rPr>
        <w:t>“Mine closes.”</w:t>
      </w:r>
    </w:p>
    <w:p>
      <w:pPr>
        <w:spacing w:after="110"/>
      </w:pPr>
      <w:r>
        <w:rPr>
          <w:rFonts w:ascii="Georgia" w:hAnsi="Georgia" w:eastAsia="Georgia"/>
          <w:sz w:val="23"/>
        </w:rPr>
        <w:t>“Mine closes.”</w:t>
      </w:r>
    </w:p>
    <w:p>
      <w:pPr>
        <w:spacing w:after="110"/>
      </w:pPr>
      <w:r>
        <w:rPr>
          <w:rFonts w:ascii="Georgia" w:hAnsi="Georgia" w:eastAsia="Georgia"/>
          <w:sz w:val="23"/>
        </w:rPr>
        <w:t>“When you kick it.”</w:t>
      </w:r>
    </w:p>
    <w:p>
      <w:pPr>
        <w:spacing w:after="110"/>
      </w:pPr>
      <w:r>
        <w:rPr>
          <w:rFonts w:ascii="Georgia" w:hAnsi="Georgia" w:eastAsia="Georgia"/>
          <w:sz w:val="23"/>
        </w:rPr>
        <w:t>Miren took the case before the marriage restarted.</w:t>
      </w:r>
    </w:p>
    <w:p>
      <w:pPr>
        <w:spacing w:after="110"/>
      </w:pPr>
      <w:r>
        <w:rPr>
          <w:rFonts w:ascii="Georgia" w:hAnsi="Georgia" w:eastAsia="Georgia"/>
          <w:sz w:val="23"/>
        </w:rPr>
        <w:t>Sera’s records were better organized and less complete.</w:t>
      </w:r>
    </w:p>
    <w:p>
      <w:pPr>
        <w:spacing w:after="110"/>
      </w:pPr>
      <w:r>
        <w:rPr>
          <w:rFonts w:ascii="Georgia" w:hAnsi="Georgia" w:eastAsia="Georgia"/>
          <w:sz w:val="23"/>
        </w:rPr>
        <w:t>That combination was normal.</w:t>
      </w:r>
    </w:p>
    <w:p>
      <w:pPr>
        <w:spacing w:after="110"/>
      </w:pPr>
      <w:r>
        <w:rPr>
          <w:rFonts w:ascii="Georgia" w:hAnsi="Georgia" w:eastAsia="Georgia"/>
          <w:sz w:val="23"/>
        </w:rPr>
        <w:t>She had migrated most service history when the domestic-setting standard changed forty-two years earlier. Paper survived mainly where the migration system had rejected old fields or where Sera had disagreed with a technician strongly enough to keep the original.</w:t>
      </w:r>
    </w:p>
    <w:p>
      <w:pPr>
        <w:spacing w:after="110"/>
      </w:pPr>
      <w:r>
        <w:rPr>
          <w:rFonts w:ascii="Georgia" w:hAnsi="Georgia" w:eastAsia="Georgia"/>
          <w:sz w:val="23"/>
        </w:rPr>
        <w:t>I approved of disagreement as an archival method more than I wanted to.</w:t>
      </w:r>
    </w:p>
    <w:p>
      <w:pPr>
        <w:spacing w:after="110"/>
      </w:pPr>
      <w:r>
        <w:rPr>
          <w:rFonts w:ascii="Georgia" w:hAnsi="Georgia" w:eastAsia="Georgia"/>
          <w:sz w:val="23"/>
        </w:rPr>
        <w:t>We found the liner replacements after separation.</w:t>
      </w:r>
    </w:p>
    <w:p>
      <w:pPr>
        <w:spacing w:after="110"/>
      </w:pPr>
      <w:r>
        <w:rPr>
          <w:rFonts w:ascii="Georgia" w:hAnsi="Georgia" w:eastAsia="Georgia"/>
          <w:sz w:val="23"/>
        </w:rPr>
        <w:t>First replacement: seven weeks after Sera moved out.</w:t>
      </w:r>
    </w:p>
    <w:p>
      <w:pPr>
        <w:spacing w:after="110"/>
      </w:pPr>
      <w:r>
        <w:rPr>
          <w:rFonts w:ascii="Georgia" w:hAnsi="Georgia" w:eastAsia="Georgia"/>
          <w:sz w:val="23"/>
        </w:rPr>
        <w:t>Complaint: asymmetric contact pressure / right lateral edge.</w:t>
      </w:r>
    </w:p>
    <w:p>
      <w:pPr>
        <w:spacing w:after="110"/>
      </w:pPr>
      <w:r>
        <w:rPr>
          <w:rFonts w:ascii="Georgia" w:hAnsi="Georgia" w:eastAsia="Georgia"/>
          <w:sz w:val="23"/>
        </w:rPr>
        <w:t>Measured: right-side compensator load elevated 6.1 percent relative to left.</w:t>
      </w:r>
    </w:p>
    <w:p>
      <w:pPr>
        <w:spacing w:after="110"/>
      </w:pPr>
      <w:r>
        <w:rPr>
          <w:rFonts w:ascii="Georgia" w:hAnsi="Georgia" w:eastAsia="Georgia"/>
          <w:sz w:val="23"/>
        </w:rPr>
        <w:t>Setting centered physically.</w:t>
      </w:r>
    </w:p>
    <w:p>
      <w:pPr>
        <w:spacing w:after="110"/>
      </w:pPr>
      <w:r>
        <w:rPr>
          <w:rFonts w:ascii="Georgia" w:hAnsi="Georgia" w:eastAsia="Georgia"/>
          <w:sz w:val="23"/>
        </w:rPr>
        <w:t>No foreign material detected.</w:t>
      </w:r>
    </w:p>
    <w:p>
      <w:pPr>
        <w:spacing w:after="110"/>
      </w:pPr>
      <w:r>
        <w:rPr>
          <w:rFonts w:ascii="Georgia" w:hAnsi="Georgia" w:eastAsia="Georgia"/>
          <w:sz w:val="23"/>
        </w:rPr>
        <w:t>Liner replaced.</w:t>
      </w:r>
    </w:p>
    <w:p>
      <w:pPr>
        <w:spacing w:after="110"/>
      </w:pPr>
      <w:r>
        <w:rPr>
          <w:rFonts w:ascii="Georgia" w:hAnsi="Georgia" w:eastAsia="Georgia"/>
          <w:sz w:val="23"/>
        </w:rPr>
        <w:t>Second replacement: nine months later.</w:t>
      </w:r>
    </w:p>
    <w:p>
      <w:pPr>
        <w:spacing w:after="110"/>
      </w:pPr>
      <w:r>
        <w:rPr>
          <w:rFonts w:ascii="Georgia" w:hAnsi="Georgia" w:eastAsia="Georgia"/>
          <w:sz w:val="23"/>
        </w:rPr>
        <w:t>Same complaint.</w:t>
      </w:r>
    </w:p>
    <w:p>
      <w:pPr>
        <w:spacing w:after="110"/>
      </w:pPr>
      <w:r>
        <w:rPr>
          <w:rFonts w:ascii="Georgia" w:hAnsi="Georgia" w:eastAsia="Georgia"/>
          <w:sz w:val="23"/>
        </w:rPr>
        <w:t>Right-side compensator load elevated 4.7 percent.</w:t>
      </w:r>
    </w:p>
    <w:p>
      <w:pPr>
        <w:spacing w:after="110"/>
      </w:pPr>
      <w:r>
        <w:rPr>
          <w:rFonts w:ascii="Georgia" w:hAnsi="Georgia" w:eastAsia="Georgia"/>
          <w:sz w:val="23"/>
        </w:rPr>
        <w:t>The technician rotated the setting body one hundred eighty degrees before replacement.</w:t>
      </w:r>
    </w:p>
    <w:p>
      <w:pPr>
        <w:spacing w:after="110"/>
      </w:pPr>
      <w:r>
        <w:rPr>
          <w:rFonts w:ascii="Georgia" w:hAnsi="Georgia" w:eastAsia="Georgia"/>
          <w:sz w:val="23"/>
        </w:rPr>
        <w:t>The bias remained on Sera’s right.</w:t>
      </w:r>
    </w:p>
    <w:p>
      <w:pPr>
        <w:spacing w:after="110"/>
      </w:pPr>
      <w:r>
        <w:rPr>
          <w:rFonts w:ascii="Georgia" w:hAnsi="Georgia" w:eastAsia="Georgia"/>
          <w:sz w:val="23"/>
        </w:rPr>
        <w:t>Not the hardware’s right.</w:t>
      </w:r>
    </w:p>
    <w:p>
      <w:pPr>
        <w:spacing w:after="110"/>
      </w:pPr>
      <w:r>
        <w:rPr>
          <w:rFonts w:ascii="Georgia" w:hAnsi="Georgia" w:eastAsia="Georgia"/>
          <w:sz w:val="23"/>
        </w:rPr>
        <w:t>Carrier-relative.</w:t>
      </w:r>
    </w:p>
    <w:p>
      <w:pPr>
        <w:spacing w:after="110"/>
      </w:pPr>
      <w:r>
        <w:rPr>
          <w:rFonts w:ascii="Georgia" w:hAnsi="Georgia" w:eastAsia="Georgia"/>
          <w:sz w:val="23"/>
        </w:rPr>
        <w:t>I read that twice.</w:t>
      </w:r>
    </w:p>
    <w:p>
      <w:pPr>
        <w:spacing w:after="110"/>
      </w:pPr>
      <w:r>
        <w:rPr>
          <w:rFonts w:ascii="Georgia" w:hAnsi="Georgia" w:eastAsia="Georgia"/>
          <w:sz w:val="23"/>
        </w:rPr>
        <w:t>“You did not tell us that last night.”</w:t>
      </w:r>
    </w:p>
    <w:p>
      <w:pPr>
        <w:spacing w:after="110"/>
      </w:pPr>
      <w:r>
        <w:rPr>
          <w:rFonts w:ascii="Georgia" w:hAnsi="Georgia" w:eastAsia="Georgia"/>
          <w:sz w:val="23"/>
        </w:rPr>
        <w:t>“I did not remember the rotation test.”</w:t>
      </w:r>
    </w:p>
    <w:p>
      <w:pPr>
        <w:spacing w:after="110"/>
      </w:pPr>
      <w:r>
        <w:rPr>
          <w:rFonts w:ascii="Georgia" w:hAnsi="Georgia" w:eastAsia="Georgia"/>
          <w:sz w:val="23"/>
        </w:rPr>
        <w:t>“Did you remember the result?”</w:t>
      </w:r>
    </w:p>
    <w:p>
      <w:pPr>
        <w:spacing w:after="110"/>
      </w:pPr>
      <w:r>
        <w:rPr>
          <w:rFonts w:ascii="Georgia" w:hAnsi="Georgia" w:eastAsia="Georgia"/>
          <w:sz w:val="23"/>
        </w:rPr>
        <w:t>“I remembered the shop charging me twice.”</w:t>
      </w:r>
    </w:p>
    <w:p>
      <w:pPr>
        <w:spacing w:after="110"/>
      </w:pPr>
      <w:r>
        <w:rPr>
          <w:rFonts w:ascii="Georgia" w:hAnsi="Georgia" w:eastAsia="Georgia"/>
          <w:sz w:val="23"/>
        </w:rPr>
        <w:t>A life had kept its own priorities.</w:t>
      </w:r>
    </w:p>
    <w:p>
      <w:pPr>
        <w:spacing w:after="110"/>
      </w:pPr>
      <w:r>
        <w:rPr>
          <w:rFonts w:ascii="Georgia" w:hAnsi="Georgia" w:eastAsia="Georgia"/>
          <w:sz w:val="23"/>
        </w:rPr>
        <w:t>The third service occurred fourteen months after separation.</w:t>
      </w:r>
    </w:p>
    <w:p>
      <w:pPr>
        <w:spacing w:after="110"/>
      </w:pPr>
      <w:r>
        <w:rPr>
          <w:rFonts w:ascii="Georgia" w:hAnsi="Georgia" w:eastAsia="Georgia"/>
          <w:sz w:val="23"/>
        </w:rPr>
        <w:t>Bias: 1.3 percent.</w:t>
      </w:r>
    </w:p>
    <w:p>
      <w:pPr>
        <w:spacing w:after="110"/>
      </w:pPr>
      <w:r>
        <w:rPr>
          <w:rFonts w:ascii="Georgia" w:hAnsi="Georgia" w:eastAsia="Georgia"/>
          <w:sz w:val="23"/>
        </w:rPr>
        <w:t>Below intervention threshold.</w:t>
      </w:r>
    </w:p>
    <w:p>
      <w:pPr>
        <w:spacing w:after="110"/>
      </w:pPr>
      <w:r>
        <w:rPr>
          <w:rFonts w:ascii="Georgia" w:hAnsi="Georgia" w:eastAsia="Georgia"/>
          <w:sz w:val="23"/>
        </w:rPr>
        <w:t>No liner replacement.</w:t>
      </w:r>
    </w:p>
    <w:p>
      <w:pPr>
        <w:spacing w:after="110"/>
      </w:pPr>
      <w:r>
        <w:rPr>
          <w:rFonts w:ascii="Georgia" w:hAnsi="Georgia" w:eastAsia="Georgia"/>
          <w:sz w:val="23"/>
        </w:rPr>
        <w:t>Twenty months after separation: no measurable asymmetry.</w:t>
      </w:r>
    </w:p>
    <w:p>
      <w:pPr>
        <w:spacing w:after="110"/>
      </w:pPr>
      <w:r>
        <w:rPr>
          <w:rFonts w:ascii="Georgia" w:hAnsi="Georgia" w:eastAsia="Georgia"/>
          <w:sz w:val="23"/>
        </w:rPr>
        <w:t>Then nothing for nine years.</w:t>
      </w:r>
    </w:p>
    <w:p>
      <w:pPr>
        <w:spacing w:after="110"/>
      </w:pPr>
      <w:r>
        <w:rPr>
          <w:rFonts w:ascii="Georgia" w:hAnsi="Georgia" w:eastAsia="Georgia"/>
          <w:sz w:val="23"/>
        </w:rPr>
        <w:t>Then a line I did not expect.</w:t>
      </w:r>
    </w:p>
    <w:p>
      <w:pPr>
        <w:spacing w:after="110"/>
      </w:pPr>
      <w:r>
        <w:rPr>
          <w:rFonts w:ascii="Georgia" w:hAnsi="Georgia" w:eastAsia="Georgia"/>
          <w:sz w:val="23"/>
        </w:rPr>
        <w:t>CARRIER REPORTS LEFT CLAVICLE SETTING “FEELS LIKE IT IS WAITING FOR SOMETHING” DURING EXTENDED POWER CONDITIONING.</w:t>
      </w:r>
    </w:p>
    <w:p>
      <w:pPr>
        <w:spacing w:after="110"/>
      </w:pPr>
      <w:r>
        <w:rPr>
          <w:rFonts w:ascii="Georgia" w:hAnsi="Georgia" w:eastAsia="Georgia"/>
          <w:sz w:val="23"/>
        </w:rPr>
        <w:t>I looked at Sera.</w:t>
      </w:r>
    </w:p>
    <w:p>
      <w:pPr>
        <w:spacing w:after="110"/>
      </w:pPr>
      <w:r>
        <w:rPr>
          <w:rFonts w:ascii="Georgia" w:hAnsi="Georgia" w:eastAsia="Georgia"/>
          <w:sz w:val="23"/>
        </w:rPr>
        <w:t>“That is not directional.”</w:t>
      </w:r>
    </w:p>
    <w:p>
      <w:pPr>
        <w:spacing w:after="110"/>
      </w:pPr>
      <w:r>
        <w:rPr>
          <w:rFonts w:ascii="Georgia" w:hAnsi="Georgia" w:eastAsia="Georgia"/>
          <w:sz w:val="23"/>
        </w:rPr>
        <w:t>“I had moved twice by then.”</w:t>
      </w:r>
    </w:p>
    <w:p>
      <w:pPr>
        <w:spacing w:after="110"/>
      </w:pPr>
      <w:r>
        <w:rPr>
          <w:rFonts w:ascii="Georgia" w:hAnsi="Georgia" w:eastAsia="Georgia"/>
          <w:sz w:val="23"/>
        </w:rPr>
        <w:t>“You said the directional pull mostly resolved after fourteen months.”</w:t>
      </w:r>
    </w:p>
    <w:p>
      <w:pPr>
        <w:spacing w:after="110"/>
      </w:pPr>
      <w:r>
        <w:rPr>
          <w:rFonts w:ascii="Georgia" w:hAnsi="Georgia" w:eastAsia="Georgia"/>
          <w:sz w:val="23"/>
        </w:rPr>
        <w:t>“It did.”</w:t>
      </w:r>
    </w:p>
    <w:p>
      <w:pPr>
        <w:spacing w:after="110"/>
      </w:pPr>
      <w:r>
        <w:rPr>
          <w:rFonts w:ascii="Georgia" w:hAnsi="Georgia" w:eastAsia="Georgia"/>
          <w:sz w:val="23"/>
        </w:rPr>
        <w:t>“This was nine years later.”</w:t>
      </w:r>
    </w:p>
    <w:p>
      <w:pPr>
        <w:spacing w:after="110"/>
      </w:pPr>
      <w:r>
        <w:rPr>
          <w:rFonts w:ascii="Georgia" w:hAnsi="Georgia" w:eastAsia="Georgia"/>
          <w:sz w:val="23"/>
        </w:rPr>
        <w:t>“Yes.”</w:t>
      </w:r>
    </w:p>
    <w:p>
      <w:pPr>
        <w:spacing w:after="110"/>
      </w:pPr>
      <w:r>
        <w:rPr>
          <w:rFonts w:ascii="Georgia" w:hAnsi="Georgia" w:eastAsia="Georgia"/>
          <w:sz w:val="23"/>
        </w:rPr>
        <w:t>“What did waiting mean?”</w:t>
      </w:r>
    </w:p>
    <w:p>
      <w:pPr>
        <w:spacing w:after="110"/>
      </w:pPr>
      <w:r>
        <w:rPr>
          <w:rFonts w:ascii="Georgia" w:hAnsi="Georgia" w:eastAsia="Georgia"/>
          <w:sz w:val="23"/>
        </w:rPr>
        <w:t>“I do not know. I was irritated enough to tell a technician.”</w:t>
      </w:r>
    </w:p>
    <w:p>
      <w:pPr>
        <w:spacing w:after="110"/>
      </w:pPr>
      <w:r>
        <w:rPr>
          <w:rFonts w:ascii="Georgia" w:hAnsi="Georgia" w:eastAsia="Georgia"/>
          <w:sz w:val="23"/>
        </w:rPr>
        <w:t>“Any sensory effect?”</w:t>
      </w:r>
    </w:p>
    <w:p>
      <w:pPr>
        <w:spacing w:after="110"/>
      </w:pPr>
      <w:r>
        <w:rPr>
          <w:rFonts w:ascii="Georgia" w:hAnsi="Georgia" w:eastAsia="Georgia"/>
          <w:sz w:val="23"/>
        </w:rPr>
        <w:t>“No.”</w:t>
      </w:r>
    </w:p>
    <w:p>
      <w:pPr>
        <w:spacing w:after="110"/>
      </w:pPr>
      <w:r>
        <w:rPr>
          <w:rFonts w:ascii="Georgia" w:hAnsi="Georgia" w:eastAsia="Georgia"/>
          <w:sz w:val="23"/>
        </w:rPr>
        <w:t>“Motor?”</w:t>
      </w:r>
    </w:p>
    <w:p>
      <w:pPr>
        <w:spacing w:after="110"/>
      </w:pPr>
      <w:r>
        <w:rPr>
          <w:rFonts w:ascii="Georgia" w:hAnsi="Georgia" w:eastAsia="Georgia"/>
          <w:sz w:val="23"/>
        </w:rPr>
        <w:t>“No.”</w:t>
      </w:r>
    </w:p>
    <w:p>
      <w:pPr>
        <w:spacing w:after="110"/>
      </w:pPr>
      <w:r>
        <w:rPr>
          <w:rFonts w:ascii="Georgia" w:hAnsi="Georgia" w:eastAsia="Georgia"/>
          <w:sz w:val="23"/>
        </w:rPr>
        <w:t>“Field change?”</w:t>
      </w:r>
    </w:p>
    <w:p>
      <w:pPr>
        <w:spacing w:after="110"/>
      </w:pPr>
      <w:r>
        <w:rPr>
          <w:rFonts w:ascii="Georgia" w:hAnsi="Georgia" w:eastAsia="Georgia"/>
          <w:sz w:val="23"/>
        </w:rPr>
        <w:t>Miren read the old service trace.</w:t>
      </w:r>
    </w:p>
    <w:p>
      <w:pPr>
        <w:spacing w:after="110"/>
      </w:pPr>
      <w:r>
        <w:rPr>
          <w:rFonts w:ascii="Georgia" w:hAnsi="Georgia" w:eastAsia="Georgia"/>
          <w:sz w:val="23"/>
        </w:rPr>
        <w:t>“Low-frequency coherence elevation during the building test. No threshold event.”</w:t>
      </w:r>
    </w:p>
    <w:p>
      <w:pPr>
        <w:spacing w:after="110"/>
      </w:pPr>
      <w:r>
        <w:rPr>
          <w:rFonts w:ascii="Georgia" w:hAnsi="Georgia" w:eastAsia="Georgia"/>
          <w:sz w:val="23"/>
        </w:rPr>
        <w:t>“Any other kaethe settings in the residence?”</w:t>
      </w:r>
    </w:p>
    <w:p>
      <w:pPr>
        <w:spacing w:after="110"/>
      </w:pPr>
      <w:r>
        <w:rPr>
          <w:rFonts w:ascii="Georgia" w:hAnsi="Georgia" w:eastAsia="Georgia"/>
          <w:sz w:val="23"/>
        </w:rPr>
        <w:t>Sera looked at me.</w:t>
      </w:r>
    </w:p>
    <w:p>
      <w:pPr>
        <w:spacing w:after="110"/>
      </w:pPr>
      <w:r>
        <w:rPr>
          <w:rFonts w:ascii="Georgia" w:hAnsi="Georgia" w:eastAsia="Georgia"/>
          <w:sz w:val="23"/>
        </w:rPr>
        <w:t>“Do not get excited.”</w:t>
      </w:r>
    </w:p>
    <w:p>
      <w:pPr>
        <w:spacing w:after="110"/>
      </w:pPr>
      <w:r>
        <w:rPr>
          <w:rFonts w:ascii="Georgia" w:hAnsi="Georgia" w:eastAsia="Georgia"/>
          <w:sz w:val="23"/>
        </w:rPr>
        <w:t>“That is not an answer.”</w:t>
      </w:r>
    </w:p>
    <w:p>
      <w:pPr>
        <w:spacing w:after="110"/>
      </w:pPr>
      <w:r>
        <w:rPr>
          <w:rFonts w:ascii="Georgia" w:hAnsi="Georgia" w:eastAsia="Georgia"/>
          <w:sz w:val="23"/>
        </w:rPr>
        <w:t>“My neighbor upstairs had one. Different room. Maybe four meters vertical.”</w:t>
      </w:r>
    </w:p>
    <w:p>
      <w:pPr>
        <w:spacing w:after="110"/>
      </w:pPr>
      <w:r>
        <w:rPr>
          <w:rFonts w:ascii="Georgia" w:hAnsi="Georgia" w:eastAsia="Georgia"/>
          <w:sz w:val="23"/>
        </w:rPr>
        <w:t>“Registered?”</w:t>
      </w:r>
    </w:p>
    <w:p>
      <w:pPr>
        <w:spacing w:after="110"/>
      </w:pPr>
      <w:r>
        <w:rPr>
          <w:rFonts w:ascii="Georgia" w:hAnsi="Georgia" w:eastAsia="Georgia"/>
          <w:sz w:val="23"/>
        </w:rPr>
        <w:t>“Yes.”</w:t>
      </w:r>
    </w:p>
    <w:p>
      <w:pPr>
        <w:spacing w:after="110"/>
      </w:pPr>
      <w:r>
        <w:rPr>
          <w:rFonts w:ascii="Georgia" w:hAnsi="Georgia" w:eastAsia="Georgia"/>
          <w:sz w:val="23"/>
        </w:rPr>
        <w:t>“Historical association?”</w:t>
      </w:r>
    </w:p>
    <w:p>
      <w:pPr>
        <w:spacing w:after="110"/>
      </w:pPr>
      <w:r>
        <w:rPr>
          <w:rFonts w:ascii="Georgia" w:hAnsi="Georgia" w:eastAsia="Georgia"/>
          <w:sz w:val="23"/>
        </w:rPr>
        <w:t>“I do not know. We were neighbors, not archivists.”</w:t>
      </w:r>
    </w:p>
    <w:p>
      <w:pPr>
        <w:spacing w:after="110"/>
      </w:pPr>
      <w:r>
        <w:rPr>
          <w:rFonts w:ascii="Georgia" w:hAnsi="Georgia" w:eastAsia="Georgia"/>
          <w:sz w:val="23"/>
        </w:rPr>
        <w:t>Ivena said, “You slept with her.”</w:t>
      </w:r>
    </w:p>
    <w:p>
      <w:pPr>
        <w:spacing w:after="110"/>
      </w:pPr>
      <w:r>
        <w:rPr>
          <w:rFonts w:ascii="Georgia" w:hAnsi="Georgia" w:eastAsia="Georgia"/>
          <w:sz w:val="23"/>
        </w:rPr>
        <w:t>Sera turned toward the east station.</w:t>
      </w:r>
    </w:p>
    <w:p>
      <w:pPr>
        <w:spacing w:after="110"/>
      </w:pPr>
      <w:r>
        <w:rPr>
          <w:rFonts w:ascii="Georgia" w:hAnsi="Georgia" w:eastAsia="Georgia"/>
          <w:sz w:val="23"/>
        </w:rPr>
        <w:t>“That is not yours to enter here.”</w:t>
      </w:r>
    </w:p>
    <w:p>
      <w:pPr>
        <w:spacing w:after="110"/>
      </w:pPr>
      <w:r>
        <w:rPr>
          <w:rFonts w:ascii="Georgia" w:hAnsi="Georgia" w:eastAsia="Georgia"/>
          <w:sz w:val="23"/>
        </w:rPr>
        <w:t>Ivena lowered her hand. “You told me at the time.”</w:t>
      </w:r>
    </w:p>
    <w:p>
      <w:pPr>
        <w:spacing w:after="110"/>
      </w:pPr>
      <w:r>
        <w:rPr>
          <w:rFonts w:ascii="Georgia" w:hAnsi="Georgia" w:eastAsia="Georgia"/>
          <w:sz w:val="23"/>
        </w:rPr>
        <w:t>“I told you. I did not tell this record.”</w:t>
      </w:r>
    </w:p>
    <w:p>
      <w:pPr>
        <w:spacing w:after="110"/>
      </w:pPr>
      <w:r>
        <w:rPr>
          <w:rFonts w:ascii="Georgia" w:hAnsi="Georgia" w:eastAsia="Georgia"/>
          <w:sz w:val="23"/>
        </w:rPr>
        <w:t>I waited.</w:t>
      </w:r>
    </w:p>
    <w:p>
      <w:pPr>
        <w:spacing w:after="110"/>
      </w:pPr>
      <w:r>
        <w:rPr>
          <w:rFonts w:ascii="Georgia" w:hAnsi="Georgia" w:eastAsia="Georgia"/>
          <w:sz w:val="23"/>
        </w:rPr>
        <w:t>Sera looked at me.</w:t>
      </w:r>
    </w:p>
    <w:p>
      <w:pPr>
        <w:spacing w:after="110"/>
      </w:pPr>
      <w:r>
        <w:rPr>
          <w:rFonts w:ascii="Georgia" w:hAnsi="Georgia" w:eastAsia="Georgia"/>
          <w:sz w:val="23"/>
        </w:rPr>
        <w:t>“Ask only what you actually need.”</w:t>
      </w:r>
    </w:p>
    <w:p>
      <w:pPr>
        <w:spacing w:after="110"/>
      </w:pPr>
      <w:r>
        <w:rPr>
          <w:rFonts w:ascii="Georgia" w:hAnsi="Georgia" w:eastAsia="Georgia"/>
          <w:sz w:val="23"/>
        </w:rPr>
        <w:t>“Was another intimate setting probably present within ordinary room distance?”</w:t>
      </w:r>
    </w:p>
    <w:p>
      <w:pPr>
        <w:spacing w:after="110"/>
      </w:pPr>
      <w:r>
        <w:rPr>
          <w:rFonts w:ascii="Georgia" w:hAnsi="Georgia" w:eastAsia="Georgia"/>
          <w:sz w:val="23"/>
        </w:rPr>
        <w:t>“Probably.”</w:t>
      </w:r>
    </w:p>
    <w:p>
      <w:pPr>
        <w:spacing w:after="110"/>
      </w:pPr>
      <w:r>
        <w:rPr>
          <w:rFonts w:ascii="Georgia" w:hAnsi="Georgia" w:eastAsia="Georgia"/>
          <w:sz w:val="23"/>
        </w:rPr>
        <w:t>“Do you know whether it was being worn?”</w:t>
      </w:r>
    </w:p>
    <w:p>
      <w:pPr>
        <w:spacing w:after="110"/>
      </w:pPr>
      <w:r>
        <w:rPr>
          <w:rFonts w:ascii="Georgia" w:hAnsi="Georgia" w:eastAsia="Georgia"/>
          <w:sz w:val="23"/>
        </w:rPr>
        <w:t>“No.”</w:t>
      </w:r>
    </w:p>
    <w:p>
      <w:pPr>
        <w:spacing w:after="110"/>
      </w:pPr>
      <w:r>
        <w:rPr>
          <w:rFonts w:ascii="Georgia" w:hAnsi="Georgia" w:eastAsia="Georgia"/>
          <w:sz w:val="23"/>
        </w:rPr>
        <w:t>“May we contact the other carrier?”</w:t>
      </w:r>
    </w:p>
    <w:p>
      <w:pPr>
        <w:spacing w:after="110"/>
      </w:pPr>
      <w:r>
        <w:rPr>
          <w:rFonts w:ascii="Georgia" w:hAnsi="Georgia" w:eastAsia="Georgia"/>
          <w:sz w:val="23"/>
        </w:rPr>
        <w:t>“No.”</w:t>
      </w:r>
    </w:p>
    <w:p>
      <w:pPr>
        <w:spacing w:after="110"/>
      </w:pPr>
      <w:r>
        <w:rPr>
          <w:rFonts w:ascii="Georgia" w:hAnsi="Georgia" w:eastAsia="Georgia"/>
          <w:sz w:val="23"/>
        </w:rPr>
        <w:t>That no had jurisdiction.</w:t>
      </w:r>
    </w:p>
    <w:p>
      <w:pPr>
        <w:spacing w:after="110"/>
      </w:pPr>
      <w:r>
        <w:rPr>
          <w:rFonts w:ascii="Georgia" w:hAnsi="Georgia" w:eastAsia="Georgia"/>
          <w:sz w:val="23"/>
        </w:rPr>
        <w:t>I stopped.</w:t>
      </w:r>
    </w:p>
    <w:p>
      <w:pPr>
        <w:spacing w:after="110"/>
      </w:pPr>
      <w:r>
        <w:rPr>
          <w:rFonts w:ascii="Georgia" w:hAnsi="Georgia" w:eastAsia="Georgia"/>
          <w:sz w:val="23"/>
        </w:rPr>
        <w:t>Ivena nodded once.</w:t>
      </w:r>
    </w:p>
    <w:p>
      <w:pPr>
        <w:spacing w:after="110"/>
      </w:pPr>
      <w:r>
        <w:rPr>
          <w:rFonts w:ascii="Georgia" w:hAnsi="Georgia" w:eastAsia="Georgia"/>
          <w:sz w:val="23"/>
        </w:rPr>
        <w:t>I had stopped asking.</w:t>
      </w:r>
    </w:p>
    <w:p>
      <w:pPr>
        <w:spacing w:after="110"/>
      </w:pPr>
      <w:r>
        <w:rPr>
          <w:rFonts w:ascii="Georgia" w:hAnsi="Georgia" w:eastAsia="Georgia"/>
          <w:sz w:val="23"/>
        </w:rPr>
        <w:t>That had once required Mara.</w:t>
      </w:r>
    </w:p>
    <w:p>
      <w:pPr>
        <w:spacing w:after="110"/>
      </w:pPr>
      <w:r>
        <w:rPr>
          <w:rFonts w:ascii="Georgia" w:hAnsi="Georgia" w:eastAsia="Georgia"/>
          <w:sz w:val="23"/>
        </w:rPr>
        <w:t>Now it required a person saying no.</w:t>
      </w:r>
    </w:p>
    <w:p>
      <w:pPr>
        <w:spacing w:after="110"/>
      </w:pPr>
      <w:r>
        <w:rPr>
          <w:rFonts w:ascii="Georgia" w:hAnsi="Georgia" w:eastAsia="Georgia"/>
          <w:sz w:val="23"/>
        </w:rPr>
        <w:t>Progress could be procedural and still count.</w:t>
      </w:r>
    </w:p>
    <w:p>
      <w:pPr>
        <w:spacing w:before="80" w:after="110"/>
        <w:jc w:val="center"/>
      </w:pPr>
      <w:r>
        <w:rPr>
          <w:rFonts w:ascii="Georgia" w:hAnsi="Georgia" w:eastAsia="Georgia"/>
          <w:sz w:val="23"/>
        </w:rPr>
        <w:t>§</w:t>
      </w:r>
    </w:p>
    <w:p>
      <w:pPr>
        <w:spacing w:after="110"/>
      </w:pPr>
      <w:r>
        <w:rPr>
          <w:rFonts w:ascii="Georgia" w:hAnsi="Georgia" w:eastAsia="Georgia"/>
          <w:sz w:val="23"/>
        </w:rPr>
        <w:t>We did not use the neighbor.</w:t>
      </w:r>
    </w:p>
    <w:p>
      <w:pPr>
        <w:spacing w:after="110"/>
      </w:pPr>
      <w:r>
        <w:rPr>
          <w:rFonts w:ascii="Georgia" w:hAnsi="Georgia" w:eastAsia="Georgia"/>
          <w:sz w:val="23"/>
        </w:rPr>
        <w:t>We did not search the registration system.</w:t>
      </w:r>
    </w:p>
    <w:p>
      <w:pPr>
        <w:spacing w:after="110"/>
      </w:pPr>
      <w:r>
        <w:rPr>
          <w:rFonts w:ascii="Georgia" w:hAnsi="Georgia" w:eastAsia="Georgia"/>
          <w:sz w:val="23"/>
        </w:rPr>
        <w:t>We did not turn a nine-year-later weak event into evidence that Sera’s setting attached itself to whoever slept nearby.</w:t>
      </w:r>
    </w:p>
    <w:p>
      <w:pPr>
        <w:spacing w:after="110"/>
      </w:pPr>
      <w:r>
        <w:rPr>
          <w:rFonts w:ascii="Georgia" w:hAnsi="Georgia" w:eastAsia="Georgia"/>
          <w:sz w:val="23"/>
        </w:rPr>
        <w:t>The temptation existed because the new problem had begun widening faster than the evidence.</w:t>
      </w:r>
    </w:p>
    <w:p>
      <w:pPr>
        <w:spacing w:after="110"/>
      </w:pPr>
      <w:r>
        <w:rPr>
          <w:rFonts w:ascii="Georgia" w:hAnsi="Georgia" w:eastAsia="Georgia"/>
          <w:sz w:val="23"/>
        </w:rPr>
        <w:t>That was precisely when scope mattered.</w:t>
      </w:r>
    </w:p>
    <w:p>
      <w:pPr>
        <w:spacing w:after="110"/>
      </w:pPr>
      <w:r>
        <w:rPr>
          <w:rFonts w:ascii="Georgia" w:hAnsi="Georgia" w:eastAsia="Georgia"/>
          <w:sz w:val="23"/>
        </w:rPr>
        <w:t>We had one controlled question available today.</w:t>
      </w:r>
    </w:p>
    <w:p>
      <w:pPr>
        <w:spacing w:after="110"/>
      </w:pPr>
      <w:r>
        <w:rPr>
          <w:rFonts w:ascii="Georgia" w:hAnsi="Georgia" w:eastAsia="Georgia"/>
          <w:sz w:val="23"/>
        </w:rPr>
        <w:t>Did the two settings that had shared fifty-six years of domestic proximity produce any current measurable dependency when brought near each other after twenty-nine years apart?</w:t>
      </w:r>
    </w:p>
    <w:p>
      <w:pPr>
        <w:spacing w:after="110"/>
      </w:pPr>
      <w:r>
        <w:rPr>
          <w:rFonts w:ascii="Georgia" w:hAnsi="Georgia" w:eastAsia="Georgia"/>
          <w:sz w:val="23"/>
        </w:rPr>
        <w:t>Even that sentence contained assumptions.</w:t>
      </w:r>
    </w:p>
    <w:p>
      <w:pPr>
        <w:spacing w:after="110"/>
      </w:pPr>
      <w:r>
        <w:rPr>
          <w:rFonts w:ascii="Georgia" w:hAnsi="Georgia" w:eastAsia="Georgia"/>
          <w:sz w:val="23"/>
        </w:rPr>
        <w:t>Dependency.</w:t>
      </w:r>
    </w:p>
    <w:p>
      <w:pPr>
        <w:spacing w:after="110"/>
      </w:pPr>
      <w:r>
        <w:rPr>
          <w:rFonts w:ascii="Georgia" w:hAnsi="Georgia" w:eastAsia="Georgia"/>
          <w:sz w:val="23"/>
        </w:rPr>
        <w:t>Apart.</w:t>
      </w:r>
    </w:p>
    <w:p>
      <w:pPr>
        <w:spacing w:after="110"/>
      </w:pPr>
      <w:r>
        <w:rPr>
          <w:rFonts w:ascii="Georgia" w:hAnsi="Georgia" w:eastAsia="Georgia"/>
          <w:sz w:val="23"/>
        </w:rPr>
        <w:t>Near.</w:t>
      </w:r>
    </w:p>
    <w:p>
      <w:pPr>
        <w:spacing w:after="110"/>
      </w:pPr>
      <w:r>
        <w:rPr>
          <w:rFonts w:ascii="Georgia" w:hAnsi="Georgia" w:eastAsia="Georgia"/>
          <w:sz w:val="23"/>
        </w:rPr>
        <w:t>Shared.</w:t>
      </w:r>
    </w:p>
    <w:p>
      <w:pPr>
        <w:spacing w:after="110"/>
      </w:pPr>
      <w:r>
        <w:rPr>
          <w:rFonts w:ascii="Georgia" w:hAnsi="Georgia" w:eastAsia="Georgia"/>
          <w:sz w:val="23"/>
        </w:rPr>
        <w:t>I removed the first word from the run title.</w:t>
      </w:r>
    </w:p>
    <w:p>
      <w:pPr>
        <w:spacing w:after="110"/>
      </w:pPr>
      <w:r>
        <w:rPr>
          <w:rFonts w:ascii="Georgia" w:hAnsi="Georgia" w:eastAsia="Georgia"/>
          <w:sz w:val="23"/>
        </w:rPr>
        <w:t>MIREN-4A / PRIOR DOMESTIC CO-CONTACT / CONTROLLED PROXIMITY.</w:t>
      </w:r>
    </w:p>
    <w:p>
      <w:pPr>
        <w:spacing w:after="110"/>
      </w:pPr>
      <w:r>
        <w:rPr>
          <w:rFonts w:ascii="Georgia" w:hAnsi="Georgia" w:eastAsia="Georgia"/>
          <w:sz w:val="23"/>
        </w:rPr>
        <w:t>Sera read it.</w:t>
      </w:r>
    </w:p>
    <w:p>
      <w:pPr>
        <w:spacing w:after="110"/>
      </w:pPr>
      <w:r>
        <w:rPr>
          <w:rFonts w:ascii="Georgia" w:hAnsi="Georgia" w:eastAsia="Georgia"/>
          <w:sz w:val="23"/>
        </w:rPr>
        <w:t>“No marriage.”</w:t>
      </w:r>
    </w:p>
    <w:p>
      <w:pPr>
        <w:spacing w:after="110"/>
      </w:pPr>
      <w:r>
        <w:rPr>
          <w:rFonts w:ascii="Georgia" w:hAnsi="Georgia" w:eastAsia="Georgia"/>
          <w:sz w:val="23"/>
        </w:rPr>
        <w:t>“Correct.”</w:t>
      </w:r>
    </w:p>
    <w:p>
      <w:pPr>
        <w:spacing w:after="110"/>
      </w:pPr>
      <w:r>
        <w:rPr>
          <w:rFonts w:ascii="Georgia" w:hAnsi="Georgia" w:eastAsia="Georgia"/>
          <w:sz w:val="23"/>
        </w:rPr>
        <w:t>Ivena said, “No daughters.”</w:t>
      </w:r>
    </w:p>
    <w:p>
      <w:pPr>
        <w:spacing w:after="110"/>
      </w:pPr>
      <w:r>
        <w:rPr>
          <w:rFonts w:ascii="Georgia" w:hAnsi="Georgia" w:eastAsia="Georgia"/>
          <w:sz w:val="23"/>
        </w:rPr>
        <w:t>“Correct.”</w:t>
      </w:r>
    </w:p>
    <w:p>
      <w:pPr>
        <w:spacing w:after="110"/>
      </w:pPr>
      <w:r>
        <w:rPr>
          <w:rFonts w:ascii="Georgia" w:hAnsi="Georgia" w:eastAsia="Georgia"/>
          <w:sz w:val="23"/>
        </w:rPr>
        <w:t>“No brothers.”</w:t>
      </w:r>
    </w:p>
    <w:p>
      <w:pPr>
        <w:spacing w:after="110"/>
      </w:pPr>
      <w:r>
        <w:rPr>
          <w:rFonts w:ascii="Georgia" w:hAnsi="Georgia" w:eastAsia="Georgia"/>
          <w:sz w:val="23"/>
        </w:rPr>
        <w:t>“Correct.”</w:t>
      </w:r>
    </w:p>
    <w:p>
      <w:pPr>
        <w:spacing w:after="110"/>
      </w:pPr>
      <w:r>
        <w:rPr>
          <w:rFonts w:ascii="Georgia" w:hAnsi="Georgia" w:eastAsia="Georgia"/>
          <w:sz w:val="23"/>
        </w:rPr>
        <w:t>Miren said, “No talking during the movement.”</w:t>
      </w:r>
    </w:p>
    <w:p>
      <w:pPr>
        <w:spacing w:after="110"/>
      </w:pPr>
      <w:r>
        <w:rPr>
          <w:rFonts w:ascii="Georgia" w:hAnsi="Georgia" w:eastAsia="Georgia"/>
          <w:sz w:val="23"/>
        </w:rPr>
        <w:t>Both women objected at once.</w:t>
      </w:r>
    </w:p>
    <w:p>
      <w:pPr>
        <w:spacing w:after="110"/>
      </w:pPr>
      <w:r>
        <w:rPr>
          <w:rFonts w:ascii="Georgia" w:hAnsi="Georgia" w:eastAsia="Georgia"/>
          <w:sz w:val="23"/>
        </w:rPr>
        <w:t>That was almost useful by itself.</w:t>
      </w:r>
    </w:p>
    <w:p>
      <w:pPr>
        <w:spacing w:after="110"/>
      </w:pPr>
      <w:r>
        <w:rPr>
          <w:rFonts w:ascii="Georgia" w:hAnsi="Georgia" w:eastAsia="Georgia"/>
          <w:sz w:val="23"/>
        </w:rPr>
        <w:t>We began at twelve meters.</w:t>
      </w:r>
    </w:p>
    <w:p>
      <w:pPr>
        <w:spacing w:after="110"/>
      </w:pPr>
      <w:r>
        <w:rPr>
          <w:rFonts w:ascii="Georgia" w:hAnsi="Georgia" w:eastAsia="Georgia"/>
          <w:sz w:val="23"/>
        </w:rPr>
        <w:t>No active prompts.</w:t>
      </w:r>
    </w:p>
    <w:p>
      <w:pPr>
        <w:spacing w:after="110"/>
      </w:pPr>
      <w:r>
        <w:rPr>
          <w:rFonts w:ascii="Georgia" w:hAnsi="Georgia" w:eastAsia="Georgia"/>
          <w:sz w:val="23"/>
        </w:rPr>
        <w:t>No Deren sequence.</w:t>
      </w:r>
    </w:p>
    <w:p>
      <w:pPr>
        <w:spacing w:after="110"/>
      </w:pPr>
      <w:r>
        <w:rPr>
          <w:rFonts w:ascii="Georgia" w:hAnsi="Georgia" w:eastAsia="Georgia"/>
          <w:sz w:val="23"/>
        </w:rPr>
        <w:t>No Lio sequence.</w:t>
      </w:r>
    </w:p>
    <w:p>
      <w:pPr>
        <w:spacing w:after="110"/>
      </w:pPr>
      <w:r>
        <w:rPr>
          <w:rFonts w:ascii="Georgia" w:hAnsi="Georgia" w:eastAsia="Georgia"/>
          <w:sz w:val="23"/>
        </w:rPr>
        <w:t>No carrier motor calibrations.</w:t>
      </w:r>
    </w:p>
    <w:p>
      <w:pPr>
        <w:spacing w:after="110"/>
      </w:pPr>
      <w:r>
        <w:rPr>
          <w:rFonts w:ascii="Georgia" w:hAnsi="Georgia" w:eastAsia="Georgia"/>
          <w:sz w:val="23"/>
        </w:rPr>
        <w:t>Only passive local field logging while the west station moved along its service rail toward the east station in one-meter stages.</w:t>
      </w:r>
    </w:p>
    <w:p>
      <w:pPr>
        <w:spacing w:after="110"/>
      </w:pPr>
      <w:r>
        <w:rPr>
          <w:rFonts w:ascii="Georgia" w:hAnsi="Georgia" w:eastAsia="Georgia"/>
          <w:sz w:val="23"/>
        </w:rPr>
        <w:t>Sera moved with the station.</w:t>
      </w:r>
    </w:p>
    <w:p>
      <w:pPr>
        <w:spacing w:after="110"/>
      </w:pPr>
      <w:r>
        <w:rPr>
          <w:rFonts w:ascii="Georgia" w:hAnsi="Georgia" w:eastAsia="Georgia"/>
          <w:sz w:val="23"/>
        </w:rPr>
        <w:t>That mattered.</w:t>
      </w:r>
    </w:p>
    <w:p>
      <w:pPr>
        <w:spacing w:after="110"/>
      </w:pPr>
      <w:r>
        <w:rPr>
          <w:rFonts w:ascii="Georgia" w:hAnsi="Georgia" w:eastAsia="Georgia"/>
          <w:sz w:val="23"/>
        </w:rPr>
        <w:t>The setting could not be separated from her without creating a different experiment and an unjustified risk.</w:t>
      </w:r>
    </w:p>
    <w:p>
      <w:pPr>
        <w:spacing w:after="110"/>
      </w:pPr>
      <w:r>
        <w:rPr>
          <w:rFonts w:ascii="Georgia" w:hAnsi="Georgia" w:eastAsia="Georgia"/>
          <w:sz w:val="23"/>
        </w:rPr>
        <w:t>At eleven meters: nothing.</w:t>
      </w:r>
    </w:p>
    <w:p>
      <w:pPr>
        <w:spacing w:after="110"/>
      </w:pPr>
      <w:r>
        <w:rPr>
          <w:rFonts w:ascii="Georgia" w:hAnsi="Georgia" w:eastAsia="Georgia"/>
          <w:sz w:val="23"/>
        </w:rPr>
        <w:t>Ten: nothing.</w:t>
      </w:r>
    </w:p>
    <w:p>
      <w:pPr>
        <w:spacing w:after="110"/>
      </w:pPr>
      <w:r>
        <w:rPr>
          <w:rFonts w:ascii="Georgia" w:hAnsi="Georgia" w:eastAsia="Georgia"/>
          <w:sz w:val="23"/>
        </w:rPr>
        <w:t>Nine: Sera’s right-lateral bias rose 0.8 percent.</w:t>
      </w:r>
    </w:p>
    <w:p>
      <w:pPr>
        <w:spacing w:after="110"/>
      </w:pPr>
      <w:r>
        <w:rPr>
          <w:rFonts w:ascii="Georgia" w:hAnsi="Georgia" w:eastAsia="Georgia"/>
          <w:sz w:val="23"/>
        </w:rPr>
        <w:t>Below ordinary service noise.</w:t>
      </w:r>
    </w:p>
    <w:p>
      <w:pPr>
        <w:spacing w:after="110"/>
      </w:pPr>
      <w:r>
        <w:rPr>
          <w:rFonts w:ascii="Georgia" w:hAnsi="Georgia" w:eastAsia="Georgia"/>
          <w:sz w:val="23"/>
        </w:rPr>
        <w:t>Eight: 1.1.</w:t>
      </w:r>
    </w:p>
    <w:p>
      <w:pPr>
        <w:spacing w:after="110"/>
      </w:pPr>
      <w:r>
        <w:rPr>
          <w:rFonts w:ascii="Georgia" w:hAnsi="Georgia" w:eastAsia="Georgia"/>
          <w:sz w:val="23"/>
        </w:rPr>
        <w:t>Ivena reported nothing.</w:t>
      </w:r>
    </w:p>
    <w:p>
      <w:pPr>
        <w:spacing w:after="110"/>
      </w:pPr>
      <w:r>
        <w:rPr>
          <w:rFonts w:ascii="Georgia" w:hAnsi="Georgia" w:eastAsia="Georgia"/>
          <w:sz w:val="23"/>
        </w:rPr>
        <w:t>Seven: Sera’s bias fell back to 0.4.</w:t>
      </w:r>
    </w:p>
    <w:p>
      <w:pPr>
        <w:spacing w:after="110"/>
      </w:pPr>
      <w:r>
        <w:rPr>
          <w:rFonts w:ascii="Georgia" w:hAnsi="Georgia" w:eastAsia="Georgia"/>
          <w:sz w:val="23"/>
        </w:rPr>
        <w:t>Not monotonic.</w:t>
      </w:r>
    </w:p>
    <w:p>
      <w:pPr>
        <w:spacing w:after="110"/>
      </w:pPr>
      <w:r>
        <w:rPr>
          <w:rFonts w:ascii="Georgia" w:hAnsi="Georgia" w:eastAsia="Georgia"/>
          <w:sz w:val="23"/>
        </w:rPr>
        <w:t>Simple stories should earn difficulty.</w:t>
      </w:r>
    </w:p>
    <w:p>
      <w:pPr>
        <w:spacing w:after="110"/>
      </w:pPr>
      <w:r>
        <w:rPr>
          <w:rFonts w:ascii="Georgia" w:hAnsi="Georgia" w:eastAsia="Georgia"/>
          <w:sz w:val="23"/>
        </w:rPr>
        <w:t>Six meters: Ivena’s current-carrier response trace developed a low-amplitude second lobe without any motor prompt.</w:t>
      </w:r>
    </w:p>
    <w:p>
      <w:pPr>
        <w:spacing w:after="110"/>
      </w:pPr>
      <w:r>
        <w:rPr>
          <w:rFonts w:ascii="Georgia" w:hAnsi="Georgia" w:eastAsia="Georgia"/>
          <w:sz w:val="23"/>
        </w:rPr>
        <w:t>Miren stopped the rail.</w:t>
      </w:r>
    </w:p>
    <w:p>
      <w:pPr>
        <w:spacing w:after="110"/>
      </w:pPr>
      <w:r>
        <w:rPr>
          <w:rFonts w:ascii="Georgia" w:hAnsi="Georgia" w:eastAsia="Georgia"/>
          <w:sz w:val="23"/>
        </w:rPr>
        <w:t>“Why stop?” I asked.</w:t>
      </w:r>
    </w:p>
    <w:p>
      <w:pPr>
        <w:spacing w:after="110"/>
      </w:pPr>
      <w:r>
        <w:rPr>
          <w:rFonts w:ascii="Georgia" w:hAnsi="Georgia" w:eastAsia="Georgia"/>
          <w:sz w:val="23"/>
        </w:rPr>
        <w:t>“Because that is new.”</w:t>
      </w:r>
    </w:p>
    <w:p>
      <w:pPr>
        <w:spacing w:after="110"/>
      </w:pPr>
      <w:r>
        <w:rPr>
          <w:rFonts w:ascii="Georgia" w:hAnsi="Georgia" w:eastAsia="Georgia"/>
          <w:sz w:val="23"/>
        </w:rPr>
        <w:t>Correct.</w:t>
      </w:r>
    </w:p>
    <w:p>
      <w:pPr>
        <w:spacing w:after="110"/>
      </w:pPr>
      <w:r>
        <w:rPr>
          <w:rFonts w:ascii="Georgia" w:hAnsi="Georgia" w:eastAsia="Georgia"/>
          <w:sz w:val="23"/>
        </w:rPr>
        <w:t>We held six meters for three minutes.</w:t>
      </w:r>
    </w:p>
    <w:p>
      <w:pPr>
        <w:spacing w:after="110"/>
      </w:pPr>
      <w:r>
        <w:rPr>
          <w:rFonts w:ascii="Georgia" w:hAnsi="Georgia" w:eastAsia="Georgia"/>
          <w:sz w:val="23"/>
        </w:rPr>
        <w:t>The second lobe appeared twice more.</w:t>
      </w:r>
    </w:p>
    <w:p>
      <w:pPr>
        <w:spacing w:after="110"/>
      </w:pPr>
      <w:r>
        <w:rPr>
          <w:rFonts w:ascii="Georgia" w:hAnsi="Georgia" w:eastAsia="Georgia"/>
          <w:sz w:val="23"/>
        </w:rPr>
        <w:t>No corresponding subjective report.</w:t>
      </w:r>
    </w:p>
    <w:p>
      <w:pPr>
        <w:spacing w:after="110"/>
      </w:pPr>
      <w:r>
        <w:rPr>
          <w:rFonts w:ascii="Georgia" w:hAnsi="Georgia" w:eastAsia="Georgia"/>
          <w:sz w:val="23"/>
        </w:rPr>
        <w:t>Sera’s field remained stable.</w:t>
      </w:r>
    </w:p>
    <w:p>
      <w:pPr>
        <w:spacing w:after="110"/>
      </w:pPr>
      <w:r>
        <w:rPr>
          <w:rFonts w:ascii="Georgia" w:hAnsi="Georgia" w:eastAsia="Georgia"/>
          <w:sz w:val="23"/>
        </w:rPr>
        <w:t>“Continue?” Miren asked.</w:t>
      </w:r>
    </w:p>
    <w:p>
      <w:pPr>
        <w:spacing w:after="110"/>
      </w:pPr>
      <w:r>
        <w:rPr>
          <w:rFonts w:ascii="Georgia" w:hAnsi="Georgia" w:eastAsia="Georgia"/>
          <w:sz w:val="23"/>
        </w:rPr>
        <w:t>She asked both carriers first.</w:t>
      </w:r>
    </w:p>
    <w:p>
      <w:pPr>
        <w:spacing w:after="110"/>
      </w:pPr>
      <w:r>
        <w:rPr>
          <w:rFonts w:ascii="Georgia" w:hAnsi="Georgia" w:eastAsia="Georgia"/>
          <w:sz w:val="23"/>
        </w:rPr>
        <w:t>Ivena said yes.</w:t>
      </w:r>
    </w:p>
    <w:p>
      <w:pPr>
        <w:spacing w:after="110"/>
      </w:pPr>
      <w:r>
        <w:rPr>
          <w:rFonts w:ascii="Georgia" w:hAnsi="Georgia" w:eastAsia="Georgia"/>
          <w:sz w:val="23"/>
        </w:rPr>
        <w:t>Sera said, “One meter.”</w:t>
      </w:r>
    </w:p>
    <w:p>
      <w:pPr>
        <w:spacing w:after="110"/>
      </w:pPr>
      <w:r>
        <w:rPr>
          <w:rFonts w:ascii="Georgia" w:hAnsi="Georgia" w:eastAsia="Georgia"/>
          <w:sz w:val="23"/>
        </w:rPr>
        <w:t>Not yes.</w:t>
      </w:r>
    </w:p>
    <w:p>
      <w:pPr>
        <w:spacing w:after="110"/>
      </w:pPr>
      <w:r>
        <w:rPr>
          <w:rFonts w:ascii="Georgia" w:hAnsi="Georgia" w:eastAsia="Georgia"/>
          <w:sz w:val="23"/>
        </w:rPr>
        <w:t>One meter.</w:t>
      </w:r>
    </w:p>
    <w:p>
      <w:pPr>
        <w:spacing w:after="110"/>
      </w:pPr>
      <w:r>
        <w:rPr>
          <w:rFonts w:ascii="Georgia" w:hAnsi="Georgia" w:eastAsia="Georgia"/>
          <w:sz w:val="23"/>
        </w:rPr>
        <w:t>We moved to five.</w:t>
      </w:r>
    </w:p>
    <w:p>
      <w:pPr>
        <w:spacing w:after="110"/>
      </w:pPr>
      <w:r>
        <w:rPr>
          <w:rFonts w:ascii="Georgia" w:hAnsi="Georgia" w:eastAsia="Georgia"/>
          <w:sz w:val="23"/>
        </w:rPr>
        <w:t>Ivena’s right hand lifted from the armrest.</w:t>
      </w:r>
    </w:p>
    <w:p>
      <w:pPr>
        <w:spacing w:after="110"/>
      </w:pPr>
      <w:r>
        <w:rPr>
          <w:rFonts w:ascii="Georgia" w:hAnsi="Georgia" w:eastAsia="Georgia"/>
          <w:sz w:val="23"/>
        </w:rPr>
        <w:t>Not much.</w:t>
      </w:r>
    </w:p>
    <w:p>
      <w:pPr>
        <w:spacing w:after="110"/>
      </w:pPr>
      <w:r>
        <w:rPr>
          <w:rFonts w:ascii="Georgia" w:hAnsi="Georgia" w:eastAsia="Georgia"/>
          <w:sz w:val="23"/>
        </w:rPr>
        <w:t>Two centimeters.</w:t>
      </w:r>
    </w:p>
    <w:p>
      <w:pPr>
        <w:spacing w:after="110"/>
      </w:pPr>
      <w:r>
        <w:rPr>
          <w:rFonts w:ascii="Georgia" w:hAnsi="Georgia" w:eastAsia="Georgia"/>
          <w:sz w:val="23"/>
        </w:rPr>
        <w:t>She put it down.</w:t>
      </w:r>
    </w:p>
    <w:p>
      <w:pPr>
        <w:spacing w:after="110"/>
      </w:pPr>
      <w:r>
        <w:rPr>
          <w:rFonts w:ascii="Georgia" w:hAnsi="Georgia" w:eastAsia="Georgia"/>
          <w:sz w:val="23"/>
        </w:rPr>
        <w:t>“Voluntary?” I asked.</w:t>
      </w:r>
    </w:p>
    <w:p>
      <w:pPr>
        <w:spacing w:after="110"/>
      </w:pPr>
      <w:r>
        <w:rPr>
          <w:rFonts w:ascii="Georgia" w:hAnsi="Georgia" w:eastAsia="Georgia"/>
          <w:sz w:val="23"/>
        </w:rPr>
        <w:t>“Yes.”</w:t>
      </w:r>
    </w:p>
    <w:p>
      <w:pPr>
        <w:spacing w:after="110"/>
      </w:pPr>
      <w:r>
        <w:rPr>
          <w:rFonts w:ascii="Georgia" w:hAnsi="Georgia" w:eastAsia="Georgia"/>
          <w:sz w:val="23"/>
        </w:rPr>
        <w:t>“Why?”</w:t>
      </w:r>
    </w:p>
    <w:p>
      <w:pPr>
        <w:spacing w:after="110"/>
      </w:pPr>
      <w:r>
        <w:rPr>
          <w:rFonts w:ascii="Georgia" w:hAnsi="Georgia" w:eastAsia="Georgia"/>
          <w:sz w:val="23"/>
        </w:rPr>
        <w:t>“It felt like I should move it.”</w:t>
      </w:r>
    </w:p>
    <w:p>
      <w:pPr>
        <w:spacing w:after="110"/>
      </w:pPr>
      <w:r>
        <w:rPr>
          <w:rFonts w:ascii="Georgia" w:hAnsi="Georgia" w:eastAsia="Georgia"/>
          <w:sz w:val="23"/>
        </w:rPr>
        <w:t>“Should?”</w:t>
      </w:r>
    </w:p>
    <w:p>
      <w:pPr>
        <w:spacing w:after="110"/>
      </w:pPr>
      <w:r>
        <w:rPr>
          <w:rFonts w:ascii="Georgia" w:hAnsi="Georgia" w:eastAsia="Georgia"/>
          <w:sz w:val="23"/>
        </w:rPr>
        <w:t>“Do not make the word larger than it is.”</w:t>
      </w:r>
    </w:p>
    <w:p>
      <w:pPr>
        <w:spacing w:after="110"/>
      </w:pPr>
      <w:r>
        <w:rPr>
          <w:rFonts w:ascii="Georgia" w:hAnsi="Georgia" w:eastAsia="Georgia"/>
          <w:sz w:val="23"/>
        </w:rPr>
        <w:t>“Direction?”</w:t>
      </w:r>
    </w:p>
    <w:p>
      <w:pPr>
        <w:spacing w:after="110"/>
      </w:pPr>
      <w:r>
        <w:rPr>
          <w:rFonts w:ascii="Georgia" w:hAnsi="Georgia" w:eastAsia="Georgia"/>
          <w:sz w:val="23"/>
        </w:rPr>
        <w:t>She looked annoyed.</w:t>
      </w:r>
    </w:p>
    <w:p>
      <w:pPr>
        <w:spacing w:after="110"/>
      </w:pPr>
      <w:r>
        <w:rPr>
          <w:rFonts w:ascii="Georgia" w:hAnsi="Georgia" w:eastAsia="Georgia"/>
          <w:sz w:val="23"/>
        </w:rPr>
        <w:t>Then pointed toward Sera.</w:t>
      </w:r>
    </w:p>
    <w:p>
      <w:pPr>
        <w:spacing w:after="110"/>
      </w:pPr>
      <w:r>
        <w:rPr>
          <w:rFonts w:ascii="Georgia" w:hAnsi="Georgia" w:eastAsia="Georgia"/>
          <w:sz w:val="23"/>
        </w:rPr>
        <w:t>Sera’s face changed.</w:t>
      </w:r>
    </w:p>
    <w:p>
      <w:pPr>
        <w:spacing w:after="110"/>
      </w:pPr>
      <w:r>
        <w:rPr>
          <w:rFonts w:ascii="Georgia" w:hAnsi="Georgia" w:eastAsia="Georgia"/>
          <w:sz w:val="23"/>
        </w:rPr>
        <w:t>The setting at her clavicle did not.</w:t>
      </w:r>
    </w:p>
    <w:p>
      <w:pPr>
        <w:spacing w:after="110"/>
      </w:pPr>
      <w:r>
        <w:rPr>
          <w:rFonts w:ascii="Georgia" w:hAnsi="Georgia" w:eastAsia="Georgia"/>
          <w:sz w:val="23"/>
        </w:rPr>
        <w:t>“Stop,” Sera said.</w:t>
      </w:r>
    </w:p>
    <w:p>
      <w:pPr>
        <w:spacing w:after="110"/>
      </w:pPr>
      <w:r>
        <w:rPr>
          <w:rFonts w:ascii="Georgia" w:hAnsi="Georgia" w:eastAsia="Georgia"/>
          <w:sz w:val="23"/>
        </w:rPr>
        <w:t>Miren stopped everything except containment.</w:t>
      </w:r>
    </w:p>
    <w:p>
      <w:pPr>
        <w:spacing w:after="110"/>
      </w:pPr>
      <w:r>
        <w:rPr>
          <w:rFonts w:ascii="Georgia" w:hAnsi="Georgia" w:eastAsia="Georgia"/>
          <w:sz w:val="23"/>
        </w:rPr>
        <w:t>The rail locked.</w:t>
      </w:r>
    </w:p>
    <w:p>
      <w:pPr>
        <w:spacing w:after="110"/>
      </w:pPr>
      <w:r>
        <w:rPr>
          <w:rFonts w:ascii="Georgia" w:hAnsi="Georgia" w:eastAsia="Georgia"/>
          <w:sz w:val="23"/>
        </w:rPr>
        <w:t>Five meters.</w:t>
      </w:r>
    </w:p>
    <w:p>
      <w:pPr>
        <w:spacing w:after="110"/>
      </w:pPr>
      <w:r>
        <w:rPr>
          <w:rFonts w:ascii="Georgia" w:hAnsi="Georgia" w:eastAsia="Georgia"/>
          <w:sz w:val="23"/>
        </w:rPr>
        <w:t>No one moved.</w:t>
      </w:r>
    </w:p>
    <w:p>
      <w:pPr>
        <w:spacing w:after="110"/>
      </w:pPr>
      <w:r>
        <w:rPr>
          <w:rFonts w:ascii="Georgia" w:hAnsi="Georgia" w:eastAsia="Georgia"/>
          <w:sz w:val="23"/>
        </w:rPr>
        <w:t>“Return?” Miren asked.</w:t>
      </w:r>
    </w:p>
    <w:p>
      <w:pPr>
        <w:spacing w:after="110"/>
      </w:pPr>
      <w:r>
        <w:rPr>
          <w:rFonts w:ascii="Georgia" w:hAnsi="Georgia" w:eastAsia="Georgia"/>
          <w:sz w:val="23"/>
        </w:rPr>
        <w:t>Sera looked at Ivena.</w:t>
      </w:r>
    </w:p>
    <w:p>
      <w:pPr>
        <w:spacing w:after="110"/>
      </w:pPr>
      <w:r>
        <w:rPr>
          <w:rFonts w:ascii="Georgia" w:hAnsi="Georgia" w:eastAsia="Georgia"/>
          <w:sz w:val="23"/>
        </w:rPr>
        <w:t>Ivena looked at her own right hand.</w:t>
      </w:r>
    </w:p>
    <w:p>
      <w:pPr>
        <w:spacing w:after="110"/>
      </w:pPr>
      <w:r>
        <w:rPr>
          <w:rFonts w:ascii="Georgia" w:hAnsi="Georgia" w:eastAsia="Georgia"/>
          <w:sz w:val="23"/>
        </w:rPr>
        <w:t>“Not yet,” Ivena said.</w:t>
      </w:r>
    </w:p>
    <w:p>
      <w:pPr>
        <w:spacing w:after="110"/>
      </w:pPr>
      <w:r>
        <w:rPr>
          <w:rFonts w:ascii="Georgia" w:hAnsi="Georgia" w:eastAsia="Georgia"/>
          <w:sz w:val="23"/>
        </w:rPr>
        <w:t>Sera’s jaw tightened.</w:t>
      </w:r>
    </w:p>
    <w:p>
      <w:pPr>
        <w:spacing w:after="110"/>
      </w:pPr>
      <w:r>
        <w:rPr>
          <w:rFonts w:ascii="Georgia" w:hAnsi="Georgia" w:eastAsia="Georgia"/>
          <w:sz w:val="23"/>
        </w:rPr>
        <w:t>“I stopped.”</w:t>
      </w:r>
    </w:p>
    <w:p>
      <w:pPr>
        <w:spacing w:after="110"/>
      </w:pPr>
      <w:r>
        <w:rPr>
          <w:rFonts w:ascii="Georgia" w:hAnsi="Georgia" w:eastAsia="Georgia"/>
          <w:sz w:val="23"/>
        </w:rPr>
        <w:t>The room corrected itself.</w:t>
      </w:r>
    </w:p>
    <w:p>
      <w:pPr>
        <w:spacing w:after="110"/>
      </w:pPr>
      <w:r>
        <w:rPr>
          <w:rFonts w:ascii="Georgia" w:hAnsi="Georgia" w:eastAsia="Georgia"/>
          <w:sz w:val="23"/>
        </w:rPr>
        <w:t>Miren reached for the return control.</w:t>
      </w:r>
    </w:p>
    <w:p>
      <w:pPr>
        <w:spacing w:after="110"/>
      </w:pPr>
      <w:r>
        <w:rPr>
          <w:rFonts w:ascii="Georgia" w:hAnsi="Georgia" w:eastAsia="Georgia"/>
          <w:sz w:val="23"/>
        </w:rPr>
        <w:t>Ivena raised her left hand.</w:t>
      </w:r>
    </w:p>
    <w:p>
      <w:pPr>
        <w:spacing w:after="110"/>
      </w:pPr>
      <w:r>
        <w:rPr>
          <w:rFonts w:ascii="Georgia" w:hAnsi="Georgia" w:eastAsia="Georgia"/>
          <w:sz w:val="23"/>
        </w:rPr>
        <w:t>“Sorry. Return.”</w:t>
      </w:r>
    </w:p>
    <w:p>
      <w:pPr>
        <w:spacing w:after="110"/>
      </w:pPr>
      <w:r>
        <w:rPr>
          <w:rFonts w:ascii="Georgia" w:hAnsi="Georgia" w:eastAsia="Georgia"/>
          <w:sz w:val="23"/>
        </w:rPr>
        <w:t>The west station moved back to six meters.</w:t>
      </w:r>
    </w:p>
    <w:p>
      <w:pPr>
        <w:spacing w:after="110"/>
      </w:pPr>
      <w:r>
        <w:rPr>
          <w:rFonts w:ascii="Georgia" w:hAnsi="Georgia" w:eastAsia="Georgia"/>
          <w:sz w:val="23"/>
        </w:rPr>
        <w:t>Ivena’s hand stayed still.</w:t>
      </w:r>
    </w:p>
    <w:p>
      <w:pPr>
        <w:spacing w:after="110"/>
      </w:pPr>
      <w:r>
        <w:rPr>
          <w:rFonts w:ascii="Georgia" w:hAnsi="Georgia" w:eastAsia="Georgia"/>
          <w:sz w:val="23"/>
        </w:rPr>
        <w:t>Seven.</w:t>
      </w:r>
    </w:p>
    <w:p>
      <w:pPr>
        <w:spacing w:after="110"/>
      </w:pPr>
      <w:r>
        <w:rPr>
          <w:rFonts w:ascii="Georgia" w:hAnsi="Georgia" w:eastAsia="Georgia"/>
          <w:sz w:val="23"/>
        </w:rPr>
        <w:t>The second lobe weakened.</w:t>
      </w:r>
    </w:p>
    <w:p>
      <w:pPr>
        <w:spacing w:after="110"/>
      </w:pPr>
      <w:r>
        <w:rPr>
          <w:rFonts w:ascii="Georgia" w:hAnsi="Georgia" w:eastAsia="Georgia"/>
          <w:sz w:val="23"/>
        </w:rPr>
        <w:t>Eight.</w:t>
      </w:r>
    </w:p>
    <w:p>
      <w:pPr>
        <w:spacing w:after="110"/>
      </w:pPr>
      <w:r>
        <w:rPr>
          <w:rFonts w:ascii="Georgia" w:hAnsi="Georgia" w:eastAsia="Georgia"/>
          <w:sz w:val="23"/>
        </w:rPr>
        <w:t>Gone.</w:t>
      </w:r>
    </w:p>
    <w:p>
      <w:pPr>
        <w:spacing w:after="110"/>
      </w:pPr>
      <w:r>
        <w:rPr>
          <w:rFonts w:ascii="Georgia" w:hAnsi="Georgia" w:eastAsia="Georgia"/>
          <w:sz w:val="23"/>
        </w:rPr>
        <w:t>Sera’s lateral bias remained slightly elevated until nine, then returned to baseline.</w:t>
      </w:r>
    </w:p>
    <w:p>
      <w:pPr>
        <w:spacing w:after="110"/>
      </w:pPr>
      <w:r>
        <w:rPr>
          <w:rFonts w:ascii="Georgia" w:hAnsi="Georgia" w:eastAsia="Georgia"/>
          <w:sz w:val="23"/>
        </w:rPr>
        <w:t>Nobody had been injured.</w:t>
      </w:r>
    </w:p>
    <w:p>
      <w:pPr>
        <w:spacing w:after="110"/>
      </w:pPr>
      <w:r>
        <w:rPr>
          <w:rFonts w:ascii="Georgia" w:hAnsi="Georgia" w:eastAsia="Georgia"/>
          <w:sz w:val="23"/>
        </w:rPr>
        <w:t>Nothing had completed.</w:t>
      </w:r>
    </w:p>
    <w:p>
      <w:pPr>
        <w:spacing w:after="110"/>
      </w:pPr>
      <w:r>
        <w:rPr>
          <w:rFonts w:ascii="Georgia" w:hAnsi="Georgia" w:eastAsia="Georgia"/>
          <w:sz w:val="23"/>
        </w:rPr>
        <w:t>The stop had worked.</w:t>
      </w:r>
    </w:p>
    <w:p>
      <w:pPr>
        <w:spacing w:after="110"/>
      </w:pPr>
      <w:r>
        <w:rPr>
          <w:rFonts w:ascii="Georgia" w:hAnsi="Georgia" w:eastAsia="Georgia"/>
          <w:sz w:val="23"/>
        </w:rPr>
        <w:t>That was success.</w:t>
      </w:r>
    </w:p>
    <w:p>
      <w:pPr>
        <w:spacing w:after="110"/>
      </w:pPr>
      <w:r>
        <w:rPr>
          <w:rFonts w:ascii="Georgia" w:hAnsi="Georgia" w:eastAsia="Georgia"/>
          <w:sz w:val="23"/>
        </w:rPr>
        <w:t>Sera stood up before Miren released her station.</w:t>
      </w:r>
    </w:p>
    <w:p>
      <w:pPr>
        <w:spacing w:after="110"/>
      </w:pPr>
      <w:r>
        <w:rPr>
          <w:rFonts w:ascii="Georgia" w:hAnsi="Georgia" w:eastAsia="Georgia"/>
          <w:sz w:val="23"/>
        </w:rPr>
        <w:t>“I need ten minutes.”</w:t>
      </w:r>
    </w:p>
    <w:p>
      <w:pPr>
        <w:spacing w:after="110"/>
      </w:pPr>
      <w:r>
        <w:rPr>
          <w:rFonts w:ascii="Georgia" w:hAnsi="Georgia" w:eastAsia="Georgia"/>
          <w:sz w:val="23"/>
        </w:rPr>
        <w:t>“Take twenty,” Miren said.</w:t>
      </w:r>
    </w:p>
    <w:p>
      <w:pPr>
        <w:spacing w:after="110"/>
      </w:pPr>
      <w:r>
        <w:rPr>
          <w:rFonts w:ascii="Georgia" w:hAnsi="Georgia" w:eastAsia="Georgia"/>
          <w:sz w:val="23"/>
        </w:rPr>
        <w:t>Sera left through the side room without looking at Ivena.</w:t>
      </w:r>
    </w:p>
    <w:p>
      <w:pPr>
        <w:spacing w:after="110"/>
      </w:pPr>
      <w:r>
        <w:rPr>
          <w:rFonts w:ascii="Georgia" w:hAnsi="Georgia" w:eastAsia="Georgia"/>
          <w:sz w:val="23"/>
        </w:rPr>
        <w:t>Ivena watched the closed door.</w:t>
      </w:r>
    </w:p>
    <w:p>
      <w:pPr>
        <w:spacing w:after="110"/>
      </w:pPr>
      <w:r>
        <w:rPr>
          <w:rFonts w:ascii="Georgia" w:hAnsi="Georgia" w:eastAsia="Georgia"/>
          <w:sz w:val="23"/>
        </w:rPr>
        <w:t>“That used to happen in arguments too.”</w:t>
      </w:r>
    </w:p>
    <w:p>
      <w:pPr>
        <w:spacing w:after="110"/>
      </w:pPr>
      <w:r>
        <w:rPr>
          <w:rFonts w:ascii="Georgia" w:hAnsi="Georgia" w:eastAsia="Georgia"/>
          <w:sz w:val="23"/>
        </w:rPr>
        <w:t>“What?”</w:t>
      </w:r>
    </w:p>
    <w:p>
      <w:pPr>
        <w:spacing w:after="110"/>
      </w:pPr>
      <w:r>
        <w:rPr>
          <w:rFonts w:ascii="Georgia" w:hAnsi="Georgia" w:eastAsia="Georgia"/>
          <w:sz w:val="23"/>
        </w:rPr>
        <w:t>“She would say stop. I would say not yet because I thought finishing the sentence was different from continuing the argument.”</w:t>
      </w:r>
    </w:p>
    <w:p>
      <w:pPr>
        <w:spacing w:after="110"/>
      </w:pPr>
      <w:r>
        <w:rPr>
          <w:rFonts w:ascii="Georgia" w:hAnsi="Georgia" w:eastAsia="Georgia"/>
          <w:sz w:val="23"/>
        </w:rPr>
        <w:t>I said nothing.</w:t>
      </w:r>
    </w:p>
    <w:p>
      <w:pPr>
        <w:spacing w:after="110"/>
      </w:pPr>
      <w:r>
        <w:rPr>
          <w:rFonts w:ascii="Georgia" w:hAnsi="Georgia" w:eastAsia="Georgia"/>
          <w:sz w:val="23"/>
        </w:rPr>
        <w:t>“You are going to make that technical.”</w:t>
      </w:r>
    </w:p>
    <w:p>
      <w:pPr>
        <w:spacing w:after="110"/>
      </w:pPr>
      <w:r>
        <w:rPr>
          <w:rFonts w:ascii="Georgia" w:hAnsi="Georgia" w:eastAsia="Georgia"/>
          <w:sz w:val="23"/>
        </w:rPr>
        <w:t>“No.”</w:t>
      </w:r>
    </w:p>
    <w:p>
      <w:pPr>
        <w:spacing w:after="110"/>
      </w:pPr>
      <w:r>
        <w:rPr>
          <w:rFonts w:ascii="Georgia" w:hAnsi="Georgia" w:eastAsia="Georgia"/>
          <w:sz w:val="23"/>
        </w:rPr>
        <w:t>She looked at me.</w:t>
      </w:r>
    </w:p>
    <w:p>
      <w:pPr>
        <w:spacing w:before="80" w:after="110"/>
        <w:jc w:val="center"/>
      </w:pPr>
      <w:r>
        <w:rPr>
          <w:rFonts w:ascii="Georgia" w:hAnsi="Georgia" w:eastAsia="Georgia"/>
          <w:sz w:val="23"/>
        </w:rPr>
        <w:t>§</w:t>
      </w:r>
    </w:p>
    <w:p>
      <w:pPr>
        <w:spacing w:after="110"/>
      </w:pPr>
      <w:r>
        <w:rPr>
          <w:rFonts w:ascii="Georgia" w:hAnsi="Georgia" w:eastAsia="Georgia"/>
          <w:sz w:val="23"/>
        </w:rPr>
        <w:t>Sera came back after fourteen minutes.</w:t>
      </w:r>
    </w:p>
    <w:p>
      <w:pPr>
        <w:spacing w:after="110"/>
      </w:pPr>
      <w:r>
        <w:rPr>
          <w:rFonts w:ascii="Georgia" w:hAnsi="Georgia" w:eastAsia="Georgia"/>
          <w:sz w:val="23"/>
        </w:rPr>
        <w:t>She had washed her face.</w:t>
      </w:r>
    </w:p>
    <w:p>
      <w:pPr>
        <w:spacing w:after="110"/>
      </w:pPr>
      <w:r>
        <w:rPr>
          <w:rFonts w:ascii="Georgia" w:hAnsi="Georgia" w:eastAsia="Georgia"/>
          <w:sz w:val="23"/>
        </w:rPr>
        <w:t>Nothing else suggested she had needed to.</w:t>
      </w:r>
    </w:p>
    <w:p>
      <w:pPr>
        <w:spacing w:after="110"/>
      </w:pPr>
      <w:r>
        <w:rPr>
          <w:rFonts w:ascii="Georgia" w:hAnsi="Georgia" w:eastAsia="Georgia"/>
          <w:sz w:val="23"/>
        </w:rPr>
        <w:t>Long marriages teach people where not to look.</w:t>
      </w:r>
    </w:p>
    <w:p>
      <w:pPr>
        <w:spacing w:after="110"/>
      </w:pPr>
      <w:r>
        <w:rPr>
          <w:rFonts w:ascii="Georgia" w:hAnsi="Georgia" w:eastAsia="Georgia"/>
          <w:sz w:val="23"/>
        </w:rPr>
        <w:t>Long divorces apparently preserve some of the training.</w:t>
      </w:r>
    </w:p>
    <w:p>
      <w:pPr>
        <w:spacing w:after="110"/>
      </w:pPr>
      <w:r>
        <w:rPr>
          <w:rFonts w:ascii="Georgia" w:hAnsi="Georgia" w:eastAsia="Georgia"/>
          <w:sz w:val="23"/>
        </w:rPr>
        <w:t>Ivena did not apologize again.</w:t>
      </w:r>
    </w:p>
    <w:p>
      <w:pPr>
        <w:spacing w:after="110"/>
      </w:pPr>
      <w:r>
        <w:rPr>
          <w:rFonts w:ascii="Georgia" w:hAnsi="Georgia" w:eastAsia="Georgia"/>
          <w:sz w:val="23"/>
        </w:rPr>
        <w:t>Sera did not require her to perform one.</w:t>
      </w:r>
    </w:p>
    <w:p>
      <w:pPr>
        <w:spacing w:after="110"/>
      </w:pPr>
      <w:r>
        <w:rPr>
          <w:rFonts w:ascii="Georgia" w:hAnsi="Georgia" w:eastAsia="Georgia"/>
          <w:sz w:val="23"/>
        </w:rPr>
        <w:t>They were adults with more shared history than most institutions survived.</w:t>
      </w:r>
    </w:p>
    <w:p>
      <w:pPr>
        <w:spacing w:after="110"/>
      </w:pPr>
      <w:r>
        <w:rPr>
          <w:rFonts w:ascii="Georgia" w:hAnsi="Georgia" w:eastAsia="Georgia"/>
          <w:sz w:val="23"/>
        </w:rPr>
        <w:t>Miren put the traces on the wall.</w:t>
      </w:r>
    </w:p>
    <w:p>
      <w:pPr>
        <w:spacing w:after="110"/>
      </w:pPr>
      <w:r>
        <w:rPr>
          <w:rFonts w:ascii="Georgia" w:hAnsi="Georgia" w:eastAsia="Georgia"/>
          <w:sz w:val="23"/>
        </w:rPr>
        <w:t>“We have an event at five meters. We do not have a cause.”</w:t>
      </w:r>
    </w:p>
    <w:p>
      <w:pPr>
        <w:spacing w:after="110"/>
      </w:pPr>
      <w:r>
        <w:rPr>
          <w:rFonts w:ascii="Georgia" w:hAnsi="Georgia" w:eastAsia="Georgia"/>
          <w:sz w:val="23"/>
        </w:rPr>
        <w:t>“Say all of it,” Sera said.</w:t>
      </w:r>
    </w:p>
    <w:p>
      <w:pPr>
        <w:spacing w:after="110"/>
      </w:pPr>
      <w:r>
        <w:rPr>
          <w:rFonts w:ascii="Georgia" w:hAnsi="Georgia" w:eastAsia="Georgia"/>
          <w:sz w:val="23"/>
        </w:rPr>
        <w:t>Miren did.</w:t>
      </w:r>
    </w:p>
    <w:p>
      <w:pPr>
        <w:spacing w:after="110"/>
      </w:pPr>
      <w:r>
        <w:rPr>
          <w:rFonts w:ascii="Georgia" w:hAnsi="Georgia" w:eastAsia="Georgia"/>
          <w:sz w:val="23"/>
        </w:rPr>
        <w:t>“At five meters, Ivena reported a voluntary right-hand movement associated with an urge to move toward your position. Her setting trace had already developed an unprompted secondary response feature at six meters. Your setting showed low-level carrier-right lateral bias between nine and five meters, not monotonic, resolving on increased separation.”</w:t>
      </w:r>
    </w:p>
    <w:p>
      <w:pPr>
        <w:spacing w:after="110"/>
      </w:pPr>
      <w:r>
        <w:rPr>
          <w:rFonts w:ascii="Georgia" w:hAnsi="Georgia" w:eastAsia="Georgia"/>
          <w:sz w:val="23"/>
        </w:rPr>
        <w:t>“Did mine pull toward her?”</w:t>
      </w:r>
    </w:p>
    <w:p>
      <w:pPr>
        <w:spacing w:after="110"/>
      </w:pPr>
      <w:r>
        <w:rPr>
          <w:rFonts w:ascii="Georgia" w:hAnsi="Georgia" w:eastAsia="Georgia"/>
          <w:sz w:val="23"/>
        </w:rPr>
        <w:t>“We do not know.”</w:t>
      </w:r>
    </w:p>
    <w:p>
      <w:pPr>
        <w:spacing w:after="110"/>
      </w:pPr>
      <w:r>
        <w:rPr>
          <w:rFonts w:ascii="Georgia" w:hAnsi="Georgia" w:eastAsia="Georgia"/>
          <w:sz w:val="23"/>
        </w:rPr>
        <w:t>“Carrier-right was toward her in this room.”</w:t>
      </w:r>
    </w:p>
    <w:p>
      <w:pPr>
        <w:spacing w:after="110"/>
      </w:pPr>
      <w:r>
        <w:rPr>
          <w:rFonts w:ascii="Georgia" w:hAnsi="Georgia" w:eastAsia="Georgia"/>
          <w:sz w:val="23"/>
        </w:rPr>
        <w:t>“Yes.”</w:t>
      </w:r>
    </w:p>
    <w:p>
      <w:pPr>
        <w:spacing w:after="110"/>
      </w:pPr>
      <w:r>
        <w:rPr>
          <w:rFonts w:ascii="Georgia" w:hAnsi="Georgia" w:eastAsia="Georgia"/>
          <w:sz w:val="23"/>
        </w:rPr>
        <w:t>“Was it carrier-right after I left her?”</w:t>
      </w:r>
    </w:p>
    <w:p>
      <w:pPr>
        <w:spacing w:after="110"/>
      </w:pPr>
      <w:r>
        <w:rPr>
          <w:rFonts w:ascii="Georgia" w:hAnsi="Georgia" w:eastAsia="Georgia"/>
          <w:sz w:val="23"/>
        </w:rPr>
        <w:t>“Yes.”</w:t>
      </w:r>
    </w:p>
    <w:p>
      <w:pPr>
        <w:spacing w:after="110"/>
      </w:pPr>
      <w:r>
        <w:rPr>
          <w:rFonts w:ascii="Georgia" w:hAnsi="Georgia" w:eastAsia="Georgia"/>
          <w:sz w:val="23"/>
        </w:rPr>
        <w:t>“Then one of those directions points at Ivena and one does not.”</w:t>
      </w:r>
    </w:p>
    <w:p>
      <w:pPr>
        <w:spacing w:after="110"/>
      </w:pPr>
      <w:r>
        <w:rPr>
          <w:rFonts w:ascii="Georgia" w:hAnsi="Georgia" w:eastAsia="Georgia"/>
          <w:sz w:val="23"/>
        </w:rPr>
        <w:t>“Correct.”</w:t>
      </w:r>
    </w:p>
    <w:p>
      <w:pPr>
        <w:spacing w:after="110"/>
      </w:pPr>
      <w:r>
        <w:rPr>
          <w:rFonts w:ascii="Georgia" w:hAnsi="Georgia" w:eastAsia="Georgia"/>
          <w:sz w:val="23"/>
        </w:rPr>
        <w:t>Sera nodded.</w:t>
      </w:r>
    </w:p>
    <w:p>
      <w:pPr>
        <w:spacing w:after="110"/>
      </w:pPr>
      <w:r>
        <w:rPr>
          <w:rFonts w:ascii="Georgia" w:hAnsi="Georgia" w:eastAsia="Georgia"/>
          <w:sz w:val="23"/>
        </w:rPr>
        <w:t>I understood why.</w:t>
      </w:r>
    </w:p>
    <w:p>
      <w:pPr>
        <w:spacing w:after="110"/>
      </w:pPr>
      <w:r>
        <w:rPr>
          <w:rFonts w:ascii="Georgia" w:hAnsi="Georgia" w:eastAsia="Georgia"/>
          <w:sz w:val="23"/>
        </w:rPr>
        <w:t>The current result did not simply reproduce the old post-separation bias.</w:t>
      </w:r>
    </w:p>
    <w:p>
      <w:pPr>
        <w:spacing w:after="110"/>
      </w:pPr>
      <w:r>
        <w:rPr>
          <w:rFonts w:ascii="Georgia" w:hAnsi="Georgia" w:eastAsia="Georgia"/>
          <w:sz w:val="23"/>
        </w:rPr>
        <w:t>That made the easy story weaker.</w:t>
      </w:r>
    </w:p>
    <w:p>
      <w:pPr>
        <w:spacing w:after="110"/>
      </w:pPr>
      <w:r>
        <w:rPr>
          <w:rFonts w:ascii="Georgia" w:hAnsi="Georgia" w:eastAsia="Georgia"/>
          <w:sz w:val="23"/>
        </w:rPr>
        <w:t>Ivena looked at her own trace.</w:t>
      </w:r>
    </w:p>
    <w:p>
      <w:pPr>
        <w:spacing w:after="110"/>
      </w:pPr>
      <w:r>
        <w:rPr>
          <w:rFonts w:ascii="Georgia" w:hAnsi="Georgia" w:eastAsia="Georgia"/>
          <w:sz w:val="23"/>
        </w:rPr>
        <w:t>“Can we test orientation?”</w:t>
      </w:r>
    </w:p>
    <w:p>
      <w:pPr>
        <w:spacing w:after="110"/>
      </w:pPr>
      <w:r>
        <w:rPr>
          <w:rFonts w:ascii="Georgia" w:hAnsi="Georgia" w:eastAsia="Georgia"/>
          <w:sz w:val="23"/>
        </w:rPr>
        <w:t>Miren looked at me.</w:t>
      </w:r>
    </w:p>
    <w:p>
      <w:pPr>
        <w:spacing w:after="110"/>
      </w:pPr>
      <w:r>
        <w:rPr>
          <w:rFonts w:ascii="Georgia" w:hAnsi="Georgia" w:eastAsia="Georgia"/>
          <w:sz w:val="23"/>
        </w:rPr>
        <w:t>I did not answer first.</w:t>
      </w:r>
    </w:p>
    <w:p>
      <w:pPr>
        <w:spacing w:after="110"/>
      </w:pPr>
      <w:r>
        <w:rPr>
          <w:rFonts w:ascii="Georgia" w:hAnsi="Georgia" w:eastAsia="Georgia"/>
          <w:sz w:val="23"/>
        </w:rPr>
        <w:t>“What do you mean?” she asked Ivena.</w:t>
      </w:r>
    </w:p>
    <w:p>
      <w:pPr>
        <w:spacing w:after="110"/>
      </w:pPr>
      <w:r>
        <w:rPr>
          <w:rFonts w:ascii="Georgia" w:hAnsi="Georgia" w:eastAsia="Georgia"/>
          <w:sz w:val="23"/>
        </w:rPr>
        <w:t>Ivena turned her chair ninety degrees.</w:t>
      </w:r>
    </w:p>
    <w:p>
      <w:pPr>
        <w:spacing w:after="110"/>
      </w:pPr>
      <w:r>
        <w:rPr>
          <w:rFonts w:ascii="Georgia" w:hAnsi="Georgia" w:eastAsia="Georgia"/>
          <w:sz w:val="23"/>
        </w:rPr>
        <w:t>“If Sera stays where she is and I face another direction, does my hand still want the same side of my body or the same place in the room?”</w:t>
      </w:r>
    </w:p>
    <w:p>
      <w:pPr>
        <w:spacing w:after="110"/>
      </w:pPr>
      <w:r>
        <w:rPr>
          <w:rFonts w:ascii="Georgia" w:hAnsi="Georgia" w:eastAsia="Georgia"/>
          <w:sz w:val="23"/>
        </w:rPr>
        <w:t>That was a good test.</w:t>
      </w:r>
    </w:p>
    <w:p>
      <w:pPr>
        <w:spacing w:after="110"/>
      </w:pPr>
      <w:r>
        <w:rPr>
          <w:rFonts w:ascii="Georgia" w:hAnsi="Georgia" w:eastAsia="Georgia"/>
          <w:sz w:val="23"/>
        </w:rPr>
        <w:t>It was also another exposure.</w:t>
      </w:r>
    </w:p>
    <w:p>
      <w:pPr>
        <w:spacing w:after="110"/>
      </w:pPr>
      <w:r>
        <w:rPr>
          <w:rFonts w:ascii="Georgia" w:hAnsi="Georgia" w:eastAsia="Georgia"/>
          <w:sz w:val="23"/>
        </w:rPr>
        <w:t>“Do you want to?” Miren asked.</w:t>
      </w:r>
    </w:p>
    <w:p>
      <w:pPr>
        <w:spacing w:after="110"/>
      </w:pPr>
      <w:r>
        <w:rPr>
          <w:rFonts w:ascii="Georgia" w:hAnsi="Georgia" w:eastAsia="Georgia"/>
          <w:sz w:val="23"/>
        </w:rPr>
        <w:t>“Yes. At six meters, not five.”</w:t>
      </w:r>
    </w:p>
    <w:p>
      <w:pPr>
        <w:spacing w:after="110"/>
      </w:pPr>
      <w:r>
        <w:rPr>
          <w:rFonts w:ascii="Georgia" w:hAnsi="Georgia" w:eastAsia="Georgia"/>
          <w:sz w:val="23"/>
        </w:rPr>
        <w:t>Sera said, “I do not.”</w:t>
      </w:r>
    </w:p>
    <w:p>
      <w:pPr>
        <w:spacing w:after="110"/>
      </w:pPr>
      <w:r>
        <w:rPr>
          <w:rFonts w:ascii="Georgia" w:hAnsi="Georgia" w:eastAsia="Georgia"/>
          <w:sz w:val="23"/>
        </w:rPr>
        <w:t>The test ended.</w:t>
      </w:r>
    </w:p>
    <w:p>
      <w:pPr>
        <w:spacing w:after="110"/>
      </w:pPr>
      <w:r>
        <w:rPr>
          <w:rFonts w:ascii="Georgia" w:hAnsi="Georgia" w:eastAsia="Georgia"/>
          <w:sz w:val="23"/>
        </w:rPr>
        <w:t>Not paused.</w:t>
      </w:r>
    </w:p>
    <w:p>
      <w:pPr>
        <w:spacing w:after="110"/>
      </w:pPr>
      <w:r>
        <w:rPr>
          <w:rFonts w:ascii="Georgia" w:hAnsi="Georgia" w:eastAsia="Georgia"/>
          <w:sz w:val="23"/>
        </w:rPr>
        <w:t>Ended.</w:t>
      </w:r>
    </w:p>
    <w:p>
      <w:pPr>
        <w:spacing w:after="110"/>
      </w:pPr>
      <w:r>
        <w:rPr>
          <w:rFonts w:ascii="Georgia" w:hAnsi="Georgia" w:eastAsia="Georgia"/>
          <w:sz w:val="23"/>
        </w:rPr>
        <w:t>Ivena exhaled.</w:t>
      </w:r>
    </w:p>
    <w:p>
      <w:pPr>
        <w:spacing w:after="110"/>
      </w:pPr>
      <w:r>
        <w:rPr>
          <w:rFonts w:ascii="Georgia" w:hAnsi="Georgia" w:eastAsia="Georgia"/>
          <w:sz w:val="23"/>
        </w:rPr>
        <w:t>“All right.”</w:t>
      </w:r>
    </w:p>
    <w:p>
      <w:pPr>
        <w:spacing w:after="110"/>
      </w:pPr>
      <w:r>
        <w:rPr>
          <w:rFonts w:ascii="Georgia" w:hAnsi="Georgia" w:eastAsia="Georgia"/>
          <w:sz w:val="23"/>
        </w:rPr>
        <w:t>No argument.</w:t>
      </w:r>
    </w:p>
    <w:p>
      <w:pPr>
        <w:spacing w:after="110"/>
      </w:pPr>
      <w:r>
        <w:rPr>
          <w:rFonts w:ascii="Georgia" w:hAnsi="Georgia" w:eastAsia="Georgia"/>
          <w:sz w:val="23"/>
        </w:rPr>
        <w:t>I looked at the two traces.</w:t>
      </w:r>
    </w:p>
    <w:p>
      <w:pPr>
        <w:spacing w:after="110"/>
      </w:pPr>
      <w:r>
        <w:rPr>
          <w:rFonts w:ascii="Georgia" w:hAnsi="Georgia" w:eastAsia="Georgia"/>
          <w:sz w:val="23"/>
        </w:rPr>
        <w:t>We had enough for the day.</w:t>
      </w:r>
    </w:p>
    <w:p>
      <w:pPr>
        <w:spacing w:after="110"/>
      </w:pPr>
      <w:r>
        <w:rPr>
          <w:rFonts w:ascii="Georgia" w:hAnsi="Georgia" w:eastAsia="Georgia"/>
          <w:sz w:val="23"/>
        </w:rPr>
        <w:t>More than enough.</w:t>
      </w:r>
    </w:p>
    <w:p>
      <w:pPr>
        <w:spacing w:after="110"/>
      </w:pPr>
      <w:r>
        <w:rPr>
          <w:rFonts w:ascii="Georgia" w:hAnsi="Georgia" w:eastAsia="Georgia"/>
          <w:sz w:val="23"/>
        </w:rPr>
        <w:t>The urge to improve the observation through one more controlled change was familiar.</w:t>
      </w:r>
    </w:p>
    <w:p>
      <w:pPr>
        <w:spacing w:after="110"/>
      </w:pPr>
      <w:r>
        <w:rPr>
          <w:rFonts w:ascii="Georgia" w:hAnsi="Georgia" w:eastAsia="Georgia"/>
          <w:sz w:val="23"/>
        </w:rPr>
        <w:t>Meya had paid for that urge a century earlier.</w:t>
      </w:r>
    </w:p>
    <w:p>
      <w:pPr>
        <w:spacing w:after="110"/>
      </w:pPr>
      <w:r>
        <w:rPr>
          <w:rFonts w:ascii="Georgia" w:hAnsi="Georgia" w:eastAsia="Georgia"/>
          <w:sz w:val="23"/>
        </w:rPr>
        <w:t>I did not need Mara to tell me what it cost anymore.</w:t>
      </w:r>
    </w:p>
    <w:p>
      <w:pPr>
        <w:spacing w:after="110"/>
      </w:pPr>
      <w:r>
        <w:rPr>
          <w:rFonts w:ascii="Georgia" w:hAnsi="Georgia" w:eastAsia="Georgia"/>
          <w:sz w:val="23"/>
        </w:rPr>
        <w:t>“No orientation test,” I said.</w:t>
      </w:r>
    </w:p>
    <w:p>
      <w:pPr>
        <w:spacing w:after="110"/>
      </w:pPr>
      <w:r>
        <w:rPr>
          <w:rFonts w:ascii="Georgia" w:hAnsi="Georgia" w:eastAsia="Georgia"/>
          <w:sz w:val="23"/>
        </w:rPr>
        <w:t>Miren closed the run.</w:t>
      </w:r>
    </w:p>
    <w:p>
      <w:pPr>
        <w:spacing w:after="110"/>
      </w:pPr>
      <w:r>
        <w:rPr>
          <w:rFonts w:ascii="Georgia" w:hAnsi="Georgia" w:eastAsia="Georgia"/>
          <w:sz w:val="23"/>
        </w:rPr>
        <w:t>Sera looked at me.</w:t>
      </w:r>
    </w:p>
    <w:p>
      <w:pPr>
        <w:spacing w:after="110"/>
      </w:pPr>
      <w:r>
        <w:rPr>
          <w:rFonts w:ascii="Georgia" w:hAnsi="Georgia" w:eastAsia="Georgia"/>
          <w:sz w:val="23"/>
        </w:rPr>
        <w:t>“You learned something.”</w:t>
      </w:r>
    </w:p>
    <w:p>
      <w:pPr>
        <w:spacing w:after="110"/>
      </w:pPr>
      <w:r>
        <w:rPr>
          <w:rFonts w:ascii="Georgia" w:hAnsi="Georgia" w:eastAsia="Georgia"/>
          <w:sz w:val="23"/>
        </w:rPr>
        <w:t>“Occasionally.”</w:t>
      </w:r>
    </w:p>
    <w:p>
      <w:pPr>
        <w:spacing w:after="110"/>
      </w:pPr>
      <w:r>
        <w:rPr>
          <w:rFonts w:ascii="Georgia" w:hAnsi="Georgia" w:eastAsia="Georgia"/>
          <w:sz w:val="23"/>
        </w:rPr>
        <w:t>“Slowly.”</w:t>
      </w:r>
    </w:p>
    <w:p>
      <w:pPr>
        <w:spacing w:after="110"/>
      </w:pPr>
      <w:r>
        <w:rPr>
          <w:rFonts w:ascii="Georgia" w:hAnsi="Georgia" w:eastAsia="Georgia"/>
          <w:sz w:val="23"/>
        </w:rPr>
        <w:t>“Long lives are useful.”</w:t>
      </w:r>
    </w:p>
    <w:p>
      <w:pPr>
        <w:spacing w:after="110"/>
      </w:pPr>
      <w:r>
        <w:rPr>
          <w:rFonts w:ascii="Georgia" w:hAnsi="Georgia" w:eastAsia="Georgia"/>
          <w:sz w:val="23"/>
        </w:rPr>
        <w:t>She did not smile.</w:t>
      </w:r>
    </w:p>
    <w:p>
      <w:pPr>
        <w:spacing w:after="110"/>
      </w:pPr>
      <w:r>
        <w:rPr>
          <w:rFonts w:ascii="Georgia" w:hAnsi="Georgia" w:eastAsia="Georgia"/>
          <w:sz w:val="23"/>
        </w:rPr>
        <w:t>“Not everybody gets one.”</w:t>
      </w:r>
    </w:p>
    <w:p>
      <w:pPr>
        <w:spacing w:after="110"/>
      </w:pPr>
      <w:r>
        <w:rPr>
          <w:rFonts w:ascii="Georgia" w:hAnsi="Georgia" w:eastAsia="Georgia"/>
          <w:sz w:val="23"/>
        </w:rPr>
        <w:t>Lio entered the room again without being named.</w:t>
      </w:r>
    </w:p>
    <w:p>
      <w:pPr>
        <w:spacing w:after="110"/>
      </w:pPr>
      <w:r>
        <w:rPr>
          <w:rFonts w:ascii="Georgia" w:hAnsi="Georgia" w:eastAsia="Georgia"/>
          <w:sz w:val="23"/>
        </w:rPr>
        <w:t>Deren too.</w:t>
      </w:r>
    </w:p>
    <w:p>
      <w:pPr>
        <w:spacing w:after="110"/>
      </w:pPr>
      <w:r>
        <w:rPr>
          <w:rFonts w:ascii="Georgia" w:hAnsi="Georgia" w:eastAsia="Georgia"/>
          <w:sz w:val="23"/>
        </w:rPr>
        <w:t>Twenty-nine.</w:t>
      </w:r>
    </w:p>
    <w:p>
      <w:pPr>
        <w:spacing w:after="110"/>
      </w:pPr>
      <w:r>
        <w:rPr>
          <w:rFonts w:ascii="Georgia" w:hAnsi="Georgia" w:eastAsia="Georgia"/>
          <w:sz w:val="23"/>
        </w:rPr>
        <w:t>Forty-one.</w:t>
      </w:r>
    </w:p>
    <w:p>
      <w:pPr>
        <w:spacing w:after="110"/>
      </w:pPr>
      <w:r>
        <w:rPr>
          <w:rFonts w:ascii="Georgia" w:hAnsi="Georgia" w:eastAsia="Georgia"/>
          <w:sz w:val="23"/>
        </w:rPr>
        <w:t>Ivena was one hundred eighty-seven.</w:t>
      </w:r>
    </w:p>
    <w:p>
      <w:pPr>
        <w:spacing w:after="110"/>
      </w:pPr>
      <w:r>
        <w:rPr>
          <w:rFonts w:ascii="Georgia" w:hAnsi="Georgia" w:eastAsia="Georgia"/>
          <w:sz w:val="23"/>
        </w:rPr>
        <w:t>Sera had worn her daughter’s associated fragment for more than a century.</w:t>
      </w:r>
    </w:p>
    <w:p>
      <w:pPr>
        <w:spacing w:after="110"/>
      </w:pPr>
      <w:r>
        <w:rPr>
          <w:rFonts w:ascii="Georgia" w:hAnsi="Georgia" w:eastAsia="Georgia"/>
          <w:sz w:val="23"/>
        </w:rPr>
        <w:t>The two women had been given decades to become wives, ex-wives, friends, irritants, witnesses, and old history to each other.</w:t>
      </w:r>
    </w:p>
    <w:p>
      <w:pPr>
        <w:spacing w:after="110"/>
      </w:pPr>
      <w:r>
        <w:rPr>
          <w:rFonts w:ascii="Georgia" w:hAnsi="Georgia" w:eastAsia="Georgia"/>
          <w:sz w:val="23"/>
        </w:rPr>
        <w:t>Their dead had not.</w:t>
      </w:r>
    </w:p>
    <w:p>
      <w:pPr>
        <w:spacing w:after="110"/>
      </w:pPr>
      <w:r>
        <w:rPr>
          <w:rFonts w:ascii="Georgia" w:hAnsi="Georgia" w:eastAsia="Georgia"/>
          <w:sz w:val="23"/>
        </w:rPr>
        <w:t>That asymmetry sat underneath every Kult sermon I had ever hated.</w:t>
      </w:r>
    </w:p>
    <w:p>
      <w:pPr>
        <w:spacing w:after="110"/>
      </w:pPr>
      <w:r>
        <w:rPr>
          <w:rFonts w:ascii="Georgia" w:hAnsi="Georgia" w:eastAsia="Georgia"/>
          <w:sz w:val="23"/>
        </w:rPr>
        <w:t>Time extension had not defeated death.</w:t>
      </w:r>
    </w:p>
    <w:p>
      <w:pPr>
        <w:spacing w:after="110"/>
      </w:pPr>
      <w:r>
        <w:rPr>
          <w:rFonts w:ascii="Georgia" w:hAnsi="Georgia" w:eastAsia="Georgia"/>
          <w:sz w:val="23"/>
        </w:rPr>
        <w:t>It had made the amount death could steal much larger.</w:t>
      </w:r>
    </w:p>
    <w:p>
      <w:pPr>
        <w:spacing w:after="110"/>
      </w:pPr>
      <w:r>
        <w:rPr>
          <w:rFonts w:ascii="Georgia" w:hAnsi="Georgia" w:eastAsia="Georgia"/>
          <w:sz w:val="23"/>
        </w:rPr>
        <w:t>Kaethe had entered that gap and stayed.</w:t>
      </w:r>
    </w:p>
    <w:p>
      <w:pPr>
        <w:spacing w:before="80" w:after="110"/>
        <w:jc w:val="center"/>
      </w:pPr>
      <w:r>
        <w:rPr>
          <w:rFonts w:ascii="Georgia" w:hAnsi="Georgia" w:eastAsia="Georgia"/>
          <w:sz w:val="23"/>
        </w:rPr>
        <w:t>§</w:t>
      </w:r>
    </w:p>
    <w:p>
      <w:pPr>
        <w:spacing w:after="110"/>
      </w:pPr>
      <w:r>
        <w:rPr>
          <w:rFonts w:ascii="Georgia" w:hAnsi="Georgia" w:eastAsia="Georgia"/>
          <w:sz w:val="23"/>
        </w:rPr>
        <w:t>At 1138 the insurance review opened automatically.</w:t>
      </w:r>
    </w:p>
    <w:p>
      <w:pPr>
        <w:spacing w:after="110"/>
      </w:pPr>
      <w:r>
        <w:rPr>
          <w:rFonts w:ascii="Georgia" w:hAnsi="Georgia" w:eastAsia="Georgia"/>
          <w:sz w:val="23"/>
        </w:rPr>
        <w:t>Ivena’s surgery accommodation had already been approved under functional integration.</w:t>
      </w:r>
    </w:p>
    <w:p>
      <w:pPr>
        <w:spacing w:after="110"/>
      </w:pPr>
      <w:r>
        <w:rPr>
          <w:rFonts w:ascii="Georgia" w:hAnsi="Georgia" w:eastAsia="Georgia"/>
          <w:sz w:val="23"/>
        </w:rPr>
        <w:t>The new controlled proximity event threatened nothing medically.</w:t>
      </w:r>
    </w:p>
    <w:p>
      <w:pPr>
        <w:spacing w:after="110"/>
      </w:pPr>
      <w:r>
        <w:rPr>
          <w:rFonts w:ascii="Georgia" w:hAnsi="Georgia" w:eastAsia="Georgia"/>
          <w:sz w:val="23"/>
        </w:rPr>
        <w:t>Administratively, it threatened everything else.</w:t>
      </w:r>
    </w:p>
    <w:p>
      <w:pPr>
        <w:spacing w:after="110"/>
      </w:pPr>
      <w:r>
        <w:rPr>
          <w:rFonts w:ascii="Georgia" w:hAnsi="Georgia" w:eastAsia="Georgia"/>
          <w:sz w:val="23"/>
        </w:rPr>
        <w:t>The system generated three questions.</w:t>
      </w:r>
    </w:p>
    <w:p>
      <w:pPr>
        <w:spacing w:after="110"/>
      </w:pPr>
      <w:r>
        <w:rPr>
          <w:rFonts w:ascii="Georgia" w:hAnsi="Georgia" w:eastAsia="Georgia"/>
          <w:sz w:val="23"/>
        </w:rPr>
        <w:t>IS CURRENT CARRIER FUNCTION DEPENDENT ON EXTERNAL REGISTERED KAETHE CONTACT?</w:t>
      </w:r>
    </w:p>
    <w:p>
      <w:pPr>
        <w:spacing w:after="110"/>
      </w:pPr>
      <w:r>
        <w:rPr>
          <w:rFonts w:ascii="Georgia" w:hAnsi="Georgia" w:eastAsia="Georgia"/>
          <w:sz w:val="23"/>
        </w:rPr>
        <w:t>UNKNOWN.</w:t>
      </w:r>
    </w:p>
    <w:p>
      <w:pPr>
        <w:spacing w:after="110"/>
      </w:pPr>
      <w:r>
        <w:rPr>
          <w:rFonts w:ascii="Georgia" w:hAnsi="Georgia" w:eastAsia="Georgia"/>
          <w:sz w:val="23"/>
        </w:rPr>
        <w:t>DOES PRIOR DOMESTIC CO-CONTACT REQUIRE LINKED MEDICAL MANAGEMENT?</w:t>
      </w:r>
    </w:p>
    <w:p>
      <w:pPr>
        <w:spacing w:after="110"/>
      </w:pPr>
      <w:r>
        <w:rPr>
          <w:rFonts w:ascii="Georgia" w:hAnsi="Georgia" w:eastAsia="Georgia"/>
          <w:sz w:val="23"/>
        </w:rPr>
        <w:t>UNKNOWN.</w:t>
      </w:r>
    </w:p>
    <w:p>
      <w:pPr>
        <w:spacing w:after="110"/>
      </w:pPr>
      <w:r>
        <w:rPr>
          <w:rFonts w:ascii="Georgia" w:hAnsi="Georgia" w:eastAsia="Georgia"/>
          <w:sz w:val="23"/>
        </w:rPr>
        <w:t>SHOULD SECONDARY CARRIER BE ADDED TO PRIMARY SETTING RELATIONSHIP RECORD?</w:t>
      </w:r>
    </w:p>
    <w:p>
      <w:pPr>
        <w:spacing w:after="110"/>
      </w:pPr>
      <w:r>
        <w:rPr>
          <w:rFonts w:ascii="Georgia" w:hAnsi="Georgia" w:eastAsia="Georgia"/>
          <w:sz w:val="23"/>
        </w:rPr>
        <w:t>I stopped.</w:t>
      </w:r>
    </w:p>
    <w:p>
      <w:pPr>
        <w:spacing w:after="110"/>
      </w:pPr>
      <w:r>
        <w:rPr>
          <w:rFonts w:ascii="Georgia" w:hAnsi="Georgia" w:eastAsia="Georgia"/>
          <w:sz w:val="23"/>
        </w:rPr>
        <w:t>Sera read the question over my shoulder.</w:t>
      </w:r>
    </w:p>
    <w:p>
      <w:pPr>
        <w:spacing w:after="110"/>
      </w:pPr>
      <w:r>
        <w:rPr>
          <w:rFonts w:ascii="Georgia" w:hAnsi="Georgia" w:eastAsia="Georgia"/>
          <w:sz w:val="23"/>
        </w:rPr>
        <w:t>“No.”</w:t>
      </w:r>
    </w:p>
    <w:p>
      <w:pPr>
        <w:spacing w:after="110"/>
      </w:pPr>
      <w:r>
        <w:rPr>
          <w:rFonts w:ascii="Georgia" w:hAnsi="Georgia" w:eastAsia="Georgia"/>
          <w:sz w:val="23"/>
        </w:rPr>
        <w:t>“I agree.”</w:t>
      </w:r>
    </w:p>
    <w:p>
      <w:pPr>
        <w:spacing w:after="110"/>
      </w:pPr>
      <w:r>
        <w:rPr>
          <w:rFonts w:ascii="Georgia" w:hAnsi="Georgia" w:eastAsia="Georgia"/>
          <w:sz w:val="23"/>
        </w:rPr>
        <w:t>“That was fast.”</w:t>
      </w:r>
    </w:p>
    <w:p>
      <w:pPr>
        <w:spacing w:after="110"/>
      </w:pPr>
      <w:r>
        <w:rPr>
          <w:rFonts w:ascii="Georgia" w:hAnsi="Georgia" w:eastAsia="Georgia"/>
          <w:sz w:val="23"/>
        </w:rPr>
        <w:t>“The observation does not establish that you are part of Ivena’s setting relationship.”</w:t>
      </w:r>
    </w:p>
    <w:p>
      <w:pPr>
        <w:spacing w:after="110"/>
      </w:pPr>
      <w:r>
        <w:rPr>
          <w:rFonts w:ascii="Georgia" w:hAnsi="Georgia" w:eastAsia="Georgia"/>
          <w:sz w:val="23"/>
        </w:rPr>
        <w:t>“Keep it that way.”</w:t>
      </w:r>
    </w:p>
    <w:p>
      <w:pPr>
        <w:spacing w:after="110"/>
      </w:pPr>
      <w:r>
        <w:rPr>
          <w:rFonts w:ascii="Georgia" w:hAnsi="Georgia" w:eastAsia="Georgia"/>
          <w:sz w:val="23"/>
        </w:rPr>
        <w:t>Ivena came closer but stayed outside Sera’s marked station.</w:t>
      </w:r>
    </w:p>
    <w:p>
      <w:pPr>
        <w:spacing w:after="110"/>
      </w:pPr>
      <w:r>
        <w:rPr>
          <w:rFonts w:ascii="Georgia" w:hAnsi="Georgia" w:eastAsia="Georgia"/>
          <w:sz w:val="23"/>
        </w:rPr>
        <w:t>“What does adding her do?”</w:t>
      </w:r>
    </w:p>
    <w:p>
      <w:pPr>
        <w:spacing w:after="110"/>
      </w:pPr>
      <w:r>
        <w:rPr>
          <w:rFonts w:ascii="Georgia" w:hAnsi="Georgia" w:eastAsia="Georgia"/>
          <w:sz w:val="23"/>
        </w:rPr>
        <w:t>Miren opened the policy note.</w:t>
      </w:r>
    </w:p>
    <w:p>
      <w:pPr>
        <w:spacing w:after="110"/>
      </w:pPr>
      <w:r>
        <w:rPr>
          <w:rFonts w:ascii="Georgia" w:hAnsi="Georgia" w:eastAsia="Georgia"/>
          <w:sz w:val="23"/>
        </w:rPr>
        <w:t>“Linked medical management means future resiting, removal, destructive service, or major field changes to either setting could trigger notice to the other registered carrier. Depending on jurisdiction, consultation may be required.”</w:t>
      </w:r>
    </w:p>
    <w:p>
      <w:pPr>
        <w:spacing w:after="110"/>
      </w:pPr>
      <w:r>
        <w:rPr>
          <w:rFonts w:ascii="Georgia" w:hAnsi="Georgia" w:eastAsia="Georgia"/>
          <w:sz w:val="23"/>
        </w:rPr>
        <w:t>Sera laughed once.</w:t>
      </w:r>
    </w:p>
    <w:p>
      <w:pPr>
        <w:spacing w:after="110"/>
      </w:pPr>
      <w:r>
        <w:rPr>
          <w:rFonts w:ascii="Georgia" w:hAnsi="Georgia" w:eastAsia="Georgia"/>
          <w:sz w:val="23"/>
        </w:rPr>
        <w:t>Not because it was funny.</w:t>
      </w:r>
    </w:p>
    <w:p>
      <w:pPr>
        <w:spacing w:after="110"/>
      </w:pPr>
      <w:r>
        <w:rPr>
          <w:rFonts w:ascii="Georgia" w:hAnsi="Georgia" w:eastAsia="Georgia"/>
          <w:sz w:val="23"/>
        </w:rPr>
        <w:t>“I divorced her twenty-nine years ago and now an insurance form wants visitation rights to my collarbone.”</w:t>
      </w:r>
    </w:p>
    <w:p>
      <w:pPr>
        <w:spacing w:after="110"/>
      </w:pPr>
      <w:r>
        <w:rPr>
          <w:rFonts w:ascii="Georgia" w:hAnsi="Georgia" w:eastAsia="Georgia"/>
          <w:sz w:val="23"/>
        </w:rPr>
        <w:t>“No,” I said.</w:t>
      </w:r>
    </w:p>
    <w:p>
      <w:pPr>
        <w:spacing w:after="110"/>
      </w:pPr>
      <w:r>
        <w:rPr>
          <w:rFonts w:ascii="Georgia" w:hAnsi="Georgia" w:eastAsia="Georgia"/>
          <w:sz w:val="23"/>
        </w:rPr>
        <w:t>“That is what it becomes if you click yes.”</w:t>
      </w:r>
    </w:p>
    <w:p>
      <w:pPr>
        <w:spacing w:after="110"/>
      </w:pPr>
      <w:r>
        <w:rPr>
          <w:rFonts w:ascii="Georgia" w:hAnsi="Georgia" w:eastAsia="Georgia"/>
          <w:sz w:val="23"/>
        </w:rPr>
        <w:t>“Then I will not click yes.”</w:t>
      </w:r>
    </w:p>
    <w:p>
      <w:pPr>
        <w:spacing w:after="110"/>
      </w:pPr>
      <w:r>
        <w:rPr>
          <w:rFonts w:ascii="Georgia" w:hAnsi="Georgia" w:eastAsia="Georgia"/>
          <w:sz w:val="23"/>
        </w:rPr>
        <w:t>The system required a reason.</w:t>
      </w:r>
    </w:p>
    <w:p>
      <w:pPr>
        <w:spacing w:after="110"/>
      </w:pPr>
      <w:r>
        <w:rPr>
          <w:rFonts w:ascii="Georgia" w:hAnsi="Georgia" w:eastAsia="Georgia"/>
          <w:sz w:val="23"/>
        </w:rPr>
        <w:t>I typed:</w:t>
      </w:r>
    </w:p>
    <w:p>
      <w:pPr>
        <w:spacing w:after="110"/>
      </w:pPr>
      <w:r>
        <w:rPr>
          <w:rFonts w:ascii="Georgia" w:hAnsi="Georgia" w:eastAsia="Georgia"/>
          <w:sz w:val="23"/>
        </w:rPr>
        <w:t>CONTROLLED PROXIMITY PRODUCED CORRELATED OBSERVATIONS. RELATIONAL STATUS, CAUSAL DIRECTION, AND MEDICAL DEPENDENCY NOT ESTABLISHED. SECONDARY CARRIER LINKAGE WOULD EXCEED CURRENT EVIDENCE AND CREATE NONCONSENSUAL FUTURE DISCLOSURE.</w:t>
      </w:r>
    </w:p>
    <w:p>
      <w:pPr>
        <w:spacing w:after="110"/>
      </w:pPr>
      <w:r>
        <w:rPr>
          <w:rFonts w:ascii="Georgia" w:hAnsi="Georgia" w:eastAsia="Georgia"/>
          <w:sz w:val="23"/>
        </w:rPr>
        <w:t>Sera read it.</w:t>
      </w:r>
    </w:p>
    <w:p>
      <w:pPr>
        <w:spacing w:after="110"/>
      </w:pPr>
      <w:r>
        <w:rPr>
          <w:rFonts w:ascii="Georgia" w:hAnsi="Georgia" w:eastAsia="Georgia"/>
          <w:sz w:val="23"/>
        </w:rPr>
        <w:t>“Keep the last part.”</w:t>
      </w:r>
    </w:p>
    <w:p>
      <w:pPr>
        <w:spacing w:after="110"/>
      </w:pPr>
      <w:r>
        <w:rPr>
          <w:rFonts w:ascii="Georgia" w:hAnsi="Georgia" w:eastAsia="Georgia"/>
          <w:sz w:val="23"/>
        </w:rPr>
        <w:t>“I intended to.”</w:t>
      </w:r>
    </w:p>
    <w:p>
      <w:pPr>
        <w:spacing w:after="110"/>
      </w:pPr>
      <w:r>
        <w:rPr>
          <w:rFonts w:ascii="Georgia" w:hAnsi="Georgia" w:eastAsia="Georgia"/>
          <w:sz w:val="23"/>
        </w:rPr>
        <w:t>“Most systems forget people when the physics gets interesting.”</w:t>
      </w:r>
    </w:p>
    <w:p>
      <w:pPr>
        <w:spacing w:after="110"/>
      </w:pPr>
      <w:r>
        <w:rPr>
          <w:rFonts w:ascii="Georgia" w:hAnsi="Georgia" w:eastAsia="Georgia"/>
          <w:sz w:val="23"/>
        </w:rPr>
        <w:t>“Yes.”</w:t>
      </w:r>
    </w:p>
    <w:p>
      <w:pPr>
        <w:spacing w:after="110"/>
      </w:pPr>
      <w:r>
        <w:rPr>
          <w:rFonts w:ascii="Georgia" w:hAnsi="Georgia" w:eastAsia="Georgia"/>
          <w:sz w:val="23"/>
        </w:rPr>
        <w:t>Ivena looked at me.</w:t>
      </w:r>
    </w:p>
    <w:p>
      <w:pPr>
        <w:spacing w:after="110"/>
      </w:pPr>
      <w:r>
        <w:rPr>
          <w:rFonts w:ascii="Georgia" w:hAnsi="Georgia" w:eastAsia="Georgia"/>
          <w:sz w:val="23"/>
        </w:rPr>
        <w:t>She remembered Meya even if she had never known her.</w:t>
      </w:r>
    </w:p>
    <w:p>
      <w:pPr>
        <w:spacing w:after="110"/>
      </w:pPr>
      <w:r>
        <w:rPr>
          <w:rFonts w:ascii="Georgia" w:hAnsi="Georgia" w:eastAsia="Georgia"/>
          <w:sz w:val="23"/>
        </w:rPr>
        <w:t>Not the person.</w:t>
      </w:r>
    </w:p>
    <w:p>
      <w:pPr>
        <w:spacing w:after="110"/>
      </w:pPr>
      <w:r>
        <w:rPr>
          <w:rFonts w:ascii="Georgia" w:hAnsi="Georgia" w:eastAsia="Georgia"/>
          <w:sz w:val="23"/>
        </w:rPr>
        <w:t>The surviving procedure.</w:t>
      </w:r>
    </w:p>
    <w:p>
      <w:pPr>
        <w:spacing w:after="110"/>
      </w:pPr>
      <w:r>
        <w:rPr>
          <w:rFonts w:ascii="Georgia" w:hAnsi="Georgia" w:eastAsia="Georgia"/>
          <w:sz w:val="23"/>
        </w:rPr>
        <w:t>People records.</w:t>
      </w:r>
    </w:p>
    <w:p>
      <w:pPr>
        <w:spacing w:after="110"/>
      </w:pPr>
      <w:r>
        <w:rPr>
          <w:rFonts w:ascii="Georgia" w:hAnsi="Georgia" w:eastAsia="Georgia"/>
          <w:sz w:val="23"/>
        </w:rPr>
        <w:t>Consent before contact.</w:t>
      </w:r>
    </w:p>
    <w:p>
      <w:pPr>
        <w:spacing w:after="110"/>
      </w:pPr>
      <w:r>
        <w:rPr>
          <w:rFonts w:ascii="Georgia" w:hAnsi="Georgia" w:eastAsia="Georgia"/>
          <w:sz w:val="23"/>
        </w:rPr>
        <w:t>Stop authority.</w:t>
      </w:r>
    </w:p>
    <w:p>
      <w:pPr>
        <w:spacing w:after="110"/>
      </w:pPr>
      <w:r>
        <w:rPr>
          <w:rFonts w:ascii="Georgia" w:hAnsi="Georgia" w:eastAsia="Georgia"/>
          <w:sz w:val="23"/>
        </w:rPr>
        <w:t>No identity inference from response dependency.</w:t>
      </w:r>
    </w:p>
    <w:p>
      <w:pPr>
        <w:spacing w:after="110"/>
      </w:pPr>
      <w:r>
        <w:rPr>
          <w:rFonts w:ascii="Georgia" w:hAnsi="Georgia" w:eastAsia="Georgia"/>
          <w:sz w:val="23"/>
        </w:rPr>
        <w:t>The dead teach institutions badly because institutions remember corrections better than names.</w:t>
      </w:r>
    </w:p>
    <w:p>
      <w:pPr>
        <w:spacing w:after="110"/>
      </w:pPr>
      <w:r>
        <w:rPr>
          <w:rFonts w:ascii="Georgia" w:hAnsi="Georgia" w:eastAsia="Georgia"/>
          <w:sz w:val="23"/>
        </w:rPr>
        <w:t>Sometimes that is the only way the correction survives.</w:t>
      </w:r>
    </w:p>
    <w:p>
      <w:pPr>
        <w:spacing w:after="110"/>
      </w:pPr>
      <w:r>
        <w:rPr>
          <w:rFonts w:ascii="Georgia" w:hAnsi="Georgia" w:eastAsia="Georgia"/>
          <w:sz w:val="23"/>
        </w:rPr>
        <w:t>I submitted NO LINKAGE.</w:t>
      </w:r>
    </w:p>
    <w:p>
      <w:pPr>
        <w:spacing w:after="110"/>
      </w:pPr>
      <w:r>
        <w:rPr>
          <w:rFonts w:ascii="Georgia" w:hAnsi="Georgia" w:eastAsia="Georgia"/>
          <w:sz w:val="23"/>
        </w:rPr>
        <w:t>The system accepted it.</w:t>
      </w:r>
    </w:p>
    <w:p>
      <w:pPr>
        <w:spacing w:after="110"/>
      </w:pPr>
      <w:r>
        <w:rPr>
          <w:rFonts w:ascii="Georgia" w:hAnsi="Georgia" w:eastAsia="Georgia"/>
          <w:sz w:val="23"/>
        </w:rPr>
        <w:t>Then generated a second notice.</w:t>
      </w:r>
    </w:p>
    <w:p>
      <w:pPr>
        <w:spacing w:after="110"/>
      </w:pPr>
      <w:r>
        <w:rPr>
          <w:rFonts w:ascii="Georgia" w:hAnsi="Georgia" w:eastAsia="Georgia"/>
          <w:sz w:val="23"/>
        </w:rPr>
        <w:t>PRESERVE EVENT FOR POPULATION-LEVEL RELATIONAL SAFETY ANALYSIS?</w:t>
      </w:r>
    </w:p>
    <w:p>
      <w:pPr>
        <w:spacing w:after="110"/>
      </w:pPr>
      <w:r>
        <w:rPr>
          <w:rFonts w:ascii="Georgia" w:hAnsi="Georgia" w:eastAsia="Georgia"/>
          <w:sz w:val="23"/>
        </w:rPr>
        <w:t>Miren said, “That is new.”</w:t>
      </w:r>
    </w:p>
    <w:p>
      <w:pPr>
        <w:spacing w:after="110"/>
      </w:pPr>
      <w:r>
        <w:rPr>
          <w:rFonts w:ascii="Georgia" w:hAnsi="Georgia" w:eastAsia="Georgia"/>
          <w:sz w:val="23"/>
        </w:rPr>
        <w:t>“How new?”</w:t>
      </w:r>
    </w:p>
    <w:p>
      <w:pPr>
        <w:spacing w:after="110"/>
      </w:pPr>
      <w:r>
        <w:rPr>
          <w:rFonts w:ascii="Georgia" w:hAnsi="Georgia" w:eastAsia="Georgia"/>
          <w:sz w:val="23"/>
        </w:rPr>
        <w:t>“Revision last year. Domestic multi-setting research.”</w:t>
      </w:r>
    </w:p>
    <w:p>
      <w:pPr>
        <w:spacing w:after="110"/>
      </w:pPr>
      <w:r>
        <w:rPr>
          <w:rFonts w:ascii="Georgia" w:hAnsi="Georgia" w:eastAsia="Georgia"/>
          <w:sz w:val="23"/>
        </w:rPr>
        <w:t>Sera folded her arms.</w:t>
      </w:r>
    </w:p>
    <w:p>
      <w:pPr>
        <w:spacing w:after="110"/>
      </w:pPr>
      <w:r>
        <w:rPr>
          <w:rFonts w:ascii="Georgia" w:hAnsi="Georgia" w:eastAsia="Georgia"/>
          <w:sz w:val="23"/>
        </w:rPr>
        <w:t>“What does preserve mean?”</w:t>
      </w:r>
    </w:p>
    <w:p>
      <w:pPr>
        <w:spacing w:after="110"/>
      </w:pPr>
      <w:r>
        <w:rPr>
          <w:rFonts w:ascii="Georgia" w:hAnsi="Georgia" w:eastAsia="Georgia"/>
          <w:sz w:val="23"/>
        </w:rPr>
        <w:t>Miren opened the scope.</w:t>
      </w:r>
    </w:p>
    <w:p>
      <w:pPr>
        <w:spacing w:after="110"/>
      </w:pPr>
      <w:r>
        <w:rPr>
          <w:rFonts w:ascii="Georgia" w:hAnsi="Georgia" w:eastAsia="Georgia"/>
          <w:sz w:val="23"/>
        </w:rPr>
        <w:t>De-identified field traces.</w:t>
      </w:r>
    </w:p>
    <w:p>
      <w:pPr>
        <w:spacing w:after="110"/>
      </w:pPr>
      <w:r>
        <w:rPr>
          <w:rFonts w:ascii="Georgia" w:hAnsi="Georgia" w:eastAsia="Georgia"/>
          <w:sz w:val="23"/>
        </w:rPr>
        <w:t>Carrier ages binned.</w:t>
      </w:r>
    </w:p>
    <w:p>
      <w:pPr>
        <w:spacing w:after="110"/>
      </w:pPr>
      <w:r>
        <w:rPr>
          <w:rFonts w:ascii="Georgia" w:hAnsi="Georgia" w:eastAsia="Georgia"/>
          <w:sz w:val="23"/>
        </w:rPr>
        <w:t>Setting masses.</w:t>
      </w:r>
    </w:p>
    <w:p>
      <w:pPr>
        <w:spacing w:after="110"/>
      </w:pPr>
      <w:r>
        <w:rPr>
          <w:rFonts w:ascii="Georgia" w:hAnsi="Georgia" w:eastAsia="Georgia"/>
          <w:sz w:val="23"/>
        </w:rPr>
        <w:t>Duration of known co-contact.</w:t>
      </w:r>
    </w:p>
    <w:p>
      <w:pPr>
        <w:spacing w:after="110"/>
      </w:pPr>
      <w:r>
        <w:rPr>
          <w:rFonts w:ascii="Georgia" w:hAnsi="Georgia" w:eastAsia="Georgia"/>
          <w:sz w:val="23"/>
        </w:rPr>
        <w:t>Separation interval.</w:t>
      </w:r>
    </w:p>
    <w:p>
      <w:pPr>
        <w:spacing w:after="110"/>
      </w:pPr>
      <w:r>
        <w:rPr>
          <w:rFonts w:ascii="Georgia" w:hAnsi="Georgia" w:eastAsia="Georgia"/>
          <w:sz w:val="23"/>
        </w:rPr>
        <w:t>No historical-association names.</w:t>
      </w:r>
    </w:p>
    <w:p>
      <w:pPr>
        <w:spacing w:after="110"/>
      </w:pPr>
      <w:r>
        <w:rPr>
          <w:rFonts w:ascii="Georgia" w:hAnsi="Georgia" w:eastAsia="Georgia"/>
          <w:sz w:val="23"/>
        </w:rPr>
        <w:t>No carrier names.</w:t>
      </w:r>
    </w:p>
    <w:p>
      <w:pPr>
        <w:spacing w:after="110"/>
      </w:pPr>
      <w:r>
        <w:rPr>
          <w:rFonts w:ascii="Georgia" w:hAnsi="Georgia" w:eastAsia="Georgia"/>
          <w:sz w:val="23"/>
        </w:rPr>
        <w:t>No addresses.</w:t>
      </w:r>
    </w:p>
    <w:p>
      <w:pPr>
        <w:spacing w:after="110"/>
      </w:pPr>
      <w:r>
        <w:rPr>
          <w:rFonts w:ascii="Georgia" w:hAnsi="Georgia" w:eastAsia="Georgia"/>
          <w:sz w:val="23"/>
        </w:rPr>
        <w:t>No marriage status.</w:t>
      </w:r>
    </w:p>
    <w:p>
      <w:pPr>
        <w:spacing w:after="110"/>
      </w:pPr>
      <w:r>
        <w:rPr>
          <w:rFonts w:ascii="Georgia" w:hAnsi="Georgia" w:eastAsia="Georgia"/>
          <w:sz w:val="23"/>
        </w:rPr>
        <w:t>Ivena said, “Then yes.”</w:t>
      </w:r>
    </w:p>
    <w:p>
      <w:pPr>
        <w:spacing w:after="110"/>
      </w:pPr>
      <w:r>
        <w:rPr>
          <w:rFonts w:ascii="Georgia" w:hAnsi="Georgia" w:eastAsia="Georgia"/>
          <w:sz w:val="23"/>
        </w:rPr>
        <w:t>Sera said nothing.</w:t>
      </w:r>
    </w:p>
    <w:p>
      <w:pPr>
        <w:spacing w:after="110"/>
      </w:pPr>
      <w:r>
        <w:rPr>
          <w:rFonts w:ascii="Georgia" w:hAnsi="Georgia" w:eastAsia="Georgia"/>
          <w:sz w:val="23"/>
        </w:rPr>
        <w:t>Miren waited.</w:t>
      </w:r>
    </w:p>
    <w:p>
      <w:pPr>
        <w:spacing w:after="110"/>
      </w:pPr>
      <w:r>
        <w:rPr>
          <w:rFonts w:ascii="Georgia" w:hAnsi="Georgia" w:eastAsia="Georgia"/>
          <w:sz w:val="23"/>
        </w:rPr>
        <w:t>Sera looked at the scope again.</w:t>
      </w:r>
    </w:p>
    <w:p>
      <w:pPr>
        <w:spacing w:after="110"/>
      </w:pPr>
      <w:r>
        <w:rPr>
          <w:rFonts w:ascii="Georgia" w:hAnsi="Georgia" w:eastAsia="Georgia"/>
          <w:sz w:val="23"/>
        </w:rPr>
        <w:t>“Does it include my old liner records?”</w:t>
      </w:r>
    </w:p>
    <w:p>
      <w:pPr>
        <w:spacing w:after="110"/>
      </w:pPr>
      <w:r>
        <w:rPr>
          <w:rFonts w:ascii="Georgia" w:hAnsi="Georgia" w:eastAsia="Georgia"/>
          <w:sz w:val="23"/>
        </w:rPr>
        <w:t>“Only if you authorize them separately.”</w:t>
      </w:r>
    </w:p>
    <w:p>
      <w:pPr>
        <w:spacing w:after="110"/>
      </w:pPr>
      <w:r>
        <w:rPr>
          <w:rFonts w:ascii="Georgia" w:hAnsi="Georgia" w:eastAsia="Georgia"/>
          <w:sz w:val="23"/>
        </w:rPr>
        <w:t>“No.”</w:t>
      </w:r>
    </w:p>
    <w:p>
      <w:pPr>
        <w:spacing w:after="110"/>
      </w:pPr>
      <w:r>
        <w:rPr>
          <w:rFonts w:ascii="Georgia" w:hAnsi="Georgia" w:eastAsia="Georgia"/>
          <w:sz w:val="23"/>
        </w:rPr>
        <w:t>“Then current run only.”</w:t>
      </w:r>
    </w:p>
    <w:p>
      <w:pPr>
        <w:spacing w:after="110"/>
      </w:pPr>
      <w:r>
        <w:rPr>
          <w:rFonts w:ascii="Georgia" w:hAnsi="Georgia" w:eastAsia="Georgia"/>
          <w:sz w:val="23"/>
        </w:rPr>
        <w:t>“Fine. Current run.”</w:t>
      </w:r>
    </w:p>
    <w:p>
      <w:pPr>
        <w:spacing w:after="110"/>
      </w:pPr>
      <w:r>
        <w:rPr>
          <w:rFonts w:ascii="Georgia" w:hAnsi="Georgia" w:eastAsia="Georgia"/>
          <w:sz w:val="23"/>
        </w:rPr>
        <w:t>Two yeses.</w:t>
      </w:r>
    </w:p>
    <w:p>
      <w:pPr>
        <w:spacing w:after="110"/>
      </w:pPr>
      <w:r>
        <w:rPr>
          <w:rFonts w:ascii="Georgia" w:hAnsi="Georgia" w:eastAsia="Georgia"/>
          <w:sz w:val="23"/>
        </w:rPr>
        <w:t>Narrow scope.</w:t>
      </w:r>
    </w:p>
    <w:p>
      <w:pPr>
        <w:spacing w:after="110"/>
      </w:pPr>
      <w:r>
        <w:rPr>
          <w:rFonts w:ascii="Georgia" w:hAnsi="Georgia" w:eastAsia="Georgia"/>
          <w:sz w:val="23"/>
        </w:rPr>
        <w:t>The system received the observation without receiving the marriage.</w:t>
      </w:r>
    </w:p>
    <w:p>
      <w:pPr>
        <w:spacing w:after="110"/>
      </w:pPr>
      <w:r>
        <w:rPr>
          <w:rFonts w:ascii="Georgia" w:hAnsi="Georgia" w:eastAsia="Georgia"/>
          <w:sz w:val="23"/>
        </w:rPr>
        <w:t>The narrowness mattered.</w:t>
      </w:r>
    </w:p>
    <w:p>
      <w:pPr>
        <w:spacing w:before="80" w:after="110"/>
        <w:jc w:val="center"/>
      </w:pPr>
      <w:r>
        <w:rPr>
          <w:rFonts w:ascii="Georgia" w:hAnsi="Georgia" w:eastAsia="Georgia"/>
          <w:sz w:val="23"/>
        </w:rPr>
        <w:t>§</w:t>
      </w:r>
    </w:p>
    <w:p>
      <w:pPr>
        <w:spacing w:after="110"/>
      </w:pPr>
      <w:r>
        <w:rPr>
          <w:rFonts w:ascii="Georgia" w:hAnsi="Georgia" w:eastAsia="Georgia"/>
          <w:sz w:val="23"/>
        </w:rPr>
        <w:t>We ate lunch in the shop because nobody wanted to leave while both settings were still under post-run observation.</w:t>
      </w:r>
    </w:p>
    <w:p>
      <w:pPr>
        <w:spacing w:after="110"/>
      </w:pPr>
      <w:r>
        <w:rPr>
          <w:rFonts w:ascii="Georgia" w:hAnsi="Georgia" w:eastAsia="Georgia"/>
          <w:sz w:val="23"/>
        </w:rPr>
        <w:t>Miren ordered food.</w:t>
      </w:r>
    </w:p>
    <w:p>
      <w:pPr>
        <w:spacing w:after="110"/>
      </w:pPr>
      <w:r>
        <w:rPr>
          <w:rFonts w:ascii="Georgia" w:hAnsi="Georgia" w:eastAsia="Georgia"/>
          <w:sz w:val="23"/>
        </w:rPr>
        <w:t>Ivena complained about the vegetables.</w:t>
      </w:r>
    </w:p>
    <w:p>
      <w:pPr>
        <w:spacing w:after="110"/>
      </w:pPr>
      <w:r>
        <w:rPr>
          <w:rFonts w:ascii="Georgia" w:hAnsi="Georgia" w:eastAsia="Georgia"/>
          <w:sz w:val="23"/>
        </w:rPr>
        <w:t>Sera ate hers.</w:t>
      </w:r>
    </w:p>
    <w:p>
      <w:pPr>
        <w:spacing w:after="110"/>
      </w:pPr>
      <w:r>
        <w:rPr>
          <w:rFonts w:ascii="Georgia" w:hAnsi="Georgia" w:eastAsia="Georgia"/>
          <w:sz w:val="23"/>
        </w:rPr>
        <w:t>I listened to them argue about a restaurant that had closed seventeen years earlier.</w:t>
      </w:r>
    </w:p>
    <w:p>
      <w:pPr>
        <w:spacing w:after="110"/>
      </w:pPr>
      <w:r>
        <w:rPr>
          <w:rFonts w:ascii="Georgia" w:hAnsi="Georgia" w:eastAsia="Georgia"/>
          <w:sz w:val="23"/>
        </w:rPr>
        <w:t>Neither mentioned the test.</w:t>
      </w:r>
    </w:p>
    <w:p>
      <w:pPr>
        <w:spacing w:after="110"/>
      </w:pPr>
      <w:r>
        <w:rPr>
          <w:rFonts w:ascii="Georgia" w:hAnsi="Georgia" w:eastAsia="Georgia"/>
          <w:sz w:val="23"/>
        </w:rPr>
        <w:t>At 1246 Sera’s setting produced a lateral bias of 0.5 percent.</w:t>
      </w:r>
    </w:p>
    <w:p>
      <w:pPr>
        <w:spacing w:after="110"/>
      </w:pPr>
      <w:r>
        <w:rPr>
          <w:rFonts w:ascii="Georgia" w:hAnsi="Georgia" w:eastAsia="Georgia"/>
          <w:sz w:val="23"/>
        </w:rPr>
        <w:t>Ivena was across the room.</w:t>
      </w:r>
    </w:p>
    <w:p>
      <w:pPr>
        <w:spacing w:after="110"/>
      </w:pPr>
      <w:r>
        <w:rPr>
          <w:rFonts w:ascii="Georgia" w:hAnsi="Georgia" w:eastAsia="Georgia"/>
          <w:sz w:val="23"/>
        </w:rPr>
        <w:t>Seven point eight meters.</w:t>
      </w:r>
    </w:p>
    <w:p>
      <w:pPr>
        <w:spacing w:after="110"/>
      </w:pPr>
      <w:r>
        <w:rPr>
          <w:rFonts w:ascii="Georgia" w:hAnsi="Georgia" w:eastAsia="Georgia"/>
          <w:sz w:val="23"/>
        </w:rPr>
        <w:t>No one was moving.</w:t>
      </w:r>
    </w:p>
    <w:p>
      <w:pPr>
        <w:spacing w:after="110"/>
      </w:pPr>
      <w:r>
        <w:rPr>
          <w:rFonts w:ascii="Georgia" w:hAnsi="Georgia" w:eastAsia="Georgia"/>
          <w:sz w:val="23"/>
        </w:rPr>
        <w:t>I saw it because the post-run monitor was still open.</w:t>
      </w:r>
    </w:p>
    <w:p>
      <w:pPr>
        <w:spacing w:after="110"/>
      </w:pPr>
      <w:r>
        <w:rPr>
          <w:rFonts w:ascii="Georgia" w:hAnsi="Georgia" w:eastAsia="Georgia"/>
          <w:sz w:val="23"/>
        </w:rPr>
        <w:t>I did not say anything until it resolved.</w:t>
      </w:r>
    </w:p>
    <w:p>
      <w:pPr>
        <w:spacing w:after="110"/>
      </w:pPr>
      <w:r>
        <w:rPr>
          <w:rFonts w:ascii="Georgia" w:hAnsi="Georgia" w:eastAsia="Georgia"/>
          <w:sz w:val="23"/>
        </w:rPr>
        <w:t>Then I checked the shop environment.</w:t>
      </w:r>
    </w:p>
    <w:p>
      <w:pPr>
        <w:spacing w:after="110"/>
      </w:pPr>
      <w:r>
        <w:rPr>
          <w:rFonts w:ascii="Georgia" w:hAnsi="Georgia" w:eastAsia="Georgia"/>
          <w:sz w:val="23"/>
        </w:rPr>
        <w:t>Kitchen induction load had switched on in the neighboring unit twenty seconds earlier.</w:t>
      </w:r>
    </w:p>
    <w:p>
      <w:pPr>
        <w:spacing w:after="110"/>
      </w:pPr>
      <w:r>
        <w:rPr>
          <w:rFonts w:ascii="Georgia" w:hAnsi="Georgia" w:eastAsia="Georgia"/>
          <w:sz w:val="23"/>
        </w:rPr>
        <w:t>Ambient noise changed.</w:t>
      </w:r>
    </w:p>
    <w:p>
      <w:pPr>
        <w:spacing w:after="110"/>
      </w:pPr>
      <w:r>
        <w:rPr>
          <w:rFonts w:ascii="Georgia" w:hAnsi="Georgia" w:eastAsia="Georgia"/>
          <w:sz w:val="23"/>
        </w:rPr>
        <w:t>The bias had followed the noise change, not anything either woman had done.</w:t>
      </w:r>
    </w:p>
    <w:p>
      <w:pPr>
        <w:spacing w:after="110"/>
      </w:pPr>
      <w:r>
        <w:rPr>
          <w:rFonts w:ascii="Georgia" w:hAnsi="Georgia" w:eastAsia="Georgia"/>
          <w:sz w:val="23"/>
        </w:rPr>
        <w:t>A confounder with paperwork.</w:t>
      </w:r>
    </w:p>
    <w:p>
      <w:pPr>
        <w:spacing w:after="110"/>
      </w:pPr>
      <w:r>
        <w:rPr>
          <w:rFonts w:ascii="Georgia" w:hAnsi="Georgia" w:eastAsia="Georgia"/>
          <w:sz w:val="23"/>
        </w:rPr>
        <w:t>I added it to the record.</w:t>
      </w:r>
    </w:p>
    <w:p>
      <w:pPr>
        <w:spacing w:after="110"/>
      </w:pPr>
      <w:r>
        <w:rPr>
          <w:rFonts w:ascii="Georgia" w:hAnsi="Georgia" w:eastAsia="Georgia"/>
          <w:sz w:val="23"/>
        </w:rPr>
        <w:t>Sera read the note.</w:t>
      </w:r>
    </w:p>
    <w:p>
      <w:pPr>
        <w:spacing w:after="110"/>
      </w:pPr>
      <w:r>
        <w:rPr>
          <w:rFonts w:ascii="Georgia" w:hAnsi="Georgia" w:eastAsia="Georgia"/>
          <w:sz w:val="23"/>
        </w:rPr>
        <w:t>“So the morning could be the building.”</w:t>
      </w:r>
    </w:p>
    <w:p>
      <w:pPr>
        <w:spacing w:after="110"/>
      </w:pPr>
      <w:r>
        <w:rPr>
          <w:rFonts w:ascii="Georgia" w:hAnsi="Georgia" w:eastAsia="Georgia"/>
          <w:sz w:val="23"/>
        </w:rPr>
        <w:t>“Part of it could.”</w:t>
      </w:r>
    </w:p>
    <w:p>
      <w:pPr>
        <w:spacing w:after="110"/>
      </w:pPr>
      <w:r>
        <w:rPr>
          <w:rFonts w:ascii="Georgia" w:hAnsi="Georgia" w:eastAsia="Georgia"/>
          <w:sz w:val="23"/>
        </w:rPr>
        <w:t>“All?”</w:t>
      </w:r>
    </w:p>
    <w:p>
      <w:pPr>
        <w:spacing w:after="110"/>
      </w:pPr>
      <w:r>
        <w:rPr>
          <w:rFonts w:ascii="Georgia" w:hAnsi="Georgia" w:eastAsia="Georgia"/>
          <w:sz w:val="23"/>
        </w:rPr>
        <w:t>“Possible.”</w:t>
      </w:r>
    </w:p>
    <w:p>
      <w:pPr>
        <w:spacing w:after="110"/>
      </w:pPr>
      <w:r>
        <w:rPr>
          <w:rFonts w:ascii="Georgia" w:hAnsi="Georgia" w:eastAsia="Georgia"/>
          <w:sz w:val="23"/>
        </w:rPr>
        <w:t>Ivena looked disappointed.</w:t>
      </w:r>
    </w:p>
    <w:p>
      <w:pPr>
        <w:spacing w:after="110"/>
      </w:pPr>
      <w:r>
        <w:rPr>
          <w:rFonts w:ascii="Georgia" w:hAnsi="Georgia" w:eastAsia="Georgia"/>
          <w:sz w:val="23"/>
        </w:rPr>
        <w:t>I noticed.</w:t>
      </w:r>
    </w:p>
    <w:p>
      <w:pPr>
        <w:spacing w:after="110"/>
      </w:pPr>
      <w:r>
        <w:rPr>
          <w:rFonts w:ascii="Georgia" w:hAnsi="Georgia" w:eastAsia="Georgia"/>
          <w:sz w:val="23"/>
        </w:rPr>
        <w:t>“Why?”</w:t>
      </w:r>
    </w:p>
    <w:p>
      <w:pPr>
        <w:spacing w:after="110"/>
      </w:pPr>
      <w:r>
        <w:rPr>
          <w:rFonts w:ascii="Georgia" w:hAnsi="Georgia" w:eastAsia="Georgia"/>
          <w:sz w:val="23"/>
        </w:rPr>
        <w:t>“Why what?”</w:t>
      </w:r>
    </w:p>
    <w:p>
      <w:pPr>
        <w:spacing w:after="110"/>
      </w:pPr>
      <w:r>
        <w:rPr>
          <w:rFonts w:ascii="Georgia" w:hAnsi="Georgia" w:eastAsia="Georgia"/>
          <w:sz w:val="23"/>
        </w:rPr>
        <w:t>“You look disappointed that there is an ordinary confounder.”</w:t>
      </w:r>
    </w:p>
    <w:p>
      <w:pPr>
        <w:spacing w:after="110"/>
      </w:pPr>
      <w:r>
        <w:rPr>
          <w:rFonts w:ascii="Georgia" w:hAnsi="Georgia" w:eastAsia="Georgia"/>
          <w:sz w:val="23"/>
        </w:rPr>
        <w:t>She put down her fork.</w:t>
      </w:r>
    </w:p>
    <w:p>
      <w:pPr>
        <w:spacing w:after="110"/>
      </w:pPr>
      <w:r>
        <w:rPr>
          <w:rFonts w:ascii="Georgia" w:hAnsi="Georgia" w:eastAsia="Georgia"/>
          <w:sz w:val="23"/>
        </w:rPr>
        <w:t>“Do not do that.”</w:t>
      </w:r>
    </w:p>
    <w:p>
      <w:pPr>
        <w:spacing w:after="110"/>
      </w:pPr>
      <w:r>
        <w:rPr>
          <w:rFonts w:ascii="Georgia" w:hAnsi="Georgia" w:eastAsia="Georgia"/>
          <w:sz w:val="23"/>
        </w:rPr>
        <w:t>“Do what?”</w:t>
      </w:r>
    </w:p>
    <w:p>
      <w:pPr>
        <w:spacing w:after="110"/>
      </w:pPr>
      <w:r>
        <w:rPr>
          <w:rFonts w:ascii="Georgia" w:hAnsi="Georgia" w:eastAsia="Georgia"/>
          <w:sz w:val="23"/>
        </w:rPr>
        <w:t>“Make me choose between wanting the result and wanting you to be careful.”</w:t>
      </w:r>
    </w:p>
    <w:p>
      <w:pPr>
        <w:spacing w:after="110"/>
      </w:pPr>
      <w:r>
        <w:rPr>
          <w:rFonts w:ascii="Georgia" w:hAnsi="Georgia" w:eastAsia="Georgia"/>
          <w:sz w:val="23"/>
        </w:rPr>
        <w:t>I stopped.</w:t>
      </w:r>
    </w:p>
    <w:p>
      <w:pPr>
        <w:spacing w:after="110"/>
      </w:pPr>
      <w:r>
        <w:rPr>
          <w:rFonts w:ascii="Georgia" w:hAnsi="Georgia" w:eastAsia="Georgia"/>
          <w:sz w:val="23"/>
        </w:rPr>
        <w:t>She continued.</w:t>
      </w:r>
    </w:p>
    <w:p>
      <w:pPr>
        <w:spacing w:after="110"/>
      </w:pPr>
      <w:r>
        <w:rPr>
          <w:rFonts w:ascii="Georgia" w:hAnsi="Georgia" w:eastAsia="Georgia"/>
          <w:sz w:val="23"/>
        </w:rPr>
        <w:t>“I spent ninety-three years with Deren’s setting. Fifty-six of those with Sera and Lio’s. If that history mattered physically, it mattered whether I knew it or not. If it did not, I still lived it. I do not need Kaethe to certify my marriage after the fact.”</w:t>
      </w:r>
    </w:p>
    <w:p>
      <w:pPr>
        <w:spacing w:after="110"/>
      </w:pPr>
      <w:r>
        <w:rPr>
          <w:rFonts w:ascii="Georgia" w:hAnsi="Georgia" w:eastAsia="Georgia"/>
          <w:sz w:val="23"/>
        </w:rPr>
        <w:t>Sera said, “It was licensed badly enough the first time.”</w:t>
      </w:r>
    </w:p>
    <w:p>
      <w:pPr>
        <w:spacing w:after="110"/>
      </w:pPr>
      <w:r>
        <w:rPr>
          <w:rFonts w:ascii="Georgia" w:hAnsi="Georgia" w:eastAsia="Georgia"/>
          <w:sz w:val="23"/>
        </w:rPr>
        <w:t>Ivena looked at her.</w:t>
      </w:r>
    </w:p>
    <w:p>
      <w:pPr>
        <w:spacing w:after="110"/>
      </w:pPr>
      <w:r>
        <w:rPr>
          <w:rFonts w:ascii="Georgia" w:hAnsi="Georgia" w:eastAsia="Georgia"/>
          <w:sz w:val="23"/>
        </w:rPr>
        <w:t>“You filed the renewal late.”</w:t>
      </w:r>
    </w:p>
    <w:p>
      <w:pPr>
        <w:spacing w:after="110"/>
      </w:pPr>
      <w:r>
        <w:rPr>
          <w:rFonts w:ascii="Georgia" w:hAnsi="Georgia" w:eastAsia="Georgia"/>
          <w:sz w:val="23"/>
        </w:rPr>
        <w:t>“You forgot the witness.”</w:t>
      </w:r>
    </w:p>
    <w:p>
      <w:pPr>
        <w:spacing w:after="110"/>
      </w:pPr>
      <w:r>
        <w:rPr>
          <w:rFonts w:ascii="Georgia" w:hAnsi="Georgia" w:eastAsia="Georgia"/>
          <w:sz w:val="23"/>
        </w:rPr>
        <w:t>“The witness was at lunch.”</w:t>
      </w:r>
    </w:p>
    <w:p>
      <w:pPr>
        <w:spacing w:after="110"/>
      </w:pPr>
      <w:r>
        <w:rPr>
          <w:rFonts w:ascii="Georgia" w:hAnsi="Georgia" w:eastAsia="Georgia"/>
          <w:sz w:val="23"/>
        </w:rPr>
        <w:t>“For six hours.”</w:t>
      </w:r>
    </w:p>
    <w:p>
      <w:pPr>
        <w:spacing w:after="110"/>
      </w:pPr>
      <w:r>
        <w:rPr>
          <w:rFonts w:ascii="Georgia" w:hAnsi="Georgia" w:eastAsia="Georgia"/>
          <w:sz w:val="23"/>
        </w:rPr>
        <w:t>They were gone again.</w:t>
      </w:r>
    </w:p>
    <w:p>
      <w:pPr>
        <w:spacing w:after="110"/>
      </w:pPr>
      <w:r>
        <w:rPr>
          <w:rFonts w:ascii="Georgia" w:hAnsi="Georgia" w:eastAsia="Georgia"/>
          <w:sz w:val="23"/>
        </w:rPr>
        <w:t>Back into a forty-nine-year argument about paperwork.</w:t>
      </w:r>
    </w:p>
    <w:p>
      <w:pPr>
        <w:spacing w:after="110"/>
      </w:pPr>
      <w:r>
        <w:rPr>
          <w:rFonts w:ascii="Georgia" w:hAnsi="Georgia" w:eastAsia="Georgia"/>
          <w:sz w:val="23"/>
        </w:rPr>
        <w:t>The field traces stayed quiet.</w:t>
      </w:r>
    </w:p>
    <w:p>
      <w:pPr>
        <w:spacing w:before="80" w:after="110"/>
        <w:jc w:val="center"/>
      </w:pPr>
      <w:r>
        <w:rPr>
          <w:rFonts w:ascii="Georgia" w:hAnsi="Georgia" w:eastAsia="Georgia"/>
          <w:sz w:val="23"/>
        </w:rPr>
        <w:t>§</w:t>
      </w:r>
    </w:p>
    <w:p>
      <w:pPr>
        <w:spacing w:after="110"/>
      </w:pPr>
      <w:r>
        <w:rPr>
          <w:rFonts w:ascii="Georgia" w:hAnsi="Georgia" w:eastAsia="Georgia"/>
          <w:sz w:val="23"/>
        </w:rPr>
        <w:t>At 1410 Sera agreed to one more thing.</w:t>
      </w:r>
    </w:p>
    <w:p>
      <w:pPr>
        <w:spacing w:after="110"/>
      </w:pPr>
      <w:r>
        <w:rPr>
          <w:rFonts w:ascii="Georgia" w:hAnsi="Georgia" w:eastAsia="Georgia"/>
          <w:sz w:val="23"/>
        </w:rPr>
        <w:t>Not another proximity run.</w:t>
      </w:r>
    </w:p>
    <w:p>
      <w:pPr>
        <w:spacing w:after="110"/>
      </w:pPr>
      <w:r>
        <w:rPr>
          <w:rFonts w:ascii="Georgia" w:hAnsi="Georgia" w:eastAsia="Georgia"/>
          <w:sz w:val="23"/>
        </w:rPr>
        <w:t>A records comparison.</w:t>
      </w:r>
    </w:p>
    <w:p>
      <w:pPr>
        <w:spacing w:after="110"/>
      </w:pPr>
      <w:r>
        <w:rPr>
          <w:rFonts w:ascii="Georgia" w:hAnsi="Georgia" w:eastAsia="Georgia"/>
          <w:sz w:val="23"/>
        </w:rPr>
        <w:t>Miren scanned only metadata from Sera’s private service case and Ivena’s box.</w:t>
      </w:r>
    </w:p>
    <w:p>
      <w:pPr>
        <w:spacing w:after="110"/>
      </w:pPr>
      <w:r>
        <w:rPr>
          <w:rFonts w:ascii="Georgia" w:hAnsi="Georgia" w:eastAsia="Georgia"/>
          <w:sz w:val="23"/>
        </w:rPr>
        <w:t>Dates.</w:t>
      </w:r>
    </w:p>
    <w:p>
      <w:pPr>
        <w:spacing w:after="110"/>
      </w:pPr>
      <w:r>
        <w:rPr>
          <w:rFonts w:ascii="Georgia" w:hAnsi="Georgia" w:eastAsia="Georgia"/>
          <w:sz w:val="23"/>
        </w:rPr>
        <w:t>No prompt content.</w:t>
      </w:r>
    </w:p>
    <w:p>
      <w:pPr>
        <w:spacing w:after="110"/>
      </w:pPr>
      <w:r>
        <w:rPr>
          <w:rFonts w:ascii="Georgia" w:hAnsi="Georgia" w:eastAsia="Georgia"/>
          <w:sz w:val="23"/>
        </w:rPr>
        <w:t>No names beyond what both women had already authorized.</w:t>
      </w:r>
    </w:p>
    <w:p>
      <w:pPr>
        <w:spacing w:after="110"/>
      </w:pPr>
      <w:r>
        <w:rPr>
          <w:rFonts w:ascii="Georgia" w:hAnsi="Georgia" w:eastAsia="Georgia"/>
          <w:sz w:val="23"/>
        </w:rPr>
        <w:t>No network upload.</w:t>
      </w:r>
    </w:p>
    <w:p>
      <w:pPr>
        <w:spacing w:after="110"/>
      </w:pPr>
      <w:r>
        <w:rPr>
          <w:rFonts w:ascii="Georgia" w:hAnsi="Georgia" w:eastAsia="Georgia"/>
          <w:sz w:val="23"/>
        </w:rPr>
        <w:t>We aligned the two histories on time.</w:t>
      </w:r>
    </w:p>
    <w:p>
      <w:pPr>
        <w:spacing w:after="110"/>
      </w:pPr>
      <w:r>
        <w:rPr>
          <w:rFonts w:ascii="Georgia" w:hAnsi="Georgia" w:eastAsia="Georgia"/>
          <w:sz w:val="23"/>
        </w:rPr>
        <w:t>The result looked ordinary at first.</w:t>
      </w:r>
    </w:p>
    <w:p>
      <w:pPr>
        <w:spacing w:after="110"/>
      </w:pPr>
      <w:r>
        <w:rPr>
          <w:rFonts w:ascii="Georgia" w:hAnsi="Georgia" w:eastAsia="Georgia"/>
          <w:sz w:val="23"/>
        </w:rPr>
        <w:t>Annual services did not coincide because the settings had been installed eleven months apart in different years.</w:t>
      </w:r>
    </w:p>
    <w:p>
      <w:pPr>
        <w:spacing w:after="110"/>
      </w:pPr>
      <w:r>
        <w:rPr>
          <w:rFonts w:ascii="Georgia" w:hAnsi="Georgia" w:eastAsia="Georgia"/>
          <w:sz w:val="23"/>
        </w:rPr>
        <w:t>Liner changes occurred independently.</w:t>
      </w:r>
    </w:p>
    <w:p>
      <w:pPr>
        <w:spacing w:after="110"/>
      </w:pPr>
      <w:r>
        <w:rPr>
          <w:rFonts w:ascii="Georgia" w:hAnsi="Georgia" w:eastAsia="Georgia"/>
          <w:sz w:val="23"/>
        </w:rPr>
        <w:t>Field upgrades happened when regulations changed.</w:t>
      </w:r>
    </w:p>
    <w:p>
      <w:pPr>
        <w:spacing w:after="110"/>
      </w:pPr>
      <w:r>
        <w:rPr>
          <w:rFonts w:ascii="Georgia" w:hAnsi="Georgia" w:eastAsia="Georgia"/>
          <w:sz w:val="23"/>
        </w:rPr>
        <w:t>Medical repairs clustered around the carriers’ bodies, not each other.</w:t>
      </w:r>
    </w:p>
    <w:p>
      <w:pPr>
        <w:spacing w:after="110"/>
      </w:pPr>
      <w:r>
        <w:rPr>
          <w:rFonts w:ascii="Georgia" w:hAnsi="Georgia" w:eastAsia="Georgia"/>
          <w:sz w:val="23"/>
        </w:rPr>
        <w:t>Then Miren marked every event involving ambient power or contact compensation.</w:t>
      </w:r>
    </w:p>
    <w:p>
      <w:pPr>
        <w:spacing w:after="110"/>
      </w:pPr>
      <w:r>
        <w:rPr>
          <w:rFonts w:ascii="Georgia" w:hAnsi="Georgia" w:eastAsia="Georgia"/>
          <w:sz w:val="23"/>
        </w:rPr>
        <w:t>Seven in Ivena’s records.</w:t>
      </w:r>
    </w:p>
    <w:p>
      <w:pPr>
        <w:spacing w:after="110"/>
      </w:pPr>
      <w:r>
        <w:rPr>
          <w:rFonts w:ascii="Georgia" w:hAnsi="Georgia" w:eastAsia="Georgia"/>
          <w:sz w:val="23"/>
        </w:rPr>
        <w:t>Nine in Sera’s.</w:t>
      </w:r>
    </w:p>
    <w:p>
      <w:pPr>
        <w:spacing w:after="110"/>
      </w:pPr>
      <w:r>
        <w:rPr>
          <w:rFonts w:ascii="Georgia" w:hAnsi="Georgia" w:eastAsia="Georgia"/>
          <w:sz w:val="23"/>
        </w:rPr>
        <w:t>Four overlapped within the same twenty-four-hour period while they lived together.</w:t>
      </w:r>
    </w:p>
    <w:p>
      <w:pPr>
        <w:spacing w:after="110"/>
      </w:pPr>
      <w:r>
        <w:rPr>
          <w:rFonts w:ascii="Georgia" w:hAnsi="Georgia" w:eastAsia="Georgia"/>
          <w:sz w:val="23"/>
        </w:rPr>
        <w:t>That was more than I expected and less than proof.</w:t>
      </w:r>
    </w:p>
    <w:p>
      <w:pPr>
        <w:spacing w:after="110"/>
      </w:pPr>
      <w:r>
        <w:rPr>
          <w:rFonts w:ascii="Georgia" w:hAnsi="Georgia" w:eastAsia="Georgia"/>
          <w:sz w:val="23"/>
        </w:rPr>
        <w:t>Two were explained by the same building outage.</w:t>
      </w:r>
    </w:p>
    <w:p>
      <w:pPr>
        <w:spacing w:after="110"/>
      </w:pPr>
      <w:r>
        <w:rPr>
          <w:rFonts w:ascii="Georgia" w:hAnsi="Georgia" w:eastAsia="Georgia"/>
          <w:sz w:val="23"/>
        </w:rPr>
        <w:t>One by the shared-field alert already documented.</w:t>
      </w:r>
    </w:p>
    <w:p>
      <w:pPr>
        <w:spacing w:after="110"/>
      </w:pPr>
      <w:r>
        <w:rPr>
          <w:rFonts w:ascii="Georgia" w:hAnsi="Georgia" w:eastAsia="Georgia"/>
          <w:sz w:val="23"/>
        </w:rPr>
        <w:t>The fourth had been recorded thirteen years later.</w:t>
      </w:r>
    </w:p>
    <w:p>
      <w:pPr>
        <w:spacing w:after="110"/>
      </w:pPr>
      <w:r>
        <w:rPr>
          <w:rFonts w:ascii="Georgia" w:hAnsi="Georgia" w:eastAsia="Georgia"/>
          <w:sz w:val="23"/>
        </w:rPr>
        <w:t>Ivena: transient right-hand lightness after overnight field recalibration. No deficit.</w:t>
      </w:r>
    </w:p>
    <w:p>
      <w:pPr>
        <w:spacing w:after="110"/>
      </w:pPr>
      <w:r>
        <w:rPr>
          <w:rFonts w:ascii="Georgia" w:hAnsi="Georgia" w:eastAsia="Georgia"/>
          <w:sz w:val="23"/>
        </w:rPr>
        <w:t>Sera: left clavicle contact load elevated after overnight field recalibration. Resolved by morning.</w:t>
      </w:r>
    </w:p>
    <w:p>
      <w:pPr>
        <w:spacing w:after="110"/>
      </w:pPr>
      <w:r>
        <w:rPr>
          <w:rFonts w:ascii="Georgia" w:hAnsi="Georgia" w:eastAsia="Georgia"/>
          <w:sz w:val="23"/>
        </w:rPr>
        <w:t>Different service companies.</w:t>
      </w:r>
    </w:p>
    <w:p>
      <w:pPr>
        <w:spacing w:after="110"/>
      </w:pPr>
      <w:r>
        <w:rPr>
          <w:rFonts w:ascii="Georgia" w:hAnsi="Georgia" w:eastAsia="Georgia"/>
          <w:sz w:val="23"/>
        </w:rPr>
        <w:t>Different records.</w:t>
      </w:r>
    </w:p>
    <w:p>
      <w:pPr>
        <w:spacing w:after="110"/>
      </w:pPr>
      <w:r>
        <w:rPr>
          <w:rFonts w:ascii="Georgia" w:hAnsi="Georgia" w:eastAsia="Georgia"/>
          <w:sz w:val="23"/>
        </w:rPr>
        <w:t>Same date.</w:t>
      </w:r>
    </w:p>
    <w:p>
      <w:pPr>
        <w:spacing w:after="110"/>
      </w:pPr>
      <w:r>
        <w:rPr>
          <w:rFonts w:ascii="Georgia" w:hAnsi="Georgia" w:eastAsia="Georgia"/>
          <w:sz w:val="23"/>
        </w:rPr>
        <w:t>Neither had referenced the other setting.</w:t>
      </w:r>
    </w:p>
    <w:p>
      <w:pPr>
        <w:spacing w:after="110"/>
      </w:pPr>
      <w:r>
        <w:rPr>
          <w:rFonts w:ascii="Georgia" w:hAnsi="Georgia" w:eastAsia="Georgia"/>
          <w:sz w:val="23"/>
        </w:rPr>
        <w:t>Ivena stared at the wall.</w:t>
      </w:r>
    </w:p>
    <w:p>
      <w:pPr>
        <w:spacing w:after="110"/>
      </w:pPr>
      <w:r>
        <w:rPr>
          <w:rFonts w:ascii="Georgia" w:hAnsi="Georgia" w:eastAsia="Georgia"/>
          <w:sz w:val="23"/>
        </w:rPr>
        <w:t>“I remember that night.”</w:t>
      </w:r>
    </w:p>
    <w:p>
      <w:pPr>
        <w:spacing w:after="110"/>
      </w:pPr>
      <w:r>
        <w:rPr>
          <w:rFonts w:ascii="Georgia" w:hAnsi="Georgia" w:eastAsia="Georgia"/>
          <w:sz w:val="23"/>
        </w:rPr>
        <w:t>“Why?”</w:t>
      </w:r>
    </w:p>
    <w:p>
      <w:pPr>
        <w:spacing w:after="110"/>
      </w:pPr>
      <w:r>
        <w:rPr>
          <w:rFonts w:ascii="Georgia" w:hAnsi="Georgia" w:eastAsia="Georgia"/>
          <w:sz w:val="23"/>
        </w:rPr>
        <w:t>“Sera broke the bathroom door.”</w:t>
      </w:r>
    </w:p>
    <w:p>
      <w:pPr>
        <w:spacing w:after="110"/>
      </w:pPr>
      <w:r>
        <w:rPr>
          <w:rFonts w:ascii="Georgia" w:hAnsi="Georgia" w:eastAsia="Georgia"/>
          <w:sz w:val="23"/>
        </w:rPr>
        <w:t>Sera turned.</w:t>
      </w:r>
    </w:p>
    <w:p>
      <w:pPr>
        <w:spacing w:after="110"/>
      </w:pPr>
      <w:r>
        <w:rPr>
          <w:rFonts w:ascii="Georgia" w:hAnsi="Georgia" w:eastAsia="Georgia"/>
          <w:sz w:val="23"/>
        </w:rPr>
        <w:t>“The latch failed.”</w:t>
      </w:r>
    </w:p>
    <w:p>
      <w:pPr>
        <w:spacing w:after="110"/>
      </w:pPr>
      <w:r>
        <w:rPr>
          <w:rFonts w:ascii="Georgia" w:hAnsi="Georgia" w:eastAsia="Georgia"/>
          <w:sz w:val="23"/>
        </w:rPr>
        <w:t>“You pulled it off.”</w:t>
      </w:r>
    </w:p>
    <w:p>
      <w:pPr>
        <w:spacing w:after="110"/>
      </w:pPr>
      <w:r>
        <w:rPr>
          <w:rFonts w:ascii="Georgia" w:hAnsi="Georgia" w:eastAsia="Georgia"/>
          <w:sz w:val="23"/>
        </w:rPr>
        <w:t>“Because the latch failed.”</w:t>
      </w:r>
    </w:p>
    <w:p>
      <w:pPr>
        <w:spacing w:after="110"/>
      </w:pPr>
      <w:r>
        <w:rPr>
          <w:rFonts w:ascii="Georgia" w:hAnsi="Georgia" w:eastAsia="Georgia"/>
          <w:sz w:val="23"/>
        </w:rPr>
        <w:t>I looked at the date.</w:t>
      </w:r>
    </w:p>
    <w:p>
      <w:pPr>
        <w:spacing w:after="110"/>
      </w:pPr>
      <w:r>
        <w:rPr>
          <w:rFonts w:ascii="Georgia" w:hAnsi="Georgia" w:eastAsia="Georgia"/>
          <w:sz w:val="23"/>
        </w:rPr>
        <w:t>“Any reason the door matters?”</w:t>
      </w:r>
    </w:p>
    <w:p>
      <w:pPr>
        <w:spacing w:after="110"/>
      </w:pPr>
      <w:r>
        <w:rPr>
          <w:rFonts w:ascii="Georgia" w:hAnsi="Georgia" w:eastAsia="Georgia"/>
          <w:sz w:val="23"/>
        </w:rPr>
        <w:t>“No,” both said.</w:t>
      </w:r>
    </w:p>
    <w:p>
      <w:pPr>
        <w:spacing w:after="110"/>
      </w:pPr>
      <w:r>
        <w:rPr>
          <w:rFonts w:ascii="Georgia" w:hAnsi="Georgia" w:eastAsia="Georgia"/>
          <w:sz w:val="23"/>
        </w:rPr>
        <w:t>The past did not need every object promoted.</w:t>
      </w:r>
    </w:p>
    <w:p>
      <w:pPr>
        <w:spacing w:after="110"/>
      </w:pPr>
      <w:r>
        <w:rPr>
          <w:rFonts w:ascii="Georgia" w:hAnsi="Georgia" w:eastAsia="Georgia"/>
          <w:sz w:val="23"/>
        </w:rPr>
        <w:t>Miren looked at the two service lines.</w:t>
      </w:r>
    </w:p>
    <w:p>
      <w:pPr>
        <w:spacing w:after="110"/>
      </w:pPr>
      <w:r>
        <w:rPr>
          <w:rFonts w:ascii="Georgia" w:hAnsi="Georgia" w:eastAsia="Georgia"/>
          <w:sz w:val="23"/>
        </w:rPr>
        <w:t>“This is better than the five-meter run.”</w:t>
      </w:r>
    </w:p>
    <w:p>
      <w:pPr>
        <w:spacing w:after="110"/>
      </w:pPr>
      <w:r>
        <w:rPr>
          <w:rFonts w:ascii="Georgia" w:hAnsi="Georgia" w:eastAsia="Georgia"/>
          <w:sz w:val="23"/>
        </w:rPr>
        <w:t>“No,” I said.</w:t>
      </w:r>
    </w:p>
    <w:p>
      <w:pPr>
        <w:spacing w:after="110"/>
      </w:pPr>
      <w:r>
        <w:rPr>
          <w:rFonts w:ascii="Georgia" w:hAnsi="Georgia" w:eastAsia="Georgia"/>
          <w:sz w:val="23"/>
        </w:rPr>
        <w:t>“Independent records. Same day. Different observed effects after the same building recalibration.”</w:t>
      </w:r>
    </w:p>
    <w:p>
      <w:pPr>
        <w:spacing w:after="110"/>
      </w:pPr>
      <w:r>
        <w:rPr>
          <w:rFonts w:ascii="Georgia" w:hAnsi="Georgia" w:eastAsia="Georgia"/>
          <w:sz w:val="23"/>
        </w:rPr>
        <w:t>“Better provenance. Worse control.”</w:t>
      </w:r>
    </w:p>
    <w:p>
      <w:pPr>
        <w:spacing w:after="110"/>
      </w:pPr>
      <w:r>
        <w:rPr>
          <w:rFonts w:ascii="Georgia" w:hAnsi="Georgia" w:eastAsia="Georgia"/>
          <w:sz w:val="23"/>
        </w:rPr>
        <w:t>“Fair.”</w:t>
      </w:r>
    </w:p>
    <w:p>
      <w:pPr>
        <w:spacing w:after="110"/>
      </w:pPr>
      <w:r>
        <w:rPr>
          <w:rFonts w:ascii="Georgia" w:hAnsi="Georgia" w:eastAsia="Georgia"/>
          <w:sz w:val="23"/>
        </w:rPr>
        <w:t>“What does it buy us?” Sera asked.</w:t>
      </w:r>
    </w:p>
    <w:p>
      <w:pPr>
        <w:spacing w:after="110"/>
      </w:pPr>
      <w:r>
        <w:rPr>
          <w:rFonts w:ascii="Georgia" w:hAnsi="Georgia" w:eastAsia="Georgia"/>
          <w:sz w:val="23"/>
        </w:rPr>
        <w:t>“A reason to preserve co-contact history before a current problem appears.”</w:t>
      </w:r>
    </w:p>
    <w:p>
      <w:pPr>
        <w:spacing w:after="110"/>
      </w:pPr>
      <w:r>
        <w:rPr>
          <w:rFonts w:ascii="Georgia" w:hAnsi="Georgia" w:eastAsia="Georgia"/>
          <w:sz w:val="23"/>
        </w:rPr>
        <w:t>“That sounds like your conclusion from last night.”</w:t>
      </w:r>
    </w:p>
    <w:p>
      <w:pPr>
        <w:spacing w:after="110"/>
      </w:pPr>
      <w:r>
        <w:rPr>
          <w:rFonts w:ascii="Georgia" w:hAnsi="Georgia" w:eastAsia="Georgia"/>
          <w:sz w:val="23"/>
        </w:rPr>
        <w:t>“It is stronger now.”</w:t>
      </w:r>
    </w:p>
    <w:p>
      <w:pPr>
        <w:spacing w:after="110"/>
      </w:pPr>
      <w:r>
        <w:rPr>
          <w:rFonts w:ascii="Georgia" w:hAnsi="Georgia" w:eastAsia="Georgia"/>
          <w:sz w:val="23"/>
        </w:rPr>
        <w:t>“Still not acquired relation.”</w:t>
      </w:r>
    </w:p>
    <w:p>
      <w:pPr>
        <w:spacing w:after="110"/>
      </w:pPr>
      <w:r>
        <w:rPr>
          <w:rFonts w:ascii="Georgia" w:hAnsi="Georgia" w:eastAsia="Georgia"/>
          <w:sz w:val="23"/>
        </w:rPr>
        <w:t>“Correct.”</w:t>
      </w:r>
    </w:p>
    <w:p>
      <w:pPr>
        <w:spacing w:after="110"/>
      </w:pPr>
      <w:r>
        <w:rPr>
          <w:rFonts w:ascii="Georgia" w:hAnsi="Georgia" w:eastAsia="Georgia"/>
          <w:sz w:val="23"/>
        </w:rPr>
        <w:t>Sera nodded.</w:t>
      </w:r>
    </w:p>
    <w:p>
      <w:pPr>
        <w:spacing w:after="110"/>
      </w:pPr>
      <w:r>
        <w:rPr>
          <w:rFonts w:ascii="Georgia" w:hAnsi="Georgia" w:eastAsia="Georgia"/>
          <w:sz w:val="23"/>
        </w:rPr>
        <w:t>She had learned my answer shape in one morning.</w:t>
      </w:r>
    </w:p>
    <w:p>
      <w:pPr>
        <w:spacing w:after="110"/>
      </w:pPr>
      <w:r>
        <w:rPr>
          <w:rFonts w:ascii="Georgia" w:hAnsi="Georgia" w:eastAsia="Georgia"/>
          <w:sz w:val="23"/>
        </w:rPr>
        <w:t>Or perhaps I had finally learned hers.</w:t>
      </w:r>
    </w:p>
    <w:p>
      <w:pPr>
        <w:spacing w:before="80" w:after="110"/>
        <w:jc w:val="center"/>
      </w:pPr>
      <w:r>
        <w:rPr>
          <w:rFonts w:ascii="Georgia" w:hAnsi="Georgia" w:eastAsia="Georgia"/>
          <w:sz w:val="23"/>
        </w:rPr>
        <w:t>§</w:t>
      </w:r>
    </w:p>
    <w:p>
      <w:pPr>
        <w:spacing w:after="110"/>
      </w:pPr>
      <w:r>
        <w:rPr>
          <w:rFonts w:ascii="Georgia" w:hAnsi="Georgia" w:eastAsia="Georgia"/>
          <w:sz w:val="23"/>
        </w:rPr>
        <w:t>At 1602 the shop released them.</w:t>
      </w:r>
    </w:p>
    <w:p>
      <w:pPr>
        <w:spacing w:after="110"/>
      </w:pPr>
      <w:r>
        <w:rPr>
          <w:rFonts w:ascii="Georgia" w:hAnsi="Georgia" w:eastAsia="Georgia"/>
          <w:sz w:val="23"/>
        </w:rPr>
        <w:t>Separately.</w:t>
      </w:r>
    </w:p>
    <w:p>
      <w:pPr>
        <w:spacing w:after="110"/>
      </w:pPr>
      <w:r>
        <w:rPr>
          <w:rFonts w:ascii="Georgia" w:hAnsi="Georgia" w:eastAsia="Georgia"/>
          <w:sz w:val="23"/>
        </w:rPr>
        <w:t>Not because separation was safer.</w:t>
      </w:r>
    </w:p>
    <w:p>
      <w:pPr>
        <w:spacing w:after="110"/>
      </w:pPr>
      <w:r>
        <w:rPr>
          <w:rFonts w:ascii="Georgia" w:hAnsi="Georgia" w:eastAsia="Georgia"/>
          <w:sz w:val="23"/>
        </w:rPr>
        <w:t>Because the run had ended and neither wanted another uncontrolled approach at the door while we were still pretending we knew what counted as a test.</w:t>
      </w:r>
    </w:p>
    <w:p>
      <w:pPr>
        <w:spacing w:after="110"/>
      </w:pPr>
      <w:r>
        <w:rPr>
          <w:rFonts w:ascii="Georgia" w:hAnsi="Georgia" w:eastAsia="Georgia"/>
          <w:sz w:val="23"/>
        </w:rPr>
        <w:t>Sera went first.</w:t>
      </w:r>
    </w:p>
    <w:p>
      <w:pPr>
        <w:spacing w:after="110"/>
      </w:pPr>
      <w:r>
        <w:rPr>
          <w:rFonts w:ascii="Georgia" w:hAnsi="Georgia" w:eastAsia="Georgia"/>
          <w:sz w:val="23"/>
        </w:rPr>
        <w:t>Before leaving, she stood three meters from Ivena with a wall between them.</w:t>
      </w:r>
    </w:p>
    <w:p>
      <w:pPr>
        <w:spacing w:after="110"/>
      </w:pPr>
      <w:r>
        <w:rPr>
          <w:rFonts w:ascii="Georgia" w:hAnsi="Georgia" w:eastAsia="Georgia"/>
          <w:sz w:val="23"/>
        </w:rPr>
        <w:t>Not planned.</w:t>
      </w:r>
    </w:p>
    <w:p>
      <w:pPr>
        <w:spacing w:after="110"/>
      </w:pPr>
      <w:r>
        <w:rPr>
          <w:rFonts w:ascii="Georgia" w:hAnsi="Georgia" w:eastAsia="Georgia"/>
          <w:sz w:val="23"/>
        </w:rPr>
        <w:t>The exit corridor required it.</w:t>
      </w:r>
    </w:p>
    <w:p>
      <w:pPr>
        <w:spacing w:after="110"/>
      </w:pPr>
      <w:r>
        <w:rPr>
          <w:rFonts w:ascii="Georgia" w:hAnsi="Georgia" w:eastAsia="Georgia"/>
          <w:sz w:val="23"/>
        </w:rPr>
        <w:t>Both field traces remained stable.</w:t>
      </w:r>
    </w:p>
    <w:p>
      <w:pPr>
        <w:spacing w:after="110"/>
      </w:pPr>
      <w:r>
        <w:rPr>
          <w:rFonts w:ascii="Georgia" w:hAnsi="Georgia" w:eastAsia="Georgia"/>
          <w:sz w:val="23"/>
        </w:rPr>
        <w:t>She looked at the wall.</w:t>
      </w:r>
    </w:p>
    <w:p>
      <w:pPr>
        <w:spacing w:after="110"/>
      </w:pPr>
      <w:r>
        <w:rPr>
          <w:rFonts w:ascii="Georgia" w:hAnsi="Georgia" w:eastAsia="Georgia"/>
          <w:sz w:val="23"/>
        </w:rPr>
        <w:t>“Your experiment is boring again.”</w:t>
      </w:r>
    </w:p>
    <w:p>
      <w:pPr>
        <w:spacing w:after="110"/>
      </w:pPr>
      <w:r>
        <w:rPr>
          <w:rFonts w:ascii="Georgia" w:hAnsi="Georgia" w:eastAsia="Georgia"/>
          <w:sz w:val="23"/>
        </w:rPr>
        <w:t>“Good.”</w:t>
      </w:r>
    </w:p>
    <w:p>
      <w:pPr>
        <w:spacing w:after="110"/>
      </w:pPr>
      <w:r>
        <w:rPr>
          <w:rFonts w:ascii="Georgia" w:hAnsi="Georgia" w:eastAsia="Georgia"/>
          <w:sz w:val="23"/>
        </w:rPr>
        <w:t>“You always say that when nothing happens.”</w:t>
      </w:r>
    </w:p>
    <w:p>
      <w:pPr>
        <w:spacing w:after="110"/>
      </w:pPr>
      <w:r>
        <w:rPr>
          <w:rFonts w:ascii="Georgia" w:hAnsi="Georgia" w:eastAsia="Georgia"/>
          <w:sz w:val="23"/>
        </w:rPr>
        <w:t>“Nothing happening under a condition is a result.”</w:t>
      </w:r>
    </w:p>
    <w:p>
      <w:pPr>
        <w:spacing w:after="110"/>
      </w:pPr>
      <w:r>
        <w:rPr>
          <w:rFonts w:ascii="Georgia" w:hAnsi="Georgia" w:eastAsia="Georgia"/>
          <w:sz w:val="23"/>
        </w:rPr>
        <w:t>“That is why nobody invites you anywhere.”</w:t>
      </w:r>
    </w:p>
    <w:p>
      <w:pPr>
        <w:spacing w:after="110"/>
      </w:pPr>
      <w:r>
        <w:rPr>
          <w:rFonts w:ascii="Georgia" w:hAnsi="Georgia" w:eastAsia="Georgia"/>
          <w:sz w:val="23"/>
        </w:rPr>
        <w:t>She left.</w:t>
      </w:r>
    </w:p>
    <w:p>
      <w:pPr>
        <w:spacing w:after="110"/>
      </w:pPr>
      <w:r>
        <w:rPr>
          <w:rFonts w:ascii="Georgia" w:hAnsi="Georgia" w:eastAsia="Georgia"/>
          <w:sz w:val="23"/>
        </w:rPr>
        <w:t>Ivena waited until the outer lock closed.</w:t>
      </w:r>
    </w:p>
    <w:p>
      <w:pPr>
        <w:spacing w:after="110"/>
      </w:pPr>
      <w:r>
        <w:rPr>
          <w:rFonts w:ascii="Georgia" w:hAnsi="Georgia" w:eastAsia="Georgia"/>
          <w:sz w:val="23"/>
        </w:rPr>
        <w:t>“She will call me tonight.”</w:t>
      </w:r>
    </w:p>
    <w:p>
      <w:pPr>
        <w:spacing w:after="110"/>
      </w:pPr>
      <w:r>
        <w:rPr>
          <w:rFonts w:ascii="Georgia" w:hAnsi="Georgia" w:eastAsia="Georgia"/>
          <w:sz w:val="23"/>
        </w:rPr>
        <w:t>“How do you know?”</w:t>
      </w:r>
    </w:p>
    <w:p>
      <w:pPr>
        <w:spacing w:after="110"/>
      </w:pPr>
      <w:r>
        <w:rPr>
          <w:rFonts w:ascii="Georgia" w:hAnsi="Georgia" w:eastAsia="Georgia"/>
          <w:sz w:val="23"/>
        </w:rPr>
        <w:t>“Because I know Sera.”</w:t>
      </w:r>
    </w:p>
    <w:p>
      <w:pPr>
        <w:spacing w:after="110"/>
      </w:pPr>
      <w:r>
        <w:rPr>
          <w:rFonts w:ascii="Georgia" w:hAnsi="Georgia" w:eastAsia="Georgia"/>
          <w:sz w:val="23"/>
        </w:rPr>
        <w:t>I nearly asked for confidence bounds.</w:t>
      </w:r>
    </w:p>
    <w:p>
      <w:pPr>
        <w:spacing w:after="110"/>
      </w:pPr>
      <w:r>
        <w:rPr>
          <w:rFonts w:ascii="Georgia" w:hAnsi="Georgia" w:eastAsia="Georgia"/>
          <w:sz w:val="23"/>
        </w:rPr>
        <w:t>Age had improved me enough not to.</w:t>
      </w:r>
    </w:p>
    <w:p>
      <w:pPr>
        <w:spacing w:after="110"/>
      </w:pPr>
      <w:r>
        <w:rPr>
          <w:rFonts w:ascii="Georgia" w:hAnsi="Georgia" w:eastAsia="Georgia"/>
          <w:sz w:val="23"/>
        </w:rPr>
        <w:t>“Do you want the two settings linked in any private record?” I asked.</w:t>
      </w:r>
    </w:p>
    <w:p>
      <w:pPr>
        <w:spacing w:after="110"/>
      </w:pPr>
      <w:r>
        <w:rPr>
          <w:rFonts w:ascii="Georgia" w:hAnsi="Georgia" w:eastAsia="Georgia"/>
          <w:sz w:val="23"/>
        </w:rPr>
        <w:t>“Mine?”</w:t>
      </w:r>
    </w:p>
    <w:p>
      <w:pPr>
        <w:spacing w:after="110"/>
      </w:pPr>
      <w:r>
        <w:rPr>
          <w:rFonts w:ascii="Georgia" w:hAnsi="Georgia" w:eastAsia="Georgia"/>
          <w:sz w:val="23"/>
        </w:rPr>
        <w:t>“Your private archive. Not medical.”</w:t>
      </w:r>
    </w:p>
    <w:p>
      <w:pPr>
        <w:spacing w:after="110"/>
      </w:pPr>
      <w:r>
        <w:rPr>
          <w:rFonts w:ascii="Georgia" w:hAnsi="Georgia" w:eastAsia="Georgia"/>
          <w:sz w:val="23"/>
        </w:rPr>
        <w:t>She thought.</w:t>
      </w:r>
    </w:p>
    <w:p>
      <w:pPr>
        <w:spacing w:after="110"/>
      </w:pPr>
      <w:r>
        <w:rPr>
          <w:rFonts w:ascii="Georgia" w:hAnsi="Georgia" w:eastAsia="Georgia"/>
          <w:sz w:val="23"/>
        </w:rPr>
        <w:t>“Yes.”</w:t>
      </w:r>
    </w:p>
    <w:p>
      <w:pPr>
        <w:spacing w:after="110"/>
      </w:pPr>
      <w:r>
        <w:rPr>
          <w:rFonts w:ascii="Georgia" w:hAnsi="Georgia" w:eastAsia="Georgia"/>
          <w:sz w:val="23"/>
        </w:rPr>
        <w:t>“How?”</w:t>
      </w:r>
    </w:p>
    <w:p>
      <w:pPr>
        <w:spacing w:after="110"/>
      </w:pPr>
      <w:r>
        <w:rPr>
          <w:rFonts w:ascii="Georgia" w:hAnsi="Georgia" w:eastAsia="Georgia"/>
          <w:sz w:val="23"/>
        </w:rPr>
        <w:t>“Write that they lived together.”</w:t>
      </w:r>
    </w:p>
    <w:p>
      <w:pPr>
        <w:spacing w:after="110"/>
      </w:pPr>
      <w:r>
        <w:rPr>
          <w:rFonts w:ascii="Georgia" w:hAnsi="Georgia" w:eastAsia="Georgia"/>
          <w:sz w:val="23"/>
        </w:rPr>
        <w:t>“That is not a technical relationship.”</w:t>
      </w:r>
    </w:p>
    <w:p>
      <w:pPr>
        <w:spacing w:after="110"/>
      </w:pPr>
      <w:r>
        <w:rPr>
          <w:rFonts w:ascii="Georgia" w:hAnsi="Georgia" w:eastAsia="Georgia"/>
          <w:sz w:val="23"/>
        </w:rPr>
        <w:t>“I know. That is why it is accurate.”</w:t>
      </w:r>
    </w:p>
    <w:p>
      <w:pPr>
        <w:spacing w:after="110"/>
      </w:pPr>
      <w:r>
        <w:rPr>
          <w:rFonts w:ascii="Georgia" w:hAnsi="Georgia" w:eastAsia="Georgia"/>
          <w:sz w:val="23"/>
        </w:rPr>
        <w:t>I looked at her.</w:t>
      </w:r>
    </w:p>
    <w:p>
      <w:pPr>
        <w:spacing w:after="110"/>
      </w:pPr>
      <w:r>
        <w:rPr>
          <w:rFonts w:ascii="Georgia" w:hAnsi="Georgia" w:eastAsia="Georgia"/>
          <w:sz w:val="23"/>
        </w:rPr>
        <w:t>She smiled.</w:t>
      </w:r>
    </w:p>
    <w:p>
      <w:pPr>
        <w:spacing w:after="110"/>
      </w:pPr>
      <w:r>
        <w:rPr>
          <w:rFonts w:ascii="Georgia" w:hAnsi="Georgia" w:eastAsia="Georgia"/>
          <w:sz w:val="23"/>
        </w:rPr>
        <w:t>“You are learning slower than the rest of us.”</w:t>
      </w:r>
    </w:p>
    <w:p>
      <w:pPr>
        <w:spacing w:after="110"/>
      </w:pPr>
      <w:r>
        <w:rPr>
          <w:rFonts w:ascii="Georgia" w:hAnsi="Georgia" w:eastAsia="Georgia"/>
          <w:sz w:val="23"/>
        </w:rPr>
        <w:t>Probably.</w:t>
      </w:r>
    </w:p>
    <w:p>
      <w:pPr>
        <w:spacing w:after="110"/>
      </w:pPr>
      <w:r>
        <w:rPr>
          <w:rFonts w:ascii="Georgia" w:hAnsi="Georgia" w:eastAsia="Georgia"/>
          <w:sz w:val="23"/>
        </w:rPr>
        <w:t>I added one line to the private inventory.</w:t>
      </w:r>
    </w:p>
    <w:p>
      <w:pPr>
        <w:spacing w:after="110"/>
      </w:pPr>
      <w:r>
        <w:rPr>
          <w:rFonts w:ascii="Georgia" w:hAnsi="Georgia" w:eastAsia="Georgia"/>
          <w:sz w:val="23"/>
        </w:rPr>
        <w:t>DEREN-ASSOCIATED SETTING AND LIO-ASSOCIATED SETTING SHARED DOMESTIC ENVIRONMENT FOR APPROXIMATELY 56 YEARS. CURRENT CONTROLLED PROXIMITY PRODUCED CORRELATED OBSERVATIONS; CAUSAL RELATION NOT ESTABLISHED.</w:t>
      </w:r>
    </w:p>
    <w:p>
      <w:pPr>
        <w:spacing w:after="110"/>
      </w:pPr>
      <w:r>
        <w:rPr>
          <w:rFonts w:ascii="Georgia" w:hAnsi="Georgia" w:eastAsia="Georgia"/>
          <w:sz w:val="23"/>
        </w:rPr>
        <w:t>Ivena read it.</w:t>
      </w:r>
    </w:p>
    <w:p>
      <w:pPr>
        <w:spacing w:after="110"/>
      </w:pPr>
      <w:r>
        <w:rPr>
          <w:rFonts w:ascii="Georgia" w:hAnsi="Georgia" w:eastAsia="Georgia"/>
          <w:sz w:val="23"/>
        </w:rPr>
        <w:t>“Almost.”</w:t>
      </w:r>
    </w:p>
    <w:p>
      <w:pPr>
        <w:spacing w:after="110"/>
      </w:pPr>
      <w:r>
        <w:rPr>
          <w:rFonts w:ascii="Georgia" w:hAnsi="Georgia" w:eastAsia="Georgia"/>
          <w:sz w:val="23"/>
        </w:rPr>
        <w:t>Then she pointed at the first sentence.</w:t>
      </w:r>
    </w:p>
    <w:p>
      <w:pPr>
        <w:spacing w:after="110"/>
      </w:pPr>
      <w:r>
        <w:rPr>
          <w:rFonts w:ascii="Georgia" w:hAnsi="Georgia" w:eastAsia="Georgia"/>
          <w:sz w:val="23"/>
        </w:rPr>
        <w:t>“Put our names.”</w:t>
      </w:r>
    </w:p>
    <w:p>
      <w:pPr>
        <w:spacing w:after="110"/>
      </w:pPr>
      <w:r>
        <w:rPr>
          <w:rFonts w:ascii="Georgia" w:hAnsi="Georgia" w:eastAsia="Georgia"/>
          <w:sz w:val="23"/>
        </w:rPr>
        <w:t>“Why?”</w:t>
      </w:r>
    </w:p>
    <w:p>
      <w:pPr>
        <w:spacing w:after="110"/>
      </w:pPr>
      <w:r>
        <w:rPr>
          <w:rFonts w:ascii="Georgia" w:hAnsi="Georgia" w:eastAsia="Georgia"/>
          <w:sz w:val="23"/>
        </w:rPr>
        <w:t>“Because settings do not share apartments. People do.”</w:t>
      </w:r>
    </w:p>
    <w:p>
      <w:pPr>
        <w:spacing w:after="110"/>
      </w:pPr>
      <w:r>
        <w:rPr>
          <w:rFonts w:ascii="Georgia" w:hAnsi="Georgia" w:eastAsia="Georgia"/>
          <w:sz w:val="23"/>
        </w:rPr>
        <w:t>Correct.</w:t>
      </w:r>
    </w:p>
    <w:p>
      <w:pPr>
        <w:spacing w:after="110"/>
      </w:pPr>
      <w:r>
        <w:rPr>
          <w:rFonts w:ascii="Georgia" w:hAnsi="Georgia" w:eastAsia="Georgia"/>
          <w:sz w:val="23"/>
        </w:rPr>
        <w:t>I revised it.</w:t>
      </w:r>
    </w:p>
    <w:p>
      <w:pPr>
        <w:spacing w:after="110"/>
      </w:pPr>
      <w:r>
        <w:rPr>
          <w:rFonts w:ascii="Georgia" w:hAnsi="Georgia" w:eastAsia="Georgia"/>
          <w:sz w:val="23"/>
        </w:rPr>
        <w:t>IVENA SAR AND SERA NOLL COHABITED APPROXIMATELY 56 YEARS WHILE EACH WORE THE ABOVE SETTINGS.</w:t>
      </w:r>
    </w:p>
    <w:p>
      <w:pPr>
        <w:spacing w:after="110"/>
      </w:pPr>
      <w:r>
        <w:rPr>
          <w:rFonts w:ascii="Georgia" w:hAnsi="Georgia" w:eastAsia="Georgia"/>
          <w:sz w:val="23"/>
        </w:rPr>
        <w:t>The technical sentence remained beneath it.</w:t>
      </w:r>
    </w:p>
    <w:p>
      <w:pPr>
        <w:spacing w:after="110"/>
      </w:pPr>
      <w:r>
        <w:rPr>
          <w:rFonts w:ascii="Georgia" w:hAnsi="Georgia" w:eastAsia="Georgia"/>
          <w:sz w:val="23"/>
        </w:rPr>
        <w:t>Two kinds of record.</w:t>
      </w:r>
    </w:p>
    <w:p>
      <w:pPr>
        <w:spacing w:after="110"/>
      </w:pPr>
      <w:r>
        <w:rPr>
          <w:rFonts w:ascii="Georgia" w:hAnsi="Georgia" w:eastAsia="Georgia"/>
          <w:sz w:val="23"/>
        </w:rPr>
        <w:t>Neither pretending to be the other.</w:t>
      </w:r>
    </w:p>
    <w:p>
      <w:pPr>
        <w:spacing w:before="80" w:after="110"/>
        <w:jc w:val="center"/>
      </w:pPr>
      <w:r>
        <w:rPr>
          <w:rFonts w:ascii="Georgia" w:hAnsi="Georgia" w:eastAsia="Georgia"/>
          <w:sz w:val="23"/>
        </w:rPr>
        <w:t>§</w:t>
      </w:r>
    </w:p>
    <w:p>
      <w:pPr>
        <w:spacing w:after="110"/>
      </w:pPr>
      <w:r>
        <w:rPr>
          <w:rFonts w:ascii="Georgia" w:hAnsi="Georgia" w:eastAsia="Georgia"/>
          <w:sz w:val="23"/>
        </w:rPr>
        <w:t>That evening I went home and opened the regulator clock again.</w:t>
      </w:r>
    </w:p>
    <w:p>
      <w:pPr>
        <w:spacing w:after="110"/>
      </w:pPr>
      <w:r>
        <w:rPr>
          <w:rFonts w:ascii="Georgia" w:hAnsi="Georgia" w:eastAsia="Georgia"/>
          <w:sz w:val="23"/>
        </w:rPr>
        <w:t>It had lost nine seconds in the last month.</w:t>
      </w:r>
    </w:p>
    <w:p>
      <w:pPr>
        <w:spacing w:after="110"/>
      </w:pPr>
      <w:r>
        <w:rPr>
          <w:rFonts w:ascii="Georgia" w:hAnsi="Georgia" w:eastAsia="Georgia"/>
          <w:sz w:val="23"/>
        </w:rPr>
        <w:t>Improvement.</w:t>
      </w:r>
    </w:p>
    <w:p>
      <w:pPr>
        <w:spacing w:after="110"/>
      </w:pPr>
      <w:r>
        <w:rPr>
          <w:rFonts w:ascii="Georgia" w:hAnsi="Georgia" w:eastAsia="Georgia"/>
          <w:sz w:val="23"/>
        </w:rPr>
        <w:t>Not correction.</w:t>
      </w:r>
    </w:p>
    <w:p>
      <w:pPr>
        <w:spacing w:after="110"/>
      </w:pPr>
      <w:r>
        <w:rPr>
          <w:rFonts w:ascii="Georgia" w:hAnsi="Georgia" w:eastAsia="Georgia"/>
          <w:sz w:val="23"/>
        </w:rPr>
        <w:t>The pivot jewel I had cleaned years earlier was wearing unevenly along one edge.</w:t>
      </w:r>
    </w:p>
    <w:p>
      <w:pPr>
        <w:spacing w:after="110"/>
      </w:pPr>
      <w:r>
        <w:rPr>
          <w:rFonts w:ascii="Georgia" w:hAnsi="Georgia" w:eastAsia="Georgia"/>
          <w:sz w:val="23"/>
        </w:rPr>
        <w:t>Not enough to replace.</w:t>
      </w:r>
    </w:p>
    <w:p>
      <w:pPr>
        <w:spacing w:after="110"/>
      </w:pPr>
      <w:r>
        <w:rPr>
          <w:rFonts w:ascii="Georgia" w:hAnsi="Georgia" w:eastAsia="Georgia"/>
          <w:sz w:val="23"/>
        </w:rPr>
        <w:t>Enough to change where the load traveled.</w:t>
      </w:r>
    </w:p>
    <w:p>
      <w:pPr>
        <w:spacing w:after="110"/>
      </w:pPr>
      <w:r>
        <w:rPr>
          <w:rFonts w:ascii="Georgia" w:hAnsi="Georgia" w:eastAsia="Georgia"/>
          <w:sz w:val="23"/>
        </w:rPr>
        <w:t>I took the movement out of the case and listened.</w:t>
      </w:r>
    </w:p>
    <w:p>
      <w:pPr>
        <w:spacing w:after="110"/>
      </w:pPr>
      <w:r>
        <w:rPr>
          <w:rFonts w:ascii="Georgia" w:hAnsi="Georgia" w:eastAsia="Georgia"/>
          <w:sz w:val="23"/>
        </w:rPr>
        <w:t>A mechanical clock distributes error beautifully.</w:t>
      </w:r>
    </w:p>
    <w:p>
      <w:pPr>
        <w:spacing w:after="110"/>
      </w:pPr>
      <w:r>
        <w:rPr>
          <w:rFonts w:ascii="Georgia" w:hAnsi="Georgia" w:eastAsia="Georgia"/>
          <w:sz w:val="23"/>
        </w:rPr>
        <w:t>One worn surface changes a tooth engagement.</w:t>
      </w:r>
    </w:p>
    <w:p>
      <w:pPr>
        <w:spacing w:after="110"/>
      </w:pPr>
      <w:r>
        <w:rPr>
          <w:rFonts w:ascii="Georgia" w:hAnsi="Georgia" w:eastAsia="Georgia"/>
          <w:sz w:val="23"/>
        </w:rPr>
        <w:t>The tooth changes impulse.</w:t>
      </w:r>
    </w:p>
    <w:p>
      <w:pPr>
        <w:spacing w:after="110"/>
      </w:pPr>
      <w:r>
        <w:rPr>
          <w:rFonts w:ascii="Georgia" w:hAnsi="Georgia" w:eastAsia="Georgia"/>
          <w:sz w:val="23"/>
        </w:rPr>
        <w:t>The impulse changes amplitude.</w:t>
      </w:r>
    </w:p>
    <w:p>
      <w:pPr>
        <w:spacing w:after="110"/>
      </w:pPr>
      <w:r>
        <w:rPr>
          <w:rFonts w:ascii="Georgia" w:hAnsi="Georgia" w:eastAsia="Georgia"/>
          <w:sz w:val="23"/>
        </w:rPr>
        <w:t>The escapement still works.</w:t>
      </w:r>
    </w:p>
    <w:p>
      <w:pPr>
        <w:spacing w:after="110"/>
      </w:pPr>
      <w:r>
        <w:rPr>
          <w:rFonts w:ascii="Georgia" w:hAnsi="Georgia" w:eastAsia="Georgia"/>
          <w:sz w:val="23"/>
        </w:rPr>
        <w:t>The clock still tells time.</w:t>
      </w:r>
    </w:p>
    <w:p>
      <w:pPr>
        <w:spacing w:after="110"/>
      </w:pPr>
      <w:r>
        <w:rPr>
          <w:rFonts w:ascii="Georgia" w:hAnsi="Georgia" w:eastAsia="Georgia"/>
          <w:sz w:val="23"/>
        </w:rPr>
        <w:t>You can be wrong for years in seconds per day.</w:t>
      </w:r>
    </w:p>
    <w:p>
      <w:pPr>
        <w:spacing w:after="110"/>
      </w:pPr>
      <w:r>
        <w:rPr>
          <w:rFonts w:ascii="Georgia" w:hAnsi="Georgia" w:eastAsia="Georgia"/>
          <w:sz w:val="23"/>
        </w:rPr>
        <w:t>I thought about Sera’s liner wearing on one side after leaving Ivena.</w:t>
      </w:r>
    </w:p>
    <w:p>
      <w:pPr>
        <w:spacing w:after="110"/>
      </w:pPr>
      <w:r>
        <w:rPr>
          <w:rFonts w:ascii="Georgia" w:hAnsi="Georgia" w:eastAsia="Georgia"/>
          <w:sz w:val="23"/>
        </w:rPr>
        <w:t>Carrier-right.</w:t>
      </w:r>
    </w:p>
    <w:p>
      <w:pPr>
        <w:spacing w:after="110"/>
      </w:pPr>
      <w:r>
        <w:rPr>
          <w:rFonts w:ascii="Georgia" w:hAnsi="Georgia" w:eastAsia="Georgia"/>
          <w:sz w:val="23"/>
        </w:rPr>
        <w:t>Then twenty-nine years later, carrier-right happened to be toward Ivena in Miren’s shop.</w:t>
      </w:r>
    </w:p>
    <w:p>
      <w:pPr>
        <w:spacing w:after="110"/>
      </w:pPr>
      <w:r>
        <w:rPr>
          <w:rFonts w:ascii="Georgia" w:hAnsi="Georgia" w:eastAsia="Georgia"/>
          <w:sz w:val="23"/>
        </w:rPr>
        <w:t>One direction matched a person.</w:t>
      </w:r>
    </w:p>
    <w:p>
      <w:pPr>
        <w:spacing w:after="110"/>
      </w:pPr>
      <w:r>
        <w:rPr>
          <w:rFonts w:ascii="Georgia" w:hAnsi="Georgia" w:eastAsia="Georgia"/>
          <w:sz w:val="23"/>
        </w:rPr>
        <w:t>The older direction did not.</w:t>
      </w:r>
    </w:p>
    <w:p>
      <w:pPr>
        <w:spacing w:after="110"/>
      </w:pPr>
      <w:r>
        <w:rPr>
          <w:rFonts w:ascii="Georgia" w:hAnsi="Georgia" w:eastAsia="Georgia"/>
          <w:sz w:val="23"/>
        </w:rPr>
        <w:t>That mattered because it prevented the attractive explanation from becoming too clean.</w:t>
      </w:r>
    </w:p>
    <w:p>
      <w:pPr>
        <w:spacing w:after="110"/>
      </w:pPr>
      <w:r>
        <w:rPr>
          <w:rFonts w:ascii="Georgia" w:hAnsi="Georgia" w:eastAsia="Georgia"/>
          <w:sz w:val="23"/>
        </w:rPr>
        <w:t>I thought about the same-date service records thirteen years into the marriage.</w:t>
      </w:r>
    </w:p>
    <w:p>
      <w:pPr>
        <w:spacing w:after="110"/>
      </w:pPr>
      <w:r>
        <w:rPr>
          <w:rFonts w:ascii="Georgia" w:hAnsi="Georgia" w:eastAsia="Georgia"/>
          <w:sz w:val="23"/>
        </w:rPr>
        <w:t>Same building event.</w:t>
      </w:r>
    </w:p>
    <w:p>
      <w:pPr>
        <w:spacing w:after="110"/>
      </w:pPr>
      <w:r>
        <w:rPr>
          <w:rFonts w:ascii="Georgia" w:hAnsi="Georgia" w:eastAsia="Georgia"/>
          <w:sz w:val="23"/>
        </w:rPr>
        <w:t>Two settings.</w:t>
      </w:r>
    </w:p>
    <w:p>
      <w:pPr>
        <w:spacing w:after="110"/>
      </w:pPr>
      <w:r>
        <w:rPr>
          <w:rFonts w:ascii="Georgia" w:hAnsi="Georgia" w:eastAsia="Georgia"/>
          <w:sz w:val="23"/>
        </w:rPr>
        <w:t>Different effects.</w:t>
      </w:r>
    </w:p>
    <w:p>
      <w:pPr>
        <w:spacing w:after="110"/>
      </w:pPr>
      <w:r>
        <w:rPr>
          <w:rFonts w:ascii="Georgia" w:hAnsi="Georgia" w:eastAsia="Georgia"/>
          <w:sz w:val="23"/>
        </w:rPr>
        <w:t>Two companies had correctly treated them separately.</w:t>
      </w:r>
    </w:p>
    <w:p>
      <w:pPr>
        <w:spacing w:after="110"/>
      </w:pPr>
      <w:r>
        <w:rPr>
          <w:rFonts w:ascii="Georgia" w:hAnsi="Georgia" w:eastAsia="Georgia"/>
          <w:sz w:val="23"/>
        </w:rPr>
        <w:t>No one had asked whether separate correctness had omitted a shared condition.</w:t>
      </w:r>
    </w:p>
    <w:p>
      <w:pPr>
        <w:spacing w:after="110"/>
      </w:pPr>
      <w:r>
        <w:rPr>
          <w:rFonts w:ascii="Georgia" w:hAnsi="Georgia" w:eastAsia="Georgia"/>
          <w:sz w:val="23"/>
        </w:rPr>
        <w:t>I did not know whether the fragments had acquired anything from each other.</w:t>
      </w:r>
    </w:p>
    <w:p>
      <w:pPr>
        <w:spacing w:after="110"/>
      </w:pPr>
      <w:r>
        <w:rPr>
          <w:rFonts w:ascii="Georgia" w:hAnsi="Georgia" w:eastAsia="Georgia"/>
          <w:sz w:val="23"/>
        </w:rPr>
        <w:t>I did not know whether the carriers had independently adapted to decades of shared field noise.</w:t>
      </w:r>
    </w:p>
    <w:p>
      <w:pPr>
        <w:spacing w:after="110"/>
      </w:pPr>
      <w:r>
        <w:rPr>
          <w:rFonts w:ascii="Georgia" w:hAnsi="Georgia" w:eastAsia="Georgia"/>
          <w:sz w:val="23"/>
        </w:rPr>
        <w:t>I did not know whether the settings, the bodies, the room, or the control systems carried the relevant history.</w:t>
      </w:r>
    </w:p>
    <w:p>
      <w:pPr>
        <w:spacing w:after="110"/>
      </w:pPr>
      <w:r>
        <w:rPr>
          <w:rFonts w:ascii="Georgia" w:hAnsi="Georgia" w:eastAsia="Georgia"/>
          <w:sz w:val="23"/>
        </w:rPr>
        <w:t>I did know something narrower.</w:t>
      </w:r>
    </w:p>
    <w:p>
      <w:pPr>
        <w:spacing w:after="110"/>
      </w:pPr>
      <w:r>
        <w:rPr>
          <w:rFonts w:ascii="Georgia" w:hAnsi="Georgia" w:eastAsia="Georgia"/>
          <w:sz w:val="23"/>
        </w:rPr>
        <w:t>Twenty-nine years of separation had not made the old co-contact history irrelevant to a current test.</w:t>
      </w:r>
    </w:p>
    <w:p>
      <w:pPr>
        <w:spacing w:after="110"/>
      </w:pPr>
      <w:r>
        <w:rPr>
          <w:rFonts w:ascii="Georgia" w:hAnsi="Georgia" w:eastAsia="Georgia"/>
          <w:sz w:val="23"/>
        </w:rPr>
        <w:t>That was enough to change procedure.</w:t>
      </w:r>
    </w:p>
    <w:p>
      <w:pPr>
        <w:spacing w:after="110"/>
      </w:pPr>
      <w:r>
        <w:rPr>
          <w:rFonts w:ascii="Georgia" w:hAnsi="Georgia" w:eastAsia="Georgia"/>
          <w:sz w:val="23"/>
        </w:rPr>
        <w:t>I opened the draft domestic-setting guidance Miren had sent me.</w:t>
      </w:r>
    </w:p>
    <w:p>
      <w:pPr>
        <w:spacing w:after="110"/>
      </w:pPr>
      <w:r>
        <w:rPr>
          <w:rFonts w:ascii="Georgia" w:hAnsi="Georgia" w:eastAsia="Georgia"/>
          <w:sz w:val="23"/>
        </w:rPr>
        <w:t>Current fields:</w:t>
      </w:r>
    </w:p>
    <w:p>
      <w:pPr>
        <w:spacing w:after="110"/>
      </w:pPr>
      <w:r>
        <w:rPr>
          <w:rFonts w:ascii="Georgia" w:hAnsi="Georgia" w:eastAsia="Georgia"/>
          <w:sz w:val="23"/>
        </w:rPr>
        <w:t>MASS.</w:t>
      </w:r>
    </w:p>
    <w:p>
      <w:pPr>
        <w:spacing w:after="110"/>
      </w:pPr>
      <w:r>
        <w:rPr>
          <w:rFonts w:ascii="Georgia" w:hAnsi="Georgia" w:eastAsia="Georgia"/>
          <w:sz w:val="23"/>
        </w:rPr>
        <w:t>CARRIER.</w:t>
      </w:r>
    </w:p>
    <w:p>
      <w:pPr>
        <w:spacing w:after="110"/>
      </w:pPr>
      <w:r>
        <w:rPr>
          <w:rFonts w:ascii="Georgia" w:hAnsi="Georgia" w:eastAsia="Georgia"/>
          <w:sz w:val="23"/>
        </w:rPr>
        <w:t>HISTORICAL ASSOCIATION.</w:t>
      </w:r>
    </w:p>
    <w:p>
      <w:pPr>
        <w:spacing w:after="110"/>
      </w:pPr>
      <w:r>
        <w:rPr>
          <w:rFonts w:ascii="Georgia" w:hAnsi="Georgia" w:eastAsia="Georgia"/>
          <w:sz w:val="23"/>
        </w:rPr>
        <w:t>CURRENT REACH.</w:t>
      </w:r>
    </w:p>
    <w:p>
      <w:pPr>
        <w:spacing w:after="110"/>
      </w:pPr>
      <w:r>
        <w:rPr>
          <w:rFonts w:ascii="Georgia" w:hAnsi="Georgia" w:eastAsia="Georgia"/>
          <w:sz w:val="23"/>
        </w:rPr>
        <w:t>SETTING TYPE.</w:t>
      </w:r>
    </w:p>
    <w:p>
      <w:pPr>
        <w:spacing w:after="110"/>
      </w:pPr>
      <w:r>
        <w:rPr>
          <w:rFonts w:ascii="Georgia" w:hAnsi="Georgia" w:eastAsia="Georgia"/>
          <w:sz w:val="23"/>
        </w:rPr>
        <w:t>KNOWN ACTIVE PROXIMITY.</w:t>
      </w:r>
    </w:p>
    <w:p>
      <w:pPr>
        <w:spacing w:after="110"/>
      </w:pPr>
      <w:r>
        <w:rPr>
          <w:rFonts w:ascii="Georgia" w:hAnsi="Georgia" w:eastAsia="Georgia"/>
          <w:sz w:val="23"/>
        </w:rPr>
        <w:t>I added a proposed field beneath the last one.</w:t>
      </w:r>
    </w:p>
    <w:p>
      <w:pPr>
        <w:spacing w:after="110"/>
      </w:pPr>
      <w:r>
        <w:rPr>
          <w:rFonts w:ascii="Georgia" w:hAnsi="Georgia" w:eastAsia="Georgia"/>
          <w:sz w:val="23"/>
        </w:rPr>
        <w:t>PRIOR EXTENDED CO-CONTACT: YES / NO / UNKNOWN.</w:t>
      </w:r>
    </w:p>
    <w:p>
      <w:pPr>
        <w:spacing w:after="110"/>
      </w:pPr>
      <w:r>
        <w:rPr>
          <w:rFonts w:ascii="Georgia" w:hAnsi="Georgia" w:eastAsia="Georgia"/>
          <w:sz w:val="23"/>
        </w:rPr>
        <w:t>Then another.</w:t>
      </w:r>
    </w:p>
    <w:p>
      <w:pPr>
        <w:spacing w:after="110"/>
      </w:pPr>
      <w:r>
        <w:rPr>
          <w:rFonts w:ascii="Georgia" w:hAnsi="Georgia" w:eastAsia="Georgia"/>
          <w:sz w:val="23"/>
        </w:rPr>
        <w:t>DURATION IF KNOWN.</w:t>
      </w:r>
    </w:p>
    <w:p>
      <w:pPr>
        <w:spacing w:after="110"/>
      </w:pPr>
      <w:r>
        <w:rPr>
          <w:rFonts w:ascii="Georgia" w:hAnsi="Georgia" w:eastAsia="Georgia"/>
          <w:sz w:val="23"/>
        </w:rPr>
        <w:t>Then stopped.</w:t>
      </w:r>
    </w:p>
    <w:p>
      <w:pPr>
        <w:spacing w:after="110"/>
      </w:pPr>
      <w:r>
        <w:rPr>
          <w:rFonts w:ascii="Georgia" w:hAnsi="Georgia" w:eastAsia="Georgia"/>
          <w:sz w:val="23"/>
        </w:rPr>
        <w:t>A form could preserve that two settings had shared time.</w:t>
      </w:r>
    </w:p>
    <w:p>
      <w:pPr>
        <w:spacing w:after="110"/>
      </w:pPr>
      <w:r>
        <w:rPr>
          <w:rFonts w:ascii="Georgia" w:hAnsi="Georgia" w:eastAsia="Georgia"/>
          <w:sz w:val="23"/>
        </w:rPr>
        <w:t>It could not preserve what the time meant.</w:t>
      </w:r>
    </w:p>
    <w:p>
      <w:pPr>
        <w:spacing w:after="110"/>
      </w:pPr>
      <w:r>
        <w:rPr>
          <w:rFonts w:ascii="Georgia" w:hAnsi="Georgia" w:eastAsia="Georgia"/>
          <w:sz w:val="23"/>
        </w:rPr>
        <w:t>Meaning was where forms became religions.</w:t>
      </w:r>
    </w:p>
    <w:p>
      <w:pPr>
        <w:spacing w:after="110"/>
      </w:pPr>
      <w:r>
        <w:rPr>
          <w:rFonts w:ascii="Georgia" w:hAnsi="Georgia" w:eastAsia="Georgia"/>
          <w:sz w:val="23"/>
        </w:rPr>
        <w:t>I sent the proposal to Miren without submitting it to the standard board.</w:t>
      </w:r>
    </w:p>
    <w:p>
      <w:pPr>
        <w:spacing w:after="110"/>
      </w:pPr>
      <w:r>
        <w:rPr>
          <w:rFonts w:ascii="Georgia" w:hAnsi="Georgia" w:eastAsia="Georgia"/>
          <w:sz w:val="23"/>
        </w:rPr>
        <w:t>Her reply came four minutes later.</w:t>
      </w:r>
    </w:p>
    <w:p>
      <w:pPr>
        <w:spacing w:after="110"/>
      </w:pPr>
      <w:r>
        <w:rPr>
          <w:rFonts w:ascii="Georgia" w:hAnsi="Georgia" w:eastAsia="Georgia"/>
          <w:sz w:val="23"/>
        </w:rPr>
        <w:t>TOO BROAD.</w:t>
      </w:r>
    </w:p>
    <w:p>
      <w:pPr>
        <w:spacing w:after="110"/>
      </w:pPr>
      <w:r>
        <w:rPr>
          <w:rFonts w:ascii="Georgia" w:hAnsi="Georgia" w:eastAsia="Georgia"/>
          <w:sz w:val="23"/>
        </w:rPr>
        <w:t>Then, eleven seconds after that:</w:t>
      </w:r>
    </w:p>
    <w:p>
      <w:pPr>
        <w:spacing w:after="110"/>
      </w:pPr>
      <w:r>
        <w:rPr>
          <w:rFonts w:ascii="Georgia" w:hAnsi="Georgia" w:eastAsia="Georgia"/>
          <w:sz w:val="23"/>
        </w:rPr>
        <w:t>PROBABLY NECESSARY.</w:t>
      </w:r>
    </w:p>
    <w:p>
      <w:pPr>
        <w:spacing w:after="110"/>
      </w:pPr>
      <w:r>
        <w:rPr>
          <w:rFonts w:ascii="Georgia" w:hAnsi="Georgia" w:eastAsia="Georgia"/>
          <w:sz w:val="23"/>
        </w:rPr>
        <w:t>I wrote back:</w:t>
      </w:r>
    </w:p>
    <w:p>
      <w:pPr>
        <w:spacing w:after="110"/>
      </w:pPr>
      <w:r>
        <w:rPr>
          <w:rFonts w:ascii="Georgia" w:hAnsi="Georgia" w:eastAsia="Georgia"/>
          <w:sz w:val="23"/>
        </w:rPr>
        <w:t>CURRENT CONDITIONS ONLY.</w:t>
      </w:r>
    </w:p>
    <w:p>
      <w:pPr>
        <w:spacing w:after="110"/>
      </w:pPr>
      <w:r>
        <w:rPr>
          <w:rFonts w:ascii="Georgia" w:hAnsi="Georgia" w:eastAsia="Georgia"/>
          <w:sz w:val="23"/>
        </w:rPr>
        <w:t>She answered:</w:t>
      </w:r>
    </w:p>
    <w:p>
      <w:pPr>
        <w:spacing w:after="110"/>
      </w:pPr>
      <w:r>
        <w:rPr>
          <w:rFonts w:ascii="Georgia" w:hAnsi="Georgia" w:eastAsia="Georgia"/>
          <w:sz w:val="23"/>
        </w:rPr>
        <w:t>HISTORY IS A CURRENT CONDITION NOW.</w:t>
      </w:r>
    </w:p>
    <w:p>
      <w:pPr>
        <w:spacing w:after="110"/>
      </w:pPr>
      <w:r>
        <w:rPr>
          <w:rFonts w:ascii="Georgia" w:hAnsi="Georgia" w:eastAsia="Georgia"/>
          <w:sz w:val="23"/>
        </w:rPr>
        <w:t>I stared at the sentence.</w:t>
      </w:r>
    </w:p>
    <w:p>
      <w:pPr>
        <w:spacing w:after="110"/>
      </w:pPr>
      <w:r>
        <w:rPr>
          <w:rFonts w:ascii="Georgia" w:hAnsi="Georgia" w:eastAsia="Georgia"/>
          <w:sz w:val="23"/>
        </w:rPr>
        <w:t>Then I deleted it from my notes.</w:t>
      </w:r>
    </w:p>
    <w:p>
      <w:pPr>
        <w:spacing w:after="110"/>
      </w:pPr>
      <w:r>
        <w:rPr>
          <w:rFonts w:ascii="Georgia" w:hAnsi="Georgia" w:eastAsia="Georgia"/>
          <w:sz w:val="23"/>
        </w:rPr>
        <w:t>Too large.</w:t>
      </w:r>
    </w:p>
    <w:p>
      <w:pPr>
        <w:spacing w:after="110"/>
      </w:pPr>
      <w:r>
        <w:rPr>
          <w:rFonts w:ascii="Georgia" w:hAnsi="Georgia" w:eastAsia="Georgia"/>
          <w:sz w:val="23"/>
        </w:rPr>
        <w:t>The sentence was already becoming easier to remember than the conditions around it.</w:t>
      </w:r>
    </w:p>
    <w:p>
      <w:pPr>
        <w:spacing w:after="110"/>
      </w:pPr>
      <w:r>
        <w:rPr>
          <w:rFonts w:ascii="Georgia" w:hAnsi="Georgia" w:eastAsia="Georgia"/>
          <w:sz w:val="23"/>
        </w:rPr>
        <w:t>I replaced it with something uglier.</w:t>
      </w:r>
    </w:p>
    <w:p>
      <w:pPr>
        <w:spacing w:after="110"/>
      </w:pPr>
      <w:r>
        <w:rPr>
          <w:rFonts w:ascii="Georgia" w:hAnsi="Georgia" w:eastAsia="Georgia"/>
          <w:sz w:val="23"/>
        </w:rPr>
        <w:t>PRIOR CO-CONTACT CAN REMAIN RELEVANT AFTER CONTACT ENDS.</w:t>
      </w:r>
    </w:p>
    <w:p>
      <w:pPr>
        <w:spacing w:after="110"/>
      </w:pPr>
      <w:r>
        <w:rPr>
          <w:rFonts w:ascii="Georgia" w:hAnsi="Georgia" w:eastAsia="Georgia"/>
          <w:sz w:val="23"/>
        </w:rPr>
        <w:t>That sentence did less.</w:t>
      </w:r>
    </w:p>
    <w:p>
      <w:pPr>
        <w:spacing w:after="110"/>
      </w:pPr>
      <w:r>
        <w:rPr>
          <w:rFonts w:ascii="Georgia" w:hAnsi="Georgia" w:eastAsia="Georgia"/>
          <w:sz w:val="23"/>
        </w:rPr>
        <w:t>I saved it.</w:t>
      </w:r>
    </w:p>
    <w:p>
      <w:pPr>
        <w:spacing w:after="110"/>
      </w:pPr>
      <w:r>
        <w:rPr>
          <w:rFonts w:ascii="Georgia" w:hAnsi="Georgia" w:eastAsia="Georgia"/>
          <w:sz w:val="23"/>
        </w:rPr>
        <w:t>The clock ticked beside me.</w:t>
      </w:r>
    </w:p>
    <w:p>
      <w:pPr>
        <w:spacing w:after="110"/>
      </w:pPr>
      <w:r>
        <w:rPr>
          <w:rFonts w:ascii="Georgia" w:hAnsi="Georgia" w:eastAsia="Georgia"/>
          <w:sz w:val="23"/>
        </w:rPr>
        <w:t>Nine seconds slow in a month.</w:t>
      </w:r>
    </w:p>
    <w:p>
      <w:pPr>
        <w:spacing w:after="110"/>
      </w:pPr>
      <w:r>
        <w:rPr>
          <w:rFonts w:ascii="Georgia" w:hAnsi="Georgia" w:eastAsia="Georgia"/>
          <w:sz w:val="23"/>
        </w:rPr>
        <w:t>Still a clock.</w:t>
      </w:r>
    </w:p>
    <w:p>
      <w:pPr>
        <w:spacing w:after="110"/>
      </w:pPr>
      <w:r>
        <w:rPr>
          <w:rFonts w:ascii="Georgia" w:hAnsi="Georgia" w:eastAsia="Georgia"/>
          <w:sz w:val="23"/>
        </w:rPr>
        <w:t>Still wrong.</w:t>
      </w:r>
    </w:p>
    <w:p>
      <w:pPr>
        <w:spacing w:after="110"/>
      </w:pPr>
      <w:r>
        <w:rPr>
          <w:rFonts w:ascii="Georgia" w:hAnsi="Georgia" w:eastAsia="Georgia"/>
          <w:sz w:val="23"/>
        </w:rPr>
        <w:t>Across the city, two women who had once slept twenty centimeters apart were in different homes again.</w:t>
      </w:r>
    </w:p>
    <w:p>
      <w:pPr>
        <w:spacing w:after="110"/>
      </w:pPr>
      <w:r>
        <w:rPr>
          <w:rFonts w:ascii="Georgia" w:hAnsi="Georgia" w:eastAsia="Georgia"/>
          <w:sz w:val="23"/>
        </w:rPr>
        <w:t>Their settings were not married.</w:t>
      </w:r>
    </w:p>
    <w:p>
      <w:pPr>
        <w:spacing w:after="110"/>
      </w:pPr>
      <w:r>
        <w:rPr>
          <w:rFonts w:ascii="Georgia" w:hAnsi="Georgia" w:eastAsia="Georgia"/>
          <w:sz w:val="23"/>
        </w:rPr>
        <w:t>Their dead were not merged.</w:t>
      </w:r>
    </w:p>
    <w:p>
      <w:pPr>
        <w:spacing w:after="110"/>
      </w:pPr>
      <w:r>
        <w:rPr>
          <w:rFonts w:ascii="Georgia" w:hAnsi="Georgia" w:eastAsia="Georgia"/>
          <w:sz w:val="23"/>
        </w:rPr>
        <w:t>Nothing today had established either fragment contained anyone.</w:t>
      </w:r>
    </w:p>
    <w:p>
      <w:pPr>
        <w:spacing w:after="110"/>
      </w:pPr>
      <w:r>
        <w:rPr>
          <w:rFonts w:ascii="Georgia" w:hAnsi="Georgia" w:eastAsia="Georgia"/>
          <w:sz w:val="23"/>
        </w:rPr>
        <w:t>Nothing had established the fragments remembered each other.</w:t>
      </w:r>
    </w:p>
    <w:p>
      <w:pPr>
        <w:spacing w:after="110"/>
      </w:pPr>
      <w:r>
        <w:rPr>
          <w:rFonts w:ascii="Georgia" w:hAnsi="Georgia" w:eastAsia="Georgia"/>
          <w:sz w:val="23"/>
        </w:rPr>
        <w:t>But separation had stopped being the same thing as no history.</w:t>
      </w:r>
    </w:p>
    <w:p>
      <w:pPr>
        <w:spacing w:after="110"/>
      </w:pPr>
      <w:r>
        <w:rPr>
          <w:rFonts w:ascii="Georgia" w:hAnsi="Georgia" w:eastAsia="Georgia"/>
          <w:sz w:val="23"/>
        </w:rPr>
        <w:t>That was enough.</w:t>
      </w:r>
    </w:p>
    <w:p>
      <w:pPr>
        <w:keepNext/>
        <w:pageBreakBefore/>
        <w:jc w:val="center"/>
      </w:pPr>
      <w:r>
        <w:rPr>
          <w:rFonts w:ascii="Georgia" w:hAnsi="Georgia" w:eastAsia="Georgia"/>
          <w:b/>
          <w:sz w:val="28"/>
        </w:rPr>
        <w:t>Chapter Five — The Second Patient</w:t>
      </w:r>
    </w:p>
    <w:p>
      <w:pPr>
        <w:spacing w:after="120"/>
      </w:pPr>
      <w:r>
        <w:rPr>
          <w:rFonts w:ascii="Georgia" w:hAnsi="Georgia" w:eastAsia="Georgia"/>
          <w:sz w:val="23"/>
        </w:rPr>
        <w:t>The insurer created Sera as a patient at 0619.</w:t>
      </w:r>
    </w:p>
    <w:p>
      <w:pPr>
        <w:spacing w:after="120"/>
      </w:pPr>
      <w:r>
        <w:rPr>
          <w:rFonts w:ascii="Georgia" w:hAnsi="Georgia" w:eastAsia="Georgia"/>
          <w:sz w:val="23"/>
        </w:rPr>
        <w:t>She was asleep when it happened.</w:t>
      </w:r>
    </w:p>
    <w:p>
      <w:pPr>
        <w:spacing w:after="120"/>
      </w:pPr>
      <w:r>
        <w:rPr>
          <w:rFonts w:ascii="Georgia" w:hAnsi="Georgia" w:eastAsia="Georgia"/>
          <w:sz w:val="23"/>
        </w:rPr>
        <w:t>The message reached me because I had been listed as technical reviewer on Ivena Sar’s field-neutral surgical accommodation. Miren received the same notice through intimate-setting services. Dr. Olan Mev received it through thoracic surgery.</w:t>
      </w:r>
    </w:p>
    <w:p>
      <w:pPr>
        <w:spacing w:after="120"/>
      </w:pPr>
      <w:r>
        <w:rPr>
          <w:rFonts w:ascii="Georgia" w:hAnsi="Georgia" w:eastAsia="Georgia"/>
          <w:sz w:val="23"/>
        </w:rPr>
        <w:t>Sera did not receive it at all.</w:t>
      </w:r>
    </w:p>
    <w:p>
      <w:pPr>
        <w:spacing w:after="120"/>
      </w:pPr>
      <w:r>
        <w:rPr>
          <w:rFonts w:ascii="Georgia" w:hAnsi="Georgia" w:eastAsia="Georgia"/>
          <w:sz w:val="23"/>
        </w:rPr>
        <w:t>The classification appeared under Ivena’s case:</w:t>
      </w:r>
    </w:p>
    <w:p>
      <w:pPr>
        <w:spacing w:after="120"/>
      </w:pPr>
      <w:r>
        <w:rPr>
          <w:rFonts w:ascii="Georgia" w:hAnsi="Georgia" w:eastAsia="Georgia"/>
          <w:sz w:val="23"/>
        </w:rPr>
        <w:t>SECONDARY RELATIONAL PATIENT — SERA NOLL.</w:t>
      </w:r>
    </w:p>
    <w:p>
      <w:pPr>
        <w:spacing w:after="120"/>
      </w:pPr>
      <w:r>
        <w:rPr>
          <w:rFonts w:ascii="Georgia" w:hAnsi="Georgia" w:eastAsia="Georgia"/>
          <w:sz w:val="23"/>
        </w:rPr>
        <w:t>STATUS: PENDING CONSENT.</w:t>
      </w:r>
    </w:p>
    <w:p>
      <w:pPr>
        <w:spacing w:after="120"/>
      </w:pPr>
      <w:r>
        <w:rPr>
          <w:rFonts w:ascii="Georgia" w:hAnsi="Georgia" w:eastAsia="Georgia"/>
          <w:sz w:val="23"/>
        </w:rPr>
        <w:t>I read the phrase twice.</w:t>
      </w:r>
    </w:p>
    <w:p>
      <w:pPr>
        <w:spacing w:after="120"/>
      </w:pPr>
      <w:r>
        <w:rPr>
          <w:rFonts w:ascii="Georgia" w:hAnsi="Georgia" w:eastAsia="Georgia"/>
          <w:sz w:val="23"/>
        </w:rPr>
        <w:t>Then a third time because anger is not evidence that words have changed.</w:t>
      </w:r>
    </w:p>
    <w:p>
      <w:pPr>
        <w:spacing w:after="120"/>
      </w:pPr>
      <w:r>
        <w:rPr>
          <w:rFonts w:ascii="Georgia" w:hAnsi="Georgia" w:eastAsia="Georgia"/>
          <w:sz w:val="23"/>
        </w:rPr>
        <w:t>They had not.</w:t>
      </w:r>
    </w:p>
    <w:p>
      <w:pPr>
        <w:spacing w:after="120"/>
      </w:pPr>
      <w:r>
        <w:rPr>
          <w:rFonts w:ascii="Georgia" w:hAnsi="Georgia" w:eastAsia="Georgia"/>
          <w:sz w:val="23"/>
        </w:rPr>
        <w:t>I called Miren.</w:t>
      </w:r>
    </w:p>
    <w:p>
      <w:pPr>
        <w:spacing w:after="120"/>
      </w:pPr>
      <w:r>
        <w:rPr>
          <w:rFonts w:ascii="Georgia" w:hAnsi="Georgia" w:eastAsia="Georgia"/>
          <w:sz w:val="23"/>
        </w:rPr>
        <w:t>She answered on the first tone.</w:t>
      </w:r>
    </w:p>
    <w:p>
      <w:pPr>
        <w:spacing w:after="120"/>
      </w:pPr>
      <w:r>
        <w:rPr>
          <w:rFonts w:ascii="Georgia" w:hAnsi="Georgia" w:eastAsia="Georgia"/>
          <w:sz w:val="23"/>
        </w:rPr>
        <w:t>“You saw it.”</w:t>
      </w:r>
    </w:p>
    <w:p>
      <w:pPr>
        <w:spacing w:after="120"/>
      </w:pPr>
      <w:r>
        <w:rPr>
          <w:rFonts w:ascii="Georgia" w:hAnsi="Georgia" w:eastAsia="Georgia"/>
          <w:sz w:val="23"/>
        </w:rPr>
        <w:t>“Yes.”</w:t>
      </w:r>
    </w:p>
    <w:p>
      <w:pPr>
        <w:spacing w:after="120"/>
      </w:pPr>
      <w:r>
        <w:rPr>
          <w:rFonts w:ascii="Georgia" w:hAnsi="Georgia" w:eastAsia="Georgia"/>
          <w:sz w:val="23"/>
        </w:rPr>
        <w:t>“I did not submit that.”</w:t>
      </w:r>
    </w:p>
    <w:p>
      <w:pPr>
        <w:spacing w:after="120"/>
      </w:pPr>
      <w:r>
        <w:rPr>
          <w:rFonts w:ascii="Georgia" w:hAnsi="Georgia" w:eastAsia="Georgia"/>
          <w:sz w:val="23"/>
        </w:rPr>
        <w:t>“Neither did I.”</w:t>
      </w:r>
    </w:p>
    <w:p>
      <w:pPr>
        <w:spacing w:after="120"/>
      </w:pPr>
      <w:r>
        <w:rPr>
          <w:rFonts w:ascii="Georgia" w:hAnsi="Georgia" w:eastAsia="Georgia"/>
          <w:sz w:val="23"/>
        </w:rPr>
        <w:t>“Olan?”</w:t>
      </w:r>
    </w:p>
    <w:p>
      <w:pPr>
        <w:spacing w:after="120"/>
      </w:pPr>
      <w:r>
        <w:rPr>
          <w:rFonts w:ascii="Georgia" w:hAnsi="Georgia" w:eastAsia="Georgia"/>
          <w:sz w:val="23"/>
        </w:rPr>
        <w:t>“No.”</w:t>
      </w:r>
    </w:p>
    <w:p>
      <w:pPr>
        <w:spacing w:after="120"/>
      </w:pPr>
      <w:r>
        <w:rPr>
          <w:rFonts w:ascii="Georgia" w:hAnsi="Georgia" w:eastAsia="Georgia"/>
          <w:sz w:val="23"/>
        </w:rPr>
        <w:t>“Then insurer standing.”</w:t>
      </w:r>
    </w:p>
    <w:p>
      <w:pPr>
        <w:spacing w:after="120"/>
      </w:pPr>
      <w:r>
        <w:rPr>
          <w:rFonts w:ascii="Georgia" w:hAnsi="Georgia" w:eastAsia="Georgia"/>
          <w:sz w:val="23"/>
        </w:rPr>
        <w:t>“Probably automatic.”</w:t>
      </w:r>
    </w:p>
    <w:p>
      <w:pPr>
        <w:spacing w:after="120"/>
      </w:pPr>
      <w:r>
        <w:rPr>
          <w:rFonts w:ascii="Georgia" w:hAnsi="Georgia" w:eastAsia="Georgia"/>
          <w:sz w:val="23"/>
        </w:rPr>
        <w:t>“That is worse.”</w:t>
      </w:r>
    </w:p>
    <w:p>
      <w:pPr>
        <w:spacing w:after="120"/>
      </w:pPr>
      <w:r>
        <w:rPr>
          <w:rFonts w:ascii="Georgia" w:hAnsi="Georgia" w:eastAsia="Georgia"/>
          <w:sz w:val="23"/>
        </w:rPr>
        <w:t>“Yes.”</w:t>
      </w:r>
    </w:p>
    <w:p>
      <w:pPr>
        <w:spacing w:after="120"/>
      </w:pPr>
      <w:r>
        <w:rPr>
          <w:rFonts w:ascii="Georgia" w:hAnsi="Georgia" w:eastAsia="Georgia"/>
          <w:sz w:val="23"/>
        </w:rPr>
        <w:t>I opened the derivation log.</w:t>
      </w:r>
    </w:p>
    <w:p>
      <w:pPr>
        <w:spacing w:after="120"/>
      </w:pPr>
      <w:r>
        <w:rPr>
          <w:rFonts w:ascii="Georgia" w:hAnsi="Georgia" w:eastAsia="Georgia"/>
          <w:sz w:val="23"/>
        </w:rPr>
        <w:t>The classification had been generated by a rules engine after three conditions became true at once.</w:t>
      </w:r>
    </w:p>
    <w:p>
      <w:pPr>
        <w:spacing w:after="120"/>
      </w:pPr>
      <w:r>
        <w:rPr>
          <w:rFonts w:ascii="Georgia" w:hAnsi="Georgia" w:eastAsia="Georgia"/>
          <w:sz w:val="23"/>
        </w:rPr>
        <w:t>Current patient carried an intimate kaethe setting.</w:t>
      </w:r>
    </w:p>
    <w:p>
      <w:pPr>
        <w:spacing w:after="120"/>
      </w:pPr>
      <w:r>
        <w:rPr>
          <w:rFonts w:ascii="Georgia" w:hAnsi="Georgia" w:eastAsia="Georgia"/>
          <w:sz w:val="23"/>
        </w:rPr>
        <w:t>Current intervention required unusual field accommodation.</w:t>
      </w:r>
    </w:p>
    <w:p>
      <w:pPr>
        <w:spacing w:after="120"/>
      </w:pPr>
      <w:r>
        <w:rPr>
          <w:rFonts w:ascii="Georgia" w:hAnsi="Georgia" w:eastAsia="Georgia"/>
          <w:sz w:val="23"/>
        </w:rPr>
        <w:t>Technical record contained prior extended co-contact with a second registered setting whose historical relationship remained potentially relevant to present carrier response.</w:t>
      </w:r>
    </w:p>
    <w:p>
      <w:pPr>
        <w:spacing w:after="120"/>
      </w:pPr>
      <w:r>
        <w:rPr>
          <w:rFonts w:ascii="Georgia" w:hAnsi="Georgia" w:eastAsia="Georgia"/>
          <w:sz w:val="23"/>
        </w:rPr>
        <w:t>Every condition was accurate.</w:t>
      </w:r>
    </w:p>
    <w:p>
      <w:pPr>
        <w:spacing w:after="120"/>
      </w:pPr>
      <w:r>
        <w:rPr>
          <w:rFonts w:ascii="Georgia" w:hAnsi="Georgia" w:eastAsia="Georgia"/>
          <w:sz w:val="23"/>
        </w:rPr>
        <w:t>The conclusion was not.</w:t>
      </w:r>
    </w:p>
    <w:p>
      <w:pPr>
        <w:spacing w:after="120"/>
      </w:pPr>
      <w:r>
        <w:rPr>
          <w:rFonts w:ascii="Georgia" w:hAnsi="Georgia" w:eastAsia="Georgia"/>
          <w:sz w:val="23"/>
        </w:rPr>
        <w:t>Or rather, the conclusion was administratively useful and ontologically careless, which is more dangerous because useful errors acquire defenders.</w:t>
      </w:r>
    </w:p>
    <w:p>
      <w:pPr>
        <w:spacing w:after="120"/>
      </w:pPr>
      <w:r>
        <w:rPr>
          <w:rFonts w:ascii="Georgia" w:hAnsi="Georgia" w:eastAsia="Georgia"/>
          <w:sz w:val="23"/>
        </w:rPr>
        <w:t>“Call them,” Miren said.</w:t>
      </w:r>
    </w:p>
    <w:p>
      <w:pPr>
        <w:spacing w:after="120"/>
      </w:pPr>
      <w:r>
        <w:rPr>
          <w:rFonts w:ascii="Georgia" w:hAnsi="Georgia" w:eastAsia="Georgia"/>
          <w:sz w:val="23"/>
        </w:rPr>
        <w:t>“I am reading first.”</w:t>
      </w:r>
    </w:p>
    <w:p>
      <w:pPr>
        <w:spacing w:after="120"/>
      </w:pPr>
      <w:r>
        <w:rPr>
          <w:rFonts w:ascii="Georgia" w:hAnsi="Georgia" w:eastAsia="Georgia"/>
          <w:sz w:val="23"/>
        </w:rPr>
        <w:t>“That is why I said call them. You read until systems become people.”</w:t>
      </w:r>
    </w:p>
    <w:p>
      <w:pPr>
        <w:spacing w:after="120"/>
      </w:pPr>
      <w:r>
        <w:rPr>
          <w:rFonts w:ascii="Georgia" w:hAnsi="Georgia" w:eastAsia="Georgia"/>
          <w:sz w:val="23"/>
        </w:rPr>
        <w:t>“Systems are made of people.”</w:t>
      </w:r>
    </w:p>
    <w:p>
      <w:pPr>
        <w:spacing w:after="120"/>
      </w:pPr>
      <w:r>
        <w:rPr>
          <w:rFonts w:ascii="Georgia" w:hAnsi="Georgia" w:eastAsia="Georgia"/>
          <w:sz w:val="23"/>
        </w:rPr>
        <w:t>“At six in the morning they are mostly made of defaults.”</w:t>
      </w:r>
    </w:p>
    <w:p>
      <w:pPr>
        <w:spacing w:after="120"/>
      </w:pPr>
      <w:r>
        <w:rPr>
          <w:rFonts w:ascii="Georgia" w:hAnsi="Georgia" w:eastAsia="Georgia"/>
          <w:sz w:val="23"/>
        </w:rPr>
        <w:t>She disconnected.</w:t>
      </w:r>
    </w:p>
    <w:p>
      <w:pPr>
        <w:spacing w:after="120"/>
      </w:pPr>
      <w:r>
        <w:rPr>
          <w:rFonts w:ascii="Georgia" w:hAnsi="Georgia" w:eastAsia="Georgia"/>
          <w:sz w:val="23"/>
        </w:rPr>
        <w:t>I kept reading.</w:t>
      </w:r>
    </w:p>
    <w:p>
      <w:pPr>
        <w:spacing w:after="120"/>
      </w:pPr>
      <w:r>
        <w:rPr>
          <w:rFonts w:ascii="Georgia" w:hAnsi="Georgia" w:eastAsia="Georgia"/>
          <w:sz w:val="23"/>
        </w:rPr>
        <w:t>SECONDARY RELATIONAL PATIENT did not mean Sera had been diagnosed with anything. It meant the insurer had opened a protected subrecord so her setting history could legally enter Ivena’s surgical risk calculation without being copied into Ivena’s ordinary chart.</w:t>
      </w:r>
    </w:p>
    <w:p>
      <w:pPr>
        <w:spacing w:after="120"/>
      </w:pPr>
      <w:r>
        <w:rPr>
          <w:rFonts w:ascii="Georgia" w:hAnsi="Georgia" w:eastAsia="Georgia"/>
          <w:sz w:val="23"/>
        </w:rPr>
        <w:t>That was better than putting Sera’s private archive into someone else’s medical file.</w:t>
      </w:r>
    </w:p>
    <w:p>
      <w:pPr>
        <w:spacing w:after="120"/>
      </w:pPr>
      <w:r>
        <w:rPr>
          <w:rFonts w:ascii="Georgia" w:hAnsi="Georgia" w:eastAsia="Georgia"/>
          <w:sz w:val="23"/>
        </w:rPr>
        <w:t>It was worse than not creating a medical relationship she had never requested.</w:t>
      </w:r>
    </w:p>
    <w:p>
      <w:pPr>
        <w:spacing w:after="120"/>
      </w:pPr>
      <w:r>
        <w:rPr>
          <w:rFonts w:ascii="Georgia" w:hAnsi="Georgia" w:eastAsia="Georgia"/>
          <w:sz w:val="23"/>
        </w:rPr>
        <w:t>The subrecord required consent before data could populate.</w:t>
      </w:r>
    </w:p>
    <w:p>
      <w:pPr>
        <w:spacing w:after="120"/>
      </w:pPr>
      <w:r>
        <w:rPr>
          <w:rFonts w:ascii="Georgia" w:hAnsi="Georgia" w:eastAsia="Georgia"/>
          <w:sz w:val="23"/>
        </w:rPr>
        <w:t>The insurer had also placed Ivena’s field-neutral bypass authorization into CONDITIONAL status until Sera either consented, refused, or a technical reviewer certified that her data were unnecessary.</w:t>
      </w:r>
    </w:p>
    <w:p>
      <w:pPr>
        <w:spacing w:after="120"/>
      </w:pPr>
      <w:r>
        <w:rPr>
          <w:rFonts w:ascii="Georgia" w:hAnsi="Georgia" w:eastAsia="Georgia"/>
          <w:sz w:val="23"/>
        </w:rPr>
        <w:t>There was the knife.</w:t>
      </w:r>
    </w:p>
    <w:p>
      <w:pPr>
        <w:spacing w:after="120"/>
      </w:pPr>
      <w:r>
        <w:rPr>
          <w:rFonts w:ascii="Georgia" w:hAnsi="Georgia" w:eastAsia="Georgia"/>
          <w:sz w:val="23"/>
        </w:rPr>
        <w:t>No one had forced Sera to participate.</w:t>
      </w:r>
    </w:p>
    <w:p>
      <w:pPr>
        <w:spacing w:after="120"/>
      </w:pPr>
      <w:r>
        <w:rPr>
          <w:rFonts w:ascii="Georgia" w:hAnsi="Georgia" w:eastAsia="Georgia"/>
          <w:sz w:val="23"/>
        </w:rPr>
        <w:t>They had merely made Ivena’s surgery wait for her answer.</w:t>
      </w:r>
    </w:p>
    <w:p>
      <w:pPr>
        <w:spacing w:before="80" w:after="120"/>
        <w:jc w:val="center"/>
      </w:pPr>
      <w:r>
        <w:rPr>
          <w:rFonts w:ascii="Georgia" w:hAnsi="Georgia" w:eastAsia="Georgia"/>
          <w:sz w:val="23"/>
        </w:rPr>
        <w:t>§</w:t>
      </w:r>
    </w:p>
    <w:p>
      <w:pPr>
        <w:spacing w:after="120"/>
      </w:pPr>
      <w:r>
        <w:rPr>
          <w:rFonts w:ascii="Georgia" w:hAnsi="Georgia" w:eastAsia="Georgia"/>
          <w:sz w:val="23"/>
        </w:rPr>
        <w:t>At 0702 Ivena called me.</w:t>
      </w:r>
    </w:p>
    <w:p>
      <w:pPr>
        <w:spacing w:after="120"/>
      </w:pPr>
      <w:r>
        <w:rPr>
          <w:rFonts w:ascii="Georgia" w:hAnsi="Georgia" w:eastAsia="Georgia"/>
          <w:sz w:val="23"/>
        </w:rPr>
        <w:t>“What did you do?”</w:t>
      </w:r>
    </w:p>
    <w:p>
      <w:pPr>
        <w:spacing w:after="120"/>
      </w:pPr>
      <w:r>
        <w:rPr>
          <w:rFonts w:ascii="Georgia" w:hAnsi="Georgia" w:eastAsia="Georgia"/>
          <w:sz w:val="23"/>
        </w:rPr>
        <w:t>“Nothing.”</w:t>
      </w:r>
    </w:p>
    <w:p>
      <w:pPr>
        <w:spacing w:after="120"/>
      </w:pPr>
      <w:r>
        <w:rPr>
          <w:rFonts w:ascii="Georgia" w:hAnsi="Georgia" w:eastAsia="Georgia"/>
          <w:sz w:val="23"/>
        </w:rPr>
        <w:t>“That is not reassuring from you.”</w:t>
      </w:r>
    </w:p>
    <w:p>
      <w:pPr>
        <w:spacing w:after="120"/>
      </w:pPr>
      <w:r>
        <w:rPr>
          <w:rFonts w:ascii="Georgia" w:hAnsi="Georgia" w:eastAsia="Georgia"/>
          <w:sz w:val="23"/>
        </w:rPr>
        <w:t>“The insurer generated it automatically.”</w:t>
      </w:r>
    </w:p>
    <w:p>
      <w:pPr>
        <w:spacing w:after="120"/>
      </w:pPr>
      <w:r>
        <w:rPr>
          <w:rFonts w:ascii="Georgia" w:hAnsi="Georgia" w:eastAsia="Georgia"/>
          <w:sz w:val="23"/>
        </w:rPr>
        <w:t>“They called Sera my secondary patient.”</w:t>
      </w:r>
    </w:p>
    <w:p>
      <w:pPr>
        <w:spacing w:after="120"/>
      </w:pPr>
      <w:r>
        <w:rPr>
          <w:rFonts w:ascii="Georgia" w:hAnsi="Georgia" w:eastAsia="Georgia"/>
          <w:sz w:val="23"/>
        </w:rPr>
        <w:t>“I know.”</w:t>
      </w:r>
    </w:p>
    <w:p>
      <w:pPr>
        <w:spacing w:after="120"/>
      </w:pPr>
      <w:r>
        <w:rPr>
          <w:rFonts w:ascii="Georgia" w:hAnsi="Georgia" w:eastAsia="Georgia"/>
          <w:sz w:val="23"/>
        </w:rPr>
        <w:t>“She is going to kill me.”</w:t>
      </w:r>
    </w:p>
    <w:p>
      <w:pPr>
        <w:spacing w:after="120"/>
      </w:pPr>
      <w:r>
        <w:rPr>
          <w:rFonts w:ascii="Georgia" w:hAnsi="Georgia" w:eastAsia="Georgia"/>
          <w:sz w:val="23"/>
        </w:rPr>
        <w:t>“That would simplify the classification.”</w:t>
      </w:r>
    </w:p>
    <w:p>
      <w:pPr>
        <w:spacing w:after="120"/>
      </w:pPr>
      <w:r>
        <w:rPr>
          <w:rFonts w:ascii="Georgia" w:hAnsi="Georgia" w:eastAsia="Georgia"/>
          <w:sz w:val="23"/>
        </w:rPr>
        <w:t>Silence.</w:t>
      </w:r>
    </w:p>
    <w:p>
      <w:pPr>
        <w:spacing w:after="120"/>
      </w:pPr>
      <w:r>
        <w:rPr>
          <w:rFonts w:ascii="Georgia" w:hAnsi="Georgia" w:eastAsia="Georgia"/>
          <w:sz w:val="23"/>
        </w:rPr>
        <w:t>“Was that a joke?”</w:t>
      </w:r>
    </w:p>
    <w:p>
      <w:pPr>
        <w:spacing w:after="120"/>
      </w:pPr>
      <w:r>
        <w:rPr>
          <w:rFonts w:ascii="Georgia" w:hAnsi="Georgia" w:eastAsia="Georgia"/>
          <w:sz w:val="23"/>
        </w:rPr>
        <w:t>“No.”</w:t>
      </w:r>
    </w:p>
    <w:p>
      <w:pPr>
        <w:spacing w:after="120"/>
      </w:pPr>
      <w:r>
        <w:rPr>
          <w:rFonts w:ascii="Georgia" w:hAnsi="Georgia" w:eastAsia="Georgia"/>
          <w:sz w:val="23"/>
        </w:rPr>
        <w:t>“It was terrible.”</w:t>
      </w:r>
    </w:p>
    <w:p>
      <w:pPr>
        <w:spacing w:after="120"/>
      </w:pPr>
      <w:r>
        <w:rPr>
          <w:rFonts w:ascii="Georgia" w:hAnsi="Georgia" w:eastAsia="Georgia"/>
          <w:sz w:val="23"/>
        </w:rPr>
        <w:t>I heard a cabinet close on her end.</w:t>
      </w:r>
    </w:p>
    <w:p>
      <w:pPr>
        <w:spacing w:after="120"/>
      </w:pPr>
      <w:r>
        <w:rPr>
          <w:rFonts w:ascii="Georgia" w:hAnsi="Georgia" w:eastAsia="Georgia"/>
          <w:sz w:val="23"/>
        </w:rPr>
        <w:t>“Did you tell Sera?” I asked.</w:t>
      </w:r>
    </w:p>
    <w:p>
      <w:pPr>
        <w:spacing w:after="120"/>
      </w:pPr>
      <w:r>
        <w:rPr>
          <w:rFonts w:ascii="Georgia" w:hAnsi="Georgia" w:eastAsia="Georgia"/>
          <w:sz w:val="23"/>
        </w:rPr>
        <w:t>“I sent her the notice.”</w:t>
      </w:r>
    </w:p>
    <w:p>
      <w:pPr>
        <w:spacing w:after="120"/>
      </w:pPr>
      <w:r>
        <w:rPr>
          <w:rFonts w:ascii="Georgia" w:hAnsi="Georgia" w:eastAsia="Georgia"/>
          <w:sz w:val="23"/>
        </w:rPr>
        <w:t>“Before asking?”</w:t>
      </w:r>
    </w:p>
    <w:p>
      <w:pPr>
        <w:spacing w:after="120"/>
      </w:pPr>
      <w:r>
        <w:rPr>
          <w:rFonts w:ascii="Georgia" w:hAnsi="Georgia" w:eastAsia="Georgia"/>
          <w:sz w:val="23"/>
        </w:rPr>
        <w:t>“It had her name on it.”</w:t>
      </w:r>
    </w:p>
    <w:p>
      <w:pPr>
        <w:spacing w:after="120"/>
      </w:pPr>
      <w:r>
        <w:rPr>
          <w:rFonts w:ascii="Georgia" w:hAnsi="Georgia" w:eastAsia="Georgia"/>
          <w:sz w:val="23"/>
        </w:rPr>
        <w:t>“Fair.”</w:t>
      </w:r>
    </w:p>
    <w:p>
      <w:pPr>
        <w:spacing w:after="120"/>
      </w:pPr>
      <w:r>
        <w:rPr>
          <w:rFonts w:ascii="Georgia" w:hAnsi="Georgia" w:eastAsia="Georgia"/>
          <w:sz w:val="23"/>
        </w:rPr>
        <w:t>“She sent back one word.”</w:t>
      </w:r>
    </w:p>
    <w:p>
      <w:pPr>
        <w:spacing w:after="120"/>
      </w:pPr>
      <w:r>
        <w:rPr>
          <w:rFonts w:ascii="Georgia" w:hAnsi="Georgia" w:eastAsia="Georgia"/>
          <w:sz w:val="23"/>
        </w:rPr>
        <w:t>“Which?”</w:t>
      </w:r>
    </w:p>
    <w:p>
      <w:pPr>
        <w:spacing w:after="120"/>
      </w:pPr>
      <w:r>
        <w:rPr>
          <w:rFonts w:ascii="Georgia" w:hAnsi="Georgia" w:eastAsia="Georgia"/>
          <w:sz w:val="23"/>
        </w:rPr>
        <w:t>“No.”</w:t>
      </w:r>
    </w:p>
    <w:p>
      <w:pPr>
        <w:spacing w:after="120"/>
      </w:pPr>
      <w:r>
        <w:rPr>
          <w:rFonts w:ascii="Georgia" w:hAnsi="Georgia" w:eastAsia="Georgia"/>
          <w:sz w:val="23"/>
        </w:rPr>
        <w:t>“Consent refusal?”</w:t>
      </w:r>
    </w:p>
    <w:p>
      <w:pPr>
        <w:spacing w:after="120"/>
      </w:pPr>
      <w:r>
        <w:rPr>
          <w:rFonts w:ascii="Georgia" w:hAnsi="Georgia" w:eastAsia="Georgia"/>
          <w:sz w:val="23"/>
        </w:rPr>
        <w:t>“No punctuation.”</w:t>
      </w:r>
    </w:p>
    <w:p>
      <w:pPr>
        <w:spacing w:after="120"/>
      </w:pPr>
      <w:r>
        <w:rPr>
          <w:rFonts w:ascii="Georgia" w:hAnsi="Georgia" w:eastAsia="Georgia"/>
          <w:sz w:val="23"/>
        </w:rPr>
        <w:t>“Not equivalent.”</w:t>
      </w:r>
    </w:p>
    <w:p>
      <w:pPr>
        <w:spacing w:after="120"/>
      </w:pPr>
      <w:r>
        <w:rPr>
          <w:rFonts w:ascii="Georgia" w:hAnsi="Georgia" w:eastAsia="Georgia"/>
          <w:sz w:val="23"/>
        </w:rPr>
        <w:t>“You call her.”</w:t>
      </w:r>
    </w:p>
    <w:p>
      <w:pPr>
        <w:spacing w:after="120"/>
      </w:pPr>
      <w:r>
        <w:rPr>
          <w:rFonts w:ascii="Georgia" w:hAnsi="Georgia" w:eastAsia="Georgia"/>
          <w:sz w:val="23"/>
        </w:rPr>
        <w:t>“Why me?”</w:t>
      </w:r>
    </w:p>
    <w:p>
      <w:pPr>
        <w:spacing w:after="120"/>
      </w:pPr>
      <w:r>
        <w:rPr>
          <w:rFonts w:ascii="Georgia" w:hAnsi="Georgia" w:eastAsia="Georgia"/>
          <w:sz w:val="23"/>
        </w:rPr>
        <w:t>“Because this happened because of your form.”</w:t>
      </w:r>
    </w:p>
    <w:p>
      <w:pPr>
        <w:spacing w:after="120"/>
      </w:pPr>
      <w:r>
        <w:rPr>
          <w:rFonts w:ascii="Georgia" w:hAnsi="Georgia" w:eastAsia="Georgia"/>
          <w:sz w:val="23"/>
        </w:rPr>
        <w:t>“My form said prior extended co-contact. It did not say convert former spouses into patients.”</w:t>
      </w:r>
    </w:p>
    <w:p>
      <w:pPr>
        <w:spacing w:after="120"/>
      </w:pPr>
      <w:r>
        <w:rPr>
          <w:rFonts w:ascii="Georgia" w:hAnsi="Georgia" w:eastAsia="Georgia"/>
          <w:sz w:val="23"/>
        </w:rPr>
        <w:t>“You put us in the same machine.”</w:t>
      </w:r>
    </w:p>
    <w:p>
      <w:pPr>
        <w:spacing w:after="120"/>
      </w:pPr>
      <w:r>
        <w:rPr>
          <w:rFonts w:ascii="Georgia" w:hAnsi="Georgia" w:eastAsia="Georgia"/>
          <w:sz w:val="23"/>
        </w:rPr>
        <w:t>That was true enough to stop me.</w:t>
      </w:r>
    </w:p>
    <w:p>
      <w:pPr>
        <w:spacing w:after="120"/>
      </w:pPr>
      <w:r>
        <w:rPr>
          <w:rFonts w:ascii="Georgia" w:hAnsi="Georgia" w:eastAsia="Georgia"/>
          <w:sz w:val="23"/>
        </w:rPr>
        <w:t>The sentence did not become less true because my field had been narrower than the rules engine that consumed it. I had written PRIOR EXTENDED CO-CONTACT because I wanted future technicians to stop deleting history. The system preserved the history by attaching a person to it.</w:t>
      </w:r>
    </w:p>
    <w:p>
      <w:pPr>
        <w:spacing w:after="120"/>
      </w:pPr>
      <w:r>
        <w:rPr>
          <w:rFonts w:ascii="Georgia" w:hAnsi="Georgia" w:eastAsia="Georgia"/>
          <w:sz w:val="23"/>
        </w:rPr>
        <w:t>Former spouse became co-contact. Co-contact became unresolved risk. Unresolved risk became patient.</w:t>
      </w:r>
    </w:p>
    <w:p>
      <w:pPr>
        <w:spacing w:after="120"/>
      </w:pPr>
      <w:r>
        <w:rPr>
          <w:rFonts w:ascii="Georgia" w:hAnsi="Georgia" w:eastAsia="Georgia"/>
          <w:sz w:val="23"/>
        </w:rPr>
        <w:t>No malicious actor had made the sequence. Every conversion was defensible inside its own jurisdiction. I had supplied the first category and then watched the rest of the machine discover what it could do with it.</w:t>
      </w:r>
    </w:p>
    <w:p>
      <w:pPr>
        <w:spacing w:after="120"/>
      </w:pPr>
      <w:r>
        <w:rPr>
          <w:rFonts w:ascii="Georgia" w:hAnsi="Georgia" w:eastAsia="Georgia"/>
          <w:sz w:val="23"/>
        </w:rPr>
        <w:t>I opened the standards proposal while Ivena waited on the line. The field had been live for less than a day.</w:t>
      </w:r>
    </w:p>
    <w:p>
      <w:pPr>
        <w:spacing w:after="120"/>
      </w:pPr>
      <w:r>
        <w:rPr>
          <w:rFonts w:ascii="Georgia" w:hAnsi="Georgia" w:eastAsia="Georgia"/>
          <w:sz w:val="23"/>
        </w:rPr>
        <w:t>“I put the condition into the system,” I said.</w:t>
      </w:r>
    </w:p>
    <w:p>
      <w:pPr>
        <w:spacing w:after="120"/>
      </w:pPr>
      <w:r>
        <w:rPr>
          <w:rFonts w:ascii="Georgia" w:hAnsi="Georgia" w:eastAsia="Georgia"/>
          <w:sz w:val="23"/>
        </w:rPr>
        <w:t>“Yes.”</w:t>
      </w:r>
    </w:p>
    <w:p>
      <w:pPr>
        <w:spacing w:after="120"/>
      </w:pPr>
      <w:r>
        <w:rPr>
          <w:rFonts w:ascii="Georgia" w:hAnsi="Georgia" w:eastAsia="Georgia"/>
          <w:sz w:val="23"/>
        </w:rPr>
        <w:t>“I did not put Sera in it.”</w:t>
      </w:r>
    </w:p>
    <w:p>
      <w:pPr>
        <w:spacing w:after="120"/>
      </w:pPr>
      <w:r>
        <w:rPr>
          <w:rFonts w:ascii="Georgia" w:hAnsi="Georgia" w:eastAsia="Georgia"/>
          <w:sz w:val="23"/>
        </w:rPr>
        <w:t>“No. You made a place shaped like her and somebody filled it.”</w:t>
      </w:r>
    </w:p>
    <w:p>
      <w:pPr>
        <w:spacing w:after="120"/>
      </w:pPr>
      <w:r>
        <w:rPr>
          <w:rFonts w:ascii="Georgia" w:hAnsi="Georgia" w:eastAsia="Georgia"/>
          <w:sz w:val="23"/>
        </w:rPr>
        <w:t>I did not have a better sentence.</w:t>
      </w:r>
    </w:p>
    <w:p>
      <w:pPr>
        <w:spacing w:after="120"/>
      </w:pPr>
      <w:r>
        <w:rPr>
          <w:rFonts w:ascii="Georgia" w:hAnsi="Georgia" w:eastAsia="Georgia"/>
          <w:sz w:val="23"/>
        </w:rPr>
        <w:t>“I will call her.”</w:t>
      </w:r>
    </w:p>
    <w:p>
      <w:pPr>
        <w:spacing w:after="120"/>
      </w:pPr>
      <w:r>
        <w:rPr>
          <w:rFonts w:ascii="Georgia" w:hAnsi="Georgia" w:eastAsia="Georgia"/>
          <w:sz w:val="23"/>
        </w:rPr>
        <w:t>“My surgery?”</w:t>
      </w:r>
    </w:p>
    <w:p>
      <w:pPr>
        <w:spacing w:after="120"/>
      </w:pPr>
      <w:r>
        <w:rPr>
          <w:rFonts w:ascii="Georgia" w:hAnsi="Georgia" w:eastAsia="Georgia"/>
          <w:sz w:val="23"/>
        </w:rPr>
        <w:t>“Still scheduled. Authorization is conditional, not withdrawn.”</w:t>
      </w:r>
    </w:p>
    <w:p>
      <w:pPr>
        <w:spacing w:after="120"/>
      </w:pPr>
      <w:r>
        <w:rPr>
          <w:rFonts w:ascii="Georgia" w:hAnsi="Georgia" w:eastAsia="Georgia"/>
          <w:sz w:val="23"/>
        </w:rPr>
        <w:t>“How long can they hold it?”</w:t>
      </w:r>
    </w:p>
    <w:p>
      <w:pPr>
        <w:spacing w:after="120"/>
      </w:pPr>
      <w:r>
        <w:rPr>
          <w:rFonts w:ascii="Georgia" w:hAnsi="Georgia" w:eastAsia="Georgia"/>
          <w:sz w:val="23"/>
        </w:rPr>
        <w:t>“Olan said four days on the surgical slot.”</w:t>
      </w:r>
    </w:p>
    <w:p>
      <w:pPr>
        <w:spacing w:after="120"/>
      </w:pPr>
      <w:r>
        <w:rPr>
          <w:rFonts w:ascii="Georgia" w:hAnsi="Georgia" w:eastAsia="Georgia"/>
          <w:sz w:val="23"/>
        </w:rPr>
        <w:t>“Three now.”</w:t>
      </w:r>
    </w:p>
    <w:p>
      <w:pPr>
        <w:spacing w:after="120"/>
      </w:pPr>
      <w:r>
        <w:rPr>
          <w:rFonts w:ascii="Georgia" w:hAnsi="Georgia" w:eastAsia="Georgia"/>
          <w:sz w:val="23"/>
        </w:rPr>
        <w:t>“Yes.”</w:t>
      </w:r>
    </w:p>
    <w:p>
      <w:pPr>
        <w:spacing w:after="120"/>
      </w:pPr>
      <w:r>
        <w:rPr>
          <w:rFonts w:ascii="Georgia" w:hAnsi="Georgia" w:eastAsia="Georgia"/>
          <w:sz w:val="23"/>
        </w:rPr>
        <w:t>She took a breath.</w:t>
      </w:r>
    </w:p>
    <w:p>
      <w:pPr>
        <w:spacing w:after="120"/>
      </w:pPr>
      <w:r>
        <w:rPr>
          <w:rFonts w:ascii="Georgia" w:hAnsi="Georgia" w:eastAsia="Georgia"/>
          <w:sz w:val="23"/>
        </w:rPr>
        <w:t>“Do not ask Sera to give them anything she does not want to give.”</w:t>
      </w:r>
    </w:p>
    <w:p>
      <w:pPr>
        <w:spacing w:after="120"/>
      </w:pPr>
      <w:r>
        <w:rPr>
          <w:rFonts w:ascii="Georgia" w:hAnsi="Georgia" w:eastAsia="Georgia"/>
          <w:sz w:val="23"/>
        </w:rPr>
        <w:t>“I would not.”</w:t>
      </w:r>
    </w:p>
    <w:p>
      <w:pPr>
        <w:spacing w:after="120"/>
      </w:pPr>
      <w:r>
        <w:rPr>
          <w:rFonts w:ascii="Georgia" w:hAnsi="Georgia" w:eastAsia="Georgia"/>
          <w:sz w:val="23"/>
        </w:rPr>
        <w:t>“Do not ask her cleverly.”</w:t>
      </w:r>
    </w:p>
    <w:p>
      <w:pPr>
        <w:spacing w:after="120"/>
      </w:pPr>
      <w:r>
        <w:rPr>
          <w:rFonts w:ascii="Georgia" w:hAnsi="Georgia" w:eastAsia="Georgia"/>
          <w:sz w:val="23"/>
        </w:rPr>
        <w:t>I disliked the accuracy.</w:t>
      </w:r>
    </w:p>
    <w:p>
      <w:pPr>
        <w:spacing w:after="120"/>
      </w:pPr>
      <w:r>
        <w:rPr>
          <w:rFonts w:ascii="Georgia" w:hAnsi="Georgia" w:eastAsia="Georgia"/>
          <w:sz w:val="23"/>
        </w:rPr>
        <w:t>“Understood.”</w:t>
      </w:r>
    </w:p>
    <w:p>
      <w:pPr>
        <w:spacing w:after="120"/>
      </w:pPr>
      <w:r>
        <w:rPr>
          <w:rFonts w:ascii="Georgia" w:hAnsi="Georgia" w:eastAsia="Georgia"/>
          <w:sz w:val="23"/>
        </w:rPr>
        <w:t>“And do not solve this by deciding she is irrelevant if she is not.”</w:t>
      </w:r>
    </w:p>
    <w:p>
      <w:pPr>
        <w:spacing w:after="120"/>
      </w:pPr>
      <w:r>
        <w:rPr>
          <w:rFonts w:ascii="Georgia" w:hAnsi="Georgia" w:eastAsia="Georgia"/>
          <w:sz w:val="23"/>
        </w:rPr>
        <w:t>That was harder.</w:t>
      </w:r>
    </w:p>
    <w:p>
      <w:pPr>
        <w:spacing w:after="120"/>
      </w:pPr>
      <w:r>
        <w:rPr>
          <w:rFonts w:ascii="Georgia" w:hAnsi="Georgia" w:eastAsia="Georgia"/>
          <w:sz w:val="23"/>
        </w:rPr>
        <w:t>“Understood.”</w:t>
      </w:r>
    </w:p>
    <w:p>
      <w:pPr>
        <w:spacing w:after="120"/>
      </w:pPr>
      <w:r>
        <w:rPr>
          <w:rFonts w:ascii="Georgia" w:hAnsi="Georgia" w:eastAsia="Georgia"/>
          <w:sz w:val="23"/>
        </w:rPr>
        <w:t>“Then I am going back to bed. I have a hundred eighty-seven-year-old body to preserve.”</w:t>
      </w:r>
    </w:p>
    <w:p>
      <w:pPr>
        <w:spacing w:after="120"/>
      </w:pPr>
      <w:r>
        <w:rPr>
          <w:rFonts w:ascii="Georgia" w:hAnsi="Georgia" w:eastAsia="Georgia"/>
          <w:sz w:val="23"/>
        </w:rPr>
        <w:t>She disconnected.</w:t>
      </w:r>
    </w:p>
    <w:p>
      <w:pPr>
        <w:spacing w:after="120"/>
      </w:pPr>
      <w:r>
        <w:rPr>
          <w:rFonts w:ascii="Georgia" w:hAnsi="Georgia" w:eastAsia="Georgia"/>
          <w:sz w:val="23"/>
        </w:rPr>
        <w:t>Long life made scheduling death-adjacent work strangely ordinary.</w:t>
      </w:r>
    </w:p>
    <w:p>
      <w:pPr>
        <w:spacing w:after="120"/>
      </w:pPr>
      <w:r>
        <w:rPr>
          <w:rFonts w:ascii="Georgia" w:hAnsi="Georgia" w:eastAsia="Georgia"/>
          <w:sz w:val="23"/>
        </w:rPr>
        <w:t>Three days mattered because twenty future years mattered.</w:t>
      </w:r>
    </w:p>
    <w:p>
      <w:pPr>
        <w:spacing w:after="120"/>
      </w:pPr>
      <w:r>
        <w:rPr>
          <w:rFonts w:ascii="Georgia" w:hAnsi="Georgia" w:eastAsia="Georgia"/>
          <w:sz w:val="23"/>
        </w:rPr>
        <w:t>Deren had completed at twenty-nine and never received the century Ivena had already lived after him.</w:t>
      </w:r>
    </w:p>
    <w:p>
      <w:pPr>
        <w:spacing w:after="120"/>
      </w:pPr>
      <w:r>
        <w:rPr>
          <w:rFonts w:ascii="Georgia" w:hAnsi="Georgia" w:eastAsia="Georgia"/>
          <w:sz w:val="23"/>
        </w:rPr>
        <w:t>Nothing about her expected future made his absence less tragic.</w:t>
      </w:r>
    </w:p>
    <w:p>
      <w:pPr>
        <w:spacing w:after="120"/>
      </w:pPr>
      <w:r>
        <w:rPr>
          <w:rFonts w:ascii="Georgia" w:hAnsi="Georgia" w:eastAsia="Georgia"/>
          <w:sz w:val="23"/>
        </w:rPr>
        <w:t>It made every preventable loss of her own remaining time more visible.</w:t>
      </w:r>
    </w:p>
    <w:p>
      <w:pPr>
        <w:spacing w:after="120"/>
      </w:pPr>
      <w:r>
        <w:rPr>
          <w:rFonts w:ascii="Georgia" w:hAnsi="Georgia" w:eastAsia="Georgia"/>
          <w:sz w:val="23"/>
        </w:rPr>
        <w:t>That was the part the insurer understood correctly.</w:t>
      </w:r>
    </w:p>
    <w:p>
      <w:pPr>
        <w:spacing w:before="80" w:after="120"/>
        <w:jc w:val="center"/>
      </w:pPr>
      <w:r>
        <w:rPr>
          <w:rFonts w:ascii="Georgia" w:hAnsi="Georgia" w:eastAsia="Georgia"/>
          <w:sz w:val="23"/>
        </w:rPr>
        <w:t>§</w:t>
      </w:r>
    </w:p>
    <w:p>
      <w:pPr>
        <w:spacing w:after="120"/>
      </w:pPr>
      <w:r>
        <w:rPr>
          <w:rFonts w:ascii="Georgia" w:hAnsi="Georgia" w:eastAsia="Georgia"/>
          <w:sz w:val="23"/>
        </w:rPr>
        <w:t>Sera answered at 0736.</w:t>
      </w:r>
    </w:p>
    <w:p>
      <w:pPr>
        <w:spacing w:after="120"/>
      </w:pPr>
      <w:r>
        <w:rPr>
          <w:rFonts w:ascii="Georgia" w:hAnsi="Georgia" w:eastAsia="Georgia"/>
          <w:sz w:val="23"/>
        </w:rPr>
        <w:t>“Before you explain anything, record this: I do not consent to being a patient in Ivena’s surgery.”</w:t>
      </w:r>
    </w:p>
    <w:p>
      <w:pPr>
        <w:spacing w:after="120"/>
      </w:pPr>
      <w:r>
        <w:rPr>
          <w:rFonts w:ascii="Georgia" w:hAnsi="Georgia" w:eastAsia="Georgia"/>
          <w:sz w:val="23"/>
        </w:rPr>
        <w:t>“Recorded.”</w:t>
      </w:r>
    </w:p>
    <w:p>
      <w:pPr>
        <w:spacing w:after="120"/>
      </w:pPr>
      <w:r>
        <w:rPr>
          <w:rFonts w:ascii="Georgia" w:hAnsi="Georgia" w:eastAsia="Georgia"/>
          <w:sz w:val="23"/>
        </w:rPr>
        <w:t>“Now tell me whether saying no delays her.”</w:t>
      </w:r>
    </w:p>
    <w:p>
      <w:pPr>
        <w:spacing w:after="120"/>
      </w:pPr>
      <w:r>
        <w:rPr>
          <w:rFonts w:ascii="Georgia" w:hAnsi="Georgia" w:eastAsia="Georgia"/>
          <w:sz w:val="23"/>
        </w:rPr>
        <w:t>I told her what the classification did. Conditional authorization. Pending relational risk. Formal refusal or technical certification.</w:t>
      </w:r>
    </w:p>
    <w:p>
      <w:pPr>
        <w:spacing w:after="120"/>
      </w:pPr>
      <w:r>
        <w:rPr>
          <w:rFonts w:ascii="Georgia" w:hAnsi="Georgia" w:eastAsia="Georgia"/>
          <w:sz w:val="23"/>
        </w:rPr>
        <w:t>She did not interrupt.</w:t>
      </w:r>
    </w:p>
    <w:p>
      <w:pPr>
        <w:spacing w:after="120"/>
      </w:pPr>
      <w:r>
        <w:rPr>
          <w:rFonts w:ascii="Georgia" w:hAnsi="Georgia" w:eastAsia="Georgia"/>
          <w:sz w:val="23"/>
        </w:rPr>
        <w:t>When I finished, she said, “So I have to enter the process to tell it I am not in the process.”</w:t>
      </w:r>
    </w:p>
    <w:p>
      <w:pPr>
        <w:spacing w:after="120"/>
      </w:pPr>
      <w:r>
        <w:rPr>
          <w:rFonts w:ascii="Georgia" w:hAnsi="Georgia" w:eastAsia="Georgia"/>
          <w:sz w:val="23"/>
        </w:rPr>
        <w:t>“Yes.”</w:t>
      </w:r>
    </w:p>
    <w:p>
      <w:pPr>
        <w:spacing w:after="120"/>
      </w:pPr>
      <w:r>
        <w:rPr>
          <w:rFonts w:ascii="Georgia" w:hAnsi="Georgia" w:eastAsia="Georgia"/>
          <w:sz w:val="23"/>
        </w:rPr>
        <w:t>“And that came from your new field.”</w:t>
      </w:r>
    </w:p>
    <w:p>
      <w:pPr>
        <w:spacing w:after="120"/>
      </w:pPr>
      <w:r>
        <w:rPr>
          <w:rFonts w:ascii="Georgia" w:hAnsi="Georgia" w:eastAsia="Georgia"/>
          <w:sz w:val="23"/>
        </w:rPr>
        <w:t>“The field contributed.”</w:t>
      </w:r>
    </w:p>
    <w:p>
      <w:pPr>
        <w:spacing w:after="120"/>
      </w:pPr>
      <w:r>
        <w:rPr>
          <w:rFonts w:ascii="Georgia" w:hAnsi="Georgia" w:eastAsia="Georgia"/>
          <w:sz w:val="23"/>
        </w:rPr>
        <w:t>“Do not spread the verb around until nobody owns it.”</w:t>
      </w:r>
    </w:p>
    <w:p>
      <w:pPr>
        <w:spacing w:after="120"/>
      </w:pPr>
      <w:r>
        <w:rPr>
          <w:rFonts w:ascii="Georgia" w:hAnsi="Georgia" w:eastAsia="Georgia"/>
          <w:sz w:val="23"/>
        </w:rPr>
        <w:t>I stopped.</w:t>
      </w:r>
    </w:p>
    <w:p>
      <w:pPr>
        <w:spacing w:after="120"/>
      </w:pPr>
      <w:r>
        <w:rPr>
          <w:rFonts w:ascii="Georgia" w:hAnsi="Georgia" w:eastAsia="Georgia"/>
          <w:sz w:val="23"/>
        </w:rPr>
        <w:t>“It came from my field.”</w:t>
      </w:r>
    </w:p>
    <w:p>
      <w:pPr>
        <w:spacing w:after="120"/>
      </w:pPr>
      <w:r>
        <w:rPr>
          <w:rFonts w:ascii="Georgia" w:hAnsi="Georgia" w:eastAsia="Georgia"/>
          <w:sz w:val="23"/>
        </w:rPr>
        <w:t>“Now we are accurate.”</w:t>
      </w:r>
    </w:p>
    <w:p>
      <w:pPr>
        <w:spacing w:after="120"/>
      </w:pPr>
      <w:r>
        <w:rPr>
          <w:rFonts w:ascii="Georgia" w:hAnsi="Georgia" w:eastAsia="Georgia"/>
          <w:sz w:val="23"/>
        </w:rPr>
        <w:t>She was quiet long enough that I heard a domestic ventilator cycling somewhere behind her.</w:t>
      </w:r>
    </w:p>
    <w:p>
      <w:pPr>
        <w:spacing w:after="120"/>
      </w:pPr>
      <w:r>
        <w:rPr>
          <w:rFonts w:ascii="Georgia" w:hAnsi="Georgia" w:eastAsia="Georgia"/>
          <w:sz w:val="23"/>
        </w:rPr>
        <w:t>“I spent fifty-six years living with Ivena,” she said. “Forty-nine married. That history is real. It does not remain an open medical permission after the marriage ends.”</w:t>
      </w:r>
    </w:p>
    <w:p>
      <w:pPr>
        <w:spacing w:after="120"/>
      </w:pPr>
      <w:r>
        <w:rPr>
          <w:rFonts w:ascii="Georgia" w:hAnsi="Georgia" w:eastAsia="Georgia"/>
          <w:sz w:val="23"/>
        </w:rPr>
        <w:t>“Agreed.”</w:t>
      </w:r>
    </w:p>
    <w:p>
      <w:pPr>
        <w:spacing w:after="120"/>
      </w:pPr>
      <w:r>
        <w:rPr>
          <w:rFonts w:ascii="Georgia" w:hAnsi="Georgia" w:eastAsia="Georgia"/>
          <w:sz w:val="23"/>
        </w:rPr>
        <w:t>“I want her to have the surgery.”</w:t>
      </w:r>
    </w:p>
    <w:p>
      <w:pPr>
        <w:spacing w:after="120"/>
      </w:pPr>
      <w:r>
        <w:rPr>
          <w:rFonts w:ascii="Georgia" w:hAnsi="Georgia" w:eastAsia="Georgia"/>
          <w:sz w:val="23"/>
        </w:rPr>
        <w:t>“I know.”</w:t>
      </w:r>
    </w:p>
    <w:p>
      <w:pPr>
        <w:spacing w:after="120"/>
      </w:pPr>
      <w:r>
        <w:rPr>
          <w:rFonts w:ascii="Georgia" w:hAnsi="Georgia" w:eastAsia="Georgia"/>
          <w:sz w:val="23"/>
        </w:rPr>
        <w:t>“Do you? Because the system has made those two sentences compete.”</w:t>
      </w:r>
    </w:p>
    <w:p>
      <w:pPr>
        <w:spacing w:after="120"/>
      </w:pPr>
      <w:r>
        <w:rPr>
          <w:rFonts w:ascii="Georgia" w:hAnsi="Georgia" w:eastAsia="Georgia"/>
          <w:sz w:val="23"/>
        </w:rPr>
        <w:t>I did not answer.</w:t>
      </w:r>
    </w:p>
    <w:p>
      <w:pPr>
        <w:spacing w:after="120"/>
      </w:pPr>
      <w:r>
        <w:rPr>
          <w:rFonts w:ascii="Georgia" w:hAnsi="Georgia" w:eastAsia="Georgia"/>
          <w:sz w:val="23"/>
        </w:rPr>
        <w:t>“I will not give you current setting data for her operation. I will not be examined. I will not answer private questions so an insurer can feel that it has completed a field.”</w:t>
      </w:r>
    </w:p>
    <w:p>
      <w:pPr>
        <w:spacing w:after="120"/>
      </w:pPr>
      <w:r>
        <w:rPr>
          <w:rFonts w:ascii="Georgia" w:hAnsi="Georgia" w:eastAsia="Georgia"/>
          <w:sz w:val="23"/>
        </w:rPr>
        <w:t>“Understood.”</w:t>
      </w:r>
    </w:p>
    <w:p>
      <w:pPr>
        <w:spacing w:after="120"/>
      </w:pPr>
      <w:r>
        <w:rPr>
          <w:rFonts w:ascii="Georgia" w:hAnsi="Georgia" w:eastAsia="Georgia"/>
          <w:sz w:val="23"/>
        </w:rPr>
        <w:t>“You may tell the review that I formally decline becoming a patient in Ivena’s surgery. Nothing else about why.”</w:t>
      </w:r>
    </w:p>
    <w:p>
      <w:pPr>
        <w:spacing w:after="120"/>
      </w:pPr>
      <w:r>
        <w:rPr>
          <w:rFonts w:ascii="Georgia" w:hAnsi="Georgia" w:eastAsia="Georgia"/>
          <w:sz w:val="23"/>
        </w:rPr>
        <w:t>“Understood.”</w:t>
      </w:r>
    </w:p>
    <w:p>
      <w:pPr>
        <w:spacing w:after="120"/>
      </w:pPr>
      <w:r>
        <w:rPr>
          <w:rFonts w:ascii="Georgia" w:hAnsi="Georgia" w:eastAsia="Georgia"/>
          <w:sz w:val="23"/>
        </w:rPr>
        <w:t>“Can you clear her without me?”</w:t>
      </w:r>
    </w:p>
    <w:p>
      <w:pPr>
        <w:spacing w:after="120"/>
      </w:pPr>
      <w:r>
        <w:rPr>
          <w:rFonts w:ascii="Georgia" w:hAnsi="Georgia" w:eastAsia="Georgia"/>
          <w:sz w:val="23"/>
        </w:rPr>
        <w:t>I wanted to answer with the simulation path immediately. The answer was probably yes. The impulse to say it was partly useful and partly an attempt to leave the error behind before she finished describing it.</w:t>
      </w:r>
    </w:p>
    <w:p>
      <w:pPr>
        <w:spacing w:after="120"/>
      </w:pPr>
      <w:r>
        <w:rPr>
          <w:rFonts w:ascii="Georgia" w:hAnsi="Georgia" w:eastAsia="Georgia"/>
          <w:sz w:val="23"/>
        </w:rPr>
        <w:t>“I am going to try,” I said.</w:t>
      </w:r>
    </w:p>
    <w:p>
      <w:pPr>
        <w:spacing w:after="120"/>
      </w:pPr>
      <w:r>
        <w:rPr>
          <w:rFonts w:ascii="Georgia" w:hAnsi="Georgia" w:eastAsia="Georgia"/>
          <w:sz w:val="23"/>
        </w:rPr>
        <w:t>“That is enough.”</w:t>
      </w:r>
    </w:p>
    <w:p>
      <w:pPr>
        <w:spacing w:after="120"/>
      </w:pPr>
      <w:r>
        <w:rPr>
          <w:rFonts w:ascii="Georgia" w:hAnsi="Georgia" w:eastAsia="Georgia"/>
          <w:sz w:val="23"/>
        </w:rPr>
        <w:t>She paused.</w:t>
      </w:r>
    </w:p>
    <w:p>
      <w:pPr>
        <w:spacing w:after="120"/>
      </w:pPr>
      <w:r>
        <w:rPr>
          <w:rFonts w:ascii="Georgia" w:hAnsi="Georgia" w:eastAsia="Georgia"/>
          <w:sz w:val="23"/>
        </w:rPr>
        <w:t>“Tell Ivena I am not angry with her.”</w:t>
      </w:r>
    </w:p>
    <w:p>
      <w:pPr>
        <w:spacing w:after="120"/>
      </w:pPr>
      <w:r>
        <w:rPr>
          <w:rFonts w:ascii="Georgia" w:hAnsi="Georgia" w:eastAsia="Georgia"/>
          <w:sz w:val="23"/>
        </w:rPr>
        <w:t>“You can tell her.”</w:t>
      </w:r>
    </w:p>
    <w:p>
      <w:pPr>
        <w:spacing w:after="120"/>
      </w:pPr>
      <w:r>
        <w:rPr>
          <w:rFonts w:ascii="Georgia" w:hAnsi="Georgia" w:eastAsia="Georgia"/>
          <w:sz w:val="23"/>
        </w:rPr>
        <w:t>“I will. I am telling you because I do not want you converting this into a problem between us. The problem is the system that reached through our old marriage and found a current handle.”</w:t>
      </w:r>
    </w:p>
    <w:p>
      <w:pPr>
        <w:spacing w:after="120"/>
      </w:pPr>
      <w:r>
        <w:rPr>
          <w:rFonts w:ascii="Georgia" w:hAnsi="Georgia" w:eastAsia="Georgia"/>
          <w:sz w:val="23"/>
        </w:rPr>
        <w:t>“The system did that because of a category I added.”</w:t>
      </w:r>
    </w:p>
    <w:p>
      <w:pPr>
        <w:spacing w:after="120"/>
      </w:pPr>
      <w:r>
        <w:rPr>
          <w:rFonts w:ascii="Georgia" w:hAnsi="Georgia" w:eastAsia="Georgia"/>
          <w:sz w:val="23"/>
        </w:rPr>
        <w:t>“Yes.”</w:t>
      </w:r>
    </w:p>
    <w:p>
      <w:pPr>
        <w:spacing w:after="120"/>
      </w:pPr>
      <w:r>
        <w:rPr>
          <w:rFonts w:ascii="Georgia" w:hAnsi="Georgia" w:eastAsia="Georgia"/>
          <w:sz w:val="23"/>
        </w:rPr>
        <w:t>No forgiveness. No punishment. A correct assignment of provenance.</w:t>
      </w:r>
    </w:p>
    <w:p>
      <w:pPr>
        <w:spacing w:after="120"/>
      </w:pPr>
      <w:r>
        <w:rPr>
          <w:rFonts w:ascii="Georgia" w:hAnsi="Georgia" w:eastAsia="Georgia"/>
          <w:sz w:val="23"/>
        </w:rPr>
        <w:t>“I will call when you are no longer in the case.”</w:t>
      </w:r>
    </w:p>
    <w:p>
      <w:pPr>
        <w:spacing w:after="120"/>
      </w:pPr>
      <w:r>
        <w:rPr>
          <w:rFonts w:ascii="Georgia" w:hAnsi="Georgia" w:eastAsia="Georgia"/>
          <w:sz w:val="23"/>
        </w:rPr>
        <w:t>“Do that.”</w:t>
      </w:r>
    </w:p>
    <w:p>
      <w:pPr>
        <w:spacing w:after="120"/>
      </w:pPr>
      <w:r>
        <w:rPr>
          <w:rFonts w:ascii="Georgia" w:hAnsi="Georgia" w:eastAsia="Georgia"/>
          <w:sz w:val="23"/>
        </w:rPr>
        <w:t>She disconnected.</w:t>
      </w:r>
    </w:p>
    <w:p>
      <w:pPr>
        <w:spacing w:before="80" w:after="120"/>
        <w:jc w:val="center"/>
      </w:pPr>
      <w:r>
        <w:rPr>
          <w:rFonts w:ascii="Georgia" w:hAnsi="Georgia" w:eastAsia="Georgia"/>
          <w:sz w:val="23"/>
        </w:rPr>
        <w:t>§</w:t>
      </w:r>
    </w:p>
    <w:p>
      <w:pPr>
        <w:spacing w:after="120"/>
      </w:pPr>
      <w:r>
        <w:rPr>
          <w:rFonts w:ascii="Georgia" w:hAnsi="Georgia" w:eastAsia="Georgia"/>
          <w:sz w:val="23"/>
        </w:rPr>
        <w:t>Miren’s shop opened at eight.</w:t>
      </w:r>
    </w:p>
    <w:p>
      <w:pPr>
        <w:spacing w:after="120"/>
      </w:pPr>
      <w:r>
        <w:rPr>
          <w:rFonts w:ascii="Georgia" w:hAnsi="Georgia" w:eastAsia="Georgia"/>
          <w:sz w:val="23"/>
        </w:rPr>
        <w:t>We used it until eight-twenty because the surgical simulation suite was not ready and because Miren wanted to show me something before we left.</w:t>
      </w:r>
    </w:p>
    <w:p>
      <w:pPr>
        <w:spacing w:after="120"/>
      </w:pPr>
      <w:r>
        <w:rPr>
          <w:rFonts w:ascii="Georgia" w:hAnsi="Georgia" w:eastAsia="Georgia"/>
          <w:sz w:val="23"/>
        </w:rPr>
        <w:t>She put three current intimate-setting intake forms on the bench.</w:t>
      </w:r>
    </w:p>
    <w:p>
      <w:pPr>
        <w:spacing w:after="120"/>
      </w:pPr>
      <w:r>
        <w:rPr>
          <w:rFonts w:ascii="Georgia" w:hAnsi="Georgia" w:eastAsia="Georgia"/>
          <w:sz w:val="23"/>
        </w:rPr>
        <w:t>Names redacted.</w:t>
      </w:r>
    </w:p>
    <w:p>
      <w:pPr>
        <w:spacing w:after="120"/>
      </w:pPr>
      <w:r>
        <w:rPr>
          <w:rFonts w:ascii="Georgia" w:hAnsi="Georgia" w:eastAsia="Georgia"/>
          <w:sz w:val="23"/>
        </w:rPr>
        <w:t>“What am I looking at?”</w:t>
      </w:r>
    </w:p>
    <w:p>
      <w:pPr>
        <w:spacing w:after="120"/>
      </w:pPr>
      <w:r>
        <w:rPr>
          <w:rFonts w:ascii="Georgia" w:hAnsi="Georgia" w:eastAsia="Georgia"/>
          <w:sz w:val="23"/>
        </w:rPr>
        <w:t>“Revision proposals.”</w:t>
      </w:r>
    </w:p>
    <w:p>
      <w:pPr>
        <w:spacing w:after="120"/>
      </w:pPr>
      <w:r>
        <w:rPr>
          <w:rFonts w:ascii="Georgia" w:hAnsi="Georgia" w:eastAsia="Georgia"/>
          <w:sz w:val="23"/>
        </w:rPr>
        <w:t>Each form now contained a new field beneath KNOWN ACTIVE PROXIMITY.</w:t>
      </w:r>
    </w:p>
    <w:p>
      <w:pPr>
        <w:spacing w:after="120"/>
      </w:pPr>
      <w:r>
        <w:rPr>
          <w:rFonts w:ascii="Georgia" w:hAnsi="Georgia" w:eastAsia="Georgia"/>
          <w:sz w:val="23"/>
        </w:rPr>
        <w:t>PRIOR EXTENDED CO-CONTACT.</w:t>
      </w:r>
    </w:p>
    <w:p>
      <w:pPr>
        <w:spacing w:after="120"/>
      </w:pPr>
      <w:r>
        <w:rPr>
          <w:rFonts w:ascii="Georgia" w:hAnsi="Georgia" w:eastAsia="Georgia"/>
          <w:sz w:val="23"/>
        </w:rPr>
        <w:t>My wording.</w:t>
      </w:r>
    </w:p>
    <w:p>
      <w:pPr>
        <w:spacing w:after="120"/>
      </w:pPr>
      <w:r>
        <w:rPr>
          <w:rFonts w:ascii="Georgia" w:hAnsi="Georgia" w:eastAsia="Georgia"/>
          <w:sz w:val="23"/>
        </w:rPr>
        <w:t>The standards board had moved faster than I had.</w:t>
      </w:r>
    </w:p>
    <w:p>
      <w:pPr>
        <w:spacing w:after="120"/>
      </w:pPr>
      <w:r>
        <w:rPr>
          <w:rFonts w:ascii="Georgia" w:hAnsi="Georgia" w:eastAsia="Georgia"/>
          <w:sz w:val="23"/>
        </w:rPr>
        <w:t>“Who submitted this?”</w:t>
      </w:r>
    </w:p>
    <w:p>
      <w:pPr>
        <w:spacing w:after="120"/>
      </w:pPr>
      <w:r>
        <w:rPr>
          <w:rFonts w:ascii="Georgia" w:hAnsi="Georgia" w:eastAsia="Georgia"/>
          <w:sz w:val="23"/>
        </w:rPr>
        <w:t>“Domestic setting safety group. They saw the population-preservation notice from yesterday.”</w:t>
      </w:r>
    </w:p>
    <w:p>
      <w:pPr>
        <w:spacing w:after="120"/>
      </w:pPr>
      <w:r>
        <w:rPr>
          <w:rFonts w:ascii="Georgia" w:hAnsi="Georgia" w:eastAsia="Georgia"/>
          <w:sz w:val="23"/>
        </w:rPr>
        <w:t>“That run was de-identified.”</w:t>
      </w:r>
    </w:p>
    <w:p>
      <w:pPr>
        <w:spacing w:after="120"/>
      </w:pPr>
      <w:r>
        <w:rPr>
          <w:rFonts w:ascii="Georgia" w:hAnsi="Georgia" w:eastAsia="Georgia"/>
          <w:sz w:val="23"/>
        </w:rPr>
        <w:t>“The variable was not.”</w:t>
      </w:r>
    </w:p>
    <w:p>
      <w:pPr>
        <w:spacing w:after="120"/>
      </w:pPr>
      <w:r>
        <w:rPr>
          <w:rFonts w:ascii="Georgia" w:hAnsi="Georgia" w:eastAsia="Georgia"/>
          <w:sz w:val="23"/>
        </w:rPr>
        <w:t>“We have one current pair.”</w:t>
      </w:r>
    </w:p>
    <w:p>
      <w:pPr>
        <w:spacing w:after="120"/>
      </w:pPr>
      <w:r>
        <w:rPr>
          <w:rFonts w:ascii="Georgia" w:hAnsi="Georgia" w:eastAsia="Georgia"/>
          <w:sz w:val="23"/>
        </w:rPr>
        <w:t>“And enough historical incident tags to make them nervous.”</w:t>
      </w:r>
    </w:p>
    <w:p>
      <w:pPr>
        <w:spacing w:after="120"/>
      </w:pPr>
      <w:r>
        <w:rPr>
          <w:rFonts w:ascii="Georgia" w:hAnsi="Georgia" w:eastAsia="Georgia"/>
          <w:sz w:val="23"/>
        </w:rPr>
        <w:t>“Nervous is not validation.”</w:t>
      </w:r>
    </w:p>
    <w:p>
      <w:pPr>
        <w:spacing w:after="120"/>
      </w:pPr>
      <w:r>
        <w:rPr>
          <w:rFonts w:ascii="Georgia" w:hAnsi="Georgia" w:eastAsia="Georgia"/>
          <w:sz w:val="23"/>
        </w:rPr>
        <w:t>“I know.”</w:t>
      </w:r>
    </w:p>
    <w:p>
      <w:pPr>
        <w:spacing w:after="120"/>
      </w:pPr>
      <w:r>
        <w:rPr>
          <w:rFonts w:ascii="Georgia" w:hAnsi="Georgia" w:eastAsia="Georgia"/>
          <w:sz w:val="23"/>
        </w:rPr>
        <w:t>I read the implementation note.</w:t>
      </w:r>
    </w:p>
    <w:p>
      <w:pPr>
        <w:spacing w:after="120"/>
      </w:pPr>
      <w:r>
        <w:rPr>
          <w:rFonts w:ascii="Georgia" w:hAnsi="Georgia" w:eastAsia="Georgia"/>
          <w:sz w:val="23"/>
        </w:rPr>
        <w:t>If YES, intake requested:</w:t>
      </w:r>
    </w:p>
    <w:p>
      <w:pPr>
        <w:spacing w:after="120"/>
      </w:pPr>
      <w:r>
        <w:rPr>
          <w:rFonts w:ascii="Georgia" w:hAnsi="Georgia" w:eastAsia="Georgia"/>
          <w:sz w:val="23"/>
        </w:rPr>
        <w:t>NUMBER OF OTHER SETTINGS.</w:t>
      </w:r>
    </w:p>
    <w:p>
      <w:pPr>
        <w:spacing w:after="120"/>
      </w:pPr>
      <w:r>
        <w:rPr>
          <w:rFonts w:ascii="Georgia" w:hAnsi="Georgia" w:eastAsia="Georgia"/>
          <w:sz w:val="23"/>
        </w:rPr>
        <w:t>APPROXIMATE DURATION.</w:t>
      </w:r>
    </w:p>
    <w:p>
      <w:pPr>
        <w:spacing w:after="120"/>
      </w:pPr>
      <w:r>
        <w:rPr>
          <w:rFonts w:ascii="Georgia" w:hAnsi="Georgia" w:eastAsia="Georgia"/>
          <w:sz w:val="23"/>
        </w:rPr>
        <w:t>CURRENT CONTACT STATUS.</w:t>
      </w:r>
    </w:p>
    <w:p>
      <w:pPr>
        <w:spacing w:after="120"/>
      </w:pPr>
      <w:r>
        <w:rPr>
          <w:rFonts w:ascii="Georgia" w:hAnsi="Georgia" w:eastAsia="Georgia"/>
          <w:sz w:val="23"/>
        </w:rPr>
        <w:t>IDENTITY OF OTHER REGISTERED CARRIERS IF AVAILABLE.</w:t>
      </w:r>
    </w:p>
    <w:p>
      <w:pPr>
        <w:spacing w:after="120"/>
      </w:pPr>
      <w:r>
        <w:rPr>
          <w:rFonts w:ascii="Georgia" w:hAnsi="Georgia" w:eastAsia="Georgia"/>
          <w:sz w:val="23"/>
        </w:rPr>
        <w:t>I stopped at the last line.</w:t>
      </w:r>
    </w:p>
    <w:p>
      <w:pPr>
        <w:spacing w:after="120"/>
      </w:pPr>
      <w:r>
        <w:rPr>
          <w:rFonts w:ascii="Georgia" w:hAnsi="Georgia" w:eastAsia="Georgia"/>
          <w:sz w:val="23"/>
        </w:rPr>
        <w:t>“No.”</w:t>
      </w:r>
    </w:p>
    <w:p>
      <w:pPr>
        <w:spacing w:after="120"/>
      </w:pPr>
      <w:r>
        <w:rPr>
          <w:rFonts w:ascii="Georgia" w:hAnsi="Georgia" w:eastAsia="Georgia"/>
          <w:sz w:val="23"/>
        </w:rPr>
        <w:t>“That was my response.”</w:t>
      </w:r>
    </w:p>
    <w:p>
      <w:pPr>
        <w:spacing w:after="120"/>
      </w:pPr>
      <w:r>
        <w:rPr>
          <w:rFonts w:ascii="Georgia" w:hAnsi="Georgia" w:eastAsia="Georgia"/>
          <w:sz w:val="23"/>
        </w:rPr>
        <w:t>“Did you send it?”</w:t>
      </w:r>
    </w:p>
    <w:p>
      <w:pPr>
        <w:spacing w:after="120"/>
      </w:pPr>
      <w:r>
        <w:rPr>
          <w:rFonts w:ascii="Georgia" w:hAnsi="Georgia" w:eastAsia="Georgia"/>
          <w:sz w:val="23"/>
        </w:rPr>
        <w:t>“I wrote too broad.”</w:t>
      </w:r>
    </w:p>
    <w:p>
      <w:pPr>
        <w:spacing w:after="120"/>
      </w:pPr>
      <w:r>
        <w:rPr>
          <w:rFonts w:ascii="Georgia" w:hAnsi="Georgia" w:eastAsia="Georgia"/>
          <w:sz w:val="23"/>
        </w:rPr>
        <w:t>“Correct.”</w:t>
      </w:r>
    </w:p>
    <w:p>
      <w:pPr>
        <w:spacing w:after="120"/>
      </w:pPr>
      <w:r>
        <w:rPr>
          <w:rFonts w:ascii="Georgia" w:hAnsi="Georgia" w:eastAsia="Georgia"/>
          <w:sz w:val="23"/>
        </w:rPr>
        <w:t>“They answered safety requires traceability.”</w:t>
      </w:r>
    </w:p>
    <w:p>
      <w:pPr>
        <w:spacing w:after="120"/>
      </w:pPr>
      <w:r>
        <w:rPr>
          <w:rFonts w:ascii="Georgia" w:hAnsi="Georgia" w:eastAsia="Georgia"/>
          <w:sz w:val="23"/>
        </w:rPr>
        <w:t>“Traceability of material, not people.”</w:t>
      </w:r>
    </w:p>
    <w:p>
      <w:pPr>
        <w:spacing w:after="120"/>
      </w:pPr>
      <w:r>
        <w:rPr>
          <w:rFonts w:ascii="Georgia" w:hAnsi="Georgia" w:eastAsia="Georgia"/>
          <w:sz w:val="23"/>
        </w:rPr>
        <w:t>“They think the people may be part of the relevant history.”</w:t>
      </w:r>
    </w:p>
    <w:p>
      <w:pPr>
        <w:spacing w:after="120"/>
      </w:pPr>
      <w:r>
        <w:rPr>
          <w:rFonts w:ascii="Georgia" w:hAnsi="Georgia" w:eastAsia="Georgia"/>
          <w:sz w:val="23"/>
        </w:rPr>
        <w:t>“Relevant does not mean available.”</w:t>
      </w:r>
    </w:p>
    <w:p>
      <w:pPr>
        <w:spacing w:after="120"/>
      </w:pPr>
      <w:r>
        <w:rPr>
          <w:rFonts w:ascii="Georgia" w:hAnsi="Georgia" w:eastAsia="Georgia"/>
          <w:sz w:val="23"/>
        </w:rPr>
        <w:t>“Tell them.”</w:t>
      </w:r>
    </w:p>
    <w:p>
      <w:pPr>
        <w:spacing w:after="120"/>
      </w:pPr>
      <w:r>
        <w:rPr>
          <w:rFonts w:ascii="Georgia" w:hAnsi="Georgia" w:eastAsia="Georgia"/>
          <w:sz w:val="23"/>
        </w:rPr>
        <w:t>I opened the comment field.</w:t>
      </w:r>
    </w:p>
    <w:p>
      <w:pPr>
        <w:spacing w:after="120"/>
      </w:pPr>
      <w:r>
        <w:rPr>
          <w:rFonts w:ascii="Georgia" w:hAnsi="Georgia" w:eastAsia="Georgia"/>
          <w:sz w:val="23"/>
        </w:rPr>
        <w:t>Miren put her hand over the display.</w:t>
      </w:r>
    </w:p>
    <w:p>
      <w:pPr>
        <w:spacing w:after="120"/>
      </w:pPr>
      <w:r>
        <w:rPr>
          <w:rFonts w:ascii="Georgia" w:hAnsi="Georgia" w:eastAsia="Georgia"/>
          <w:sz w:val="23"/>
        </w:rPr>
        <w:t>“Not yet.”</w:t>
      </w:r>
    </w:p>
    <w:p>
      <w:pPr>
        <w:spacing w:after="120"/>
      </w:pPr>
      <w:r>
        <w:rPr>
          <w:rFonts w:ascii="Georgia" w:hAnsi="Georgia" w:eastAsia="Georgia"/>
          <w:sz w:val="23"/>
        </w:rPr>
        <w:t>“Why?”</w:t>
      </w:r>
    </w:p>
    <w:p>
      <w:pPr>
        <w:spacing w:after="120"/>
      </w:pPr>
      <w:r>
        <w:rPr>
          <w:rFonts w:ascii="Georgia" w:hAnsi="Georgia" w:eastAsia="Georgia"/>
          <w:sz w:val="23"/>
        </w:rPr>
        <w:t>“Because you are angry.”</w:t>
      </w:r>
    </w:p>
    <w:p>
      <w:pPr>
        <w:spacing w:after="120"/>
      </w:pPr>
      <w:r>
        <w:rPr>
          <w:rFonts w:ascii="Georgia" w:hAnsi="Georgia" w:eastAsia="Georgia"/>
          <w:sz w:val="23"/>
        </w:rPr>
        <w:t>“That has not previously prevented me from typing.”</w:t>
      </w:r>
    </w:p>
    <w:p>
      <w:pPr>
        <w:spacing w:after="120"/>
      </w:pPr>
      <w:r>
        <w:rPr>
          <w:rFonts w:ascii="Georgia" w:hAnsi="Georgia" w:eastAsia="Georgia"/>
          <w:sz w:val="23"/>
        </w:rPr>
        <w:t>“Exactly.”</w:t>
      </w:r>
    </w:p>
    <w:p>
      <w:pPr>
        <w:spacing w:after="120"/>
      </w:pPr>
      <w:r>
        <w:rPr>
          <w:rFonts w:ascii="Georgia" w:hAnsi="Georgia" w:eastAsia="Georgia"/>
          <w:sz w:val="23"/>
        </w:rPr>
        <w:t>She removed her hand.</w:t>
      </w:r>
    </w:p>
    <w:p>
      <w:pPr>
        <w:spacing w:after="120"/>
      </w:pPr>
      <w:r>
        <w:rPr>
          <w:rFonts w:ascii="Georgia" w:hAnsi="Georgia" w:eastAsia="Georgia"/>
          <w:sz w:val="23"/>
        </w:rPr>
        <w:t>I did not type the standards comment yet.</w:t>
      </w:r>
    </w:p>
    <w:p>
      <w:pPr>
        <w:spacing w:after="120"/>
      </w:pPr>
      <w:r>
        <w:rPr>
          <w:rFonts w:ascii="Georgia" w:hAnsi="Georgia" w:eastAsia="Georgia"/>
          <w:sz w:val="23"/>
        </w:rPr>
        <w:t>Instead I opened the derivation rule that had created Sera’s subrecord and filed an emergency scope objection.</w:t>
      </w:r>
    </w:p>
    <w:p>
      <w:pPr>
        <w:spacing w:after="120"/>
      </w:pPr>
      <w:r>
        <w:rPr>
          <w:rFonts w:ascii="Georgia" w:hAnsi="Georgia" w:eastAsia="Georgia"/>
          <w:sz w:val="23"/>
        </w:rPr>
        <w:t>AUTO-CREATION OF PERSON-LEVEL PATIENT STATUS FROM PRIOR CO-CONTACT: HOLD PENDING NECESSITY REVIEW.</w:t>
      </w:r>
    </w:p>
    <w:p>
      <w:pPr>
        <w:spacing w:after="120"/>
      </w:pPr>
      <w:r>
        <w:rPr>
          <w:rFonts w:ascii="Georgia" w:hAnsi="Georgia" w:eastAsia="Georgia"/>
          <w:sz w:val="23"/>
        </w:rPr>
        <w:t>The system asked whether the existing Sar/Noll subrecord should be deleted.</w:t>
      </w:r>
    </w:p>
    <w:p>
      <w:pPr>
        <w:spacing w:after="120"/>
      </w:pPr>
      <w:r>
        <w:rPr>
          <w:rFonts w:ascii="Georgia" w:hAnsi="Georgia" w:eastAsia="Georgia"/>
          <w:sz w:val="23"/>
        </w:rPr>
        <w:t>No.</w:t>
      </w:r>
    </w:p>
    <w:p>
      <w:pPr>
        <w:spacing w:after="120"/>
      </w:pPr>
      <w:r>
        <w:rPr>
          <w:rFonts w:ascii="Georgia" w:hAnsi="Georgia" w:eastAsia="Georgia"/>
          <w:sz w:val="23"/>
        </w:rPr>
        <w:t>Deleting it would have made the error harder to audit.</w:t>
      </w:r>
    </w:p>
    <w:p>
      <w:pPr>
        <w:spacing w:after="120"/>
      </w:pPr>
      <w:r>
        <w:rPr>
          <w:rFonts w:ascii="Georgia" w:hAnsi="Georgia" w:eastAsia="Georgia"/>
          <w:sz w:val="23"/>
        </w:rPr>
        <w:t>I marked it CONTESTED ORIGIN instead.</w:t>
      </w:r>
    </w:p>
    <w:p>
      <w:pPr>
        <w:spacing w:after="120"/>
      </w:pPr>
      <w:r>
        <w:rPr>
          <w:rFonts w:ascii="Georgia" w:hAnsi="Georgia" w:eastAsia="Georgia"/>
          <w:sz w:val="23"/>
        </w:rPr>
        <w:t>Miren read the screen.</w:t>
      </w:r>
    </w:p>
    <w:p>
      <w:pPr>
        <w:spacing w:after="120"/>
      </w:pPr>
      <w:r>
        <w:rPr>
          <w:rFonts w:ascii="Georgia" w:hAnsi="Georgia" w:eastAsia="Georgia"/>
          <w:sz w:val="23"/>
        </w:rPr>
        <w:t>“That does not clear Ivena.”</w:t>
      </w:r>
    </w:p>
    <w:p>
      <w:pPr>
        <w:spacing w:after="120"/>
      </w:pPr>
      <w:r>
        <w:rPr>
          <w:rFonts w:ascii="Georgia" w:hAnsi="Georgia" w:eastAsia="Georgia"/>
          <w:sz w:val="23"/>
        </w:rPr>
        <w:t>“No.”</w:t>
      </w:r>
    </w:p>
    <w:p>
      <w:pPr>
        <w:spacing w:after="120"/>
      </w:pPr>
      <w:r>
        <w:rPr>
          <w:rFonts w:ascii="Georgia" w:hAnsi="Georgia" w:eastAsia="Georgia"/>
          <w:sz w:val="23"/>
        </w:rPr>
        <w:t>“It also does not give Sera her morning back.”</w:t>
      </w:r>
    </w:p>
    <w:p>
      <w:pPr>
        <w:spacing w:after="120"/>
      </w:pPr>
      <w:r>
        <w:rPr>
          <w:rFonts w:ascii="Georgia" w:hAnsi="Georgia" w:eastAsia="Georgia"/>
          <w:sz w:val="23"/>
        </w:rPr>
        <w:t>“No.”</w:t>
      </w:r>
    </w:p>
    <w:p>
      <w:pPr>
        <w:spacing w:after="120"/>
      </w:pPr>
      <w:r>
        <w:rPr>
          <w:rFonts w:ascii="Georgia" w:hAnsi="Georgia" w:eastAsia="Georgia"/>
          <w:sz w:val="23"/>
        </w:rPr>
        <w:t>She nodded once. The correction was allowed to remain smaller than the cost.</w:t>
      </w:r>
    </w:p>
    <w:p>
      <w:pPr>
        <w:spacing w:after="120"/>
      </w:pPr>
      <w:r>
        <w:rPr>
          <w:rFonts w:ascii="Georgia" w:hAnsi="Georgia" w:eastAsia="Georgia"/>
          <w:sz w:val="23"/>
        </w:rPr>
        <w:t>“Go do the surgery simulation. Then decide whether your rule needs a person or only a condition.”</w:t>
      </w:r>
    </w:p>
    <w:p>
      <w:pPr>
        <w:spacing w:after="120"/>
      </w:pPr>
      <w:r>
        <w:rPr>
          <w:rFonts w:ascii="Georgia" w:hAnsi="Georgia" w:eastAsia="Georgia"/>
          <w:sz w:val="23"/>
        </w:rPr>
        <w:t>I hated when people improved my sequencing.</w:t>
      </w:r>
    </w:p>
    <w:p>
      <w:pPr>
        <w:spacing w:after="120"/>
      </w:pPr>
      <w:r>
        <w:rPr>
          <w:rFonts w:ascii="Georgia" w:hAnsi="Georgia" w:eastAsia="Georgia"/>
          <w:sz w:val="23"/>
        </w:rPr>
        <w:t>“Fine.”</w:t>
      </w:r>
    </w:p>
    <w:p>
      <w:pPr>
        <w:spacing w:after="120"/>
      </w:pPr>
      <w:r>
        <w:rPr>
          <w:rFonts w:ascii="Georgia" w:hAnsi="Georgia" w:eastAsia="Georgia"/>
          <w:sz w:val="23"/>
        </w:rPr>
        <w:t>She printed the proposal.</w:t>
      </w:r>
    </w:p>
    <w:p>
      <w:pPr>
        <w:spacing w:after="120"/>
      </w:pPr>
      <w:r>
        <w:rPr>
          <w:rFonts w:ascii="Georgia" w:hAnsi="Georgia" w:eastAsia="Georgia"/>
          <w:sz w:val="23"/>
        </w:rPr>
        <w:t>Paper again.</w:t>
      </w:r>
    </w:p>
    <w:p>
      <w:pPr>
        <w:spacing w:after="120"/>
      </w:pPr>
      <w:r>
        <w:rPr>
          <w:rFonts w:ascii="Georgia" w:hAnsi="Georgia" w:eastAsia="Georgia"/>
          <w:sz w:val="23"/>
        </w:rPr>
        <w:t>“Why?”</w:t>
      </w:r>
    </w:p>
    <w:p>
      <w:pPr>
        <w:spacing w:after="120"/>
      </w:pPr>
      <w:r>
        <w:rPr>
          <w:rFonts w:ascii="Georgia" w:hAnsi="Georgia" w:eastAsia="Georgia"/>
          <w:sz w:val="23"/>
        </w:rPr>
        <w:t>“So you cannot answer it from the car.”</w:t>
      </w:r>
    </w:p>
    <w:p>
      <w:pPr>
        <w:spacing w:before="80" w:after="120"/>
        <w:jc w:val="center"/>
      </w:pPr>
      <w:r>
        <w:rPr>
          <w:rFonts w:ascii="Georgia" w:hAnsi="Georgia" w:eastAsia="Georgia"/>
          <w:sz w:val="23"/>
        </w:rPr>
        <w:t>§</w:t>
      </w:r>
    </w:p>
    <w:p>
      <w:pPr>
        <w:spacing w:after="120"/>
      </w:pPr>
      <w:r>
        <w:rPr>
          <w:rFonts w:ascii="Georgia" w:hAnsi="Georgia" w:eastAsia="Georgia"/>
          <w:sz w:val="23"/>
        </w:rPr>
        <w:t>North Surgical had built the simulation suite around a transparent thoracic model that looked less like a person than the diagrams did.</w:t>
      </w:r>
    </w:p>
    <w:p>
      <w:pPr>
        <w:spacing w:after="120"/>
      </w:pPr>
      <w:r>
        <w:rPr>
          <w:rFonts w:ascii="Georgia" w:hAnsi="Georgia" w:eastAsia="Georgia"/>
          <w:sz w:val="23"/>
        </w:rPr>
        <w:t>People become easier to harm when replicas make the body look like equipment.</w:t>
      </w:r>
    </w:p>
    <w:p>
      <w:pPr>
        <w:spacing w:after="120"/>
      </w:pPr>
      <w:r>
        <w:rPr>
          <w:rFonts w:ascii="Georgia" w:hAnsi="Georgia" w:eastAsia="Georgia"/>
          <w:sz w:val="23"/>
        </w:rPr>
        <w:t>Olan stood beside the model with two surgical engineers and a SUPO perfusion specialist named Riss Tovan.</w:t>
      </w:r>
    </w:p>
    <w:p>
      <w:pPr>
        <w:spacing w:after="120"/>
      </w:pPr>
      <w:r>
        <w:rPr>
          <w:rFonts w:ascii="Georgia" w:hAnsi="Georgia" w:eastAsia="Georgia"/>
          <w:sz w:val="23"/>
        </w:rPr>
        <w:t>Riss had six fingers on each hand because she had chosen a service shell optimized for vascular microassembly rather than human resemblance.</w:t>
      </w:r>
    </w:p>
    <w:p>
      <w:pPr>
        <w:spacing w:after="120"/>
      </w:pPr>
      <w:r>
        <w:rPr>
          <w:rFonts w:ascii="Georgia" w:hAnsi="Georgia" w:eastAsia="Georgia"/>
          <w:sz w:val="23"/>
        </w:rPr>
        <w:t>She disliked me on sight, which was useful.</w:t>
      </w:r>
    </w:p>
    <w:p>
      <w:pPr>
        <w:spacing w:after="120"/>
      </w:pPr>
      <w:r>
        <w:rPr>
          <w:rFonts w:ascii="Georgia" w:hAnsi="Georgia" w:eastAsia="Georgia"/>
          <w:sz w:val="23"/>
        </w:rPr>
        <w:t>“You certified the old field-neutral instrument family,” she said.</w:t>
      </w:r>
    </w:p>
    <w:p>
      <w:pPr>
        <w:spacing w:after="120"/>
      </w:pPr>
      <w:r>
        <w:rPr>
          <w:rFonts w:ascii="Georgia" w:hAnsi="Georgia" w:eastAsia="Georgia"/>
          <w:sz w:val="23"/>
        </w:rPr>
        <w:t>“One generation.”</w:t>
      </w:r>
    </w:p>
    <w:p>
      <w:pPr>
        <w:spacing w:after="120"/>
      </w:pPr>
      <w:r>
        <w:rPr>
          <w:rFonts w:ascii="Georgia" w:hAnsi="Georgia" w:eastAsia="Georgia"/>
          <w:sz w:val="23"/>
        </w:rPr>
        <w:t>“The generation that overheated around ceramic compensators.”</w:t>
      </w:r>
    </w:p>
    <w:p>
      <w:pPr>
        <w:spacing w:after="120"/>
      </w:pPr>
      <w:r>
        <w:rPr>
          <w:rFonts w:ascii="Georgia" w:hAnsi="Georgia" w:eastAsia="Georgia"/>
          <w:sz w:val="23"/>
        </w:rPr>
        <w:t>“Under sustained lateral load.”</w:t>
      </w:r>
    </w:p>
    <w:p>
      <w:pPr>
        <w:spacing w:after="120"/>
      </w:pPr>
      <w:r>
        <w:rPr>
          <w:rFonts w:ascii="Georgia" w:hAnsi="Georgia" w:eastAsia="Georgia"/>
          <w:sz w:val="23"/>
        </w:rPr>
        <w:t>“So yes.”</w:t>
      </w:r>
    </w:p>
    <w:p>
      <w:pPr>
        <w:spacing w:after="120"/>
      </w:pPr>
      <w:r>
        <w:rPr>
          <w:rFonts w:ascii="Georgia" w:hAnsi="Georgia" w:eastAsia="Georgia"/>
          <w:sz w:val="23"/>
        </w:rPr>
        <w:t>“Yes.”</w:t>
      </w:r>
    </w:p>
    <w:p>
      <w:pPr>
        <w:spacing w:after="120"/>
      </w:pPr>
      <w:r>
        <w:rPr>
          <w:rFonts w:ascii="Georgia" w:hAnsi="Georgia" w:eastAsia="Georgia"/>
          <w:sz w:val="23"/>
        </w:rPr>
        <w:t>Olan interrupted before the conversation became archival.</w:t>
      </w:r>
    </w:p>
    <w:p>
      <w:pPr>
        <w:spacing w:after="120"/>
      </w:pPr>
      <w:r>
        <w:rPr>
          <w:rFonts w:ascii="Georgia" w:hAnsi="Georgia" w:eastAsia="Georgia"/>
          <w:sz w:val="23"/>
        </w:rPr>
        <w:t>“Ivena is upstairs. She knows this is simulation only. No contact change.”</w:t>
      </w:r>
    </w:p>
    <w:p>
      <w:pPr>
        <w:spacing w:after="120"/>
      </w:pPr>
      <w:r>
        <w:rPr>
          <w:rFonts w:ascii="Georgia" w:hAnsi="Georgia" w:eastAsia="Georgia"/>
          <w:sz w:val="23"/>
        </w:rPr>
        <w:t>“Sera?” Riss asked.</w:t>
      </w:r>
    </w:p>
    <w:p>
      <w:pPr>
        <w:spacing w:after="120"/>
      </w:pPr>
      <w:r>
        <w:rPr>
          <w:rFonts w:ascii="Georgia" w:hAnsi="Georgia" w:eastAsia="Georgia"/>
          <w:sz w:val="23"/>
        </w:rPr>
        <w:t>“Not a patient,” I said.</w:t>
      </w:r>
    </w:p>
    <w:p>
      <w:pPr>
        <w:spacing w:after="120"/>
      </w:pPr>
      <w:r>
        <w:rPr>
          <w:rFonts w:ascii="Georgia" w:hAnsi="Georgia" w:eastAsia="Georgia"/>
          <w:sz w:val="23"/>
        </w:rPr>
        <w:t>Riss looked at the shared case display.</w:t>
      </w:r>
    </w:p>
    <w:p>
      <w:pPr>
        <w:spacing w:after="120"/>
      </w:pPr>
      <w:r>
        <w:rPr>
          <w:rFonts w:ascii="Georgia" w:hAnsi="Georgia" w:eastAsia="Georgia"/>
          <w:sz w:val="23"/>
        </w:rPr>
        <w:t>“The insurer says secondary relational patient pending consent.”</w:t>
      </w:r>
    </w:p>
    <w:p>
      <w:pPr>
        <w:spacing w:after="120"/>
      </w:pPr>
      <w:r>
        <w:rPr>
          <w:rFonts w:ascii="Georgia" w:hAnsi="Georgia" w:eastAsia="Georgia"/>
          <w:sz w:val="23"/>
        </w:rPr>
        <w:t>“The insurer is wrong.”</w:t>
      </w:r>
    </w:p>
    <w:p>
      <w:pPr>
        <w:spacing w:after="120"/>
      </w:pPr>
      <w:r>
        <w:rPr>
          <w:rFonts w:ascii="Georgia" w:hAnsi="Georgia" w:eastAsia="Georgia"/>
          <w:sz w:val="23"/>
        </w:rPr>
        <w:t>“Legally?”</w:t>
      </w:r>
    </w:p>
    <w:p>
      <w:pPr>
        <w:spacing w:after="120"/>
      </w:pPr>
      <w:r>
        <w:rPr>
          <w:rFonts w:ascii="Georgia" w:hAnsi="Georgia" w:eastAsia="Georgia"/>
          <w:sz w:val="23"/>
        </w:rPr>
        <w:t>“Technically first.”</w:t>
      </w:r>
    </w:p>
    <w:p>
      <w:pPr>
        <w:spacing w:after="120"/>
      </w:pPr>
      <w:r>
        <w:rPr>
          <w:rFonts w:ascii="Georgia" w:hAnsi="Georgia" w:eastAsia="Georgia"/>
          <w:sz w:val="23"/>
        </w:rPr>
        <w:t>“Those are different departments.”</w:t>
      </w:r>
    </w:p>
    <w:p>
      <w:pPr>
        <w:spacing w:after="120"/>
      </w:pPr>
      <w:r>
        <w:rPr>
          <w:rFonts w:ascii="Georgia" w:hAnsi="Georgia" w:eastAsia="Georgia"/>
          <w:sz w:val="23"/>
        </w:rPr>
        <w:t>“Keep them different.”</w:t>
      </w:r>
    </w:p>
    <w:p>
      <w:pPr>
        <w:spacing w:after="120"/>
      </w:pPr>
      <w:r>
        <w:rPr>
          <w:rFonts w:ascii="Georgia" w:hAnsi="Georgia" w:eastAsia="Georgia"/>
          <w:sz w:val="23"/>
        </w:rPr>
        <w:t>Olan opened the plan.</w:t>
      </w:r>
    </w:p>
    <w:p>
      <w:pPr>
        <w:spacing w:after="120"/>
      </w:pPr>
      <w:r>
        <w:rPr>
          <w:rFonts w:ascii="Georgia" w:hAnsi="Georgia" w:eastAsia="Georgia"/>
          <w:sz w:val="23"/>
        </w:rPr>
        <w:t>The ordinary thoracic approach crossed directly under Ivena’s sternum setting.</w:t>
      </w:r>
    </w:p>
    <w:p>
      <w:pPr>
        <w:spacing w:after="120"/>
      </w:pPr>
      <w:r>
        <w:rPr>
          <w:rFonts w:ascii="Georgia" w:hAnsi="Georgia" w:eastAsia="Georgia"/>
          <w:sz w:val="23"/>
        </w:rPr>
        <w:t>The bypass approach entered from the left, separated two ribs, advanced an articulated scaffold tool around the active field, then removed the degraded thoracic lattice in sections.</w:t>
      </w:r>
    </w:p>
    <w:p>
      <w:pPr>
        <w:spacing w:after="120"/>
      </w:pPr>
      <w:r>
        <w:rPr>
          <w:rFonts w:ascii="Georgia" w:hAnsi="Georgia" w:eastAsia="Georgia"/>
          <w:sz w:val="23"/>
        </w:rPr>
        <w:t>The challenge was not reaching the scaffold.</w:t>
      </w:r>
    </w:p>
    <w:p>
      <w:pPr>
        <w:spacing w:after="120"/>
      </w:pPr>
      <w:r>
        <w:rPr>
          <w:rFonts w:ascii="Georgia" w:hAnsi="Georgia" w:eastAsia="Georgia"/>
          <w:sz w:val="23"/>
        </w:rPr>
        <w:t>It was maintaining vascular integration while the new lattice expanded.</w:t>
      </w:r>
    </w:p>
    <w:p>
      <w:pPr>
        <w:spacing w:after="120"/>
      </w:pPr>
      <w:r>
        <w:rPr>
          <w:rFonts w:ascii="Georgia" w:hAnsi="Georgia" w:eastAsia="Georgia"/>
          <w:sz w:val="23"/>
        </w:rPr>
        <w:t>The expansion field could interact with the setting’s contact compensator.</w:t>
      </w:r>
    </w:p>
    <w:p>
      <w:pPr>
        <w:spacing w:after="120"/>
      </w:pPr>
      <w:r>
        <w:rPr>
          <w:rFonts w:ascii="Georgia" w:hAnsi="Georgia" w:eastAsia="Georgia"/>
          <w:sz w:val="23"/>
        </w:rPr>
        <w:t>“We can shape around it,” Olan said.</w:t>
      </w:r>
    </w:p>
    <w:p>
      <w:pPr>
        <w:spacing w:after="120"/>
      </w:pPr>
      <w:r>
        <w:rPr>
          <w:rFonts w:ascii="Georgia" w:hAnsi="Georgia" w:eastAsia="Georgia"/>
          <w:sz w:val="23"/>
        </w:rPr>
        <w:t>“Based on what model?”</w:t>
      </w:r>
    </w:p>
    <w:p>
      <w:pPr>
        <w:spacing w:after="120"/>
      </w:pPr>
      <w:r>
        <w:rPr>
          <w:rFonts w:ascii="Georgia" w:hAnsi="Georgia" w:eastAsia="Georgia"/>
          <w:sz w:val="23"/>
        </w:rPr>
        <w:t>“Current domestic setting standard.”</w:t>
      </w:r>
    </w:p>
    <w:p>
      <w:pPr>
        <w:spacing w:after="120"/>
      </w:pPr>
      <w:r>
        <w:rPr>
          <w:rFonts w:ascii="Georgia" w:hAnsi="Georgia" w:eastAsia="Georgia"/>
          <w:sz w:val="23"/>
        </w:rPr>
        <w:t>“Her setting predates the current standard.”</w:t>
      </w:r>
    </w:p>
    <w:p>
      <w:pPr>
        <w:spacing w:after="120"/>
      </w:pPr>
      <w:r>
        <w:rPr>
          <w:rFonts w:ascii="Georgia" w:hAnsi="Georgia" w:eastAsia="Georgia"/>
          <w:sz w:val="23"/>
        </w:rPr>
        <w:t>“Housing does. Compensator was replaced thirty-one years ago.”</w:t>
      </w:r>
    </w:p>
    <w:p>
      <w:pPr>
        <w:spacing w:after="120"/>
      </w:pPr>
      <w:r>
        <w:rPr>
          <w:rFonts w:ascii="Georgia" w:hAnsi="Georgia" w:eastAsia="Georgia"/>
          <w:sz w:val="23"/>
        </w:rPr>
        <w:t>“Contact geometry?”</w:t>
      </w:r>
    </w:p>
    <w:p>
      <w:pPr>
        <w:spacing w:after="120"/>
      </w:pPr>
      <w:r>
        <w:rPr>
          <w:rFonts w:ascii="Georgia" w:hAnsi="Georgia" w:eastAsia="Georgia"/>
          <w:sz w:val="23"/>
        </w:rPr>
        <w:t>“Seventeen.”</w:t>
      </w:r>
    </w:p>
    <w:p>
      <w:pPr>
        <w:spacing w:after="120"/>
      </w:pPr>
      <w:r>
        <w:rPr>
          <w:rFonts w:ascii="Georgia" w:hAnsi="Georgia" w:eastAsia="Georgia"/>
          <w:sz w:val="23"/>
        </w:rPr>
        <w:t>“Carrier response has at least sixty-two years of documented history.”</w:t>
      </w:r>
    </w:p>
    <w:p>
      <w:pPr>
        <w:spacing w:after="120"/>
      </w:pPr>
      <w:r>
        <w:rPr>
          <w:rFonts w:ascii="Georgia" w:hAnsi="Georgia" w:eastAsia="Georgia"/>
          <w:sz w:val="23"/>
        </w:rPr>
        <w:t>Olan nodded.</w:t>
      </w:r>
    </w:p>
    <w:p>
      <w:pPr>
        <w:spacing w:after="120"/>
      </w:pPr>
      <w:r>
        <w:rPr>
          <w:rFonts w:ascii="Georgia" w:hAnsi="Georgia" w:eastAsia="Georgia"/>
          <w:sz w:val="23"/>
        </w:rPr>
        <w:t>“That is why you are here.”</w:t>
      </w:r>
    </w:p>
    <w:p>
      <w:pPr>
        <w:spacing w:after="120"/>
      </w:pPr>
      <w:r>
        <w:rPr>
          <w:rFonts w:ascii="Georgia" w:hAnsi="Georgia" w:eastAsia="Georgia"/>
          <w:sz w:val="23"/>
        </w:rPr>
        <w:t>Riss projected the field model.</w:t>
      </w:r>
    </w:p>
    <w:p>
      <w:pPr>
        <w:spacing w:after="120"/>
      </w:pPr>
      <w:r>
        <w:rPr>
          <w:rFonts w:ascii="Georgia" w:hAnsi="Georgia" w:eastAsia="Georgia"/>
          <w:sz w:val="23"/>
        </w:rPr>
        <w:t>Three envelopes appeared around the thoracic replica.</w:t>
      </w:r>
    </w:p>
    <w:p>
      <w:pPr>
        <w:spacing w:after="120"/>
      </w:pPr>
      <w:r>
        <w:rPr>
          <w:rFonts w:ascii="Georgia" w:hAnsi="Georgia" w:eastAsia="Georgia"/>
          <w:sz w:val="23"/>
        </w:rPr>
        <w:t>Surgical expansion.</w:t>
      </w:r>
    </w:p>
    <w:p>
      <w:pPr>
        <w:spacing w:after="120"/>
      </w:pPr>
      <w:r>
        <w:rPr>
          <w:rFonts w:ascii="Georgia" w:hAnsi="Georgia" w:eastAsia="Georgia"/>
          <w:sz w:val="23"/>
        </w:rPr>
        <w:t>Setting maintenance.</w:t>
      </w:r>
    </w:p>
    <w:p>
      <w:pPr>
        <w:spacing w:after="120"/>
      </w:pPr>
      <w:r>
        <w:rPr>
          <w:rFonts w:ascii="Georgia" w:hAnsi="Georgia" w:eastAsia="Georgia"/>
          <w:sz w:val="23"/>
        </w:rPr>
        <w:t>Cardiac support.</w:t>
      </w:r>
    </w:p>
    <w:p>
      <w:pPr>
        <w:spacing w:after="120"/>
      </w:pPr>
      <w:r>
        <w:rPr>
          <w:rFonts w:ascii="Georgia" w:hAnsi="Georgia" w:eastAsia="Georgia"/>
          <w:sz w:val="23"/>
        </w:rPr>
        <w:t>They did not overlap under the planned path.</w:t>
      </w:r>
    </w:p>
    <w:p>
      <w:pPr>
        <w:spacing w:after="120"/>
      </w:pPr>
      <w:r>
        <w:rPr>
          <w:rFonts w:ascii="Georgia" w:hAnsi="Georgia" w:eastAsia="Georgia"/>
          <w:sz w:val="23"/>
        </w:rPr>
        <w:t>On paper.</w:t>
      </w:r>
    </w:p>
    <w:p>
      <w:pPr>
        <w:spacing w:after="120"/>
      </w:pPr>
      <w:r>
        <w:rPr>
          <w:rFonts w:ascii="Georgia" w:hAnsi="Georgia" w:eastAsia="Georgia"/>
          <w:sz w:val="23"/>
        </w:rPr>
        <w:t>“Run it dirty,” I said.</w:t>
      </w:r>
    </w:p>
    <w:p>
      <w:pPr>
        <w:spacing w:after="120"/>
      </w:pPr>
      <w:r>
        <w:rPr>
          <w:rFonts w:ascii="Georgia" w:hAnsi="Georgia" w:eastAsia="Georgia"/>
          <w:sz w:val="23"/>
        </w:rPr>
        <w:t>Riss frowned.</w:t>
      </w:r>
    </w:p>
    <w:p>
      <w:pPr>
        <w:spacing w:after="120"/>
      </w:pPr>
      <w:r>
        <w:rPr>
          <w:rFonts w:ascii="Georgia" w:hAnsi="Georgia" w:eastAsia="Georgia"/>
          <w:sz w:val="23"/>
        </w:rPr>
        <w:t>“Define dirty.”</w:t>
      </w:r>
    </w:p>
    <w:p>
      <w:pPr>
        <w:spacing w:after="120"/>
      </w:pPr>
      <w:r>
        <w:rPr>
          <w:rFonts w:ascii="Georgia" w:hAnsi="Georgia" w:eastAsia="Georgia"/>
          <w:sz w:val="23"/>
        </w:rPr>
        <w:t>“Use measured variation from Ivena’s actual setting, not the manufacturer’s nominal envelope. Add her observed one-percent carrier-effect threshold as a stop condition.”</w:t>
      </w:r>
    </w:p>
    <w:p>
      <w:pPr>
        <w:spacing w:after="120"/>
      </w:pPr>
      <w:r>
        <w:rPr>
          <w:rFonts w:ascii="Georgia" w:hAnsi="Georgia" w:eastAsia="Georgia"/>
          <w:sz w:val="23"/>
        </w:rPr>
        <w:t>“That is not field reach.”</w:t>
      </w:r>
    </w:p>
    <w:p>
      <w:pPr>
        <w:spacing w:after="120"/>
      </w:pPr>
      <w:r>
        <w:rPr>
          <w:rFonts w:ascii="Georgia" w:hAnsi="Georgia" w:eastAsia="Georgia"/>
          <w:sz w:val="23"/>
        </w:rPr>
        <w:t>“I know.”</w:t>
      </w:r>
    </w:p>
    <w:p>
      <w:pPr>
        <w:spacing w:after="120"/>
      </w:pPr>
      <w:r>
        <w:rPr>
          <w:rFonts w:ascii="Georgia" w:hAnsi="Georgia" w:eastAsia="Georgia"/>
          <w:sz w:val="23"/>
        </w:rPr>
        <w:t>“Then how do you model it?”</w:t>
      </w:r>
    </w:p>
    <w:p>
      <w:pPr>
        <w:spacing w:after="120"/>
      </w:pPr>
      <w:r>
        <w:rPr>
          <w:rFonts w:ascii="Georgia" w:hAnsi="Georgia" w:eastAsia="Georgia"/>
          <w:sz w:val="23"/>
        </w:rPr>
        <w:t>“You do not. You monitor the person.”</w:t>
      </w:r>
    </w:p>
    <w:p>
      <w:pPr>
        <w:spacing w:after="120"/>
      </w:pPr>
      <w:r>
        <w:rPr>
          <w:rFonts w:ascii="Georgia" w:hAnsi="Georgia" w:eastAsia="Georgia"/>
          <w:sz w:val="23"/>
        </w:rPr>
        <w:t>Olan said, “She will be sedated.”</w:t>
      </w:r>
    </w:p>
    <w:p>
      <w:pPr>
        <w:spacing w:after="120"/>
      </w:pPr>
      <w:r>
        <w:rPr>
          <w:rFonts w:ascii="Georgia" w:hAnsi="Georgia" w:eastAsia="Georgia"/>
          <w:sz w:val="23"/>
        </w:rPr>
        <w:t>“Conscious?”</w:t>
      </w:r>
    </w:p>
    <w:p>
      <w:pPr>
        <w:spacing w:after="120"/>
      </w:pPr>
      <w:r>
        <w:rPr>
          <w:rFonts w:ascii="Georgia" w:hAnsi="Georgia" w:eastAsia="Georgia"/>
          <w:sz w:val="23"/>
        </w:rPr>
        <w:t>“Lightly. She requested it.”</w:t>
      </w:r>
    </w:p>
    <w:p>
      <w:pPr>
        <w:spacing w:after="120"/>
      </w:pPr>
      <w:r>
        <w:rPr>
          <w:rFonts w:ascii="Georgia" w:hAnsi="Georgia" w:eastAsia="Georgia"/>
          <w:sz w:val="23"/>
        </w:rPr>
        <w:t>“Fine.”</w:t>
      </w:r>
    </w:p>
    <w:p>
      <w:pPr>
        <w:spacing w:after="120"/>
      </w:pPr>
      <w:r>
        <w:rPr>
          <w:rFonts w:ascii="Georgia" w:hAnsi="Georgia" w:eastAsia="Georgia"/>
          <w:sz w:val="23"/>
        </w:rPr>
        <w:t>Riss looked at me.</w:t>
      </w:r>
    </w:p>
    <w:p>
      <w:pPr>
        <w:spacing w:after="120"/>
      </w:pPr>
      <w:r>
        <w:rPr>
          <w:rFonts w:ascii="Georgia" w:hAnsi="Georgia" w:eastAsia="Georgia"/>
          <w:sz w:val="23"/>
        </w:rPr>
        <w:t>“You want subjective report inside surgery.”</w:t>
      </w:r>
    </w:p>
    <w:p>
      <w:pPr>
        <w:spacing w:after="120"/>
      </w:pPr>
      <w:r>
        <w:rPr>
          <w:rFonts w:ascii="Georgia" w:hAnsi="Georgia" w:eastAsia="Georgia"/>
          <w:sz w:val="23"/>
        </w:rPr>
        <w:t>“I want the person whose current integration we do not understand to retain stop authority until sedation makes that impossible.”</w:t>
      </w:r>
    </w:p>
    <w:p>
      <w:pPr>
        <w:spacing w:after="120"/>
      </w:pPr>
      <w:r>
        <w:rPr>
          <w:rFonts w:ascii="Georgia" w:hAnsi="Georgia" w:eastAsia="Georgia"/>
          <w:sz w:val="23"/>
        </w:rPr>
        <w:t>“Then what?”</w:t>
      </w:r>
    </w:p>
    <w:p>
      <w:pPr>
        <w:spacing w:after="120"/>
      </w:pPr>
      <w:r>
        <w:rPr>
          <w:rFonts w:ascii="Georgia" w:hAnsi="Georgia" w:eastAsia="Georgia"/>
          <w:sz w:val="23"/>
        </w:rPr>
        <w:t>“Mara would have said shared.”</w:t>
      </w:r>
    </w:p>
    <w:p>
      <w:pPr>
        <w:spacing w:after="120"/>
      </w:pPr>
      <w:r>
        <w:rPr>
          <w:rFonts w:ascii="Georgia" w:hAnsi="Georgia" w:eastAsia="Georgia"/>
          <w:sz w:val="23"/>
        </w:rPr>
        <w:t>I remembered her hand around my wrist in the first laboratory, stopping me from leaning toward a fragment because the charter said either of us could interrupt. I had written that authority myself and hated it most when she used it correctly against me.</w:t>
      </w:r>
    </w:p>
    <w:p>
      <w:pPr>
        <w:spacing w:after="120"/>
      </w:pPr>
      <w:r>
        <w:rPr>
          <w:rFonts w:ascii="Georgia" w:hAnsi="Georgia" w:eastAsia="Georgia"/>
          <w:sz w:val="23"/>
        </w:rPr>
        <w:t>Later, after Meya, shared stop authority stopped being a preference and became architecture. Mara never let me pretend that distributing authority distributed responsibility. If I drew the line badly, three people agreeing to stop at it did not make the line good.</w:t>
      </w:r>
    </w:p>
    <w:p>
      <w:pPr>
        <w:spacing w:after="120"/>
      </w:pPr>
      <w:r>
        <w:rPr>
          <w:rFonts w:ascii="Georgia" w:hAnsi="Georgia" w:eastAsia="Georgia"/>
          <w:sz w:val="23"/>
        </w:rPr>
        <w:t>She had been dead long enough for the rule to survive without her name. I still heard the correction in rooms that had never known her.</w:t>
      </w:r>
    </w:p>
    <w:p>
      <w:pPr>
        <w:spacing w:after="120"/>
      </w:pPr>
      <w:r>
        <w:rPr>
          <w:rFonts w:ascii="Georgia" w:hAnsi="Georgia" w:eastAsia="Georgia"/>
          <w:sz w:val="23"/>
        </w:rPr>
        <w:t>“Who is Mara?”</w:t>
      </w:r>
    </w:p>
    <w:p>
      <w:pPr>
        <w:spacing w:after="120"/>
      </w:pPr>
      <w:r>
        <w:rPr>
          <w:rFonts w:ascii="Georgia" w:hAnsi="Georgia" w:eastAsia="Georgia"/>
          <w:sz w:val="23"/>
        </w:rPr>
        <w:t>The question arrived without warning.</w:t>
      </w:r>
    </w:p>
    <w:p>
      <w:pPr>
        <w:spacing w:after="120"/>
      </w:pPr>
      <w:r>
        <w:rPr>
          <w:rFonts w:ascii="Georgia" w:hAnsi="Georgia" w:eastAsia="Georgia"/>
          <w:sz w:val="23"/>
        </w:rPr>
        <w:t>For a second I heard a laboratory that no longer existed.</w:t>
      </w:r>
    </w:p>
    <w:p>
      <w:pPr>
        <w:spacing w:after="120"/>
      </w:pPr>
      <w:r>
        <w:rPr>
          <w:rFonts w:ascii="Georgia" w:hAnsi="Georgia" w:eastAsia="Georgia"/>
          <w:sz w:val="23"/>
        </w:rPr>
        <w:t>“Someone who stopped me often enough to improve the procedure.”</w:t>
      </w:r>
    </w:p>
    <w:p>
      <w:pPr>
        <w:spacing w:after="120"/>
      </w:pPr>
      <w:r>
        <w:rPr>
          <w:rFonts w:ascii="Georgia" w:hAnsi="Georgia" w:eastAsia="Georgia"/>
          <w:sz w:val="23"/>
        </w:rPr>
        <w:t>Riss waited.</w:t>
      </w:r>
    </w:p>
    <w:p>
      <w:pPr>
        <w:spacing w:after="120"/>
      </w:pPr>
      <w:r>
        <w:rPr>
          <w:rFonts w:ascii="Georgia" w:hAnsi="Georgia" w:eastAsia="Georgia"/>
          <w:sz w:val="23"/>
        </w:rPr>
        <w:t>“After Ivena loses reliable report, independent technical stop belongs to you and Miren. Surgical stop belongs to Olan. Restart requires all three.”</w:t>
      </w:r>
    </w:p>
    <w:p>
      <w:pPr>
        <w:spacing w:after="120"/>
      </w:pPr>
      <w:r>
        <w:rPr>
          <w:rFonts w:ascii="Georgia" w:hAnsi="Georgia" w:eastAsia="Georgia"/>
          <w:sz w:val="23"/>
        </w:rPr>
        <w:t>Olan said, “That can add minutes under open integration.”</w:t>
      </w:r>
    </w:p>
    <w:p>
      <w:pPr>
        <w:spacing w:after="120"/>
      </w:pPr>
      <w:r>
        <w:rPr>
          <w:rFonts w:ascii="Georgia" w:hAnsi="Georgia" w:eastAsia="Georgia"/>
          <w:sz w:val="23"/>
        </w:rPr>
        <w:t>“Yes.”</w:t>
      </w:r>
    </w:p>
    <w:p>
      <w:pPr>
        <w:spacing w:after="120"/>
      </w:pPr>
      <w:r>
        <w:rPr>
          <w:rFonts w:ascii="Georgia" w:hAnsi="Georgia" w:eastAsia="Georgia"/>
          <w:sz w:val="23"/>
        </w:rPr>
        <w:t>“Minutes matter.”</w:t>
      </w:r>
    </w:p>
    <w:p>
      <w:pPr>
        <w:spacing w:after="120"/>
      </w:pPr>
      <w:r>
        <w:rPr>
          <w:rFonts w:ascii="Georgia" w:hAnsi="Georgia" w:eastAsia="Georgia"/>
          <w:sz w:val="23"/>
        </w:rPr>
        <w:t>“So does the setting.”</w:t>
      </w:r>
    </w:p>
    <w:p>
      <w:pPr>
        <w:spacing w:after="120"/>
      </w:pPr>
      <w:r>
        <w:rPr>
          <w:rFonts w:ascii="Georgia" w:hAnsi="Georgia" w:eastAsia="Georgia"/>
          <w:sz w:val="23"/>
        </w:rPr>
        <w:t>“I know.”</w:t>
      </w:r>
    </w:p>
    <w:p>
      <w:pPr>
        <w:spacing w:after="120"/>
      </w:pPr>
      <w:r>
        <w:rPr>
          <w:rFonts w:ascii="Georgia" w:hAnsi="Georgia" w:eastAsia="Georgia"/>
          <w:sz w:val="23"/>
        </w:rPr>
        <w:t>No argument.</w:t>
      </w:r>
    </w:p>
    <w:p>
      <w:pPr>
        <w:spacing w:after="120"/>
      </w:pPr>
      <w:r>
        <w:rPr>
          <w:rFonts w:ascii="Georgia" w:hAnsi="Georgia" w:eastAsia="Georgia"/>
          <w:sz w:val="23"/>
        </w:rPr>
        <w:t>We ran the simulation.</w:t>
      </w:r>
    </w:p>
    <w:p>
      <w:pPr>
        <w:spacing w:after="120"/>
      </w:pPr>
      <w:r>
        <w:rPr>
          <w:rFonts w:ascii="Georgia" w:hAnsi="Georgia" w:eastAsia="Georgia"/>
          <w:sz w:val="23"/>
        </w:rPr>
        <w:t>At nominal values, clean.</w:t>
      </w:r>
    </w:p>
    <w:p>
      <w:pPr>
        <w:spacing w:after="120"/>
      </w:pPr>
      <w:r>
        <w:rPr>
          <w:rFonts w:ascii="Georgia" w:hAnsi="Georgia" w:eastAsia="Georgia"/>
          <w:sz w:val="23"/>
        </w:rPr>
        <w:t>At measured upper variation, clean.</w:t>
      </w:r>
    </w:p>
    <w:p>
      <w:pPr>
        <w:spacing w:after="120"/>
      </w:pPr>
      <w:r>
        <w:rPr>
          <w:rFonts w:ascii="Georgia" w:hAnsi="Georgia" w:eastAsia="Georgia"/>
          <w:sz w:val="23"/>
        </w:rPr>
        <w:t>At surgical expansion plus a one-percent drop in setting compensation, the model remained inside ordinary field tolerance.</w:t>
      </w:r>
    </w:p>
    <w:p>
      <w:pPr>
        <w:spacing w:after="120"/>
      </w:pPr>
      <w:r>
        <w:rPr>
          <w:rFonts w:ascii="Georgia" w:hAnsi="Georgia" w:eastAsia="Georgia"/>
          <w:sz w:val="23"/>
        </w:rPr>
        <w:t>That was the problem.</w:t>
      </w:r>
    </w:p>
    <w:p>
      <w:pPr>
        <w:spacing w:after="120"/>
      </w:pPr>
      <w:r>
        <w:rPr>
          <w:rFonts w:ascii="Georgia" w:hAnsi="Georgia" w:eastAsia="Georgia"/>
          <w:sz w:val="23"/>
        </w:rPr>
        <w:t>The same one-percent drop had measurably degraded Ivena’s right-hand performance.</w:t>
      </w:r>
    </w:p>
    <w:p>
      <w:pPr>
        <w:spacing w:after="120"/>
      </w:pPr>
      <w:r>
        <w:rPr>
          <w:rFonts w:ascii="Georgia" w:hAnsi="Georgia" w:eastAsia="Georgia"/>
          <w:sz w:val="23"/>
        </w:rPr>
        <w:t>The model called it safe because the model did not contain her hand.</w:t>
      </w:r>
    </w:p>
    <w:p>
      <w:pPr>
        <w:spacing w:after="120"/>
      </w:pPr>
      <w:r>
        <w:rPr>
          <w:rFonts w:ascii="Georgia" w:hAnsi="Georgia" w:eastAsia="Georgia"/>
          <w:sz w:val="23"/>
        </w:rPr>
        <w:t>Riss saw my face.</w:t>
      </w:r>
    </w:p>
    <w:p>
      <w:pPr>
        <w:spacing w:after="120"/>
      </w:pPr>
      <w:r>
        <w:rPr>
          <w:rFonts w:ascii="Georgia" w:hAnsi="Georgia" w:eastAsia="Georgia"/>
          <w:sz w:val="23"/>
        </w:rPr>
        <w:t>“There.”</w:t>
      </w:r>
    </w:p>
    <w:p>
      <w:pPr>
        <w:spacing w:after="120"/>
      </w:pPr>
      <w:r>
        <w:rPr>
          <w:rFonts w:ascii="Georgia" w:hAnsi="Georgia" w:eastAsia="Georgia"/>
          <w:sz w:val="23"/>
        </w:rPr>
        <w:t>“What?”</w:t>
      </w:r>
    </w:p>
    <w:p>
      <w:pPr>
        <w:spacing w:after="120"/>
      </w:pPr>
      <w:r>
        <w:rPr>
          <w:rFonts w:ascii="Georgia" w:hAnsi="Georgia" w:eastAsia="Georgia"/>
          <w:sz w:val="23"/>
        </w:rPr>
        <w:t>“You hate the green.”</w:t>
      </w:r>
    </w:p>
    <w:p>
      <w:pPr>
        <w:spacing w:after="120"/>
      </w:pPr>
      <w:r>
        <w:rPr>
          <w:rFonts w:ascii="Georgia" w:hAnsi="Georgia" w:eastAsia="Georgia"/>
          <w:sz w:val="23"/>
        </w:rPr>
        <w:t>“The green is scoped incorrectly.”</w:t>
      </w:r>
    </w:p>
    <w:p>
      <w:pPr>
        <w:spacing w:after="120"/>
      </w:pPr>
      <w:r>
        <w:rPr>
          <w:rFonts w:ascii="Georgia" w:hAnsi="Georgia" w:eastAsia="Georgia"/>
          <w:sz w:val="23"/>
        </w:rPr>
        <w:t>“Then change the scope.”</w:t>
      </w:r>
    </w:p>
    <w:p>
      <w:pPr>
        <w:spacing w:after="120"/>
      </w:pPr>
      <w:r>
        <w:rPr>
          <w:rFonts w:ascii="Georgia" w:hAnsi="Georgia" w:eastAsia="Georgia"/>
          <w:sz w:val="23"/>
        </w:rPr>
        <w:t>She opened the alarm logic.</w:t>
      </w:r>
    </w:p>
    <w:p>
      <w:pPr>
        <w:spacing w:after="120"/>
      </w:pPr>
      <w:r>
        <w:rPr>
          <w:rFonts w:ascii="Georgia" w:hAnsi="Georgia" w:eastAsia="Georgia"/>
          <w:sz w:val="23"/>
        </w:rPr>
        <w:t>FIELD SAFE became FIELD CONTAINED.</w:t>
      </w:r>
    </w:p>
    <w:p>
      <w:pPr>
        <w:spacing w:after="120"/>
      </w:pPr>
      <w:r>
        <w:rPr>
          <w:rFonts w:ascii="Georgia" w:hAnsi="Georgia" w:eastAsia="Georgia"/>
          <w:sz w:val="23"/>
        </w:rPr>
        <w:t>A second line appeared beneath it.</w:t>
      </w:r>
    </w:p>
    <w:p>
      <w:pPr>
        <w:spacing w:after="120"/>
      </w:pPr>
      <w:r>
        <w:rPr>
          <w:rFonts w:ascii="Georgia" w:hAnsi="Georgia" w:eastAsia="Georgia"/>
          <w:sz w:val="23"/>
        </w:rPr>
        <w:t>CARRIER CONDITION: EXTERNAL MONITOR.</w:t>
      </w:r>
    </w:p>
    <w:p>
      <w:pPr>
        <w:spacing w:after="120"/>
      </w:pPr>
      <w:r>
        <w:rPr>
          <w:rFonts w:ascii="Georgia" w:hAnsi="Georgia" w:eastAsia="Georgia"/>
          <w:sz w:val="23"/>
        </w:rPr>
        <w:t>That matched the evidence.</w:t>
      </w:r>
    </w:p>
    <w:p>
      <w:pPr>
        <w:spacing w:after="120"/>
      </w:pPr>
      <w:r>
        <w:rPr>
          <w:rFonts w:ascii="Georgia" w:hAnsi="Georgia" w:eastAsia="Georgia"/>
          <w:sz w:val="23"/>
        </w:rPr>
        <w:t>We attached Ivena’s live baseline through a hospital link.</w:t>
      </w:r>
    </w:p>
    <w:p>
      <w:pPr>
        <w:spacing w:after="120"/>
      </w:pPr>
      <w:r>
        <w:rPr>
          <w:rFonts w:ascii="Georgia" w:hAnsi="Georgia" w:eastAsia="Georgia"/>
          <w:sz w:val="23"/>
        </w:rPr>
        <w:t>No Sera data.</w:t>
      </w:r>
    </w:p>
    <w:p>
      <w:pPr>
        <w:spacing w:after="120"/>
      </w:pPr>
      <w:r>
        <w:rPr>
          <w:rFonts w:ascii="Georgia" w:hAnsi="Georgia" w:eastAsia="Georgia"/>
          <w:sz w:val="23"/>
        </w:rPr>
        <w:t>No co-contact traces.</w:t>
      </w:r>
    </w:p>
    <w:p>
      <w:pPr>
        <w:spacing w:after="120"/>
      </w:pPr>
      <w:r>
        <w:rPr>
          <w:rFonts w:ascii="Georgia" w:hAnsi="Georgia" w:eastAsia="Georgia"/>
          <w:sz w:val="23"/>
        </w:rPr>
        <w:t>Only Ivena’s current motor calibration, local sensory map, contact compensation and setting response.</w:t>
      </w:r>
    </w:p>
    <w:p>
      <w:pPr>
        <w:spacing w:after="120"/>
      </w:pPr>
      <w:r>
        <w:rPr>
          <w:rFonts w:ascii="Georgia" w:hAnsi="Georgia" w:eastAsia="Georgia"/>
          <w:sz w:val="23"/>
        </w:rPr>
        <w:t>The simulation did not need to know whom she had married.</w:t>
      </w:r>
    </w:p>
    <w:p>
      <w:pPr>
        <w:spacing w:after="120"/>
      </w:pPr>
      <w:r>
        <w:rPr>
          <w:rFonts w:ascii="Georgia" w:hAnsi="Georgia" w:eastAsia="Georgia"/>
          <w:sz w:val="23"/>
        </w:rPr>
        <w:t>It needed to know what could change in her.</w:t>
      </w:r>
    </w:p>
    <w:p>
      <w:pPr>
        <w:spacing w:after="120"/>
      </w:pPr>
      <w:r>
        <w:rPr>
          <w:rFonts w:ascii="Georgia" w:hAnsi="Georgia" w:eastAsia="Georgia"/>
          <w:sz w:val="23"/>
        </w:rPr>
        <w:t>The simulation had established the distinction we needed.</w:t>
      </w:r>
    </w:p>
    <w:p>
      <w:pPr>
        <w:spacing w:after="120"/>
      </w:pPr>
      <w:r>
        <w:rPr>
          <w:rFonts w:ascii="Georgia" w:hAnsi="Georgia" w:eastAsia="Georgia"/>
          <w:sz w:val="23"/>
        </w:rPr>
        <w:t>I did not write that down.</w:t>
      </w:r>
    </w:p>
    <w:p>
      <w:pPr>
        <w:spacing w:before="80" w:after="120"/>
        <w:jc w:val="center"/>
      </w:pPr>
      <w:r>
        <w:rPr>
          <w:rFonts w:ascii="Georgia" w:hAnsi="Georgia" w:eastAsia="Georgia"/>
          <w:sz w:val="23"/>
        </w:rPr>
        <w:t>§</w:t>
      </w:r>
    </w:p>
    <w:p>
      <w:pPr>
        <w:spacing w:after="120"/>
      </w:pPr>
      <w:r>
        <w:rPr>
          <w:rFonts w:ascii="Georgia" w:hAnsi="Georgia" w:eastAsia="Georgia"/>
          <w:sz w:val="23"/>
        </w:rPr>
        <w:t>At 1011 the insurer joined the review.</w:t>
      </w:r>
    </w:p>
    <w:p>
      <w:pPr>
        <w:spacing w:after="120"/>
      </w:pPr>
      <w:r>
        <w:rPr>
          <w:rFonts w:ascii="Georgia" w:hAnsi="Georgia" w:eastAsia="Georgia"/>
          <w:sz w:val="23"/>
        </w:rPr>
        <w:t>Not a person at first.</w:t>
      </w:r>
    </w:p>
    <w:p>
      <w:pPr>
        <w:spacing w:after="120"/>
      </w:pPr>
      <w:r>
        <w:rPr>
          <w:rFonts w:ascii="Georgia" w:hAnsi="Georgia" w:eastAsia="Georgia"/>
          <w:sz w:val="23"/>
        </w:rPr>
        <w:t>A policy agent opened on the wall.</w:t>
      </w:r>
    </w:p>
    <w:p>
      <w:pPr>
        <w:spacing w:after="120"/>
      </w:pPr>
      <w:r>
        <w:rPr>
          <w:rFonts w:ascii="Georgia" w:hAnsi="Georgia" w:eastAsia="Georgia"/>
          <w:sz w:val="23"/>
        </w:rPr>
        <w:t>FIELD-NEUTRAL BYPASS AUTHORIZATION REQUIRES COMPLETE RELATIONAL RISK INPUT WHERE AVAILABLE.</w:t>
      </w:r>
    </w:p>
    <w:p>
      <w:pPr>
        <w:spacing w:after="120"/>
      </w:pPr>
      <w:r>
        <w:rPr>
          <w:rFonts w:ascii="Georgia" w:hAnsi="Georgia" w:eastAsia="Georgia"/>
          <w:sz w:val="23"/>
        </w:rPr>
        <w:t>I said, “No.”</w:t>
      </w:r>
    </w:p>
    <w:p>
      <w:pPr>
        <w:spacing w:after="120"/>
      </w:pPr>
      <w:r>
        <w:rPr>
          <w:rFonts w:ascii="Georgia" w:hAnsi="Georgia" w:eastAsia="Georgia"/>
          <w:sz w:val="23"/>
        </w:rPr>
        <w:t>The agent did not care.</w:t>
      </w:r>
    </w:p>
    <w:p>
      <w:pPr>
        <w:spacing w:after="120"/>
      </w:pPr>
      <w:r>
        <w:rPr>
          <w:rFonts w:ascii="Georgia" w:hAnsi="Georgia" w:eastAsia="Georgia"/>
          <w:sz w:val="23"/>
        </w:rPr>
        <w:t>Olan requested human review.</w:t>
      </w:r>
    </w:p>
    <w:p>
      <w:pPr>
        <w:spacing w:after="120"/>
      </w:pPr>
      <w:r>
        <w:rPr>
          <w:rFonts w:ascii="Georgia" w:hAnsi="Georgia" w:eastAsia="Georgia"/>
          <w:sz w:val="23"/>
        </w:rPr>
        <w:t>A woman appeared forty seconds later.</w:t>
      </w:r>
    </w:p>
    <w:p>
      <w:pPr>
        <w:spacing w:after="120"/>
      </w:pPr>
      <w:r>
        <w:rPr>
          <w:rFonts w:ascii="Georgia" w:hAnsi="Georgia" w:eastAsia="Georgia"/>
          <w:sz w:val="23"/>
        </w:rPr>
        <w:t>Her name was Pell Ansen. She was two hundred four and had the exhausted expression of someone whose job consisted of explaining why machines had reasons.</w:t>
      </w:r>
    </w:p>
    <w:p>
      <w:pPr>
        <w:spacing w:after="120"/>
      </w:pPr>
      <w:r>
        <w:rPr>
          <w:rFonts w:ascii="Georgia" w:hAnsi="Georgia" w:eastAsia="Georgia"/>
          <w:sz w:val="23"/>
        </w:rPr>
        <w:t>“Doctor,” she said to Olan.</w:t>
      </w:r>
    </w:p>
    <w:p>
      <w:pPr>
        <w:spacing w:after="120"/>
      </w:pPr>
      <w:r>
        <w:rPr>
          <w:rFonts w:ascii="Georgia" w:hAnsi="Georgia" w:eastAsia="Georgia"/>
          <w:sz w:val="23"/>
        </w:rPr>
        <w:t>Then to me: “Technical reviewer.”</w:t>
      </w:r>
    </w:p>
    <w:p>
      <w:pPr>
        <w:spacing w:after="120"/>
      </w:pPr>
      <w:r>
        <w:rPr>
          <w:rFonts w:ascii="Georgia" w:hAnsi="Georgia" w:eastAsia="Georgia"/>
          <w:sz w:val="23"/>
        </w:rPr>
        <w:t>Then to Riss: “Perfusion.”</w:t>
      </w:r>
    </w:p>
    <w:p>
      <w:pPr>
        <w:spacing w:after="120"/>
      </w:pPr>
      <w:r>
        <w:rPr>
          <w:rFonts w:ascii="Georgia" w:hAnsi="Georgia" w:eastAsia="Georgia"/>
          <w:sz w:val="23"/>
        </w:rPr>
        <w:t>No greeting to Miren because Miren was still at the shop.</w:t>
      </w:r>
    </w:p>
    <w:p>
      <w:pPr>
        <w:spacing w:after="120"/>
      </w:pPr>
      <w:r>
        <w:rPr>
          <w:rFonts w:ascii="Georgia" w:hAnsi="Georgia" w:eastAsia="Georgia"/>
          <w:sz w:val="23"/>
        </w:rPr>
        <w:t>“Ms. Noll has declined consent,” Pell said.</w:t>
      </w:r>
    </w:p>
    <w:p>
      <w:pPr>
        <w:spacing w:after="120"/>
      </w:pPr>
      <w:r>
        <w:rPr>
          <w:rFonts w:ascii="Georgia" w:hAnsi="Georgia" w:eastAsia="Georgia"/>
          <w:sz w:val="23"/>
        </w:rPr>
        <w:t>“Yes.”</w:t>
      </w:r>
    </w:p>
    <w:p>
      <w:pPr>
        <w:spacing w:after="120"/>
      </w:pPr>
      <w:r>
        <w:rPr>
          <w:rFonts w:ascii="Georgia" w:hAnsi="Georgia" w:eastAsia="Georgia"/>
          <w:sz w:val="23"/>
        </w:rPr>
        <w:t>“The system requires determination of whether her absence leaves an uncharacterized risk.”</w:t>
      </w:r>
    </w:p>
    <w:p>
      <w:pPr>
        <w:spacing w:after="120"/>
      </w:pPr>
      <w:r>
        <w:rPr>
          <w:rFonts w:ascii="Georgia" w:hAnsi="Georgia" w:eastAsia="Georgia"/>
          <w:sz w:val="23"/>
        </w:rPr>
        <w:t>“It leaves uncharacterized history.”</w:t>
      </w:r>
    </w:p>
    <w:p>
      <w:pPr>
        <w:spacing w:after="120"/>
      </w:pPr>
      <w:r>
        <w:rPr>
          <w:rFonts w:ascii="Georgia" w:hAnsi="Georgia" w:eastAsia="Georgia"/>
          <w:sz w:val="23"/>
        </w:rPr>
        <w:t>“Difference?”</w:t>
      </w:r>
    </w:p>
    <w:p>
      <w:pPr>
        <w:spacing w:after="120"/>
      </w:pPr>
      <w:r>
        <w:rPr>
          <w:rFonts w:ascii="Georgia" w:hAnsi="Georgia" w:eastAsia="Georgia"/>
          <w:sz w:val="23"/>
        </w:rPr>
        <w:t>“Risk is a claim about the intervention. History is a condition that may or may not matter to the intervention.”</w:t>
      </w:r>
    </w:p>
    <w:p>
      <w:pPr>
        <w:spacing w:after="120"/>
      </w:pPr>
      <w:r>
        <w:rPr>
          <w:rFonts w:ascii="Georgia" w:hAnsi="Georgia" w:eastAsia="Georgia"/>
          <w:sz w:val="23"/>
        </w:rPr>
        <w:t>“You documented possible persistent relevance after twenty-nine years of separation.”</w:t>
      </w:r>
    </w:p>
    <w:p>
      <w:pPr>
        <w:spacing w:after="120"/>
      </w:pPr>
      <w:r>
        <w:rPr>
          <w:rFonts w:ascii="Georgia" w:hAnsi="Georgia" w:eastAsia="Georgia"/>
          <w:sz w:val="23"/>
        </w:rPr>
        <w:t>“Yes.”</w:t>
      </w:r>
    </w:p>
    <w:p>
      <w:pPr>
        <w:spacing w:after="120"/>
      </w:pPr>
      <w:r>
        <w:rPr>
          <w:rFonts w:ascii="Georgia" w:hAnsi="Georgia" w:eastAsia="Georgia"/>
          <w:sz w:val="23"/>
        </w:rPr>
        <w:t>“Then how can it not matter?”</w:t>
      </w:r>
    </w:p>
    <w:p>
      <w:pPr>
        <w:spacing w:after="120"/>
      </w:pPr>
      <w:r>
        <w:rPr>
          <w:rFonts w:ascii="Georgia" w:hAnsi="Georgia" w:eastAsia="Georgia"/>
          <w:sz w:val="23"/>
        </w:rPr>
        <w:t>“Because we are not changing the relation we observed.”</w:t>
      </w:r>
    </w:p>
    <w:p>
      <w:pPr>
        <w:spacing w:after="120"/>
      </w:pPr>
      <w:r>
        <w:rPr>
          <w:rFonts w:ascii="Georgia" w:hAnsi="Georgia" w:eastAsia="Georgia"/>
          <w:sz w:val="23"/>
        </w:rPr>
        <w:t>“You are operating on one carrier.”</w:t>
      </w:r>
    </w:p>
    <w:p>
      <w:pPr>
        <w:spacing w:after="120"/>
      </w:pPr>
      <w:r>
        <w:rPr>
          <w:rFonts w:ascii="Georgia" w:hAnsi="Georgia" w:eastAsia="Georgia"/>
          <w:sz w:val="23"/>
        </w:rPr>
        <w:t>“Correct.”</w:t>
      </w:r>
    </w:p>
    <w:p>
      <w:pPr>
        <w:spacing w:after="120"/>
      </w:pPr>
      <w:r>
        <w:rPr>
          <w:rFonts w:ascii="Georgia" w:hAnsi="Georgia" w:eastAsia="Georgia"/>
          <w:sz w:val="23"/>
        </w:rPr>
        <w:t>“Whose setting may have acquired response dependency through long co-contact with Ms. Noll’s.”</w:t>
      </w:r>
    </w:p>
    <w:p>
      <w:pPr>
        <w:spacing w:after="120"/>
      </w:pPr>
      <w:r>
        <w:rPr>
          <w:rFonts w:ascii="Georgia" w:hAnsi="Georgia" w:eastAsia="Georgia"/>
          <w:sz w:val="23"/>
        </w:rPr>
        <w:t>“May.”</w:t>
      </w:r>
    </w:p>
    <w:p>
      <w:pPr>
        <w:spacing w:after="120"/>
      </w:pPr>
      <w:r>
        <w:rPr>
          <w:rFonts w:ascii="Georgia" w:hAnsi="Georgia" w:eastAsia="Georgia"/>
          <w:sz w:val="23"/>
        </w:rPr>
        <w:t>“So Ms. Noll’s current state could affect the patient.”</w:t>
      </w:r>
    </w:p>
    <w:p>
      <w:pPr>
        <w:spacing w:after="120"/>
      </w:pPr>
      <w:r>
        <w:rPr>
          <w:rFonts w:ascii="Georgia" w:hAnsi="Georgia" w:eastAsia="Georgia"/>
          <w:sz w:val="23"/>
        </w:rPr>
        <w:t>“Could.”</w:t>
      </w:r>
    </w:p>
    <w:p>
      <w:pPr>
        <w:spacing w:after="120"/>
      </w:pPr>
      <w:r>
        <w:rPr>
          <w:rFonts w:ascii="Georgia" w:hAnsi="Georgia" w:eastAsia="Georgia"/>
          <w:sz w:val="23"/>
        </w:rPr>
        <w:t>“Then why is she not a patient?”</w:t>
      </w:r>
    </w:p>
    <w:p>
      <w:pPr>
        <w:spacing w:after="120"/>
      </w:pPr>
      <w:r>
        <w:rPr>
          <w:rFonts w:ascii="Georgia" w:hAnsi="Georgia" w:eastAsia="Georgia"/>
          <w:sz w:val="23"/>
        </w:rPr>
        <w:t>There it was.</w:t>
      </w:r>
    </w:p>
    <w:p>
      <w:pPr>
        <w:spacing w:after="120"/>
      </w:pPr>
      <w:r>
        <w:rPr>
          <w:rFonts w:ascii="Georgia" w:hAnsi="Georgia" w:eastAsia="Georgia"/>
          <w:sz w:val="23"/>
        </w:rPr>
        <w:t>Not stupidity.</w:t>
      </w:r>
    </w:p>
    <w:p>
      <w:pPr>
        <w:spacing w:after="120"/>
      </w:pPr>
      <w:r>
        <w:rPr>
          <w:rFonts w:ascii="Georgia" w:hAnsi="Georgia" w:eastAsia="Georgia"/>
          <w:sz w:val="23"/>
        </w:rPr>
        <w:t>A defensible inference reaching too far.</w:t>
      </w:r>
    </w:p>
    <w:p>
      <w:pPr>
        <w:spacing w:after="120"/>
      </w:pPr>
      <w:r>
        <w:rPr>
          <w:rFonts w:ascii="Georgia" w:hAnsi="Georgia" w:eastAsia="Georgia"/>
          <w:sz w:val="23"/>
        </w:rPr>
        <w:t>“Because technical relevance does not grant us jurisdiction over her body or records.”</w:t>
      </w:r>
    </w:p>
    <w:p>
      <w:pPr>
        <w:spacing w:after="120"/>
      </w:pPr>
      <w:r>
        <w:rPr>
          <w:rFonts w:ascii="Georgia" w:hAnsi="Georgia" w:eastAsia="Georgia"/>
          <w:sz w:val="23"/>
        </w:rPr>
        <w:t>Pell’s expression did not change.</w:t>
      </w:r>
    </w:p>
    <w:p>
      <w:pPr>
        <w:spacing w:after="120"/>
      </w:pPr>
      <w:r>
        <w:rPr>
          <w:rFonts w:ascii="Georgia" w:hAnsi="Georgia" w:eastAsia="Georgia"/>
          <w:sz w:val="23"/>
        </w:rPr>
        <w:t>“I asked why she is not clinically part of the risk system.”</w:t>
      </w:r>
    </w:p>
    <w:p>
      <w:pPr>
        <w:spacing w:after="120"/>
      </w:pPr>
      <w:r>
        <w:rPr>
          <w:rFonts w:ascii="Georgia" w:hAnsi="Georgia" w:eastAsia="Georgia"/>
          <w:sz w:val="23"/>
        </w:rPr>
        <w:t>“Because we have not demonstrated that her current state changes Ivena’s surgical state. We demonstrated that prior co-contact remains relevant enough not to assume independence during a proximity test. Different claim.”</w:t>
      </w:r>
    </w:p>
    <w:p>
      <w:pPr>
        <w:spacing w:after="120"/>
      </w:pPr>
      <w:r>
        <w:rPr>
          <w:rFonts w:ascii="Georgia" w:hAnsi="Georgia" w:eastAsia="Georgia"/>
          <w:sz w:val="23"/>
        </w:rPr>
        <w:t>“If she completed this morning, would that affect Ivena?”</w:t>
      </w:r>
    </w:p>
    <w:p>
      <w:pPr>
        <w:spacing w:after="120"/>
      </w:pPr>
      <w:r>
        <w:rPr>
          <w:rFonts w:ascii="Georgia" w:hAnsi="Georgia" w:eastAsia="Georgia"/>
          <w:sz w:val="23"/>
        </w:rPr>
        <w:t>The room became still.</w:t>
      </w:r>
    </w:p>
    <w:p>
      <w:pPr>
        <w:spacing w:after="120"/>
      </w:pPr>
      <w:r>
        <w:rPr>
          <w:rFonts w:ascii="Georgia" w:hAnsi="Georgia" w:eastAsia="Georgia"/>
          <w:sz w:val="23"/>
        </w:rPr>
        <w:t>I did not answer quickly.</w:t>
      </w:r>
    </w:p>
    <w:p>
      <w:pPr>
        <w:spacing w:after="120"/>
      </w:pPr>
      <w:r>
        <w:rPr>
          <w:rFonts w:ascii="Georgia" w:hAnsi="Georgia" w:eastAsia="Georgia"/>
          <w:sz w:val="23"/>
        </w:rPr>
        <w:t>“Unknown.”</w:t>
      </w:r>
    </w:p>
    <w:p>
      <w:pPr>
        <w:spacing w:after="120"/>
      </w:pPr>
      <w:r>
        <w:rPr>
          <w:rFonts w:ascii="Georgia" w:hAnsi="Georgia" w:eastAsia="Georgia"/>
          <w:sz w:val="23"/>
        </w:rPr>
        <w:t>“If her setting were destroyed?”</w:t>
      </w:r>
    </w:p>
    <w:p>
      <w:pPr>
        <w:spacing w:after="120"/>
      </w:pPr>
      <w:r>
        <w:rPr>
          <w:rFonts w:ascii="Georgia" w:hAnsi="Georgia" w:eastAsia="Georgia"/>
          <w:sz w:val="23"/>
        </w:rPr>
        <w:t>“Unknown.”</w:t>
      </w:r>
    </w:p>
    <w:p>
      <w:pPr>
        <w:spacing w:after="120"/>
      </w:pPr>
      <w:r>
        <w:rPr>
          <w:rFonts w:ascii="Georgia" w:hAnsi="Georgia" w:eastAsia="Georgia"/>
          <w:sz w:val="23"/>
        </w:rPr>
        <w:t>“If she left the planet?”</w:t>
      </w:r>
    </w:p>
    <w:p>
      <w:pPr>
        <w:spacing w:after="120"/>
      </w:pPr>
      <w:r>
        <w:rPr>
          <w:rFonts w:ascii="Georgia" w:hAnsi="Georgia" w:eastAsia="Georgia"/>
          <w:sz w:val="23"/>
        </w:rPr>
        <w:t>“Unknown.”</w:t>
      </w:r>
    </w:p>
    <w:p>
      <w:pPr>
        <w:spacing w:after="120"/>
      </w:pPr>
      <w:r>
        <w:rPr>
          <w:rFonts w:ascii="Georgia" w:hAnsi="Georgia" w:eastAsia="Georgia"/>
          <w:sz w:val="23"/>
        </w:rPr>
        <w:t>“Then you cannot certify independence.”</w:t>
      </w:r>
    </w:p>
    <w:p>
      <w:pPr>
        <w:spacing w:after="120"/>
      </w:pPr>
      <w:r>
        <w:rPr>
          <w:rFonts w:ascii="Georgia" w:hAnsi="Georgia" w:eastAsia="Georgia"/>
          <w:sz w:val="23"/>
        </w:rPr>
        <w:t>“Correct.”</w:t>
      </w:r>
    </w:p>
    <w:p>
      <w:pPr>
        <w:spacing w:after="120"/>
      </w:pPr>
      <w:r>
        <w:rPr>
          <w:rFonts w:ascii="Georgia" w:hAnsi="Georgia" w:eastAsia="Georgia"/>
          <w:sz w:val="23"/>
        </w:rPr>
        <w:t>“And you want me to authorize surgery without characterizing the variable.”</w:t>
      </w:r>
    </w:p>
    <w:p>
      <w:pPr>
        <w:spacing w:after="120"/>
      </w:pPr>
      <w:r>
        <w:rPr>
          <w:rFonts w:ascii="Georgia" w:hAnsi="Georgia" w:eastAsia="Georgia"/>
          <w:sz w:val="23"/>
        </w:rPr>
        <w:t>“Yes.”</w:t>
      </w:r>
    </w:p>
    <w:p>
      <w:pPr>
        <w:spacing w:after="120"/>
      </w:pPr>
      <w:r>
        <w:rPr>
          <w:rFonts w:ascii="Georgia" w:hAnsi="Georgia" w:eastAsia="Georgia"/>
          <w:sz w:val="23"/>
        </w:rPr>
        <w:t>“Why?”</w:t>
      </w:r>
    </w:p>
    <w:p>
      <w:pPr>
        <w:spacing w:after="120"/>
      </w:pPr>
      <w:r>
        <w:rPr>
          <w:rFonts w:ascii="Georgia" w:hAnsi="Georgia" w:eastAsia="Georgia"/>
          <w:sz w:val="23"/>
        </w:rPr>
        <w:t>“Because ignorance is not automatic jurisdiction.”</w:t>
      </w:r>
    </w:p>
    <w:p>
      <w:pPr>
        <w:spacing w:after="120"/>
      </w:pPr>
      <w:r>
        <w:rPr>
          <w:rFonts w:ascii="Georgia" w:hAnsi="Georgia" w:eastAsia="Georgia"/>
          <w:sz w:val="23"/>
        </w:rPr>
        <w:t>Pell looked at me for a long time.</w:t>
      </w:r>
    </w:p>
    <w:p>
      <w:pPr>
        <w:spacing w:after="120"/>
      </w:pPr>
      <w:r>
        <w:rPr>
          <w:rFonts w:ascii="Georgia" w:hAnsi="Georgia" w:eastAsia="Georgia"/>
          <w:sz w:val="23"/>
        </w:rPr>
        <w:t>The phrase was older than most buildings.</w:t>
      </w:r>
    </w:p>
    <w:p>
      <w:pPr>
        <w:spacing w:after="120"/>
      </w:pPr>
      <w:r>
        <w:rPr>
          <w:rFonts w:ascii="Georgia" w:hAnsi="Georgia" w:eastAsia="Georgia"/>
          <w:sz w:val="23"/>
        </w:rPr>
        <w:t>Kael would have liked it.</w:t>
      </w:r>
    </w:p>
    <w:p>
      <w:pPr>
        <w:spacing w:after="120"/>
      </w:pPr>
      <w:r>
        <w:rPr>
          <w:rFonts w:ascii="Georgia" w:hAnsi="Georgia" w:eastAsia="Georgia"/>
          <w:sz w:val="23"/>
        </w:rPr>
        <w:t>I kept it anyway.</w:t>
      </w:r>
    </w:p>
    <w:p>
      <w:pPr>
        <w:spacing w:after="120"/>
      </w:pPr>
      <w:r>
        <w:rPr>
          <w:rFonts w:ascii="Georgia" w:hAnsi="Georgia" w:eastAsia="Georgia"/>
          <w:sz w:val="23"/>
        </w:rPr>
        <w:t>I continued.</w:t>
      </w:r>
    </w:p>
    <w:p>
      <w:pPr>
        <w:spacing w:after="120"/>
      </w:pPr>
      <w:r>
        <w:rPr>
          <w:rFonts w:ascii="Georgia" w:hAnsi="Georgia" w:eastAsia="Georgia"/>
          <w:sz w:val="23"/>
        </w:rPr>
        <w:t>“The intervention can be designed not to perturb the known current carrier-setting condition. We have direct monitoring of the person being operated on. If that condition changes, we stop. Sera’s private setting data would not tell us what to do faster than Ivena’s own body will.”</w:t>
      </w:r>
    </w:p>
    <w:p>
      <w:pPr>
        <w:spacing w:after="120"/>
      </w:pPr>
      <w:r>
        <w:rPr>
          <w:rFonts w:ascii="Georgia" w:hAnsi="Georgia" w:eastAsia="Georgia"/>
          <w:sz w:val="23"/>
        </w:rPr>
        <w:t>Riss said, “That last sentence I can support.”</w:t>
      </w:r>
    </w:p>
    <w:p>
      <w:pPr>
        <w:spacing w:after="120"/>
      </w:pPr>
      <w:r>
        <w:rPr>
          <w:rFonts w:ascii="Georgia" w:hAnsi="Georgia" w:eastAsia="Georgia"/>
          <w:sz w:val="23"/>
        </w:rPr>
        <w:t>Olan nodded.</w:t>
      </w:r>
    </w:p>
    <w:p>
      <w:pPr>
        <w:spacing w:after="120"/>
      </w:pPr>
      <w:r>
        <w:rPr>
          <w:rFonts w:ascii="Georgia" w:hAnsi="Georgia" w:eastAsia="Georgia"/>
          <w:sz w:val="23"/>
        </w:rPr>
        <w:t>Pell asked, “And if the effect begins in Ms. Noll first?”</w:t>
      </w:r>
    </w:p>
    <w:p>
      <w:pPr>
        <w:spacing w:after="120"/>
      </w:pPr>
      <w:r>
        <w:rPr>
          <w:rFonts w:ascii="Georgia" w:hAnsi="Georgia" w:eastAsia="Georgia"/>
          <w:sz w:val="23"/>
        </w:rPr>
        <w:t>“Then we would not know unless she volunteered it.”</w:t>
      </w:r>
    </w:p>
    <w:p>
      <w:pPr>
        <w:spacing w:after="120"/>
      </w:pPr>
      <w:r>
        <w:rPr>
          <w:rFonts w:ascii="Georgia" w:hAnsi="Georgia" w:eastAsia="Georgia"/>
          <w:sz w:val="23"/>
        </w:rPr>
        <w:t>“That is a gap.”</w:t>
      </w:r>
    </w:p>
    <w:p>
      <w:pPr>
        <w:spacing w:after="120"/>
      </w:pPr>
      <w:r>
        <w:rPr>
          <w:rFonts w:ascii="Georgia" w:hAnsi="Georgia" w:eastAsia="Georgia"/>
          <w:sz w:val="23"/>
        </w:rPr>
        <w:t>“Yes.”</w:t>
      </w:r>
    </w:p>
    <w:p>
      <w:pPr>
        <w:spacing w:after="120"/>
      </w:pPr>
      <w:r>
        <w:rPr>
          <w:rFonts w:ascii="Georgia" w:hAnsi="Georgia" w:eastAsia="Georgia"/>
          <w:sz w:val="23"/>
        </w:rPr>
        <w:t>“You are accepting it.”</w:t>
      </w:r>
    </w:p>
    <w:p>
      <w:pPr>
        <w:spacing w:after="120"/>
      </w:pPr>
      <w:r>
        <w:rPr>
          <w:rFonts w:ascii="Georgia" w:hAnsi="Georgia" w:eastAsia="Georgia"/>
          <w:sz w:val="23"/>
        </w:rPr>
        <w:t>“Yes.”</w:t>
      </w:r>
    </w:p>
    <w:p>
      <w:pPr>
        <w:spacing w:after="120"/>
      </w:pPr>
      <w:r>
        <w:rPr>
          <w:rFonts w:ascii="Georgia" w:hAnsi="Georgia" w:eastAsia="Georgia"/>
          <w:sz w:val="23"/>
        </w:rPr>
        <w:t>“On whose authority?”</w:t>
      </w:r>
    </w:p>
    <w:p>
      <w:pPr>
        <w:spacing w:after="120"/>
      </w:pPr>
      <w:r>
        <w:rPr>
          <w:rFonts w:ascii="Georgia" w:hAnsi="Georgia" w:eastAsia="Georgia"/>
          <w:sz w:val="23"/>
        </w:rPr>
        <w:t>“Ivena’s, medically. Sera’s, by refusal. Yours, financially. Olan’s, surgically. Riss’s, technically during the procedure. No one gets the whole decision.”</w:t>
      </w:r>
    </w:p>
    <w:p>
      <w:pPr>
        <w:spacing w:after="120"/>
      </w:pPr>
      <w:r>
        <w:rPr>
          <w:rFonts w:ascii="Georgia" w:hAnsi="Georgia" w:eastAsia="Georgia"/>
          <w:sz w:val="23"/>
        </w:rPr>
        <w:t>Pell leaned back.</w:t>
      </w:r>
    </w:p>
    <w:p>
      <w:pPr>
        <w:spacing w:after="120"/>
      </w:pPr>
      <w:r>
        <w:rPr>
          <w:rFonts w:ascii="Georgia" w:hAnsi="Georgia" w:eastAsia="Georgia"/>
          <w:sz w:val="23"/>
        </w:rPr>
        <w:t>“You built this badly on purpose.”</w:t>
      </w:r>
    </w:p>
    <w:p>
      <w:pPr>
        <w:spacing w:after="120"/>
      </w:pPr>
      <w:r>
        <w:rPr>
          <w:rFonts w:ascii="Georgia" w:hAnsi="Georgia" w:eastAsia="Georgia"/>
          <w:sz w:val="23"/>
        </w:rPr>
        <w:t>“Distributed authority is not bad design.”</w:t>
      </w:r>
    </w:p>
    <w:p>
      <w:pPr>
        <w:spacing w:after="120"/>
      </w:pPr>
      <w:r>
        <w:rPr>
          <w:rFonts w:ascii="Georgia" w:hAnsi="Georgia" w:eastAsia="Georgia"/>
          <w:sz w:val="23"/>
        </w:rPr>
        <w:t>“It is terrible for authorization.”</w:t>
      </w:r>
    </w:p>
    <w:p>
      <w:pPr>
        <w:spacing w:after="120"/>
      </w:pPr>
      <w:r>
        <w:rPr>
          <w:rFonts w:ascii="Georgia" w:hAnsi="Georgia" w:eastAsia="Georgia"/>
          <w:sz w:val="23"/>
        </w:rPr>
        <w:t>“Different problem.”</w:t>
      </w:r>
    </w:p>
    <w:p>
      <w:pPr>
        <w:spacing w:after="120"/>
      </w:pPr>
      <w:r>
        <w:rPr>
          <w:rFonts w:ascii="Georgia" w:hAnsi="Georgia" w:eastAsia="Georgia"/>
          <w:sz w:val="23"/>
        </w:rPr>
        <w:t>She almost smiled.</w:t>
      </w:r>
    </w:p>
    <w:p>
      <w:pPr>
        <w:spacing w:after="120"/>
      </w:pPr>
      <w:r>
        <w:rPr>
          <w:rFonts w:ascii="Georgia" w:hAnsi="Georgia" w:eastAsia="Georgia"/>
          <w:sz w:val="23"/>
        </w:rPr>
        <w:t>Almost.</w:t>
      </w:r>
    </w:p>
    <w:p>
      <w:pPr>
        <w:spacing w:after="120"/>
      </w:pPr>
      <w:r>
        <w:rPr>
          <w:rFonts w:ascii="Georgia" w:hAnsi="Georgia" w:eastAsia="Georgia"/>
          <w:sz w:val="23"/>
        </w:rPr>
        <w:t>“I can clear secondary relational patient as NOT REQUIRED FOR CURRENT INTERVENTION if you certify no setting movement, no intentional contact-field reduction, no cross-setting interrogation, and continuous carrier monitoring.”</w:t>
      </w:r>
    </w:p>
    <w:p>
      <w:pPr>
        <w:spacing w:after="120"/>
      </w:pPr>
      <w:r>
        <w:rPr>
          <w:rFonts w:ascii="Georgia" w:hAnsi="Georgia" w:eastAsia="Georgia"/>
          <w:sz w:val="23"/>
        </w:rPr>
        <w:t>“Add no person-standing inference from any response.”</w:t>
      </w:r>
    </w:p>
    <w:p>
      <w:pPr>
        <w:spacing w:after="120"/>
      </w:pPr>
      <w:r>
        <w:rPr>
          <w:rFonts w:ascii="Georgia" w:hAnsi="Georgia" w:eastAsia="Georgia"/>
          <w:sz w:val="23"/>
        </w:rPr>
        <w:t>“That is not relevant to surgery.”</w:t>
      </w:r>
    </w:p>
    <w:p>
      <w:pPr>
        <w:spacing w:after="120"/>
      </w:pPr>
      <w:r>
        <w:rPr>
          <w:rFonts w:ascii="Georgia" w:hAnsi="Georgia" w:eastAsia="Georgia"/>
          <w:sz w:val="23"/>
        </w:rPr>
        <w:t>“Then it costs nothing.”</w:t>
      </w:r>
    </w:p>
    <w:p>
      <w:pPr>
        <w:spacing w:after="120"/>
      </w:pPr>
      <w:r>
        <w:rPr>
          <w:rFonts w:ascii="Georgia" w:hAnsi="Georgia" w:eastAsia="Georgia"/>
          <w:sz w:val="23"/>
        </w:rPr>
        <w:t>She added it.</w:t>
      </w:r>
    </w:p>
    <w:p>
      <w:pPr>
        <w:spacing w:after="120"/>
      </w:pPr>
      <w:r>
        <w:rPr>
          <w:rFonts w:ascii="Georgia" w:hAnsi="Georgia" w:eastAsia="Georgia"/>
          <w:sz w:val="23"/>
        </w:rPr>
        <w:t>Sera disappeared from Ivena’s patient list at 1038.</w:t>
      </w:r>
    </w:p>
    <w:p>
      <w:pPr>
        <w:spacing w:after="120"/>
      </w:pPr>
      <w:r>
        <w:rPr>
          <w:rFonts w:ascii="Georgia" w:hAnsi="Georgia" w:eastAsia="Georgia"/>
          <w:sz w:val="23"/>
        </w:rPr>
        <w:t>The history remained in the technical note.</w:t>
      </w:r>
    </w:p>
    <w:p>
      <w:pPr>
        <w:spacing w:before="80" w:after="120"/>
        <w:jc w:val="center"/>
      </w:pPr>
      <w:r>
        <w:rPr>
          <w:rFonts w:ascii="Georgia" w:hAnsi="Georgia" w:eastAsia="Georgia"/>
          <w:sz w:val="23"/>
        </w:rPr>
        <w:t>§</w:t>
      </w:r>
    </w:p>
    <w:p>
      <w:pPr>
        <w:spacing w:after="120"/>
      </w:pPr>
      <w:r>
        <w:rPr>
          <w:rFonts w:ascii="Georgia" w:hAnsi="Georgia" w:eastAsia="Georgia"/>
          <w:sz w:val="23"/>
        </w:rPr>
        <w:t>At 1116 Ivena arrived at North Surgical for the preoperative blood panel she had already rescheduled once.</w:t>
      </w:r>
    </w:p>
    <w:p>
      <w:pPr>
        <w:spacing w:after="120"/>
      </w:pPr>
      <w:r>
        <w:rPr>
          <w:rFonts w:ascii="Georgia" w:hAnsi="Georgia" w:eastAsia="Georgia"/>
          <w:sz w:val="23"/>
        </w:rPr>
        <w:t>She came directly from intake with the temporary wrist band still loose in her hand.</w:t>
      </w:r>
    </w:p>
    <w:p>
      <w:pPr>
        <w:spacing w:after="120"/>
      </w:pPr>
      <w:r>
        <w:rPr>
          <w:rFonts w:ascii="Georgia" w:hAnsi="Georgia" w:eastAsia="Georgia"/>
          <w:sz w:val="23"/>
        </w:rPr>
        <w:t>“They removed Sera.”</w:t>
      </w:r>
    </w:p>
    <w:p>
      <w:pPr>
        <w:spacing w:after="120"/>
      </w:pPr>
      <w:r>
        <w:rPr>
          <w:rFonts w:ascii="Georgia" w:hAnsi="Georgia" w:eastAsia="Georgia"/>
          <w:sz w:val="23"/>
        </w:rPr>
        <w:t>“From the patient list.”</w:t>
      </w:r>
    </w:p>
    <w:p>
      <w:pPr>
        <w:spacing w:after="120"/>
      </w:pPr>
      <w:r>
        <w:rPr>
          <w:rFonts w:ascii="Georgia" w:hAnsi="Georgia" w:eastAsia="Georgia"/>
          <w:sz w:val="23"/>
        </w:rPr>
        <w:t>“Read me the exact line.”</w:t>
      </w:r>
    </w:p>
    <w:p>
      <w:pPr>
        <w:spacing w:after="120"/>
      </w:pPr>
      <w:r>
        <w:rPr>
          <w:rFonts w:ascii="Georgia" w:hAnsi="Georgia" w:eastAsia="Georgia"/>
          <w:sz w:val="23"/>
        </w:rPr>
        <w:t>I opened the authorization.</w:t>
      </w:r>
    </w:p>
    <w:p>
      <w:pPr>
        <w:spacing w:after="120"/>
      </w:pPr>
      <w:r>
        <w:rPr>
          <w:rFonts w:ascii="Georgia" w:hAnsi="Georgia" w:eastAsia="Georgia"/>
          <w:sz w:val="23"/>
        </w:rPr>
        <w:t>SECONDARY RELATIONAL PATIENT: NOT REQUIRED FOR CURRENT INTERVENTION.</w:t>
      </w:r>
    </w:p>
    <w:p>
      <w:pPr>
        <w:spacing w:after="120"/>
      </w:pPr>
      <w:r>
        <w:rPr>
          <w:rFonts w:ascii="Georgia" w:hAnsi="Georgia" w:eastAsia="Georgia"/>
          <w:sz w:val="23"/>
        </w:rPr>
        <w:t>PRIOR EXTENDED CO-CONTACT: RETAINED IN TECHNICAL PROVENANCE.</w:t>
      </w:r>
    </w:p>
    <w:p>
      <w:pPr>
        <w:spacing w:after="120"/>
      </w:pPr>
      <w:r>
        <w:rPr>
          <w:rFonts w:ascii="Georgia" w:hAnsi="Georgia" w:eastAsia="Georgia"/>
          <w:sz w:val="23"/>
        </w:rPr>
        <w:t>PERSON-LEVEL CURRENT DATA: NOT REQUESTED.</w:t>
      </w:r>
    </w:p>
    <w:p>
      <w:pPr>
        <w:spacing w:after="120"/>
      </w:pPr>
      <w:r>
        <w:rPr>
          <w:rFonts w:ascii="Georgia" w:hAnsi="Georgia" w:eastAsia="Georgia"/>
          <w:sz w:val="23"/>
        </w:rPr>
        <w:t>Ivena listened without interrupting.</w:t>
      </w:r>
    </w:p>
    <w:p>
      <w:pPr>
        <w:spacing w:after="120"/>
      </w:pPr>
      <w:r>
        <w:rPr>
          <w:rFonts w:ascii="Georgia" w:hAnsi="Georgia" w:eastAsia="Georgia"/>
          <w:sz w:val="23"/>
        </w:rPr>
        <w:t>“Not required,” she said.</w:t>
      </w:r>
    </w:p>
    <w:p>
      <w:pPr>
        <w:spacing w:after="120"/>
      </w:pPr>
      <w:r>
        <w:rPr>
          <w:rFonts w:ascii="Georgia" w:hAnsi="Georgia" w:eastAsia="Georgia"/>
          <w:sz w:val="23"/>
        </w:rPr>
        <w:t>“Yes.”</w:t>
      </w:r>
    </w:p>
    <w:p>
      <w:pPr>
        <w:spacing w:after="120"/>
      </w:pPr>
      <w:r>
        <w:rPr>
          <w:rFonts w:ascii="Georgia" w:hAnsi="Georgia" w:eastAsia="Georgia"/>
          <w:sz w:val="23"/>
        </w:rPr>
        <w:t>“Not irrelevant.”</w:t>
      </w:r>
    </w:p>
    <w:p>
      <w:pPr>
        <w:spacing w:after="120"/>
      </w:pPr>
      <w:r>
        <w:rPr>
          <w:rFonts w:ascii="Georgia" w:hAnsi="Georgia" w:eastAsia="Georgia"/>
          <w:sz w:val="23"/>
        </w:rPr>
        <w:t>“No.”</w:t>
      </w:r>
    </w:p>
    <w:p>
      <w:pPr>
        <w:spacing w:after="120"/>
      </w:pPr>
      <w:r>
        <w:rPr>
          <w:rFonts w:ascii="Georgia" w:hAnsi="Georgia" w:eastAsia="Georgia"/>
          <w:sz w:val="23"/>
        </w:rPr>
        <w:t>She put the hospital band around her left wrist and tightened it with her teeth because her right hand was holding the coat.</w:t>
      </w:r>
    </w:p>
    <w:p>
      <w:pPr>
        <w:spacing w:after="120"/>
      </w:pPr>
      <w:r>
        <w:rPr>
          <w:rFonts w:ascii="Georgia" w:hAnsi="Georgia" w:eastAsia="Georgia"/>
          <w:sz w:val="23"/>
        </w:rPr>
        <w:t>“Keep that distinction,” she said. “Sera and I spent fifty-six years in the same house. I am not paying for my surgery by making that untrue.”</w:t>
      </w:r>
    </w:p>
    <w:p>
      <w:pPr>
        <w:spacing w:after="120"/>
      </w:pPr>
      <w:r>
        <w:rPr>
          <w:rFonts w:ascii="Georgia" w:hAnsi="Georgia" w:eastAsia="Georgia"/>
          <w:sz w:val="23"/>
        </w:rPr>
        <w:t>“The technical note keeps the history.”</w:t>
      </w:r>
    </w:p>
    <w:p>
      <w:pPr>
        <w:spacing w:after="120"/>
      </w:pPr>
      <w:r>
        <w:rPr>
          <w:rFonts w:ascii="Georgia" w:hAnsi="Georgia" w:eastAsia="Georgia"/>
          <w:sz w:val="23"/>
        </w:rPr>
        <w:t>“And her no?”</w:t>
      </w:r>
    </w:p>
    <w:p>
      <w:pPr>
        <w:spacing w:after="120"/>
      </w:pPr>
      <w:r>
        <w:rPr>
          <w:rFonts w:ascii="Georgia" w:hAnsi="Georgia" w:eastAsia="Georgia"/>
          <w:sz w:val="23"/>
        </w:rPr>
        <w:t>“Also kept.”</w:t>
      </w:r>
    </w:p>
    <w:p>
      <w:pPr>
        <w:spacing w:after="120"/>
      </w:pPr>
      <w:r>
        <w:rPr>
          <w:rFonts w:ascii="Georgia" w:hAnsi="Georgia" w:eastAsia="Georgia"/>
          <w:sz w:val="23"/>
        </w:rPr>
        <w:t>“Good.”</w:t>
      </w:r>
    </w:p>
    <w:p>
      <w:pPr>
        <w:spacing w:after="120"/>
      </w:pPr>
      <w:r>
        <w:rPr>
          <w:rFonts w:ascii="Georgia" w:hAnsi="Georgia" w:eastAsia="Georgia"/>
          <w:sz w:val="23"/>
        </w:rPr>
        <w:t>She looked at the authorization again.</w:t>
      </w:r>
    </w:p>
    <w:p>
      <w:pPr>
        <w:spacing w:after="120"/>
      </w:pPr>
      <w:r>
        <w:rPr>
          <w:rFonts w:ascii="Georgia" w:hAnsi="Georgia" w:eastAsia="Georgia"/>
          <w:sz w:val="23"/>
        </w:rPr>
        <w:t>The surgery slot showed 0640 the next morning.</w:t>
      </w:r>
    </w:p>
    <w:p>
      <w:pPr>
        <w:spacing w:after="120"/>
      </w:pPr>
      <w:r>
        <w:rPr>
          <w:rFonts w:ascii="Georgia" w:hAnsi="Georgia" w:eastAsia="Georgia"/>
          <w:sz w:val="23"/>
        </w:rPr>
        <w:t>The expected scaffold service range still showed approximately forty years if the intervention and recovery remained ordinary.</w:t>
      </w:r>
    </w:p>
    <w:p>
      <w:pPr>
        <w:spacing w:after="120"/>
      </w:pPr>
      <w:r>
        <w:rPr>
          <w:rFonts w:ascii="Georgia" w:hAnsi="Georgia" w:eastAsia="Georgia"/>
          <w:sz w:val="23"/>
        </w:rPr>
        <w:t>Neither field had changed because Sera had declined.</w:t>
      </w:r>
    </w:p>
    <w:p>
      <w:pPr>
        <w:spacing w:after="120"/>
      </w:pPr>
      <w:r>
        <w:rPr>
          <w:rFonts w:ascii="Georgia" w:hAnsi="Georgia" w:eastAsia="Georgia"/>
          <w:sz w:val="23"/>
        </w:rPr>
        <w:t>That was the result I wanted.</w:t>
      </w:r>
    </w:p>
    <w:p>
      <w:pPr>
        <w:spacing w:after="120"/>
      </w:pPr>
      <w:r>
        <w:rPr>
          <w:rFonts w:ascii="Georgia" w:hAnsi="Georgia" w:eastAsia="Georgia"/>
          <w:sz w:val="23"/>
        </w:rPr>
        <w:t>Ivena tapped the temporary wrist band against the screen.</w:t>
      </w:r>
    </w:p>
    <w:p>
      <w:pPr>
        <w:spacing w:after="120"/>
      </w:pPr>
      <w:r>
        <w:rPr>
          <w:rFonts w:ascii="Georgia" w:hAnsi="Georgia" w:eastAsia="Georgia"/>
          <w:sz w:val="23"/>
        </w:rPr>
        <w:t>“You keep saying you stopped one consequence.”</w:t>
      </w:r>
    </w:p>
    <w:p>
      <w:pPr>
        <w:spacing w:after="120"/>
      </w:pPr>
      <w:r>
        <w:rPr>
          <w:rFonts w:ascii="Georgia" w:hAnsi="Georgia" w:eastAsia="Georgia"/>
          <w:sz w:val="23"/>
        </w:rPr>
        <w:t>“I did.”</w:t>
      </w:r>
    </w:p>
    <w:p>
      <w:pPr>
        <w:spacing w:after="120"/>
      </w:pPr>
      <w:r>
        <w:rPr>
          <w:rFonts w:ascii="Georgia" w:hAnsi="Georgia" w:eastAsia="Georgia"/>
          <w:sz w:val="23"/>
        </w:rPr>
        <w:t>“Do not turn that into modesty. It is still a consequence you made.”</w:t>
      </w:r>
    </w:p>
    <w:p>
      <w:pPr>
        <w:spacing w:after="120"/>
      </w:pPr>
      <w:r>
        <w:rPr>
          <w:rFonts w:ascii="Georgia" w:hAnsi="Georgia" w:eastAsia="Georgia"/>
          <w:sz w:val="23"/>
        </w:rPr>
        <w:t>“I know.”</w:t>
      </w:r>
    </w:p>
    <w:p>
      <w:pPr>
        <w:spacing w:after="120"/>
      </w:pPr>
      <w:r>
        <w:rPr>
          <w:rFonts w:ascii="Georgia" w:hAnsi="Georgia" w:eastAsia="Georgia"/>
          <w:sz w:val="23"/>
        </w:rPr>
        <w:t>“Do you?”</w:t>
      </w:r>
    </w:p>
    <w:p>
      <w:pPr>
        <w:spacing w:after="120"/>
      </w:pPr>
      <w:r>
        <w:rPr>
          <w:rFonts w:ascii="Georgia" w:hAnsi="Georgia" w:eastAsia="Georgia"/>
          <w:sz w:val="23"/>
        </w:rPr>
        <w:t>I looked at the band in her hand.</w:t>
      </w:r>
    </w:p>
    <w:p>
      <w:pPr>
        <w:spacing w:after="120"/>
      </w:pPr>
      <w:r>
        <w:rPr>
          <w:rFonts w:ascii="Georgia" w:hAnsi="Georgia" w:eastAsia="Georgia"/>
          <w:sz w:val="23"/>
        </w:rPr>
        <w:t>At the setting under her sweater.</w:t>
      </w:r>
    </w:p>
    <w:p>
      <w:pPr>
        <w:spacing w:after="120"/>
      </w:pPr>
      <w:r>
        <w:rPr>
          <w:rFonts w:ascii="Georgia" w:hAnsi="Georgia" w:eastAsia="Georgia"/>
          <w:sz w:val="23"/>
        </w:rPr>
        <w:t>At the surgical estimate that converted a morning of database logic into years she might or might not live.</w:t>
      </w:r>
    </w:p>
    <w:p>
      <w:pPr>
        <w:spacing w:after="120"/>
      </w:pPr>
      <w:r>
        <w:rPr>
          <w:rFonts w:ascii="Georgia" w:hAnsi="Georgia" w:eastAsia="Georgia"/>
          <w:sz w:val="23"/>
        </w:rPr>
        <w:t>“Yes.”</w:t>
      </w:r>
    </w:p>
    <w:p>
      <w:pPr>
        <w:spacing w:after="120"/>
      </w:pPr>
      <w:r>
        <w:rPr>
          <w:rFonts w:ascii="Georgia" w:hAnsi="Georgia" w:eastAsia="Georgia"/>
          <w:sz w:val="23"/>
        </w:rPr>
        <w:t>She watched me long enough to decide whether to believe the answer.</w:t>
      </w:r>
    </w:p>
    <w:p>
      <w:pPr>
        <w:spacing w:after="120"/>
      </w:pPr>
      <w:r>
        <w:rPr>
          <w:rFonts w:ascii="Georgia" w:hAnsi="Georgia" w:eastAsia="Georgia"/>
          <w:sz w:val="23"/>
        </w:rPr>
        <w:t>“Then tell me who can stop tomorrow.”</w:t>
      </w:r>
    </w:p>
    <w:p>
      <w:pPr>
        <w:spacing w:after="120"/>
      </w:pPr>
      <w:r>
        <w:rPr>
          <w:rFonts w:ascii="Georgia" w:hAnsi="Georgia" w:eastAsia="Georgia"/>
          <w:sz w:val="23"/>
        </w:rPr>
        <w:t>I listed them.</w:t>
      </w:r>
    </w:p>
    <w:p>
      <w:pPr>
        <w:spacing w:after="120"/>
      </w:pPr>
      <w:r>
        <w:rPr>
          <w:rFonts w:ascii="Georgia" w:hAnsi="Georgia" w:eastAsia="Georgia"/>
          <w:sz w:val="23"/>
        </w:rPr>
        <w:t>Ivena while she could report reliably.</w:t>
      </w:r>
    </w:p>
    <w:p>
      <w:pPr>
        <w:spacing w:after="120"/>
      </w:pPr>
      <w:r>
        <w:rPr>
          <w:rFonts w:ascii="Georgia" w:hAnsi="Georgia" w:eastAsia="Georgia"/>
          <w:sz w:val="23"/>
        </w:rPr>
        <w:t>Olan for surgery.</w:t>
      </w:r>
    </w:p>
    <w:p>
      <w:pPr>
        <w:spacing w:after="120"/>
      </w:pPr>
      <w:r>
        <w:rPr>
          <w:rFonts w:ascii="Georgia" w:hAnsi="Georgia" w:eastAsia="Georgia"/>
          <w:sz w:val="23"/>
        </w:rPr>
        <w:t>Riss for perfusion and integration.</w:t>
      </w:r>
    </w:p>
    <w:p>
      <w:pPr>
        <w:spacing w:after="120"/>
      </w:pPr>
      <w:r>
        <w:rPr>
          <w:rFonts w:ascii="Georgia" w:hAnsi="Georgia" w:eastAsia="Georgia"/>
          <w:sz w:val="23"/>
        </w:rPr>
        <w:t>Miren for the setting.</w:t>
      </w:r>
    </w:p>
    <w:p>
      <w:pPr>
        <w:spacing w:after="120"/>
      </w:pPr>
      <w:r>
        <w:rPr>
          <w:rFonts w:ascii="Georgia" w:hAnsi="Georgia" w:eastAsia="Georgia"/>
          <w:sz w:val="23"/>
        </w:rPr>
        <w:t>Restart after a technical hold would require the responsible operators to agree.</w:t>
      </w:r>
    </w:p>
    <w:p>
      <w:pPr>
        <w:spacing w:after="120"/>
      </w:pPr>
      <w:r>
        <w:rPr>
          <w:rFonts w:ascii="Georgia" w:hAnsi="Georgia" w:eastAsia="Georgia"/>
          <w:sz w:val="23"/>
        </w:rPr>
        <w:t>“And you?”</w:t>
      </w:r>
    </w:p>
    <w:p>
      <w:pPr>
        <w:spacing w:after="120"/>
      </w:pPr>
      <w:r>
        <w:rPr>
          <w:rFonts w:ascii="Georgia" w:hAnsi="Georgia" w:eastAsia="Georgia"/>
          <w:sz w:val="23"/>
        </w:rPr>
        <w:t>“I can identify technical evidence. I do not get sole restart authority.”</w:t>
      </w:r>
    </w:p>
    <w:p>
      <w:pPr>
        <w:spacing w:after="120"/>
      </w:pPr>
      <w:r>
        <w:rPr>
          <w:rFonts w:ascii="Georgia" w:hAnsi="Georgia" w:eastAsia="Georgia"/>
          <w:sz w:val="23"/>
        </w:rPr>
        <w:t>“Why?”</w:t>
      </w:r>
    </w:p>
    <w:p>
      <w:pPr>
        <w:spacing w:after="120"/>
      </w:pPr>
      <w:r>
        <w:rPr>
          <w:rFonts w:ascii="Georgia" w:hAnsi="Georgia" w:eastAsia="Georgia"/>
          <w:sz w:val="23"/>
        </w:rPr>
        <w:t>“Because I am the person most likely to want an explanation while the room is still changing.”</w:t>
      </w:r>
    </w:p>
    <w:p>
      <w:pPr>
        <w:spacing w:after="120"/>
      </w:pPr>
      <w:r>
        <w:rPr>
          <w:rFonts w:ascii="Georgia" w:hAnsi="Georgia" w:eastAsia="Georgia"/>
          <w:sz w:val="23"/>
        </w:rPr>
        <w:t>Her mouth moved once.</w:t>
      </w:r>
    </w:p>
    <w:p>
      <w:pPr>
        <w:spacing w:after="120"/>
      </w:pPr>
      <w:r>
        <w:rPr>
          <w:rFonts w:ascii="Georgia" w:hAnsi="Georgia" w:eastAsia="Georgia"/>
          <w:sz w:val="23"/>
        </w:rPr>
        <w:t>Not quite a smile.</w:t>
      </w:r>
    </w:p>
    <w:p>
      <w:pPr>
        <w:spacing w:after="120"/>
      </w:pPr>
      <w:r>
        <w:rPr>
          <w:rFonts w:ascii="Georgia" w:hAnsi="Georgia" w:eastAsia="Georgia"/>
          <w:sz w:val="23"/>
        </w:rPr>
        <w:t>“That sounds expensive to learn.”</w:t>
      </w:r>
    </w:p>
    <w:p>
      <w:pPr>
        <w:spacing w:after="120"/>
      </w:pPr>
      <w:r>
        <w:rPr>
          <w:rFonts w:ascii="Georgia" w:hAnsi="Georgia" w:eastAsia="Georgia"/>
          <w:sz w:val="23"/>
        </w:rPr>
        <w:t>“It was.”</w:t>
      </w:r>
    </w:p>
    <w:p>
      <w:pPr>
        <w:spacing w:after="120"/>
      </w:pPr>
      <w:r>
        <w:rPr>
          <w:rFonts w:ascii="Georgia" w:hAnsi="Georgia" w:eastAsia="Georgia"/>
          <w:sz w:val="23"/>
        </w:rPr>
        <w:t>A phlebotomy technician opened the door and called Ivena’s name.</w:t>
      </w:r>
    </w:p>
    <w:p>
      <w:pPr>
        <w:spacing w:after="120"/>
      </w:pPr>
      <w:r>
        <w:rPr>
          <w:rFonts w:ascii="Georgia" w:hAnsi="Georgia" w:eastAsia="Georgia"/>
          <w:sz w:val="23"/>
        </w:rPr>
        <w:t>Ivena stood.</w:t>
      </w:r>
    </w:p>
    <w:p>
      <w:pPr>
        <w:spacing w:after="120"/>
      </w:pPr>
      <w:r>
        <w:rPr>
          <w:rFonts w:ascii="Georgia" w:hAnsi="Georgia" w:eastAsia="Georgia"/>
          <w:sz w:val="23"/>
        </w:rPr>
        <w:t>“Sera is picking me up if I am discharged on schedule.”</w:t>
      </w:r>
    </w:p>
    <w:p>
      <w:pPr>
        <w:spacing w:after="120"/>
      </w:pPr>
      <w:r>
        <w:rPr>
          <w:rFonts w:ascii="Georgia" w:hAnsi="Georgia" w:eastAsia="Georgia"/>
          <w:sz w:val="23"/>
        </w:rPr>
        <w:t>I did not know why she told me until she continued.</w:t>
      </w:r>
    </w:p>
    <w:p>
      <w:pPr>
        <w:spacing w:after="120"/>
      </w:pPr>
      <w:r>
        <w:rPr>
          <w:rFonts w:ascii="Georgia" w:hAnsi="Georgia" w:eastAsia="Georgia"/>
          <w:sz w:val="23"/>
        </w:rPr>
        <w:t>“She is not my patient, caregiver, relational variable or emergency technical surface. She is giving me a ride.”</w:t>
      </w:r>
    </w:p>
    <w:p>
      <w:pPr>
        <w:spacing w:after="120"/>
      </w:pPr>
      <w:r>
        <w:rPr>
          <w:rFonts w:ascii="Georgia" w:hAnsi="Georgia" w:eastAsia="Georgia"/>
          <w:sz w:val="23"/>
        </w:rPr>
        <w:t>“Understood.”</w:t>
      </w:r>
    </w:p>
    <w:p>
      <w:pPr>
        <w:spacing w:after="120"/>
      </w:pPr>
      <w:r>
        <w:rPr>
          <w:rFonts w:ascii="Georgia" w:hAnsi="Georgia" w:eastAsia="Georgia"/>
          <w:sz w:val="23"/>
        </w:rPr>
        <w:t>“You will be tempted to make a field for it.”</w:t>
      </w:r>
    </w:p>
    <w:p>
      <w:pPr>
        <w:spacing w:after="120"/>
      </w:pPr>
      <w:r>
        <w:rPr>
          <w:rFonts w:ascii="Georgia" w:hAnsi="Georgia" w:eastAsia="Georgia"/>
          <w:sz w:val="23"/>
        </w:rPr>
        <w:t>“No.”</w:t>
      </w:r>
    </w:p>
    <w:p>
      <w:pPr>
        <w:spacing w:after="120"/>
      </w:pPr>
      <w:r>
        <w:rPr>
          <w:rFonts w:ascii="Georgia" w:hAnsi="Georgia" w:eastAsia="Georgia"/>
          <w:sz w:val="23"/>
        </w:rPr>
        <w:t>She pointed at me with the hospital band.</w:t>
      </w:r>
    </w:p>
    <w:p>
      <w:pPr>
        <w:spacing w:after="120"/>
      </w:pPr>
      <w:r>
        <w:rPr>
          <w:rFonts w:ascii="Georgia" w:hAnsi="Georgia" w:eastAsia="Georgia"/>
          <w:sz w:val="23"/>
        </w:rPr>
        <w:t>“That answer was too fast.”</w:t>
      </w:r>
    </w:p>
    <w:p>
      <w:pPr>
        <w:spacing w:after="120"/>
      </w:pPr>
      <w:r>
        <w:rPr>
          <w:rFonts w:ascii="Georgia" w:hAnsi="Georgia" w:eastAsia="Georgia"/>
          <w:sz w:val="23"/>
        </w:rPr>
        <w:t>Then she went for the blood draw.</w:t>
      </w:r>
    </w:p>
    <w:p>
      <w:pPr>
        <w:spacing w:after="120"/>
      </w:pPr>
      <w:r>
        <w:rPr>
          <w:rFonts w:ascii="Georgia" w:hAnsi="Georgia" w:eastAsia="Georgia"/>
          <w:sz w:val="23"/>
        </w:rPr>
        <w:t>The authorization remained open on the wall.</w:t>
      </w:r>
    </w:p>
    <w:p>
      <w:pPr>
        <w:spacing w:after="120"/>
      </w:pPr>
      <w:r>
        <w:rPr>
          <w:rFonts w:ascii="Georgia" w:hAnsi="Georgia" w:eastAsia="Georgia"/>
          <w:sz w:val="23"/>
        </w:rPr>
        <w:t>Sera was no longer inside it.</w:t>
      </w:r>
    </w:p>
    <w:p>
      <w:pPr>
        <w:spacing w:after="120"/>
      </w:pPr>
      <w:r>
        <w:rPr>
          <w:rFonts w:ascii="Georgia" w:hAnsi="Georgia" w:eastAsia="Georgia"/>
          <w:sz w:val="23"/>
        </w:rPr>
        <w:t>Her history was.</w:t>
      </w:r>
    </w:p>
    <w:p>
      <w:pPr>
        <w:spacing w:after="120"/>
      </w:pPr>
      <w:r>
        <w:rPr>
          <w:rFonts w:ascii="Georgia" w:hAnsi="Georgia" w:eastAsia="Georgia"/>
          <w:sz w:val="23"/>
        </w:rPr>
        <w:t>The shape was correct.</w:t>
      </w:r>
    </w:p>
    <w:p>
      <w:pPr>
        <w:spacing w:after="120"/>
      </w:pPr>
      <w:r>
        <w:rPr>
          <w:rFonts w:ascii="Georgia" w:hAnsi="Georgia" w:eastAsia="Georgia"/>
          <w:sz w:val="23"/>
        </w:rPr>
        <w:t>The repair was not clean.</w:t>
      </w:r>
    </w:p>
    <w:p>
      <w:pPr>
        <w:spacing w:after="120"/>
      </w:pPr>
      <w:r>
        <w:rPr>
          <w:rFonts w:ascii="Georgia" w:hAnsi="Georgia" w:eastAsia="Georgia"/>
          <w:sz w:val="23"/>
        </w:rPr>
        <w:t>Sera had still awakened inside a medical relationship she had not chosen and spent part of her morning asserting a boundary that had existed before the database learned to represent it. The audit record would keep that fact because I refused to delete the path that created it.</w:t>
      </w:r>
    </w:p>
    <w:p>
      <w:pPr>
        <w:spacing w:after="120"/>
      </w:pPr>
      <w:r>
        <w:rPr>
          <w:rFonts w:ascii="Georgia" w:hAnsi="Georgia" w:eastAsia="Georgia"/>
          <w:sz w:val="23"/>
        </w:rPr>
        <w:t>I had not solved my error.</w:t>
      </w:r>
    </w:p>
    <w:p>
      <w:pPr>
        <w:spacing w:after="120"/>
      </w:pPr>
      <w:r>
        <w:rPr>
          <w:rFonts w:ascii="Georgia" w:hAnsi="Georgia" w:eastAsia="Georgia"/>
          <w:sz w:val="23"/>
        </w:rPr>
        <w:t>I had stopped one consequence.</w:t>
      </w:r>
    </w:p>
    <w:p>
      <w:pPr>
        <w:keepNext/>
        <w:pageBreakBefore/>
        <w:jc w:val="center"/>
      </w:pPr>
      <w:r>
        <w:rPr>
          <w:rFonts w:ascii="Georgia" w:hAnsi="Georgia" w:eastAsia="Georgia"/>
          <w:b/>
          <w:sz w:val="28"/>
        </w:rPr>
        <w:t>Chapter Six — The Operation</w:t>
      </w:r>
    </w:p>
    <w:p>
      <w:r>
        <w:rPr>
          <w:rFonts w:ascii="Georgia" w:hAnsi="Georgia" w:eastAsia="Georgia"/>
          <w:sz w:val="23"/>
        </w:rPr>
        <w:t>Sera was no longer a patient when Ivena entered the simulation suite.</w:t>
      </w:r>
    </w:p>
    <w:p>
      <w:r>
        <w:rPr>
          <w:rFonts w:ascii="Georgia" w:hAnsi="Georgia" w:eastAsia="Georgia"/>
          <w:sz w:val="23"/>
        </w:rPr>
        <w:t>That did not make Sera irrelevant to history. It made her unavailable to this intervention unless a new necessity was demonstrated.</w:t>
      </w:r>
    </w:p>
    <w:p>
      <w:r>
        <w:rPr>
          <w:rFonts w:ascii="Georgia" w:hAnsi="Georgia" w:eastAsia="Georgia"/>
          <w:sz w:val="23"/>
        </w:rPr>
        <w:t>The distinction cost us convenience.</w:t>
      </w:r>
    </w:p>
    <w:p>
      <w:r>
        <w:rPr>
          <w:rFonts w:ascii="Georgia" w:hAnsi="Georgia" w:eastAsia="Georgia"/>
          <w:sz w:val="23"/>
        </w:rPr>
        <w:t>Ivena came down after lunch.</w:t>
      </w:r>
    </w:p>
    <w:p>
      <w:r>
        <w:rPr>
          <w:rFonts w:ascii="Georgia" w:hAnsi="Georgia" w:eastAsia="Georgia"/>
          <w:sz w:val="23"/>
        </w:rPr>
        <w:t>Not for surgery.</w:t>
      </w:r>
    </w:p>
    <w:p>
      <w:r>
        <w:rPr>
          <w:rFonts w:ascii="Georgia" w:hAnsi="Georgia" w:eastAsia="Georgia"/>
          <w:sz w:val="23"/>
        </w:rPr>
        <w:t>For the live rehearsal.</w:t>
      </w:r>
    </w:p>
    <w:p>
      <w:r>
        <w:rPr>
          <w:rFonts w:ascii="Georgia" w:hAnsi="Georgia" w:eastAsia="Georgia"/>
          <w:sz w:val="23"/>
        </w:rPr>
        <w:t>She wore hospital trousers and the red sweater from the first day because she claimed the building needed color.</w:t>
      </w:r>
    </w:p>
    <w:p>
      <w:r>
        <w:rPr>
          <w:rFonts w:ascii="Georgia" w:hAnsi="Georgia" w:eastAsia="Georgia"/>
          <w:sz w:val="23"/>
        </w:rPr>
        <w:t>Olan fitted the surgical monitors.</w:t>
      </w:r>
    </w:p>
    <w:p>
      <w:r>
        <w:rPr>
          <w:rFonts w:ascii="Georgia" w:hAnsi="Georgia" w:eastAsia="Georgia"/>
          <w:sz w:val="23"/>
        </w:rPr>
        <w:t>Riss fitted the motor band to Ivena’s right hand.</w:t>
      </w:r>
    </w:p>
    <w:p>
      <w:r>
        <w:rPr>
          <w:rFonts w:ascii="Georgia" w:hAnsi="Georgia" w:eastAsia="Georgia"/>
          <w:sz w:val="23"/>
        </w:rPr>
        <w:t>“What do I do?” Ivena asked.</w:t>
      </w:r>
    </w:p>
    <w:p>
      <w:r>
        <w:rPr>
          <w:rFonts w:ascii="Georgia" w:hAnsi="Georgia" w:eastAsia="Georgia"/>
          <w:sz w:val="23"/>
        </w:rPr>
        <w:t>“Nothing unless asked,” Riss said.</w:t>
      </w:r>
    </w:p>
    <w:p>
      <w:r>
        <w:rPr>
          <w:rFonts w:ascii="Georgia" w:hAnsi="Georgia" w:eastAsia="Georgia"/>
          <w:sz w:val="23"/>
        </w:rPr>
        <w:t>I approved.</w:t>
      </w:r>
    </w:p>
    <w:p>
      <w:r>
        <w:rPr>
          <w:rFonts w:ascii="Georgia" w:hAnsi="Georgia" w:eastAsia="Georgia"/>
          <w:sz w:val="23"/>
        </w:rPr>
        <w:t>“You are the six-fingered one.”</w:t>
      </w:r>
    </w:p>
    <w:p>
      <w:r>
        <w:rPr>
          <w:rFonts w:ascii="Georgia" w:hAnsi="Georgia" w:eastAsia="Georgia"/>
          <w:sz w:val="23"/>
        </w:rPr>
        <w:t>“Today.”</w:t>
      </w:r>
    </w:p>
    <w:p>
      <w:r>
        <w:rPr>
          <w:rFonts w:ascii="Georgia" w:hAnsi="Georgia" w:eastAsia="Georgia"/>
          <w:sz w:val="23"/>
        </w:rPr>
        <w:t>“Good hands.”</w:t>
      </w:r>
    </w:p>
    <w:p>
      <w:r>
        <w:rPr>
          <w:rFonts w:ascii="Georgia" w:hAnsi="Georgia" w:eastAsia="Georgia"/>
          <w:sz w:val="23"/>
        </w:rPr>
        <w:t>“That was the idea.”</w:t>
      </w:r>
    </w:p>
    <w:p>
      <w:r>
        <w:rPr>
          <w:rFonts w:ascii="Georgia" w:hAnsi="Georgia" w:eastAsia="Georgia"/>
          <w:sz w:val="23"/>
        </w:rPr>
        <w:t>Ivena looked at me.</w:t>
      </w:r>
    </w:p>
    <w:p>
      <w:r>
        <w:rPr>
          <w:rFonts w:ascii="Georgia" w:hAnsi="Georgia" w:eastAsia="Georgia"/>
          <w:sz w:val="23"/>
        </w:rPr>
        <w:t>“Where is Sera?”</w:t>
      </w:r>
    </w:p>
    <w:p>
      <w:r>
        <w:rPr>
          <w:rFonts w:ascii="Georgia" w:hAnsi="Georgia" w:eastAsia="Georgia"/>
          <w:sz w:val="23"/>
        </w:rPr>
        <w:t>“Not here.”</w:t>
      </w:r>
    </w:p>
    <w:p>
      <w:r>
        <w:rPr>
          <w:rFonts w:ascii="Georgia" w:hAnsi="Georgia" w:eastAsia="Georgia"/>
          <w:sz w:val="23"/>
        </w:rPr>
        <w:t>“Did she refuse?”</w:t>
      </w:r>
    </w:p>
    <w:p>
      <w:r>
        <w:rPr>
          <w:rFonts w:ascii="Georgia" w:hAnsi="Georgia" w:eastAsia="Georgia"/>
          <w:sz w:val="23"/>
        </w:rPr>
        <w:t>“Yes.”</w:t>
      </w:r>
    </w:p>
    <w:p>
      <w:r>
        <w:rPr>
          <w:rFonts w:ascii="Georgia" w:hAnsi="Georgia" w:eastAsia="Georgia"/>
          <w:sz w:val="23"/>
        </w:rPr>
        <w:t>“Then leave it there.”</w:t>
      </w:r>
    </w:p>
    <w:p>
      <w:r>
        <w:rPr>
          <w:rFonts w:ascii="Georgia" w:hAnsi="Georgia" w:eastAsia="Georgia"/>
          <w:sz w:val="23"/>
        </w:rPr>
        <w:t>“She said she is not angry with you.”</w:t>
      </w:r>
    </w:p>
    <w:p>
      <w:r>
        <w:rPr>
          <w:rFonts w:ascii="Georgia" w:hAnsi="Georgia" w:eastAsia="Georgia"/>
          <w:sz w:val="23"/>
        </w:rPr>
        <w:t>“I know. She called.”</w:t>
      </w:r>
    </w:p>
    <w:p>
      <w:r>
        <w:rPr>
          <w:rFonts w:ascii="Georgia" w:hAnsi="Georgia" w:eastAsia="Georgia"/>
          <w:sz w:val="23"/>
        </w:rPr>
        <w:t>“Then why ask?”</w:t>
      </w:r>
    </w:p>
    <w:p>
      <w:r>
        <w:rPr>
          <w:rFonts w:ascii="Georgia" w:hAnsi="Georgia" w:eastAsia="Georgia"/>
          <w:sz w:val="23"/>
        </w:rPr>
        <w:t>“I wanted to know what you would say.”</w:t>
      </w:r>
    </w:p>
    <w:p>
      <w:r>
        <w:rPr>
          <w:rFonts w:ascii="Georgia" w:hAnsi="Georgia" w:eastAsia="Georgia"/>
          <w:sz w:val="23"/>
        </w:rPr>
        <w:t>“That is manipulative.”</w:t>
      </w:r>
    </w:p>
    <w:p>
      <w:r>
        <w:rPr>
          <w:rFonts w:ascii="Georgia" w:hAnsi="Georgia" w:eastAsia="Georgia"/>
          <w:sz w:val="23"/>
        </w:rPr>
        <w:t>“I was married fifty years. I practiced.”</w:t>
      </w:r>
    </w:p>
    <w:p>
      <w:r>
        <w:rPr>
          <w:rFonts w:ascii="Georgia" w:hAnsi="Georgia" w:eastAsia="Georgia"/>
          <w:sz w:val="23"/>
        </w:rPr>
        <w:t>Forty-nine.</w:t>
      </w:r>
    </w:p>
    <w:p>
      <w:r>
        <w:rPr>
          <w:rFonts w:ascii="Georgia" w:hAnsi="Georgia" w:eastAsia="Georgia"/>
          <w:sz w:val="23"/>
        </w:rPr>
        <w:t>I did not correct her.</w:t>
      </w:r>
    </w:p>
    <w:p>
      <w:r>
        <w:rPr>
          <w:rFonts w:ascii="Georgia" w:hAnsi="Georgia" w:eastAsia="Georgia"/>
          <w:sz w:val="23"/>
        </w:rPr>
        <w:t>The rehearsal began with a simulated surgical field at ten percent power.</w:t>
      </w:r>
    </w:p>
    <w:p>
      <w:r>
        <w:rPr>
          <w:rFonts w:ascii="Georgia" w:hAnsi="Georgia" w:eastAsia="Georgia"/>
          <w:sz w:val="23"/>
        </w:rPr>
        <w:t>No tissue work.</w:t>
      </w:r>
    </w:p>
    <w:p>
      <w:r>
        <w:rPr>
          <w:rFonts w:ascii="Georgia" w:hAnsi="Georgia" w:eastAsia="Georgia"/>
          <w:sz w:val="23"/>
        </w:rPr>
        <w:t>No incision.</w:t>
      </w:r>
    </w:p>
    <w:p>
      <w:r>
        <w:rPr>
          <w:rFonts w:ascii="Georgia" w:hAnsi="Georgia" w:eastAsia="Georgia"/>
          <w:sz w:val="23"/>
        </w:rPr>
        <w:t>Only the external geometry the operating room would generate.</w:t>
      </w:r>
    </w:p>
    <w:p>
      <w:r>
        <w:rPr>
          <w:rFonts w:ascii="Georgia" w:hAnsi="Georgia" w:eastAsia="Georgia"/>
          <w:sz w:val="23"/>
        </w:rPr>
        <w:t>Ivena’s setting remained stable.</w:t>
      </w:r>
    </w:p>
    <w:p>
      <w:r>
        <w:rPr>
          <w:rFonts w:ascii="Georgia" w:hAnsi="Georgia" w:eastAsia="Georgia"/>
          <w:sz w:val="23"/>
        </w:rPr>
        <w:t>Right-hand calibration stable.</w:t>
      </w:r>
    </w:p>
    <w:p>
      <w:r>
        <w:rPr>
          <w:rFonts w:ascii="Georgia" w:hAnsi="Georgia" w:eastAsia="Georgia"/>
          <w:sz w:val="23"/>
        </w:rPr>
        <w:t>Twenty percent.</w:t>
      </w:r>
    </w:p>
    <w:p>
      <w:r>
        <w:rPr>
          <w:rFonts w:ascii="Georgia" w:hAnsi="Georgia" w:eastAsia="Georgia"/>
          <w:sz w:val="23"/>
        </w:rPr>
        <w:t>Stable.</w:t>
      </w:r>
    </w:p>
    <w:p>
      <w:r>
        <w:rPr>
          <w:rFonts w:ascii="Georgia" w:hAnsi="Georgia" w:eastAsia="Georgia"/>
          <w:sz w:val="23"/>
        </w:rPr>
        <w:t>Thirty.</w:t>
      </w:r>
    </w:p>
    <w:p>
      <w:r>
        <w:rPr>
          <w:rFonts w:ascii="Georgia" w:hAnsi="Georgia" w:eastAsia="Georgia"/>
          <w:sz w:val="23"/>
        </w:rPr>
        <w:t>Her right index finger moved before the task cue.</w:t>
      </w:r>
    </w:p>
    <w:p>
      <w:r>
        <w:rPr>
          <w:rFonts w:ascii="Georgia" w:hAnsi="Georgia" w:eastAsia="Georgia"/>
          <w:sz w:val="23"/>
        </w:rPr>
        <w:t>Riss stopped.</w:t>
      </w:r>
    </w:p>
    <w:p>
      <w:r>
        <w:rPr>
          <w:rFonts w:ascii="Georgia" w:hAnsi="Georgia" w:eastAsia="Georgia"/>
          <w:sz w:val="23"/>
        </w:rPr>
        <w:t>No one argued.</w:t>
      </w:r>
    </w:p>
    <w:p>
      <w:r>
        <w:rPr>
          <w:rFonts w:ascii="Georgia" w:hAnsi="Georgia" w:eastAsia="Georgia"/>
          <w:sz w:val="23"/>
        </w:rPr>
        <w:t>“Report,” I said.</w:t>
      </w:r>
    </w:p>
    <w:p>
      <w:r>
        <w:rPr>
          <w:rFonts w:ascii="Georgia" w:hAnsi="Georgia" w:eastAsia="Georgia"/>
          <w:sz w:val="23"/>
        </w:rPr>
        <w:t>Ivena looked at her hand.</w:t>
      </w:r>
    </w:p>
    <w:p>
      <w:r>
        <w:rPr>
          <w:rFonts w:ascii="Georgia" w:hAnsi="Georgia" w:eastAsia="Georgia"/>
          <w:sz w:val="23"/>
        </w:rPr>
        <w:t>“It wanted to close.”</w:t>
      </w:r>
    </w:p>
    <w:p>
      <w:r>
        <w:rPr>
          <w:rFonts w:ascii="Georgia" w:hAnsi="Georgia" w:eastAsia="Georgia"/>
          <w:sz w:val="23"/>
        </w:rPr>
        <w:t>“Pain?”</w:t>
      </w:r>
    </w:p>
    <w:p>
      <w:r>
        <w:rPr>
          <w:rFonts w:ascii="Georgia" w:hAnsi="Georgia" w:eastAsia="Georgia"/>
          <w:sz w:val="23"/>
        </w:rPr>
        <w:t>“No.”</w:t>
      </w:r>
    </w:p>
    <w:p>
      <w:r>
        <w:rPr>
          <w:rFonts w:ascii="Georgia" w:hAnsi="Georgia" w:eastAsia="Georgia"/>
          <w:sz w:val="23"/>
        </w:rPr>
        <w:t>“Location change?”</w:t>
      </w:r>
    </w:p>
    <w:p>
      <w:r>
        <w:rPr>
          <w:rFonts w:ascii="Georgia" w:hAnsi="Georgia" w:eastAsia="Georgia"/>
          <w:sz w:val="23"/>
        </w:rPr>
        <w:t>“No.”</w:t>
      </w:r>
    </w:p>
    <w:p>
      <w:r>
        <w:rPr>
          <w:rFonts w:ascii="Georgia" w:hAnsi="Georgia" w:eastAsia="Georgia"/>
          <w:sz w:val="23"/>
        </w:rPr>
        <w:t>“Setting sensation?”</w:t>
      </w:r>
    </w:p>
    <w:p>
      <w:r>
        <w:rPr>
          <w:rFonts w:ascii="Georgia" w:hAnsi="Georgia" w:eastAsia="Georgia"/>
          <w:sz w:val="23"/>
        </w:rPr>
        <w:t>“Warmer.”</w:t>
      </w:r>
    </w:p>
    <w:p>
      <w:r>
        <w:rPr>
          <w:rFonts w:ascii="Georgia" w:hAnsi="Georgia" w:eastAsia="Georgia"/>
          <w:sz w:val="23"/>
        </w:rPr>
        <w:t>Surface temperature unchanged.</w:t>
      </w:r>
    </w:p>
    <w:p>
      <w:r>
        <w:rPr>
          <w:rFonts w:ascii="Georgia" w:hAnsi="Georgia" w:eastAsia="Georgia"/>
          <w:sz w:val="23"/>
        </w:rPr>
        <w:t>Field trace showed no excursion outside containment tolerance.</w:t>
      </w:r>
    </w:p>
    <w:p>
      <w:r>
        <w:rPr>
          <w:rFonts w:ascii="Georgia" w:hAnsi="Georgia" w:eastAsia="Georgia"/>
          <w:sz w:val="23"/>
        </w:rPr>
        <w:t>The green would have stayed green.</w:t>
      </w:r>
    </w:p>
    <w:p>
      <w:r>
        <w:rPr>
          <w:rFonts w:ascii="Georgia" w:hAnsi="Georgia" w:eastAsia="Georgia"/>
          <w:sz w:val="23"/>
        </w:rPr>
        <w:t>Riss changed the surgical field orientation by twelve degrees without increasing power.</w:t>
      </w:r>
    </w:p>
    <w:p>
      <w:r>
        <w:rPr>
          <w:rFonts w:ascii="Georgia" w:hAnsi="Georgia" w:eastAsia="Georgia"/>
          <w:sz w:val="23"/>
        </w:rPr>
        <w:t>The motor band returned to baseline.</w:t>
      </w:r>
    </w:p>
    <w:p>
      <w:r>
        <w:rPr>
          <w:rFonts w:ascii="Georgia" w:hAnsi="Georgia" w:eastAsia="Georgia"/>
          <w:sz w:val="23"/>
        </w:rPr>
        <w:t>“Again?” Olan asked.</w:t>
      </w:r>
    </w:p>
    <w:p>
      <w:r>
        <w:rPr>
          <w:rFonts w:ascii="Georgia" w:hAnsi="Georgia" w:eastAsia="Georgia"/>
          <w:sz w:val="23"/>
        </w:rPr>
        <w:t>Ivena said, “Yes.”</w:t>
      </w:r>
    </w:p>
    <w:p>
      <w:r>
        <w:rPr>
          <w:rFonts w:ascii="Georgia" w:hAnsi="Georgia" w:eastAsia="Georgia"/>
          <w:sz w:val="23"/>
        </w:rPr>
        <w:t>Riss looked at me.</w:t>
      </w:r>
    </w:p>
    <w:p>
      <w:r>
        <w:rPr>
          <w:rFonts w:ascii="Georgia" w:hAnsi="Georgia" w:eastAsia="Georgia"/>
          <w:sz w:val="23"/>
        </w:rPr>
        <w:t>“Her answer first,” I said.</w:t>
      </w:r>
    </w:p>
    <w:p>
      <w:r>
        <w:rPr>
          <w:rFonts w:ascii="Georgia" w:hAnsi="Georgia" w:eastAsia="Georgia"/>
          <w:sz w:val="23"/>
        </w:rPr>
        <w:t>“I know. I was checking whether you did.”</w:t>
      </w:r>
    </w:p>
    <w:p>
      <w:r>
        <w:rPr>
          <w:rFonts w:ascii="Georgia" w:hAnsi="Georgia" w:eastAsia="Georgia"/>
          <w:sz w:val="23"/>
        </w:rPr>
        <w:t>We repeated.</w:t>
      </w:r>
    </w:p>
    <w:p>
      <w:r>
        <w:rPr>
          <w:rFonts w:ascii="Georgia" w:hAnsi="Georgia" w:eastAsia="Georgia"/>
          <w:sz w:val="23"/>
        </w:rPr>
        <w:t>Same result at the original orientation.</w:t>
      </w:r>
    </w:p>
    <w:p>
      <w:r>
        <w:rPr>
          <w:rFonts w:ascii="Georgia" w:hAnsi="Georgia" w:eastAsia="Georgia"/>
          <w:sz w:val="23"/>
        </w:rPr>
        <w:t>No result at twelve degrees offset.</w:t>
      </w:r>
    </w:p>
    <w:p>
      <w:r>
        <w:rPr>
          <w:rFonts w:ascii="Georgia" w:hAnsi="Georgia" w:eastAsia="Georgia"/>
          <w:sz w:val="23"/>
        </w:rPr>
        <w:t>Not Sera.</w:t>
      </w:r>
    </w:p>
    <w:p>
      <w:r>
        <w:rPr>
          <w:rFonts w:ascii="Georgia" w:hAnsi="Georgia" w:eastAsia="Georgia"/>
          <w:sz w:val="23"/>
        </w:rPr>
        <w:t>Not co-contact.</w:t>
      </w:r>
    </w:p>
    <w:p>
      <w:r>
        <w:rPr>
          <w:rFonts w:ascii="Georgia" w:hAnsi="Georgia" w:eastAsia="Georgia"/>
          <w:sz w:val="23"/>
        </w:rPr>
        <w:t>Not identity.</w:t>
      </w:r>
    </w:p>
    <w:p>
      <w:r>
        <w:rPr>
          <w:rFonts w:ascii="Georgia" w:hAnsi="Georgia" w:eastAsia="Georgia"/>
          <w:sz w:val="23"/>
        </w:rPr>
        <w:t>A local interaction between current surgical geometry and Ivena’s current integrated condition.</w:t>
      </w:r>
    </w:p>
    <w:p>
      <w:r>
        <w:rPr>
          <w:rFonts w:ascii="Georgia" w:hAnsi="Georgia" w:eastAsia="Georgia"/>
          <w:sz w:val="23"/>
        </w:rPr>
        <w:t>Enough to change the operative plan.</w:t>
      </w:r>
    </w:p>
    <w:p>
      <w:r>
        <w:rPr>
          <w:rFonts w:ascii="Georgia" w:hAnsi="Georgia" w:eastAsia="Georgia"/>
          <w:sz w:val="23"/>
        </w:rPr>
        <w:t>Olan changed it.</w:t>
      </w:r>
    </w:p>
    <w:p>
      <w:r>
        <w:rPr>
          <w:rFonts w:ascii="Georgia" w:hAnsi="Georgia" w:eastAsia="Georgia"/>
          <w:sz w:val="23"/>
        </w:rPr>
        <w:t>Two centimeters more lateral.</w:t>
      </w:r>
    </w:p>
    <w:p>
      <w:r>
        <w:rPr>
          <w:rFonts w:ascii="Georgia" w:hAnsi="Georgia" w:eastAsia="Georgia"/>
          <w:sz w:val="23"/>
        </w:rPr>
        <w:t>Seven minutes longer.</w:t>
      </w:r>
    </w:p>
    <w:p>
      <w:r>
        <w:rPr>
          <w:rFonts w:ascii="Georgia" w:hAnsi="Georgia" w:eastAsia="Georgia"/>
          <w:sz w:val="23"/>
        </w:rPr>
        <w:t>Higher ordinary surgical difficulty.</w:t>
      </w:r>
    </w:p>
    <w:p>
      <w:r>
        <w:rPr>
          <w:rFonts w:ascii="Georgia" w:hAnsi="Georgia" w:eastAsia="Georgia"/>
          <w:sz w:val="23"/>
        </w:rPr>
        <w:t>Lower observed carrier interference.</w:t>
      </w:r>
    </w:p>
    <w:p>
      <w:r>
        <w:rPr>
          <w:rFonts w:ascii="Georgia" w:hAnsi="Georgia" w:eastAsia="Georgia"/>
          <w:sz w:val="23"/>
        </w:rPr>
        <w:t>Olan rotated the thoracic model and showed us what the two centimeters cost. The lateral path crossed denser scar tissue from Ivena’s old rib reconstruction, reduced his working angle at the third anchor, and put one vascular branch behind the new scaffold instead of beside it.</w:t>
      </w:r>
    </w:p>
    <w:p>
      <w:r>
        <w:rPr>
          <w:rFonts w:ascii="Georgia" w:hAnsi="Georgia" w:eastAsia="Georgia"/>
          <w:sz w:val="23"/>
        </w:rPr>
        <w:t>“Ordinary surgical risk goes up,” he said.</w:t>
      </w:r>
    </w:p>
    <w:p>
      <w:r>
        <w:rPr>
          <w:rFonts w:ascii="Georgia" w:hAnsi="Georgia" w:eastAsia="Georgia"/>
          <w:sz w:val="23"/>
        </w:rPr>
        <w:t>“How much?” Ivena asked.</w:t>
      </w:r>
    </w:p>
    <w:p>
      <w:r>
        <w:rPr>
          <w:rFonts w:ascii="Georgia" w:hAnsi="Georgia" w:eastAsia="Georgia"/>
          <w:sz w:val="23"/>
        </w:rPr>
        <w:t>“Enough that I would not choose it without the field result. Not enough that I would refuse it.”</w:t>
      </w:r>
    </w:p>
    <w:p>
      <w:r>
        <w:rPr>
          <w:rFonts w:ascii="Georgia" w:hAnsi="Georgia" w:eastAsia="Georgia"/>
          <w:sz w:val="23"/>
        </w:rPr>
        <w:t>Riss enlarged the perfusion map. “I can keep the branch visible, but the imaging refresh gets closer to the setting envelope.”</w:t>
      </w:r>
    </w:p>
    <w:p>
      <w:r>
        <w:rPr>
          <w:rFonts w:ascii="Georgia" w:hAnsi="Georgia" w:eastAsia="Georgia"/>
          <w:sz w:val="23"/>
        </w:rPr>
        <w:t>“Then we test the refresh now,” I said.</w:t>
      </w:r>
    </w:p>
    <w:p>
      <w:r>
        <w:rPr>
          <w:rFonts w:ascii="Georgia" w:hAnsi="Georgia" w:eastAsia="Georgia"/>
          <w:sz w:val="23"/>
        </w:rPr>
        <w:t>We did.</w:t>
      </w:r>
    </w:p>
    <w:p>
      <w:r>
        <w:rPr>
          <w:rFonts w:ascii="Georgia" w:hAnsi="Georgia" w:eastAsia="Georgia"/>
          <w:sz w:val="23"/>
        </w:rPr>
        <w:t>The refresh added no measurable carrier effect during rehearsal.</w:t>
      </w:r>
    </w:p>
    <w:p>
      <w:r>
        <w:rPr>
          <w:rFonts w:ascii="Georgia" w:hAnsi="Georgia" w:eastAsia="Georgia"/>
          <w:sz w:val="23"/>
        </w:rPr>
        <w:t>That result would become important the next morning for a reason the rehearsal could not predict.</w:t>
      </w:r>
    </w:p>
    <w:p>
      <w:r>
        <w:rPr>
          <w:rFonts w:ascii="Georgia" w:hAnsi="Georgia" w:eastAsia="Georgia"/>
          <w:sz w:val="23"/>
        </w:rPr>
        <w:t>Before Olan accepted the revised path, Riss made us rehearse the stop chain.</w:t>
      </w:r>
    </w:p>
    <w:p>
      <w:r>
        <w:rPr>
          <w:rFonts w:ascii="Georgia" w:hAnsi="Georgia" w:eastAsia="Georgia"/>
          <w:sz w:val="23"/>
        </w:rPr>
        <w:t>Not the field.</w:t>
      </w:r>
    </w:p>
    <w:p>
      <w:r>
        <w:rPr>
          <w:rFonts w:ascii="Georgia" w:hAnsi="Georgia" w:eastAsia="Georgia"/>
          <w:sz w:val="23"/>
        </w:rPr>
        <w:t>The people.</w:t>
      </w:r>
    </w:p>
    <w:p>
      <w:r>
        <w:rPr>
          <w:rFonts w:ascii="Georgia" w:hAnsi="Georgia" w:eastAsia="Georgia"/>
          <w:sz w:val="23"/>
        </w:rPr>
        <w:t>She injected a synthetic carrier-condition alarm into the display without telling us when it would appear. At twenty-eight percent simulated surgical power, the right-hand monitor flashed amber.</w:t>
      </w:r>
    </w:p>
    <w:p>
      <w:r>
        <w:rPr>
          <w:rFonts w:ascii="Georgia" w:hAnsi="Georgia" w:eastAsia="Georgia"/>
          <w:sz w:val="23"/>
        </w:rPr>
        <w:t>Ivena pressed her yellow switch before I spoke.</w:t>
      </w:r>
    </w:p>
    <w:p>
      <w:r>
        <w:rPr>
          <w:rFonts w:ascii="Georgia" w:hAnsi="Georgia" w:eastAsia="Georgia"/>
          <w:sz w:val="23"/>
        </w:rPr>
        <w:t>Olan froze the surgical field.</w:t>
      </w:r>
    </w:p>
    <w:p>
      <w:r>
        <w:rPr>
          <w:rFonts w:ascii="Georgia" w:hAnsi="Georgia" w:eastAsia="Georgia"/>
          <w:sz w:val="23"/>
        </w:rPr>
        <w:t>Riss held perfusion transition.</w:t>
      </w:r>
    </w:p>
    <w:p>
      <w:r>
        <w:rPr>
          <w:rFonts w:ascii="Georgia" w:hAnsi="Georgia" w:eastAsia="Georgia"/>
          <w:sz w:val="23"/>
        </w:rPr>
        <w:t>Miren restored the setting monitor to baseline state.</w:t>
      </w:r>
    </w:p>
    <w:p>
      <w:r>
        <w:rPr>
          <w:rFonts w:ascii="Georgia" w:hAnsi="Georgia" w:eastAsia="Georgia"/>
          <w:sz w:val="23"/>
        </w:rPr>
        <w:t>The whole sequence took one point eight seconds.</w:t>
      </w:r>
    </w:p>
    <w:p>
      <w:r>
        <w:rPr>
          <w:rFonts w:ascii="Georgia" w:hAnsi="Georgia" w:eastAsia="Georgia"/>
          <w:sz w:val="23"/>
        </w:rPr>
        <w:t>“Again,” Ivena said.</w:t>
      </w:r>
    </w:p>
    <w:p>
      <w:r>
        <w:rPr>
          <w:rFonts w:ascii="Georgia" w:hAnsi="Georgia" w:eastAsia="Georgia"/>
          <w:sz w:val="23"/>
        </w:rPr>
        <w:t>“Why?” Olan asked.</w:t>
      </w:r>
    </w:p>
    <w:p>
      <w:r>
        <w:rPr>
          <w:rFonts w:ascii="Georgia" w:hAnsi="Georgia" w:eastAsia="Georgia"/>
          <w:sz w:val="23"/>
        </w:rPr>
        <w:t>“Because I knew the first one was coming eventually. I want one after I get bored.”</w:t>
      </w:r>
    </w:p>
    <w:p>
      <w:r>
        <w:rPr>
          <w:rFonts w:ascii="Georgia" w:hAnsi="Georgia" w:eastAsia="Georgia"/>
          <w:sz w:val="23"/>
        </w:rPr>
        <w:t>Riss ran six minutes without an alarm.</w:t>
      </w:r>
    </w:p>
    <w:p>
      <w:r>
        <w:rPr>
          <w:rFonts w:ascii="Georgia" w:hAnsi="Georgia" w:eastAsia="Georgia"/>
          <w:sz w:val="23"/>
        </w:rPr>
        <w:t>Ivena complained about the chair.</w:t>
      </w:r>
    </w:p>
    <w:p>
      <w:r>
        <w:rPr>
          <w:rFonts w:ascii="Georgia" w:hAnsi="Georgia" w:eastAsia="Georgia"/>
          <w:sz w:val="23"/>
        </w:rPr>
        <w:t>Olan answered a call.</w:t>
      </w:r>
    </w:p>
    <w:p>
      <w:r>
        <w:rPr>
          <w:rFonts w:ascii="Georgia" w:hAnsi="Georgia" w:eastAsia="Georgia"/>
          <w:sz w:val="23"/>
        </w:rPr>
        <w:t>Miren recalibrated a sensor that had not moved.</w:t>
      </w:r>
    </w:p>
    <w:p>
      <w:r>
        <w:rPr>
          <w:rFonts w:ascii="Georgia" w:hAnsi="Georgia" w:eastAsia="Georgia"/>
          <w:sz w:val="23"/>
        </w:rPr>
        <w:t>I stopped expecting the test.</w:t>
      </w:r>
    </w:p>
    <w:p>
      <w:r>
        <w:rPr>
          <w:rFonts w:ascii="Georgia" w:hAnsi="Georgia" w:eastAsia="Georgia"/>
          <w:sz w:val="23"/>
        </w:rPr>
        <w:t>The second alarm came while Ivena was asking whether the hospital coffee had always tasted like sterilized bark.</w:t>
      </w:r>
    </w:p>
    <w:p>
      <w:r>
        <w:rPr>
          <w:rFonts w:ascii="Georgia" w:hAnsi="Georgia" w:eastAsia="Georgia"/>
          <w:sz w:val="23"/>
        </w:rPr>
        <w:t>She pressed the switch half a second later than the first time.</w:t>
      </w:r>
    </w:p>
    <w:p>
      <w:r>
        <w:rPr>
          <w:rFonts w:ascii="Georgia" w:hAnsi="Georgia" w:eastAsia="Georgia"/>
          <w:sz w:val="23"/>
        </w:rPr>
        <w:t>Still before anyone else moved.</w:t>
      </w:r>
    </w:p>
    <w:p>
      <w:r>
        <w:rPr>
          <w:rFonts w:ascii="Georgia" w:hAnsi="Georgia" w:eastAsia="Georgia"/>
          <w:sz w:val="23"/>
        </w:rPr>
        <w:t>The room stopped.</w:t>
      </w:r>
    </w:p>
    <w:p>
      <w:r>
        <w:rPr>
          <w:rFonts w:ascii="Georgia" w:hAnsi="Georgia" w:eastAsia="Georgia"/>
          <w:sz w:val="23"/>
        </w:rPr>
        <w:t>“That one counts,” she said.</w:t>
      </w:r>
    </w:p>
    <w:p>
      <w:r>
        <w:rPr>
          <w:rFonts w:ascii="Georgia" w:hAnsi="Georgia" w:eastAsia="Georgia"/>
          <w:sz w:val="23"/>
        </w:rPr>
        <w:t>Riss cleared the synthetic flag.</w:t>
      </w:r>
    </w:p>
    <w:p>
      <w:r>
        <w:rPr>
          <w:rFonts w:ascii="Georgia" w:hAnsi="Georgia" w:eastAsia="Georgia"/>
          <w:sz w:val="23"/>
        </w:rPr>
        <w:t>Ivena kept her thumb on the switch.</w:t>
      </w:r>
    </w:p>
    <w:p>
      <w:r>
        <w:rPr>
          <w:rFonts w:ascii="Georgia" w:hAnsi="Georgia" w:eastAsia="Georgia"/>
          <w:sz w:val="23"/>
        </w:rPr>
        <w:t>“If this happens tomorrow and everything else is going well, do you still stop?”</w:t>
      </w:r>
    </w:p>
    <w:p>
      <w:r>
        <w:rPr>
          <w:rFonts w:ascii="Georgia" w:hAnsi="Georgia" w:eastAsia="Georgia"/>
          <w:sz w:val="23"/>
        </w:rPr>
        <w:t>“Yes,” Olan said.</w:t>
      </w:r>
    </w:p>
    <w:p>
      <w:r>
        <w:rPr>
          <w:rFonts w:ascii="Georgia" w:hAnsi="Georgia" w:eastAsia="Georgia"/>
          <w:sz w:val="23"/>
        </w:rPr>
        <w:t>“Even if stopping makes the operation harder?”</w:t>
      </w:r>
    </w:p>
    <w:p>
      <w:r>
        <w:rPr>
          <w:rFonts w:ascii="Georgia" w:hAnsi="Georgia" w:eastAsia="Georgia"/>
          <w:sz w:val="23"/>
        </w:rPr>
        <w:t>“Yes.”</w:t>
      </w:r>
    </w:p>
    <w:p>
      <w:r>
        <w:rPr>
          <w:rFonts w:ascii="Georgia" w:hAnsi="Georgia" w:eastAsia="Georgia"/>
          <w:sz w:val="23"/>
        </w:rPr>
        <w:t>“Even if you think it is probably nuisance?”</w:t>
      </w:r>
    </w:p>
    <w:p>
      <w:r>
        <w:rPr>
          <w:rFonts w:ascii="Georgia" w:hAnsi="Georgia" w:eastAsia="Georgia"/>
          <w:sz w:val="23"/>
        </w:rPr>
        <w:t>Olan looked at Riss, then Miren, then me.</w:t>
      </w:r>
    </w:p>
    <w:p>
      <w:r>
        <w:rPr>
          <w:rFonts w:ascii="Georgia" w:hAnsi="Georgia" w:eastAsia="Georgia"/>
          <w:sz w:val="23"/>
        </w:rPr>
        <w:t>“If the agreed carrier threshold is crossed, probably is not restart authority.”</w:t>
      </w:r>
    </w:p>
    <w:p>
      <w:r>
        <w:rPr>
          <w:rFonts w:ascii="Georgia" w:hAnsi="Georgia" w:eastAsia="Georgia"/>
          <w:sz w:val="23"/>
        </w:rPr>
        <w:t>Ivena nodded.</w:t>
      </w:r>
    </w:p>
    <w:p>
      <w:r>
        <w:rPr>
          <w:rFonts w:ascii="Georgia" w:hAnsi="Georgia" w:eastAsia="Georgia"/>
          <w:sz w:val="23"/>
        </w:rPr>
        <w:t>The rehearsal was not proving the operation safe. It was proving that a successful operation would still be allowed to fail if the wrong system began paying for it.</w:t>
      </w:r>
    </w:p>
    <w:p>
      <w:r>
        <w:rPr>
          <w:rFonts w:ascii="Georgia" w:hAnsi="Georgia" w:eastAsia="Georgia"/>
          <w:sz w:val="23"/>
        </w:rPr>
        <w:t>Risk tradeoffs were not safe and unsafe.</w:t>
      </w:r>
    </w:p>
    <w:p>
      <w:r>
        <w:rPr>
          <w:rFonts w:ascii="Georgia" w:hAnsi="Georgia" w:eastAsia="Georgia"/>
          <w:sz w:val="23"/>
        </w:rPr>
        <w:t>They were different costs with different evidence.</w:t>
      </w:r>
    </w:p>
    <w:p>
      <w:r>
        <w:rPr>
          <w:rFonts w:ascii="Georgia" w:hAnsi="Georgia" w:eastAsia="Georgia"/>
          <w:sz w:val="23"/>
        </w:rPr>
        <w:t>“Will this preserve the forty years?” Ivena asked.</w:t>
      </w:r>
    </w:p>
    <w:p>
      <w:r>
        <w:rPr>
          <w:rFonts w:ascii="Georgia" w:hAnsi="Georgia" w:eastAsia="Georgia"/>
          <w:sz w:val="23"/>
        </w:rPr>
        <w:t>Olan answered.</w:t>
      </w:r>
    </w:p>
    <w:p>
      <w:r>
        <w:rPr>
          <w:rFonts w:ascii="Georgia" w:hAnsi="Georgia" w:eastAsia="Georgia"/>
          <w:sz w:val="23"/>
        </w:rPr>
        <w:t>“If the scaffold performs to current estimate.”</w:t>
      </w:r>
    </w:p>
    <w:p>
      <w:r>
        <w:rPr>
          <w:rFonts w:ascii="Georgia" w:hAnsi="Georgia" w:eastAsia="Georgia"/>
          <w:sz w:val="23"/>
        </w:rPr>
        <w:t>“And if I do not get hit by a tram.”</w:t>
      </w:r>
    </w:p>
    <w:p>
      <w:r>
        <w:rPr>
          <w:rFonts w:ascii="Georgia" w:hAnsi="Georgia" w:eastAsia="Georgia"/>
          <w:sz w:val="23"/>
        </w:rPr>
        <w:t>“Also yes.”</w:t>
      </w:r>
    </w:p>
    <w:p>
      <w:r>
        <w:rPr>
          <w:rFonts w:ascii="Georgia" w:hAnsi="Georgia" w:eastAsia="Georgia"/>
          <w:sz w:val="23"/>
        </w:rPr>
        <w:t>“And if the rejuvenation clinic does not turn me into a decorative fungus in thirty years.”</w:t>
      </w:r>
    </w:p>
    <w:p>
      <w:r>
        <w:rPr>
          <w:rFonts w:ascii="Georgia" w:hAnsi="Georgia" w:eastAsia="Georgia"/>
          <w:sz w:val="23"/>
        </w:rPr>
        <w:t>“That complication rate is very low.”</w:t>
      </w:r>
    </w:p>
    <w:p>
      <w:r>
        <w:rPr>
          <w:rFonts w:ascii="Georgia" w:hAnsi="Georgia" w:eastAsia="Georgia"/>
          <w:sz w:val="23"/>
        </w:rPr>
        <w:t>“Not zero.”</w:t>
      </w:r>
    </w:p>
    <w:p>
      <w:r>
        <w:rPr>
          <w:rFonts w:ascii="Georgia" w:hAnsi="Georgia" w:eastAsia="Georgia"/>
          <w:sz w:val="23"/>
        </w:rPr>
        <w:t>“No.”</w:t>
      </w:r>
    </w:p>
    <w:p>
      <w:r>
        <w:rPr>
          <w:rFonts w:ascii="Georgia" w:hAnsi="Georgia" w:eastAsia="Georgia"/>
          <w:sz w:val="23"/>
        </w:rPr>
        <w:t>She nodded.</w:t>
      </w:r>
    </w:p>
    <w:p>
      <w:r>
        <w:rPr>
          <w:rFonts w:ascii="Georgia" w:hAnsi="Georgia" w:eastAsia="Georgia"/>
          <w:sz w:val="23"/>
        </w:rPr>
        <w:t>People lived longer because hundreds of systems had become good at preventing specific endings.</w:t>
      </w:r>
    </w:p>
    <w:p>
      <w:r>
        <w:rPr>
          <w:rFonts w:ascii="Georgia" w:hAnsi="Georgia" w:eastAsia="Georgia"/>
          <w:sz w:val="23"/>
        </w:rPr>
        <w:t>They did not become immortal because the list of endings remained larger than the systems.</w:t>
      </w:r>
    </w:p>
    <w:p>
      <w:r>
        <w:rPr>
          <w:rFonts w:ascii="Georgia" w:hAnsi="Georgia" w:eastAsia="Georgia"/>
          <w:sz w:val="23"/>
        </w:rPr>
        <w:t>The rich could buy private bypasses, faster grafts, custom field-neutral operating rooms, emergency clones of organs, years of anticipatory maintenance.</w:t>
      </w:r>
    </w:p>
    <w:p>
      <w:r>
        <w:rPr>
          <w:rFonts w:ascii="Georgia" w:hAnsi="Georgia" w:eastAsia="Georgia"/>
          <w:sz w:val="23"/>
        </w:rPr>
        <w:t>They could make the list smaller.</w:t>
      </w:r>
    </w:p>
    <w:p>
      <w:r>
        <w:rPr>
          <w:rFonts w:ascii="Georgia" w:hAnsi="Georgia" w:eastAsia="Georgia"/>
          <w:sz w:val="23"/>
        </w:rPr>
        <w:t>They could not make it empty.</w:t>
      </w:r>
    </w:p>
    <w:p>
      <w:r>
        <w:rPr>
          <w:rFonts w:ascii="Georgia" w:hAnsi="Georgia" w:eastAsia="Georgia"/>
          <w:sz w:val="23"/>
        </w:rPr>
        <w:t>Kaethe had always lived in the remaining space.</w:t>
      </w:r>
    </w:p>
    <w:p>
      <w:r>
        <w:rPr>
          <w:rFonts w:ascii="Georgia" w:hAnsi="Georgia" w:eastAsia="Georgia"/>
          <w:sz w:val="23"/>
        </w:rPr>
        <w:t>Not as proof of immortality.</w:t>
      </w:r>
    </w:p>
    <w:p>
      <w:r>
        <w:rPr>
          <w:rFonts w:ascii="Georgia" w:hAnsi="Georgia" w:eastAsia="Georgia"/>
          <w:sz w:val="23"/>
        </w:rPr>
        <w:t>As a phenomenon people could point toward when ordinary medicine finally said no, or not enough, or too late.</w:t>
      </w:r>
    </w:p>
    <w:p>
      <w:r>
        <w:rPr>
          <w:rFonts w:ascii="Georgia" w:hAnsi="Georgia" w:eastAsia="Georgia"/>
          <w:sz w:val="23"/>
        </w:rPr>
        <w:t>Deren had been twenty-nine.</w:t>
      </w:r>
    </w:p>
    <w:p>
      <w:r>
        <w:rPr>
          <w:rFonts w:ascii="Georgia" w:hAnsi="Georgia" w:eastAsia="Georgia"/>
          <w:sz w:val="23"/>
        </w:rPr>
        <w:t>That fact sat under every calculation Ivena made about forty more years.</w:t>
      </w:r>
    </w:p>
    <w:p>
      <w:r>
        <w:rPr>
          <w:rFonts w:ascii="Georgia" w:hAnsi="Georgia" w:eastAsia="Georgia"/>
          <w:sz w:val="23"/>
        </w:rPr>
        <w:t>She did not need to say it.</w:t>
      </w:r>
    </w:p>
    <w:p>
      <w:pPr>
        <w:spacing w:before="80" w:after="80"/>
        <w:jc w:val="center"/>
      </w:pPr>
      <w:r>
        <w:rPr>
          <w:rFonts w:ascii="Georgia" w:hAnsi="Georgia" w:eastAsia="Georgia"/>
          <w:sz w:val="23"/>
        </w:rPr>
        <w:t>§</w:t>
      </w:r>
    </w:p>
    <w:p>
      <w:r>
        <w:rPr>
          <w:rFonts w:ascii="Georgia" w:hAnsi="Georgia" w:eastAsia="Georgia"/>
          <w:sz w:val="23"/>
        </w:rPr>
        <w:t>The operation began the next morning at 0640.</w:t>
      </w:r>
    </w:p>
    <w:p>
      <w:r>
        <w:rPr>
          <w:rFonts w:ascii="Georgia" w:hAnsi="Georgia" w:eastAsia="Georgia"/>
          <w:sz w:val="23"/>
        </w:rPr>
        <w:t>At 0612 Ivena asked to see the final stop sheet before anyone gave her sedation.</w:t>
      </w:r>
    </w:p>
    <w:p>
      <w:r>
        <w:rPr>
          <w:rFonts w:ascii="Georgia" w:hAnsi="Georgia" w:eastAsia="Georgia"/>
          <w:sz w:val="23"/>
        </w:rPr>
        <w:t>She read every name.</w:t>
      </w:r>
    </w:p>
    <w:p>
      <w:r>
        <w:rPr>
          <w:rFonts w:ascii="Georgia" w:hAnsi="Georgia" w:eastAsia="Georgia"/>
          <w:sz w:val="23"/>
        </w:rPr>
        <w:t>IVENA SAR — conscious carrier stop until report unreliable.</w:t>
      </w:r>
    </w:p>
    <w:p>
      <w:r>
        <w:rPr>
          <w:rFonts w:ascii="Georgia" w:hAnsi="Georgia" w:eastAsia="Georgia"/>
          <w:sz w:val="23"/>
        </w:rPr>
        <w:t>MIREN ORR — intimate-setting technical stop.</w:t>
      </w:r>
    </w:p>
    <w:p>
      <w:r>
        <w:rPr>
          <w:rFonts w:ascii="Georgia" w:hAnsi="Georgia" w:eastAsia="Georgia"/>
          <w:sz w:val="23"/>
        </w:rPr>
        <w:t>RISS TOVAN — perfusion and integration stop.</w:t>
      </w:r>
    </w:p>
    <w:p>
      <w:r>
        <w:rPr>
          <w:rFonts w:ascii="Georgia" w:hAnsi="Georgia" w:eastAsia="Georgia"/>
          <w:sz w:val="23"/>
        </w:rPr>
        <w:t>OLAN MEV — surgical stop.</w:t>
      </w:r>
    </w:p>
    <w:p>
      <w:r>
        <w:rPr>
          <w:rFonts w:ascii="Georgia" w:hAnsi="Georgia" w:eastAsia="Georgia"/>
          <w:sz w:val="23"/>
        </w:rPr>
        <w:t>RESTART AFTER TECHNICAL HOLD: UNANIMOUS AMONG CURRENT RESPONSIBLE OPERATORS.</w:t>
      </w:r>
    </w:p>
    <w:p>
      <w:r>
        <w:rPr>
          <w:rFonts w:ascii="Georgia" w:hAnsi="Georgia" w:eastAsia="Georgia"/>
          <w:sz w:val="23"/>
        </w:rPr>
        <w:t>“Where are you?” she asked.</w:t>
      </w:r>
    </w:p>
    <w:p>
      <w:r>
        <w:rPr>
          <w:rFonts w:ascii="Georgia" w:hAnsi="Georgia" w:eastAsia="Georgia"/>
          <w:sz w:val="23"/>
        </w:rPr>
        <w:t>“Observation.”</w:t>
      </w:r>
    </w:p>
    <w:p>
      <w:r>
        <w:rPr>
          <w:rFonts w:ascii="Georgia" w:hAnsi="Georgia" w:eastAsia="Georgia"/>
          <w:sz w:val="23"/>
        </w:rPr>
        <w:t>“No stop?”</w:t>
      </w:r>
    </w:p>
    <w:p>
      <w:r>
        <w:rPr>
          <w:rFonts w:ascii="Georgia" w:hAnsi="Georgia" w:eastAsia="Georgia"/>
          <w:sz w:val="23"/>
        </w:rPr>
        <w:t>“I can call hold on technical evidence. I cannot restart anything.”</w:t>
      </w:r>
    </w:p>
    <w:p>
      <w:r>
        <w:rPr>
          <w:rFonts w:ascii="Georgia" w:hAnsi="Georgia" w:eastAsia="Georgia"/>
          <w:sz w:val="23"/>
        </w:rPr>
        <w:t>She considered that.</w:t>
      </w:r>
    </w:p>
    <w:p>
      <w:r>
        <w:rPr>
          <w:rFonts w:ascii="Georgia" w:hAnsi="Georgia" w:eastAsia="Georgia"/>
          <w:sz w:val="23"/>
        </w:rPr>
        <w:t>“Leave it that way.”</w:t>
      </w:r>
    </w:p>
    <w:p>
      <w:r>
        <w:rPr>
          <w:rFonts w:ascii="Georgia" w:hAnsi="Georgia" w:eastAsia="Georgia"/>
          <w:sz w:val="23"/>
        </w:rPr>
        <w:t>I did not ask better than what.</w:t>
      </w:r>
    </w:p>
    <w:p>
      <w:r>
        <w:rPr>
          <w:rFonts w:ascii="Georgia" w:hAnsi="Georgia" w:eastAsia="Georgia"/>
          <w:sz w:val="23"/>
        </w:rPr>
        <w:t>At 0626 she put her left thumb over the yellow switch and closed her eyes while Riss ran the last motor baseline. Her right hand completed the blind sequence without error.</w:t>
      </w:r>
    </w:p>
    <w:p>
      <w:r>
        <w:rPr>
          <w:rFonts w:ascii="Georgia" w:hAnsi="Georgia" w:eastAsia="Georgia"/>
          <w:sz w:val="23"/>
        </w:rPr>
        <w:t>“Still mine,” Ivena said.</w:t>
      </w:r>
    </w:p>
    <w:p>
      <w:r>
        <w:rPr>
          <w:rFonts w:ascii="Georgia" w:hAnsi="Georgia" w:eastAsia="Georgia"/>
          <w:sz w:val="23"/>
        </w:rPr>
        <w:t>No one corrected the noun.</w:t>
      </w:r>
    </w:p>
    <w:p>
      <w:r>
        <w:rPr>
          <w:rFonts w:ascii="Georgia" w:hAnsi="Georgia" w:eastAsia="Georgia"/>
          <w:sz w:val="23"/>
        </w:rPr>
        <w:t>She opened her eyes and looked through the glass at me.</w:t>
      </w:r>
    </w:p>
    <w:p>
      <w:r>
        <w:rPr>
          <w:rFonts w:ascii="Georgia" w:hAnsi="Georgia" w:eastAsia="Georgia"/>
          <w:sz w:val="23"/>
        </w:rPr>
        <w:t>“One more exclusion.”</w:t>
      </w:r>
    </w:p>
    <w:p>
      <w:r>
        <w:rPr>
          <w:rFonts w:ascii="Georgia" w:hAnsi="Georgia" w:eastAsia="Georgia"/>
          <w:sz w:val="23"/>
        </w:rPr>
        <w:t>“Which?”</w:t>
      </w:r>
    </w:p>
    <w:p>
      <w:r>
        <w:rPr>
          <w:rFonts w:ascii="Georgia" w:hAnsi="Georgia" w:eastAsia="Georgia"/>
          <w:sz w:val="23"/>
        </w:rPr>
        <w:t>“Nobody asks Deren anything while I am open.”</w:t>
      </w:r>
    </w:p>
    <w:p>
      <w:r>
        <w:rPr>
          <w:rFonts w:ascii="Georgia" w:hAnsi="Georgia" w:eastAsia="Georgia"/>
          <w:sz w:val="23"/>
        </w:rPr>
        <w:t>“Agreed.”</w:t>
      </w:r>
    </w:p>
    <w:p>
      <w:r>
        <w:rPr>
          <w:rFonts w:ascii="Georgia" w:hAnsi="Georgia" w:eastAsia="Georgia"/>
          <w:sz w:val="23"/>
        </w:rPr>
        <w:t>“No historical sequence because somebody gets curious about what surgery does to the percentages.”</w:t>
      </w:r>
    </w:p>
    <w:p>
      <w:r>
        <w:rPr>
          <w:rFonts w:ascii="Georgia" w:hAnsi="Georgia" w:eastAsia="Georgia"/>
          <w:sz w:val="23"/>
        </w:rPr>
        <w:t>“Agreed.”</w:t>
      </w:r>
    </w:p>
    <w:p>
      <w:r>
        <w:rPr>
          <w:rFonts w:ascii="Georgia" w:hAnsi="Georgia" w:eastAsia="Georgia"/>
          <w:sz w:val="23"/>
        </w:rPr>
        <w:t>Miren added it to the stop sheet.</w:t>
      </w:r>
    </w:p>
    <w:p>
      <w:r>
        <w:rPr>
          <w:rFonts w:ascii="Georgia" w:hAnsi="Georgia" w:eastAsia="Georgia"/>
          <w:sz w:val="23"/>
        </w:rPr>
        <w:t>NO HISTORICAL-ASSOCIATION INTERROGATION DURING PROCEDURE OR RECOVERY WITHOUT NEW CONSENT.</w:t>
      </w:r>
    </w:p>
    <w:p>
      <w:r>
        <w:rPr>
          <w:rFonts w:ascii="Georgia" w:hAnsi="Georgia" w:eastAsia="Georgia"/>
          <w:sz w:val="23"/>
        </w:rPr>
        <w:t>Ivena read the line.</w:t>
      </w:r>
    </w:p>
    <w:p>
      <w:r>
        <w:rPr>
          <w:rFonts w:ascii="Georgia" w:hAnsi="Georgia" w:eastAsia="Georgia"/>
          <w:sz w:val="23"/>
        </w:rPr>
        <w:t>“I am here to keep living, not to make the dead more interesting.”</w:t>
      </w:r>
    </w:p>
    <w:p>
      <w:r>
        <w:rPr>
          <w:rFonts w:ascii="Georgia" w:hAnsi="Georgia" w:eastAsia="Georgia"/>
          <w:sz w:val="23"/>
        </w:rPr>
        <w:t>The sentence did not diminish Deren.</w:t>
      </w:r>
    </w:p>
    <w:p>
      <w:r>
        <w:rPr>
          <w:rFonts w:ascii="Georgia" w:hAnsi="Georgia" w:eastAsia="Georgia"/>
          <w:sz w:val="23"/>
        </w:rPr>
        <w:t>It put the living person back in the correct jurisdiction.</w:t>
      </w:r>
    </w:p>
    <w:p>
      <w:r>
        <w:rPr>
          <w:rFonts w:ascii="Georgia" w:hAnsi="Georgia" w:eastAsia="Georgia"/>
          <w:sz w:val="23"/>
        </w:rPr>
        <w:t>I was not in the sterile field.</w:t>
      </w:r>
    </w:p>
    <w:p>
      <w:r>
        <w:rPr>
          <w:rFonts w:ascii="Georgia" w:hAnsi="Georgia" w:eastAsia="Georgia"/>
          <w:sz w:val="23"/>
        </w:rPr>
        <w:t>My work goes badly when someone mistakes observation for permission to touch.</w:t>
      </w:r>
    </w:p>
    <w:p>
      <w:r>
        <w:rPr>
          <w:rFonts w:ascii="Georgia" w:hAnsi="Georgia" w:eastAsia="Georgia"/>
          <w:sz w:val="23"/>
        </w:rPr>
        <w:t>I sat behind glass with Miren and the live technical traces.</w:t>
      </w:r>
    </w:p>
    <w:p>
      <w:r>
        <w:rPr>
          <w:rFonts w:ascii="Georgia" w:hAnsi="Georgia" w:eastAsia="Georgia"/>
          <w:sz w:val="23"/>
        </w:rPr>
        <w:t>Ivena was conscious during setup.</w:t>
      </w:r>
    </w:p>
    <w:p>
      <w:r>
        <w:rPr>
          <w:rFonts w:ascii="Georgia" w:hAnsi="Georgia" w:eastAsia="Georgia"/>
          <w:sz w:val="23"/>
        </w:rPr>
        <w:t>She complained about the music.</w:t>
      </w:r>
    </w:p>
    <w:p>
      <w:r>
        <w:rPr>
          <w:rFonts w:ascii="Georgia" w:hAnsi="Georgia" w:eastAsia="Georgia"/>
          <w:sz w:val="23"/>
        </w:rPr>
        <w:t>Olan turned it off.</w:t>
      </w:r>
    </w:p>
    <w:p>
      <w:r>
        <w:rPr>
          <w:rFonts w:ascii="Georgia" w:hAnsi="Georgia" w:eastAsia="Georgia"/>
          <w:sz w:val="23"/>
        </w:rPr>
        <w:t>“I did not ask you to turn it off.”</w:t>
      </w:r>
    </w:p>
    <w:p>
      <w:r>
        <w:rPr>
          <w:rFonts w:ascii="Georgia" w:hAnsi="Georgia" w:eastAsia="Georgia"/>
          <w:sz w:val="23"/>
        </w:rPr>
        <w:t>“You complained.”</w:t>
      </w:r>
    </w:p>
    <w:p>
      <w:r>
        <w:rPr>
          <w:rFonts w:ascii="Georgia" w:hAnsi="Georgia" w:eastAsia="Georgia"/>
          <w:sz w:val="23"/>
        </w:rPr>
        <w:t>“Different category.”</w:t>
      </w:r>
    </w:p>
    <w:p>
      <w:r>
        <w:rPr>
          <w:rFonts w:ascii="Georgia" w:hAnsi="Georgia" w:eastAsia="Georgia"/>
          <w:sz w:val="23"/>
        </w:rPr>
        <w:t>I heard Miren laugh beside me.</w:t>
      </w:r>
    </w:p>
    <w:p>
      <w:r>
        <w:rPr>
          <w:rFonts w:ascii="Georgia" w:hAnsi="Georgia" w:eastAsia="Georgia"/>
          <w:sz w:val="23"/>
        </w:rPr>
        <w:t>The operating room was visible through two layers of field glass. I could not smell it, which made the work look cleaner than it was. I could hear the instrument table through the structural pickups: metal contacting polymer, the low motor in the scaffold driver, Olan asking for a shorter guide, Riss counting a perfusion change under her breath.</w:t>
      </w:r>
    </w:p>
    <w:p>
      <w:r>
        <w:rPr>
          <w:rFonts w:ascii="Georgia" w:hAnsi="Georgia" w:eastAsia="Georgia"/>
          <w:sz w:val="23"/>
        </w:rPr>
        <w:t>Ivena’s setting was the smallest object in the surgical field and the one every system had been rearranged around.</w:t>
      </w:r>
    </w:p>
    <w:p>
      <w:r>
        <w:rPr>
          <w:rFonts w:ascii="Georgia" w:hAnsi="Georgia" w:eastAsia="Georgia"/>
          <w:sz w:val="23"/>
        </w:rPr>
        <w:t>Ninety-three years of contact had converted one point eight six grams into an operative constraint larger than the hardware itself.</w:t>
      </w:r>
    </w:p>
    <w:p>
      <w:r>
        <w:rPr>
          <w:rFonts w:ascii="Georgia" w:hAnsi="Georgia" w:eastAsia="Georgia"/>
          <w:sz w:val="23"/>
        </w:rPr>
        <w:t>Nothing about that established who or what the fragment was.</w:t>
      </w:r>
    </w:p>
    <w:p>
      <w:r>
        <w:rPr>
          <w:rFonts w:ascii="Georgia" w:hAnsi="Georgia" w:eastAsia="Georgia"/>
          <w:sz w:val="23"/>
        </w:rPr>
        <w:t>It established what ignoring it would cost today.</w:t>
      </w:r>
    </w:p>
    <w:p>
      <w:r>
        <w:rPr>
          <w:rFonts w:ascii="Georgia" w:hAnsi="Georgia" w:eastAsia="Georgia"/>
          <w:sz w:val="23"/>
        </w:rPr>
        <w:t>Sedation deepened after the first incision.</w:t>
      </w:r>
    </w:p>
    <w:p>
      <w:r>
        <w:rPr>
          <w:rFonts w:ascii="Georgia" w:hAnsi="Georgia" w:eastAsia="Georgia"/>
          <w:sz w:val="23"/>
        </w:rPr>
        <w:t>Her stop switch remained in her left hand until Olan needed both arms positioned.</w:t>
      </w:r>
    </w:p>
    <w:p>
      <w:r>
        <w:rPr>
          <w:rFonts w:ascii="Georgia" w:hAnsi="Georgia" w:eastAsia="Georgia"/>
          <w:sz w:val="23"/>
        </w:rPr>
        <w:t>Then Miren took technical stop.</w:t>
      </w:r>
    </w:p>
    <w:p>
      <w:r>
        <w:rPr>
          <w:rFonts w:ascii="Georgia" w:hAnsi="Georgia" w:eastAsia="Georgia"/>
          <w:sz w:val="23"/>
        </w:rPr>
        <w:t>Riss took perfusion stop.</w:t>
      </w:r>
    </w:p>
    <w:p>
      <w:r>
        <w:rPr>
          <w:rFonts w:ascii="Georgia" w:hAnsi="Georgia" w:eastAsia="Georgia"/>
          <w:sz w:val="23"/>
        </w:rPr>
        <w:t>Olan retained surgical stop.</w:t>
      </w:r>
    </w:p>
    <w:p>
      <w:r>
        <w:rPr>
          <w:rFonts w:ascii="Georgia" w:hAnsi="Georgia" w:eastAsia="Georgia"/>
          <w:sz w:val="23"/>
        </w:rPr>
        <w:t>Restart required all three.</w:t>
      </w:r>
    </w:p>
    <w:p>
      <w:r>
        <w:rPr>
          <w:rFonts w:ascii="Georgia" w:hAnsi="Georgia" w:eastAsia="Georgia"/>
          <w:sz w:val="23"/>
        </w:rPr>
        <w:t>No one called it elegant.</w:t>
      </w:r>
    </w:p>
    <w:p>
      <w:r>
        <w:rPr>
          <w:rFonts w:ascii="Georgia" w:hAnsi="Georgia" w:eastAsia="Georgia"/>
          <w:sz w:val="23"/>
        </w:rPr>
        <w:t>The lateral entry took nine minutes longer than planned because old rib repair had left a surface denser than the scan predicted.</w:t>
      </w:r>
    </w:p>
    <w:p>
      <w:r>
        <w:rPr>
          <w:rFonts w:ascii="Georgia" w:hAnsi="Georgia" w:eastAsia="Georgia"/>
          <w:sz w:val="23"/>
        </w:rPr>
        <w:t>Ordinary problem.</w:t>
      </w:r>
    </w:p>
    <w:p>
      <w:r>
        <w:rPr>
          <w:rFonts w:ascii="Georgia" w:hAnsi="Georgia" w:eastAsia="Georgia"/>
          <w:sz w:val="23"/>
        </w:rPr>
        <w:t>I liked it for almost a minute.</w:t>
      </w:r>
    </w:p>
    <w:p>
      <w:r>
        <w:rPr>
          <w:rFonts w:ascii="Georgia" w:hAnsi="Georgia" w:eastAsia="Georgia"/>
          <w:sz w:val="23"/>
        </w:rPr>
        <w:t>Olan separated the rib plane in increments while Riss held vascular load below the first transition threshold. The setting trace stayed inside one tenth of a percent of baseline. Ivena was already too sedated for reliable report, so the human surface of the test had narrowed to motor telemetry, local sensory proxies and whatever the setting itself admitted to the instruments.</w:t>
      </w:r>
    </w:p>
    <w:p>
      <w:r>
        <w:rPr>
          <w:rFonts w:ascii="Georgia" w:hAnsi="Georgia" w:eastAsia="Georgia"/>
          <w:sz w:val="23"/>
        </w:rPr>
        <w:t>At 0719 Olan reached the old scaffold.</w:t>
      </w:r>
    </w:p>
    <w:p>
      <w:r>
        <w:rPr>
          <w:rFonts w:ascii="Georgia" w:hAnsi="Georgia" w:eastAsia="Georgia"/>
          <w:sz w:val="23"/>
        </w:rPr>
        <w:t>The third anchor had calcified farther into the rib margin than the scan predicted. The clean removal path required torque toward the sternum.</w:t>
      </w:r>
    </w:p>
    <w:p>
      <w:r>
        <w:rPr>
          <w:rFonts w:ascii="Georgia" w:hAnsi="Georgia" w:eastAsia="Georgia"/>
          <w:sz w:val="23"/>
        </w:rPr>
        <w:t>Toward the setting.</w:t>
      </w:r>
    </w:p>
    <w:p>
      <w:r>
        <w:rPr>
          <w:rFonts w:ascii="Georgia" w:hAnsi="Georgia" w:eastAsia="Georgia"/>
          <w:sz w:val="23"/>
        </w:rPr>
        <w:t>Olan stopped before applying it.</w:t>
      </w:r>
    </w:p>
    <w:p>
      <w:r>
        <w:rPr>
          <w:rFonts w:ascii="Georgia" w:hAnsi="Georgia" w:eastAsia="Georgia"/>
          <w:sz w:val="23"/>
        </w:rPr>
        <w:t>“I can cut the old lattice in place,” he said. “Adds twelve to eighteen minutes. More bleeding. Less transmitted load.”</w:t>
      </w:r>
    </w:p>
    <w:p>
      <w:r>
        <w:rPr>
          <w:rFonts w:ascii="Georgia" w:hAnsi="Georgia" w:eastAsia="Georgia"/>
          <w:sz w:val="23"/>
        </w:rPr>
        <w:t>Riss checked current reserve. “Perfusion can carry eighteen.”</w:t>
      </w:r>
    </w:p>
    <w:p>
      <w:r>
        <w:rPr>
          <w:rFonts w:ascii="Georgia" w:hAnsi="Georgia" w:eastAsia="Georgia"/>
          <w:sz w:val="23"/>
        </w:rPr>
        <w:t>Miren said, “Setting favors the cut.”</w:t>
      </w:r>
    </w:p>
    <w:p>
      <w:r>
        <w:rPr>
          <w:rFonts w:ascii="Georgia" w:hAnsi="Georgia" w:eastAsia="Georgia"/>
          <w:sz w:val="23"/>
        </w:rPr>
        <w:t>Nobody asked me to break the tie because there was no tie.</w:t>
      </w:r>
    </w:p>
    <w:p>
      <w:r>
        <w:rPr>
          <w:rFonts w:ascii="Georgia" w:hAnsi="Georgia" w:eastAsia="Georgia"/>
          <w:sz w:val="23"/>
        </w:rPr>
        <w:t>“Cut it,” Olan said.</w:t>
      </w:r>
    </w:p>
    <w:p>
      <w:r>
        <w:rPr>
          <w:rFonts w:ascii="Georgia" w:hAnsi="Georgia" w:eastAsia="Georgia"/>
          <w:sz w:val="23"/>
        </w:rPr>
        <w:t>He sectioned the old lattice around the anchor instead of freeing it as one piece.</w:t>
      </w:r>
    </w:p>
    <w:p>
      <w:r>
        <w:rPr>
          <w:rFonts w:ascii="Georgia" w:hAnsi="Georgia" w:eastAsia="Georgia"/>
          <w:sz w:val="23"/>
        </w:rPr>
        <w:t>The operation became harder in an ordinary way so the Kaethe condition would not have to become harder in an unknown one.</w:t>
      </w:r>
    </w:p>
    <w:p>
      <w:r>
        <w:rPr>
          <w:rFonts w:ascii="Georgia" w:hAnsi="Georgia" w:eastAsia="Georgia"/>
          <w:sz w:val="23"/>
        </w:rPr>
        <w:t>At 0728 the scaffold expansion field came online.</w:t>
      </w:r>
    </w:p>
    <w:p>
      <w:r>
        <w:rPr>
          <w:rFonts w:ascii="Georgia" w:hAnsi="Georgia" w:eastAsia="Georgia"/>
          <w:sz w:val="23"/>
        </w:rPr>
        <w:t>Ivena’s setting trace moved 0.3 percent.</w:t>
      </w:r>
    </w:p>
    <w:p>
      <w:r>
        <w:rPr>
          <w:rFonts w:ascii="Georgia" w:hAnsi="Georgia" w:eastAsia="Georgia"/>
          <w:sz w:val="23"/>
        </w:rPr>
        <w:t>No motor change.</w:t>
      </w:r>
    </w:p>
    <w:p>
      <w:r>
        <w:rPr>
          <w:rFonts w:ascii="Georgia" w:hAnsi="Georgia" w:eastAsia="Georgia"/>
          <w:sz w:val="23"/>
        </w:rPr>
        <w:t>At 0731, 0.5.</w:t>
      </w:r>
    </w:p>
    <w:p>
      <w:r>
        <w:rPr>
          <w:rFonts w:ascii="Georgia" w:hAnsi="Georgia" w:eastAsia="Georgia"/>
          <w:sz w:val="23"/>
        </w:rPr>
        <w:t>Miren said, “Hold.”</w:t>
      </w:r>
    </w:p>
    <w:p>
      <w:r>
        <w:rPr>
          <w:rFonts w:ascii="Georgia" w:hAnsi="Georgia" w:eastAsia="Georgia"/>
          <w:sz w:val="23"/>
        </w:rPr>
        <w:t>Olan stopped expansion.</w:t>
      </w:r>
    </w:p>
    <w:p>
      <w:r>
        <w:rPr>
          <w:rFonts w:ascii="Georgia" w:hAnsi="Georgia" w:eastAsia="Georgia"/>
          <w:sz w:val="23"/>
        </w:rPr>
        <w:t>Riss stopped perfusion transition.</w:t>
      </w:r>
    </w:p>
    <w:p>
      <w:r>
        <w:rPr>
          <w:rFonts w:ascii="Georgia" w:hAnsi="Georgia" w:eastAsia="Georgia"/>
          <w:sz w:val="23"/>
        </w:rPr>
        <w:t>No discussion.</w:t>
      </w:r>
    </w:p>
    <w:p>
      <w:r>
        <w:rPr>
          <w:rFonts w:ascii="Georgia" w:hAnsi="Georgia" w:eastAsia="Georgia"/>
          <w:sz w:val="23"/>
        </w:rPr>
        <w:t>The trace settled at 0.4.</w:t>
      </w:r>
    </w:p>
    <w:p>
      <w:r>
        <w:rPr>
          <w:rFonts w:ascii="Georgia" w:hAnsi="Georgia" w:eastAsia="Georgia"/>
          <w:sz w:val="23"/>
        </w:rPr>
        <w:t>I watched Miren’s hand remain off the restart control.</w:t>
      </w:r>
    </w:p>
    <w:p>
      <w:r>
        <w:rPr>
          <w:rFonts w:ascii="Georgia" w:hAnsi="Georgia" w:eastAsia="Georgia"/>
          <w:sz w:val="23"/>
        </w:rPr>
        <w:t>Mara would have recognized the posture. Stop first. Explanation after the room has stopped changing.</w:t>
      </w:r>
    </w:p>
    <w:p>
      <w:r>
        <w:rPr>
          <w:rFonts w:ascii="Georgia" w:hAnsi="Georgia" w:eastAsia="Georgia"/>
          <w:sz w:val="23"/>
        </w:rPr>
        <w:t>“Cause?” Olan asked.</w:t>
      </w:r>
    </w:p>
    <w:p>
      <w:r>
        <w:rPr>
          <w:rFonts w:ascii="Georgia" w:hAnsi="Georgia" w:eastAsia="Georgia"/>
          <w:sz w:val="23"/>
        </w:rPr>
        <w:t>“Unknown,” I said.</w:t>
      </w:r>
    </w:p>
    <w:p>
      <w:r>
        <w:rPr>
          <w:rFonts w:ascii="Georgia" w:hAnsi="Georgia" w:eastAsia="Georgia"/>
          <w:sz w:val="23"/>
        </w:rPr>
        <w:t>He waited.</w:t>
      </w:r>
    </w:p>
    <w:p>
      <w:r>
        <w:rPr>
          <w:rFonts w:ascii="Georgia" w:hAnsi="Georgia" w:eastAsia="Georgia"/>
          <w:sz w:val="23"/>
        </w:rPr>
        <w:t>That mattered. A younger version of this field would have treated waiting inside an open thorax as failure. Olan treated it as one cost among several and kept the blood-loss clock visible beside the field trace.</w:t>
      </w:r>
    </w:p>
    <w:p>
      <w:r>
        <w:rPr>
          <w:rFonts w:ascii="Georgia" w:hAnsi="Georgia" w:eastAsia="Georgia"/>
          <w:sz w:val="23"/>
        </w:rPr>
        <w:t>I listened to the room through the instrument feeds.</w:t>
      </w:r>
    </w:p>
    <w:p>
      <w:r>
        <w:rPr>
          <w:rFonts w:ascii="Georgia" w:hAnsi="Georgia" w:eastAsia="Georgia"/>
          <w:sz w:val="23"/>
        </w:rPr>
        <w:t>Ventilation.</w:t>
      </w:r>
    </w:p>
    <w:p>
      <w:r>
        <w:rPr>
          <w:rFonts w:ascii="Georgia" w:hAnsi="Georgia" w:eastAsia="Georgia"/>
          <w:sz w:val="23"/>
        </w:rPr>
        <w:t>Surgical expansion.</w:t>
      </w:r>
    </w:p>
    <w:p>
      <w:r>
        <w:rPr>
          <w:rFonts w:ascii="Georgia" w:hAnsi="Georgia" w:eastAsia="Georgia"/>
          <w:sz w:val="23"/>
        </w:rPr>
        <w:t>Cardiac support.</w:t>
      </w:r>
    </w:p>
    <w:p>
      <w:r>
        <w:rPr>
          <w:rFonts w:ascii="Georgia" w:hAnsi="Georgia" w:eastAsia="Georgia"/>
          <w:sz w:val="23"/>
        </w:rPr>
        <w:t>The setting compensator.</w:t>
      </w:r>
    </w:p>
    <w:p>
      <w:r>
        <w:rPr>
          <w:rFonts w:ascii="Georgia" w:hAnsi="Georgia" w:eastAsia="Georgia"/>
          <w:sz w:val="23"/>
        </w:rPr>
        <w:t>One more frequency appeared every eleven seconds.</w:t>
      </w:r>
    </w:p>
    <w:p>
      <w:r>
        <w:rPr>
          <w:rFonts w:ascii="Georgia" w:hAnsi="Georgia" w:eastAsia="Georgia"/>
          <w:sz w:val="23"/>
        </w:rPr>
        <w:t>“What cycles at eleven?”</w:t>
      </w:r>
    </w:p>
    <w:p>
      <w:r>
        <w:rPr>
          <w:rFonts w:ascii="Georgia" w:hAnsi="Georgia" w:eastAsia="Georgia"/>
          <w:sz w:val="23"/>
        </w:rPr>
        <w:t>Riss checked.</w:t>
      </w:r>
    </w:p>
    <w:p>
      <w:r>
        <w:rPr>
          <w:rFonts w:ascii="Georgia" w:hAnsi="Georgia" w:eastAsia="Georgia"/>
          <w:sz w:val="23"/>
        </w:rPr>
        <w:t>“Lattice imaging refresh.”</w:t>
      </w:r>
    </w:p>
    <w:p>
      <w:r>
        <w:rPr>
          <w:rFonts w:ascii="Georgia" w:hAnsi="Georgia" w:eastAsia="Georgia"/>
          <w:sz w:val="23"/>
        </w:rPr>
        <w:t>“That was clean yesterday,” Olan said.</w:t>
      </w:r>
    </w:p>
    <w:p>
      <w:r>
        <w:rPr>
          <w:rFonts w:ascii="Georgia" w:hAnsi="Georgia" w:eastAsia="Georgia"/>
          <w:sz w:val="23"/>
        </w:rPr>
        <w:t>“Yesterday the field was not inside her open surgical geometry,” Riss said.</w:t>
      </w:r>
    </w:p>
    <w:p>
      <w:r>
        <w:rPr>
          <w:rFonts w:ascii="Georgia" w:hAnsi="Georgia" w:eastAsia="Georgia"/>
          <w:sz w:val="23"/>
        </w:rPr>
        <w:t>Different conditions.</w:t>
      </w:r>
    </w:p>
    <w:p>
      <w:r>
        <w:rPr>
          <w:rFonts w:ascii="Georgia" w:hAnsi="Georgia" w:eastAsia="Georgia"/>
          <w:sz w:val="23"/>
        </w:rPr>
        <w:t>“Disable one cycle,” I said.</w:t>
      </w:r>
    </w:p>
    <w:p>
      <w:r>
        <w:rPr>
          <w:rFonts w:ascii="Georgia" w:hAnsi="Georgia" w:eastAsia="Georgia"/>
          <w:sz w:val="23"/>
        </w:rPr>
        <w:t>“We lose live edge mapping.”</w:t>
      </w:r>
    </w:p>
    <w:p>
      <w:r>
        <w:rPr>
          <w:rFonts w:ascii="Georgia" w:hAnsi="Georgia" w:eastAsia="Georgia"/>
          <w:sz w:val="23"/>
        </w:rPr>
        <w:t>“One cycle.”</w:t>
      </w:r>
    </w:p>
    <w:p>
      <w:r>
        <w:rPr>
          <w:rFonts w:ascii="Georgia" w:hAnsi="Georgia" w:eastAsia="Georgia"/>
          <w:sz w:val="23"/>
        </w:rPr>
        <w:t>Olan said, “Do it.”</w:t>
      </w:r>
    </w:p>
    <w:p>
      <w:r>
        <w:rPr>
          <w:rFonts w:ascii="Georgia" w:hAnsi="Georgia" w:eastAsia="Georgia"/>
          <w:sz w:val="23"/>
        </w:rPr>
        <w:t>Riss disabled the refresh.</w:t>
      </w:r>
    </w:p>
    <w:p>
      <w:r>
        <w:rPr>
          <w:rFonts w:ascii="Georgia" w:hAnsi="Georgia" w:eastAsia="Georgia"/>
          <w:sz w:val="23"/>
        </w:rPr>
        <w:t>The setting trace fell to 0.1.</w:t>
      </w:r>
    </w:p>
    <w:p>
      <w:r>
        <w:rPr>
          <w:rFonts w:ascii="Georgia" w:hAnsi="Georgia" w:eastAsia="Georgia"/>
          <w:sz w:val="23"/>
        </w:rPr>
        <w:t>Local interaction.</w:t>
      </w:r>
    </w:p>
    <w:p>
      <w:r>
        <w:rPr>
          <w:rFonts w:ascii="Georgia" w:hAnsi="Georgia" w:eastAsia="Georgia"/>
          <w:sz w:val="23"/>
        </w:rPr>
        <w:t>Not Sera.</w:t>
      </w:r>
    </w:p>
    <w:p>
      <w:r>
        <w:rPr>
          <w:rFonts w:ascii="Georgia" w:hAnsi="Georgia" w:eastAsia="Georgia"/>
          <w:sz w:val="23"/>
        </w:rPr>
        <w:t>Not Deren.</w:t>
      </w:r>
    </w:p>
    <w:p>
      <w:r>
        <w:rPr>
          <w:rFonts w:ascii="Georgia" w:hAnsi="Georgia" w:eastAsia="Georgia"/>
          <w:sz w:val="23"/>
        </w:rPr>
        <w:t>Not a new theory of Kaethe.</w:t>
      </w:r>
    </w:p>
    <w:p>
      <w:r>
        <w:rPr>
          <w:rFonts w:ascii="Georgia" w:hAnsi="Georgia" w:eastAsia="Georgia"/>
          <w:sz w:val="23"/>
        </w:rPr>
        <w:t>A medical imaging cycle and a current carrier-setting condition occupying the same body at the same time.</w:t>
      </w:r>
    </w:p>
    <w:p>
      <w:r>
        <w:rPr>
          <w:rFonts w:ascii="Georgia" w:hAnsi="Georgia" w:eastAsia="Georgia"/>
          <w:sz w:val="23"/>
        </w:rPr>
        <w:t>We changed the imaging phase instead of removing it. Riss shifted the refresh halfway between expansion pulses and reduced its edge-map duty cycle by six percent.</w:t>
      </w:r>
    </w:p>
    <w:p>
      <w:r>
        <w:rPr>
          <w:rFonts w:ascii="Georgia" w:hAnsi="Georgia" w:eastAsia="Georgia"/>
          <w:sz w:val="23"/>
        </w:rPr>
        <w:t>The trace stayed below 0.2.</w:t>
      </w:r>
    </w:p>
    <w:p>
      <w:r>
        <w:rPr>
          <w:rFonts w:ascii="Georgia" w:hAnsi="Georgia" w:eastAsia="Georgia"/>
          <w:sz w:val="23"/>
        </w:rPr>
        <w:t>The new phase made the third anchor harder to see continuously.</w:t>
      </w:r>
    </w:p>
    <w:p>
      <w:r>
        <w:rPr>
          <w:rFonts w:ascii="Georgia" w:hAnsi="Georgia" w:eastAsia="Georgia"/>
          <w:sz w:val="23"/>
        </w:rPr>
        <w:t>Olan accepted intermittent confirmation: more ordinary surgical uncertainty in exchange for less observed carrier interference.</w:t>
      </w:r>
    </w:p>
    <w:p>
      <w:r>
        <w:rPr>
          <w:rFonts w:ascii="Georgia" w:hAnsi="Georgia" w:eastAsia="Georgia"/>
          <w:sz w:val="23"/>
        </w:rPr>
        <w:t>Restart required three yeses.</w:t>
      </w:r>
    </w:p>
    <w:p>
      <w:r>
        <w:rPr>
          <w:rFonts w:ascii="Georgia" w:hAnsi="Georgia" w:eastAsia="Georgia"/>
          <w:sz w:val="23"/>
        </w:rPr>
        <w:t>Miren.</w:t>
      </w:r>
    </w:p>
    <w:p>
      <w:r>
        <w:rPr>
          <w:rFonts w:ascii="Georgia" w:hAnsi="Georgia" w:eastAsia="Georgia"/>
          <w:sz w:val="23"/>
        </w:rPr>
        <w:t>Riss.</w:t>
      </w:r>
    </w:p>
    <w:p>
      <w:r>
        <w:rPr>
          <w:rFonts w:ascii="Georgia" w:hAnsi="Georgia" w:eastAsia="Georgia"/>
          <w:sz w:val="23"/>
        </w:rPr>
        <w:t>Olan.</w:t>
      </w:r>
    </w:p>
    <w:p>
      <w:r>
        <w:rPr>
          <w:rFonts w:ascii="Georgia" w:hAnsi="Georgia" w:eastAsia="Georgia"/>
          <w:sz w:val="23"/>
        </w:rPr>
        <w:t>The scaffold expanded.</w:t>
      </w:r>
    </w:p>
    <w:p>
      <w:r>
        <w:rPr>
          <w:rFonts w:ascii="Georgia" w:hAnsi="Georgia" w:eastAsia="Georgia"/>
          <w:sz w:val="23"/>
        </w:rPr>
        <w:t>Ivena’s right hand remained still.</w:t>
      </w:r>
    </w:p>
    <w:p>
      <w:r>
        <w:rPr>
          <w:rFonts w:ascii="Georgia" w:hAnsi="Georgia" w:eastAsia="Georgia"/>
          <w:sz w:val="23"/>
        </w:rPr>
        <w:t>At 0756 the cut remnant at the third anchor began bleeding faster than Riss wanted.</w:t>
      </w:r>
    </w:p>
    <w:p>
      <w:r>
        <w:rPr>
          <w:rFonts w:ascii="Georgia" w:hAnsi="Georgia" w:eastAsia="Georgia"/>
          <w:sz w:val="23"/>
        </w:rPr>
        <w:t>She said, “Hold perfusion transition.”</w:t>
      </w:r>
    </w:p>
    <w:p>
      <w:r>
        <w:rPr>
          <w:rFonts w:ascii="Georgia" w:hAnsi="Georgia" w:eastAsia="Georgia"/>
          <w:sz w:val="23"/>
        </w:rPr>
        <w:t>Olan stopped again.</w:t>
      </w:r>
    </w:p>
    <w:p>
      <w:r>
        <w:rPr>
          <w:rFonts w:ascii="Georgia" w:hAnsi="Georgia" w:eastAsia="Georgia"/>
          <w:sz w:val="23"/>
        </w:rPr>
        <w:t>The Kaethe trace did nothing.</w:t>
      </w:r>
    </w:p>
    <w:p>
      <w:r>
        <w:rPr>
          <w:rFonts w:ascii="Georgia" w:hAnsi="Georgia" w:eastAsia="Georgia"/>
          <w:sz w:val="23"/>
        </w:rPr>
        <w:t>For forty-seven seconds the most important problem in the room was blood.</w:t>
      </w:r>
    </w:p>
    <w:p>
      <w:r>
        <w:rPr>
          <w:rFonts w:ascii="Georgia" w:hAnsi="Georgia" w:eastAsia="Georgia"/>
          <w:sz w:val="23"/>
        </w:rPr>
        <w:t>I was grateful for it because everyone knew the jurisdiction.</w:t>
      </w:r>
    </w:p>
    <w:p>
      <w:r>
        <w:rPr>
          <w:rFonts w:ascii="Georgia" w:hAnsi="Georgia" w:eastAsia="Georgia"/>
          <w:sz w:val="23"/>
        </w:rPr>
        <w:t>Olan sealed the branch, Riss restored load, and the setting continued not to matter.</w:t>
      </w:r>
    </w:p>
    <w:p>
      <w:r>
        <w:rPr>
          <w:rFonts w:ascii="Georgia" w:hAnsi="Georgia" w:eastAsia="Georgia"/>
          <w:sz w:val="23"/>
        </w:rPr>
        <w:t>At 0816 the old lattice came out in four sections.</w:t>
      </w:r>
    </w:p>
    <w:p>
      <w:r>
        <w:rPr>
          <w:rFonts w:ascii="Georgia" w:hAnsi="Georgia" w:eastAsia="Georgia"/>
          <w:sz w:val="23"/>
        </w:rPr>
        <w:t>Olan laid them in the tray in the order removed because future surgeons might care which segment had carried the calcified anchor.</w:t>
      </w:r>
    </w:p>
    <w:p>
      <w:r>
        <w:rPr>
          <w:rFonts w:ascii="Georgia" w:hAnsi="Georgia" w:eastAsia="Georgia"/>
          <w:sz w:val="23"/>
        </w:rPr>
        <w:t>Provenance did not become less useful merely because the material was ordinary.</w:t>
      </w:r>
    </w:p>
    <w:p>
      <w:r>
        <w:rPr>
          <w:rFonts w:ascii="Georgia" w:hAnsi="Georgia" w:eastAsia="Georgia"/>
          <w:sz w:val="23"/>
        </w:rPr>
        <w:t>At 0849 the new thoracic scaffold accepted full vascular load.</w:t>
      </w:r>
    </w:p>
    <w:p>
      <w:r>
        <w:rPr>
          <w:rFonts w:ascii="Georgia" w:hAnsi="Georgia" w:eastAsia="Georgia"/>
          <w:sz w:val="23"/>
        </w:rPr>
        <w:t>The field-neutral path held.</w:t>
      </w:r>
    </w:p>
    <w:p>
      <w:r>
        <w:rPr>
          <w:rFonts w:ascii="Georgia" w:hAnsi="Georgia" w:eastAsia="Georgia"/>
          <w:sz w:val="23"/>
        </w:rPr>
        <w:t>At 0907 Olan began closing.</w:t>
      </w:r>
    </w:p>
    <w:p>
      <w:r>
        <w:rPr>
          <w:rFonts w:ascii="Georgia" w:hAnsi="Georgia" w:eastAsia="Georgia"/>
          <w:sz w:val="23"/>
        </w:rPr>
        <w:t>Before the last layer, Riss ran the right-hand motor proxy one final time under reduced sedation.</w:t>
      </w:r>
    </w:p>
    <w:p>
      <w:r>
        <w:rPr>
          <w:rFonts w:ascii="Georgia" w:hAnsi="Georgia" w:eastAsia="Georgia"/>
          <w:sz w:val="23"/>
        </w:rPr>
        <w:t>Index.</w:t>
      </w:r>
    </w:p>
    <w:p>
      <w:r>
        <w:rPr>
          <w:rFonts w:ascii="Georgia" w:hAnsi="Georgia" w:eastAsia="Georgia"/>
          <w:sz w:val="23"/>
        </w:rPr>
        <w:t>Middle.</w:t>
      </w:r>
    </w:p>
    <w:p>
      <w:r>
        <w:rPr>
          <w:rFonts w:ascii="Georgia" w:hAnsi="Georgia" w:eastAsia="Georgia"/>
          <w:sz w:val="23"/>
        </w:rPr>
        <w:t>Thumb.</w:t>
      </w:r>
    </w:p>
    <w:p>
      <w:r>
        <w:rPr>
          <w:rFonts w:ascii="Georgia" w:hAnsi="Georgia" w:eastAsia="Georgia"/>
          <w:sz w:val="23"/>
        </w:rPr>
        <w:t>The sequence arrived slower than baseline and inside expected sedation variance.</w:t>
      </w:r>
    </w:p>
    <w:p>
      <w:r>
        <w:rPr>
          <w:rFonts w:ascii="Georgia" w:hAnsi="Georgia" w:eastAsia="Georgia"/>
          <w:sz w:val="23"/>
        </w:rPr>
        <w:t>No involuntary closure.</w:t>
      </w:r>
    </w:p>
    <w:p>
      <w:r>
        <w:rPr>
          <w:rFonts w:ascii="Georgia" w:hAnsi="Georgia" w:eastAsia="Georgia"/>
          <w:sz w:val="23"/>
        </w:rPr>
        <w:t>Miren watched the setting trace.</w:t>
      </w:r>
    </w:p>
    <w:p>
      <w:r>
        <w:rPr>
          <w:rFonts w:ascii="Georgia" w:hAnsi="Georgia" w:eastAsia="Georgia"/>
          <w:sz w:val="23"/>
        </w:rPr>
        <w:t>Stable.</w:t>
      </w:r>
    </w:p>
    <w:p>
      <w:r>
        <w:rPr>
          <w:rFonts w:ascii="Georgia" w:hAnsi="Georgia" w:eastAsia="Georgia"/>
          <w:sz w:val="23"/>
        </w:rPr>
        <w:t>At 0921 Olan closed.</w:t>
      </w:r>
    </w:p>
    <w:p>
      <w:r>
        <w:rPr>
          <w:rFonts w:ascii="Georgia" w:hAnsi="Georgia" w:eastAsia="Georgia"/>
          <w:sz w:val="23"/>
        </w:rPr>
        <w:t>No completion.</w:t>
      </w:r>
    </w:p>
    <w:p>
      <w:r>
        <w:rPr>
          <w:rFonts w:ascii="Georgia" w:hAnsi="Georgia" w:eastAsia="Georgia"/>
          <w:sz w:val="23"/>
        </w:rPr>
        <w:t>No setting movement.</w:t>
      </w:r>
    </w:p>
    <w:p>
      <w:r>
        <w:rPr>
          <w:rFonts w:ascii="Georgia" w:hAnsi="Georgia" w:eastAsia="Georgia"/>
          <w:sz w:val="23"/>
        </w:rPr>
        <w:t>No involuntary motor event attributable to the setting.</w:t>
      </w:r>
    </w:p>
    <w:p>
      <w:r>
        <w:rPr>
          <w:rFonts w:ascii="Georgia" w:hAnsi="Georgia" w:eastAsia="Georgia"/>
          <w:sz w:val="23"/>
        </w:rPr>
        <w:t>No evidence Sera’s current condition had mattered.</w:t>
      </w:r>
    </w:p>
    <w:p>
      <w:r>
        <w:rPr>
          <w:rFonts w:ascii="Georgia" w:hAnsi="Georgia" w:eastAsia="Georgia"/>
          <w:sz w:val="23"/>
        </w:rPr>
        <w:t>No evidence it had not.</w:t>
      </w:r>
    </w:p>
    <w:p>
      <w:r>
        <w:rPr>
          <w:rFonts w:ascii="Georgia" w:hAnsi="Georgia" w:eastAsia="Georgia"/>
          <w:sz w:val="23"/>
        </w:rPr>
        <w:t>The operation succeeded without answering the larger question.</w:t>
      </w:r>
    </w:p>
    <w:p>
      <w:r>
        <w:rPr>
          <w:rFonts w:ascii="Georgia" w:hAnsi="Georgia" w:eastAsia="Georgia"/>
          <w:sz w:val="23"/>
        </w:rPr>
        <w:t>That was becoming my preferred kind of success.</w:t>
      </w:r>
    </w:p>
    <w:p>
      <w:pPr>
        <w:spacing w:before="80" w:after="80"/>
        <w:jc w:val="center"/>
      </w:pPr>
      <w:r>
        <w:rPr>
          <w:rFonts w:ascii="Georgia" w:hAnsi="Georgia" w:eastAsia="Georgia"/>
          <w:sz w:val="23"/>
        </w:rPr>
        <w:t>§</w:t>
      </w:r>
    </w:p>
    <w:p>
      <w:r>
        <w:rPr>
          <w:rFonts w:ascii="Georgia" w:hAnsi="Georgia" w:eastAsia="Georgia"/>
          <w:sz w:val="23"/>
        </w:rPr>
        <w:t>Ivena woke angry.</w:t>
      </w:r>
    </w:p>
    <w:p>
      <w:r>
        <w:rPr>
          <w:rFonts w:ascii="Georgia" w:hAnsi="Georgia" w:eastAsia="Georgia"/>
          <w:sz w:val="23"/>
        </w:rPr>
        <w:t>Pain does that to people.</w:t>
      </w:r>
    </w:p>
    <w:p>
      <w:r>
        <w:rPr>
          <w:rFonts w:ascii="Georgia" w:hAnsi="Georgia" w:eastAsia="Georgia"/>
          <w:sz w:val="23"/>
        </w:rPr>
        <w:t>So does surviving something you have spent days discussing.</w:t>
      </w:r>
    </w:p>
    <w:p>
      <w:r>
        <w:rPr>
          <w:rFonts w:ascii="Georgia" w:hAnsi="Georgia" w:eastAsia="Georgia"/>
          <w:sz w:val="23"/>
        </w:rPr>
        <w:t>“How many?” she asked.</w:t>
      </w:r>
    </w:p>
    <w:p>
      <w:r>
        <w:rPr>
          <w:rFonts w:ascii="Georgia" w:hAnsi="Georgia" w:eastAsia="Georgia"/>
          <w:sz w:val="23"/>
        </w:rPr>
        <w:t>“How many what?”</w:t>
      </w:r>
    </w:p>
    <w:p>
      <w:r>
        <w:rPr>
          <w:rFonts w:ascii="Georgia" w:hAnsi="Georgia" w:eastAsia="Georgia"/>
          <w:sz w:val="23"/>
        </w:rPr>
        <w:t>“Years.”</w:t>
      </w:r>
    </w:p>
    <w:p>
      <w:r>
        <w:rPr>
          <w:rFonts w:ascii="Georgia" w:hAnsi="Georgia" w:eastAsia="Georgia"/>
          <w:sz w:val="23"/>
        </w:rPr>
        <w:t>Olan was still in the room.</w:t>
      </w:r>
    </w:p>
    <w:p>
      <w:r>
        <w:rPr>
          <w:rFonts w:ascii="Georgia" w:hAnsi="Georgia" w:eastAsia="Georgia"/>
          <w:sz w:val="23"/>
        </w:rPr>
        <w:t>“Too early.”</w:t>
      </w:r>
    </w:p>
    <w:p>
      <w:r>
        <w:rPr>
          <w:rFonts w:ascii="Georgia" w:hAnsi="Georgia" w:eastAsia="Georgia"/>
          <w:sz w:val="23"/>
        </w:rPr>
        <w:t>“Estimate.”</w:t>
      </w:r>
    </w:p>
    <w:p>
      <w:r>
        <w:rPr>
          <w:rFonts w:ascii="Georgia" w:hAnsi="Georgia" w:eastAsia="Georgia"/>
          <w:sz w:val="23"/>
        </w:rPr>
        <w:t>“The scaffold seated correctly. Integration is good. If recovery remains ordinary, we restored the original projected service range.”</w:t>
      </w:r>
    </w:p>
    <w:p>
      <w:r>
        <w:rPr>
          <w:rFonts w:ascii="Georgia" w:hAnsi="Georgia" w:eastAsia="Georgia"/>
          <w:sz w:val="23"/>
        </w:rPr>
        <w:t>“Forty.”</w:t>
      </w:r>
    </w:p>
    <w:p>
      <w:r>
        <w:rPr>
          <w:rFonts w:ascii="Georgia" w:hAnsi="Georgia" w:eastAsia="Georgia"/>
          <w:sz w:val="23"/>
        </w:rPr>
        <w:t>“Approximately.”</w:t>
      </w:r>
    </w:p>
    <w:p>
      <w:r>
        <w:rPr>
          <w:rFonts w:ascii="Georgia" w:hAnsi="Georgia" w:eastAsia="Georgia"/>
          <w:sz w:val="23"/>
        </w:rPr>
        <w:t>Ivena closed her eyes.</w:t>
      </w:r>
    </w:p>
    <w:p>
      <w:r>
        <w:rPr>
          <w:rFonts w:ascii="Georgia" w:hAnsi="Georgia" w:eastAsia="Georgia"/>
          <w:sz w:val="23"/>
        </w:rPr>
        <w:t>Not relief exactly.</w:t>
      </w:r>
    </w:p>
    <w:p>
      <w:r>
        <w:rPr>
          <w:rFonts w:ascii="Georgia" w:hAnsi="Georgia" w:eastAsia="Georgia"/>
          <w:sz w:val="23"/>
        </w:rPr>
        <w:t>Accounting.</w:t>
      </w:r>
    </w:p>
    <w:p>
      <w:r>
        <w:rPr>
          <w:rFonts w:ascii="Georgia" w:hAnsi="Georgia" w:eastAsia="Georgia"/>
          <w:sz w:val="23"/>
        </w:rPr>
        <w:t>Forty years returned to a column where twenty had nearly been written off.</w:t>
      </w:r>
    </w:p>
    <w:p>
      <w:r>
        <w:rPr>
          <w:rFonts w:ascii="Georgia" w:hAnsi="Georgia" w:eastAsia="Georgia"/>
          <w:sz w:val="23"/>
        </w:rPr>
        <w:t>People in earlier centuries would have heard that as fantasy.</w:t>
      </w:r>
    </w:p>
    <w:p>
      <w:r>
        <w:rPr>
          <w:rFonts w:ascii="Georgia" w:hAnsi="Georgia" w:eastAsia="Georgia"/>
          <w:sz w:val="23"/>
        </w:rPr>
        <w:t>Ivena heard it as the difference between one maintenance decision and another.</w:t>
      </w:r>
    </w:p>
    <w:p>
      <w:r>
        <w:rPr>
          <w:rFonts w:ascii="Georgia" w:hAnsi="Georgia" w:eastAsia="Georgia"/>
          <w:sz w:val="23"/>
        </w:rPr>
        <w:t>Then she opened her eyes.</w:t>
      </w:r>
    </w:p>
    <w:p>
      <w:r>
        <w:rPr>
          <w:rFonts w:ascii="Georgia" w:hAnsi="Georgia" w:eastAsia="Georgia"/>
          <w:sz w:val="23"/>
        </w:rPr>
        <w:t>“Deren still sixty-one?”</w:t>
      </w:r>
    </w:p>
    <w:p>
      <w:r>
        <w:rPr>
          <w:rFonts w:ascii="Georgia" w:hAnsi="Georgia" w:eastAsia="Georgia"/>
          <w:sz w:val="23"/>
        </w:rPr>
        <w:t>I knew what she meant.</w:t>
      </w:r>
    </w:p>
    <w:p>
      <w:r>
        <w:rPr>
          <w:rFonts w:ascii="Georgia" w:hAnsi="Georgia" w:eastAsia="Georgia"/>
          <w:sz w:val="23"/>
        </w:rPr>
        <w:t>“We did not retest historical response.”</w:t>
      </w:r>
    </w:p>
    <w:p>
      <w:r>
        <w:rPr>
          <w:rFonts w:ascii="Georgia" w:hAnsi="Georgia" w:eastAsia="Georgia"/>
          <w:sz w:val="23"/>
        </w:rPr>
        <w:t>“Leave it.”</w:t>
      </w:r>
    </w:p>
    <w:p>
      <w:r>
        <w:rPr>
          <w:rFonts w:ascii="Georgia" w:hAnsi="Georgia" w:eastAsia="Georgia"/>
          <w:sz w:val="23"/>
        </w:rPr>
        <w:t>“Current carrier response was not challenged during surgery either.”</w:t>
      </w:r>
    </w:p>
    <w:p>
      <w:r>
        <w:rPr>
          <w:rFonts w:ascii="Georgia" w:hAnsi="Georgia" w:eastAsia="Georgia"/>
          <w:sz w:val="23"/>
        </w:rPr>
        <w:t>“Leave that too.”</w:t>
      </w:r>
    </w:p>
    <w:p>
      <w:r>
        <w:rPr>
          <w:rFonts w:ascii="Georgia" w:hAnsi="Georgia" w:eastAsia="Georgia"/>
          <w:sz w:val="23"/>
        </w:rPr>
        <w:t>She looked at her right hand.</w:t>
      </w:r>
    </w:p>
    <w:p>
      <w:r>
        <w:rPr>
          <w:rFonts w:ascii="Georgia" w:hAnsi="Georgia" w:eastAsia="Georgia"/>
          <w:sz w:val="23"/>
        </w:rPr>
        <w:t>“Works?”</w:t>
      </w:r>
    </w:p>
    <w:p>
      <w:r>
        <w:rPr>
          <w:rFonts w:ascii="Georgia" w:hAnsi="Georgia" w:eastAsia="Georgia"/>
          <w:sz w:val="23"/>
        </w:rPr>
        <w:t>Olan said, “Do not test it yet.”</w:t>
      </w:r>
    </w:p>
    <w:p>
      <w:r>
        <w:rPr>
          <w:rFonts w:ascii="Georgia" w:hAnsi="Georgia" w:eastAsia="Georgia"/>
          <w:sz w:val="23"/>
        </w:rPr>
        <w:t>“I was asking him.”</w:t>
      </w:r>
    </w:p>
    <w:p>
      <w:r>
        <w:rPr>
          <w:rFonts w:ascii="Georgia" w:hAnsi="Georgia" w:eastAsia="Georgia"/>
          <w:sz w:val="23"/>
        </w:rPr>
        <w:t>“Still do not test it.”</w:t>
      </w:r>
    </w:p>
    <w:p>
      <w:r>
        <w:rPr>
          <w:rFonts w:ascii="Georgia" w:hAnsi="Georgia" w:eastAsia="Georgia"/>
          <w:sz w:val="23"/>
        </w:rPr>
        <w:t>Ivena smiled weakly.</w:t>
      </w:r>
    </w:p>
    <w:p>
      <w:r>
        <w:rPr>
          <w:rFonts w:ascii="Georgia" w:hAnsi="Georgia" w:eastAsia="Georgia"/>
          <w:sz w:val="23"/>
        </w:rPr>
        <w:t>“Good surgeon.”</w:t>
      </w:r>
    </w:p>
    <w:p>
      <w:r>
        <w:rPr>
          <w:rFonts w:ascii="Georgia" w:hAnsi="Georgia" w:eastAsia="Georgia"/>
          <w:sz w:val="23"/>
        </w:rPr>
        <w:t>“I know.”</w:t>
      </w:r>
    </w:p>
    <w:p>
      <w:r>
        <w:rPr>
          <w:rFonts w:ascii="Georgia" w:hAnsi="Georgia" w:eastAsia="Georgia"/>
          <w:sz w:val="23"/>
        </w:rPr>
        <w:t>Her eyes closed again.</w:t>
      </w:r>
    </w:p>
    <w:p>
      <w:pPr>
        <w:spacing w:before="80" w:after="80"/>
        <w:jc w:val="center"/>
      </w:pPr>
      <w:r>
        <w:rPr>
          <w:rFonts w:ascii="Georgia" w:hAnsi="Georgia" w:eastAsia="Georgia"/>
          <w:sz w:val="23"/>
        </w:rPr>
        <w:t>§</w:t>
      </w:r>
    </w:p>
    <w:p>
      <w:r>
        <w:rPr>
          <w:rFonts w:ascii="Georgia" w:hAnsi="Georgia" w:eastAsia="Georgia"/>
          <w:sz w:val="23"/>
        </w:rPr>
        <w:t>The first postoperative hour made the word success less attractive.</w:t>
      </w:r>
    </w:p>
    <w:p>
      <w:r>
        <w:rPr>
          <w:rFonts w:ascii="Georgia" w:hAnsi="Georgia" w:eastAsia="Georgia"/>
          <w:sz w:val="23"/>
        </w:rPr>
        <w:t>Ivena could not cough without bracing both hands against the thoracic support pillow. The new scaffold had taken load correctly. The field traces remained quiet. Her oxygenation was ordinary for the procedure.</w:t>
      </w:r>
    </w:p>
    <w:p>
      <w:r>
        <w:rPr>
          <w:rFonts w:ascii="Georgia" w:hAnsi="Georgia" w:eastAsia="Georgia"/>
          <w:sz w:val="23"/>
        </w:rPr>
        <w:t>None of those facts made breathing pleasant.</w:t>
      </w:r>
    </w:p>
    <w:p>
      <w:r>
        <w:rPr>
          <w:rFonts w:ascii="Georgia" w:hAnsi="Georgia" w:eastAsia="Georgia"/>
          <w:sz w:val="23"/>
        </w:rPr>
        <w:t>At 1048 a nurse raised the bed twelve degrees.</w:t>
      </w:r>
    </w:p>
    <w:p>
      <w:r>
        <w:rPr>
          <w:rFonts w:ascii="Georgia" w:hAnsi="Georgia" w:eastAsia="Georgia"/>
          <w:sz w:val="23"/>
        </w:rPr>
        <w:t>Ivena’s pulse increased by fourteen.</w:t>
      </w:r>
    </w:p>
    <w:p>
      <w:r>
        <w:rPr>
          <w:rFonts w:ascii="Georgia" w:hAnsi="Georgia" w:eastAsia="Georgia"/>
          <w:sz w:val="23"/>
        </w:rPr>
        <w:t>The setting trace did nothing.</w:t>
      </w:r>
    </w:p>
    <w:p>
      <w:r>
        <w:rPr>
          <w:rFonts w:ascii="Georgia" w:hAnsi="Georgia" w:eastAsia="Georgia"/>
          <w:sz w:val="23"/>
        </w:rPr>
        <w:t>At eighteen degrees she stopped the bed herself.</w:t>
      </w:r>
    </w:p>
    <w:p>
      <w:r>
        <w:rPr>
          <w:rFonts w:ascii="Georgia" w:hAnsi="Georgia" w:eastAsia="Georgia"/>
          <w:sz w:val="23"/>
        </w:rPr>
        <w:t>“Enough.”</w:t>
      </w:r>
    </w:p>
    <w:p>
      <w:r>
        <w:rPr>
          <w:rFonts w:ascii="Georgia" w:hAnsi="Georgia" w:eastAsia="Georgia"/>
          <w:sz w:val="23"/>
        </w:rPr>
        <w:t>The nurse lowered it two degrees.</w:t>
      </w:r>
    </w:p>
    <w:p>
      <w:r>
        <w:rPr>
          <w:rFonts w:ascii="Georgia" w:hAnsi="Georgia" w:eastAsia="Georgia"/>
          <w:sz w:val="23"/>
        </w:rPr>
        <w:t>Olan watched the incision monitor.</w:t>
      </w:r>
    </w:p>
    <w:p>
      <w:r>
        <w:rPr>
          <w:rFonts w:ascii="Georgia" w:hAnsi="Georgia" w:eastAsia="Georgia"/>
          <w:sz w:val="23"/>
        </w:rPr>
        <w:t>“Pain?”</w:t>
      </w:r>
    </w:p>
    <w:p>
      <w:r>
        <w:rPr>
          <w:rFonts w:ascii="Georgia" w:hAnsi="Georgia" w:eastAsia="Georgia"/>
          <w:sz w:val="23"/>
        </w:rPr>
        <w:t>“Yes.”</w:t>
      </w:r>
    </w:p>
    <w:p>
      <w:r>
        <w:rPr>
          <w:rFonts w:ascii="Georgia" w:hAnsi="Georgia" w:eastAsia="Georgia"/>
          <w:sz w:val="23"/>
        </w:rPr>
        <w:t>“Sharp or pressure?”</w:t>
      </w:r>
    </w:p>
    <w:p>
      <w:r>
        <w:rPr>
          <w:rFonts w:ascii="Georgia" w:hAnsi="Georgia" w:eastAsia="Georgia"/>
          <w:sz w:val="23"/>
        </w:rPr>
        <w:t>“Both. The sharp one is rude.”</w:t>
      </w:r>
    </w:p>
    <w:p>
      <w:r>
        <w:rPr>
          <w:rFonts w:ascii="Georgia" w:hAnsi="Georgia" w:eastAsia="Georgia"/>
          <w:sz w:val="23"/>
        </w:rPr>
        <w:t>“Location?”</w:t>
      </w:r>
    </w:p>
    <w:p>
      <w:r>
        <w:rPr>
          <w:rFonts w:ascii="Georgia" w:hAnsi="Georgia" w:eastAsia="Georgia"/>
          <w:sz w:val="23"/>
        </w:rPr>
        <w:t>She described it without mentioning the setting.</w:t>
      </w:r>
    </w:p>
    <w:p>
      <w:r>
        <w:rPr>
          <w:rFonts w:ascii="Georgia" w:hAnsi="Georgia" w:eastAsia="Georgia"/>
          <w:sz w:val="23"/>
        </w:rPr>
        <w:t>Ordinary surgical pain.</w:t>
      </w:r>
    </w:p>
    <w:p>
      <w:r>
        <w:rPr>
          <w:rFonts w:ascii="Georgia" w:hAnsi="Georgia" w:eastAsia="Georgia"/>
          <w:sz w:val="23"/>
        </w:rPr>
        <w:t>For once nobody looked disappointed.</w:t>
      </w:r>
    </w:p>
    <w:p>
      <w:r>
        <w:rPr>
          <w:rFonts w:ascii="Georgia" w:hAnsi="Georgia" w:eastAsia="Georgia"/>
          <w:sz w:val="23"/>
        </w:rPr>
        <w:t>Ivena took six shallow breaths, then tried one deeper. She stopped halfway and closed her eyes.</w:t>
      </w:r>
    </w:p>
    <w:p>
      <w:r>
        <w:rPr>
          <w:rFonts w:ascii="Georgia" w:hAnsi="Georgia" w:eastAsia="Georgia"/>
          <w:sz w:val="23"/>
        </w:rPr>
        <w:t>“Forty years,” she said.</w:t>
      </w:r>
    </w:p>
    <w:p>
      <w:r>
        <w:rPr>
          <w:rFonts w:ascii="Georgia" w:hAnsi="Georgia" w:eastAsia="Georgia"/>
          <w:sz w:val="23"/>
        </w:rPr>
        <w:t>Olan looked at her.</w:t>
      </w:r>
    </w:p>
    <w:p>
      <w:r>
        <w:rPr>
          <w:rFonts w:ascii="Georgia" w:hAnsi="Georgia" w:eastAsia="Georgia"/>
          <w:sz w:val="23"/>
        </w:rPr>
        <w:t>“The estimate has not changed.”</w:t>
      </w:r>
    </w:p>
    <w:p>
      <w:r>
        <w:rPr>
          <w:rFonts w:ascii="Georgia" w:hAnsi="Georgia" w:eastAsia="Georgia"/>
          <w:sz w:val="23"/>
        </w:rPr>
        <w:t>“I was not asking. I was reminding myself why I agreed to this.”</w:t>
      </w:r>
    </w:p>
    <w:p>
      <w:r>
        <w:rPr>
          <w:rFonts w:ascii="Georgia" w:hAnsi="Georgia" w:eastAsia="Georgia"/>
          <w:sz w:val="23"/>
        </w:rPr>
        <w:t>She opened her eyes and looked at me through the glass partition.</w:t>
      </w:r>
    </w:p>
    <w:p>
      <w:r>
        <w:rPr>
          <w:rFonts w:ascii="Georgia" w:hAnsi="Georgia" w:eastAsia="Georgia"/>
          <w:sz w:val="23"/>
        </w:rPr>
        <w:t>“Do not write that as satisfaction.”</w:t>
      </w:r>
    </w:p>
    <w:p>
      <w:r>
        <w:rPr>
          <w:rFonts w:ascii="Georgia" w:hAnsi="Georgia" w:eastAsia="Georgia"/>
          <w:sz w:val="23"/>
        </w:rPr>
        <w:t>“No.”</w:t>
      </w:r>
    </w:p>
    <w:p>
      <w:r>
        <w:rPr>
          <w:rFonts w:ascii="Georgia" w:hAnsi="Georgia" w:eastAsia="Georgia"/>
          <w:sz w:val="23"/>
        </w:rPr>
        <w:t>“You were thinking in columns again.”</w:t>
      </w:r>
    </w:p>
    <w:p>
      <w:r>
        <w:rPr>
          <w:rFonts w:ascii="Georgia" w:hAnsi="Georgia" w:eastAsia="Georgia"/>
          <w:sz w:val="23"/>
        </w:rPr>
        <w:t>The accusation was accurate enough that I left it alone.</w:t>
      </w:r>
    </w:p>
    <w:p>
      <w:r>
        <w:rPr>
          <w:rFonts w:ascii="Georgia" w:hAnsi="Georgia" w:eastAsia="Georgia"/>
          <w:sz w:val="23"/>
        </w:rPr>
        <w:t>At 1117 Riss ran the first postoperative right-hand proxy. No assembly task. No historical comparison. Three isolated motions against low resistance.</w:t>
      </w:r>
    </w:p>
    <w:p>
      <w:r>
        <w:rPr>
          <w:rFonts w:ascii="Georgia" w:hAnsi="Georgia" w:eastAsia="Georgia"/>
          <w:sz w:val="23"/>
        </w:rPr>
        <w:t>Index extension.</w:t>
      </w:r>
    </w:p>
    <w:p>
      <w:r>
        <w:rPr>
          <w:rFonts w:ascii="Georgia" w:hAnsi="Georgia" w:eastAsia="Georgia"/>
          <w:sz w:val="23"/>
        </w:rPr>
        <w:t>Thumb opposition.</w:t>
      </w:r>
    </w:p>
    <w:p>
      <w:r>
        <w:rPr>
          <w:rFonts w:ascii="Georgia" w:hAnsi="Georgia" w:eastAsia="Georgia"/>
          <w:sz w:val="23"/>
        </w:rPr>
        <w:t>Grip release.</w:t>
      </w:r>
    </w:p>
    <w:p>
      <w:r>
        <w:rPr>
          <w:rFonts w:ascii="Georgia" w:hAnsi="Georgia" w:eastAsia="Georgia"/>
          <w:sz w:val="23"/>
        </w:rPr>
        <w:t>Ivena completed all three slowly.</w:t>
      </w:r>
    </w:p>
    <w:p>
      <w:r>
        <w:rPr>
          <w:rFonts w:ascii="Georgia" w:hAnsi="Georgia" w:eastAsia="Georgia"/>
          <w:sz w:val="23"/>
        </w:rPr>
        <w:t>The right hand remained better than the left on one resisted spatial correction despite sedation, pain and the fact that nobody had asked it to prove anything about Deren.</w:t>
      </w:r>
    </w:p>
    <w:p>
      <w:r>
        <w:rPr>
          <w:rFonts w:ascii="Georgia" w:hAnsi="Georgia" w:eastAsia="Georgia"/>
          <w:sz w:val="23"/>
        </w:rPr>
        <w:t>Riss closed the test before I could ask for a repeat.</w:t>
      </w:r>
    </w:p>
    <w:p>
      <w:r>
        <w:rPr>
          <w:rFonts w:ascii="Georgia" w:hAnsi="Georgia" w:eastAsia="Georgia"/>
          <w:sz w:val="23"/>
        </w:rPr>
        <w:t>I noticed that too.</w:t>
      </w:r>
    </w:p>
    <w:p>
      <w:r>
        <w:rPr>
          <w:rFonts w:ascii="Georgia" w:hAnsi="Georgia" w:eastAsia="Georgia"/>
          <w:sz w:val="23"/>
        </w:rPr>
        <w:t>“Do I pass?” Ivena asked.</w:t>
      </w:r>
    </w:p>
    <w:p>
      <w:r>
        <w:rPr>
          <w:rFonts w:ascii="Georgia" w:hAnsi="Georgia" w:eastAsia="Georgia"/>
          <w:sz w:val="23"/>
        </w:rPr>
        <w:t>“You are recovering,” Riss said.</w:t>
      </w:r>
    </w:p>
    <w:p>
      <w:r>
        <w:rPr>
          <w:rFonts w:ascii="Georgia" w:hAnsi="Georgia" w:eastAsia="Georgia"/>
          <w:sz w:val="23"/>
        </w:rPr>
        <w:t>“I asked if I pass.”</w:t>
      </w:r>
    </w:p>
    <w:p>
      <w:r>
        <w:rPr>
          <w:rFonts w:ascii="Georgia" w:hAnsi="Georgia" w:eastAsia="Georgia"/>
          <w:sz w:val="23"/>
        </w:rPr>
        <w:t>“It is the answer you get today.”</w:t>
      </w:r>
    </w:p>
    <w:p>
      <w:r>
        <w:rPr>
          <w:rFonts w:ascii="Georgia" w:hAnsi="Georgia" w:eastAsia="Georgia"/>
          <w:sz w:val="23"/>
        </w:rPr>
        <w:t>Ivena looked at me.</w:t>
      </w:r>
    </w:p>
    <w:p>
      <w:r>
        <w:rPr>
          <w:rFonts w:ascii="Georgia" w:hAnsi="Georgia" w:eastAsia="Georgia"/>
          <w:sz w:val="23"/>
        </w:rPr>
        <w:t>I did not improve it.</w:t>
      </w:r>
    </w:p>
    <w:p>
      <w:r>
        <w:rPr>
          <w:rFonts w:ascii="Georgia" w:hAnsi="Georgia" w:eastAsia="Georgia"/>
          <w:sz w:val="23"/>
        </w:rPr>
        <w:t>At 1142 Sera called Ivena’s private device.</w:t>
      </w:r>
    </w:p>
    <w:p>
      <w:r>
        <w:rPr>
          <w:rFonts w:ascii="Georgia" w:hAnsi="Georgia" w:eastAsia="Georgia"/>
          <w:sz w:val="23"/>
        </w:rPr>
        <w:t>The screen remained turned away from the clinical monitors. I could hear only Ivena’s side.</w:t>
      </w:r>
    </w:p>
    <w:p>
      <w:r>
        <w:rPr>
          <w:rFonts w:ascii="Georgia" w:hAnsi="Georgia" w:eastAsia="Georgia"/>
          <w:sz w:val="23"/>
        </w:rPr>
        <w:t>“Alive.”</w:t>
      </w:r>
    </w:p>
    <w:p>
      <w:r>
        <w:rPr>
          <w:rFonts w:ascii="Georgia" w:hAnsi="Georgia" w:eastAsia="Georgia"/>
          <w:sz w:val="23"/>
        </w:rPr>
        <w:t>Pause.</w:t>
      </w:r>
    </w:p>
    <w:p>
      <w:r>
        <w:rPr>
          <w:rFonts w:ascii="Georgia" w:hAnsi="Georgia" w:eastAsia="Georgia"/>
          <w:sz w:val="23"/>
        </w:rPr>
        <w:t>“No, you cannot tell from my voice.”</w:t>
      </w:r>
    </w:p>
    <w:p>
      <w:r>
        <w:rPr>
          <w:rFonts w:ascii="Georgia" w:hAnsi="Georgia" w:eastAsia="Georgia"/>
          <w:sz w:val="23"/>
        </w:rPr>
        <w:t>Pause.</w:t>
      </w:r>
    </w:p>
    <w:p>
      <w:r>
        <w:rPr>
          <w:rFonts w:ascii="Georgia" w:hAnsi="Georgia" w:eastAsia="Georgia"/>
          <w:sz w:val="23"/>
        </w:rPr>
        <w:t>“Tomorrow if they let me out.”</w:t>
      </w:r>
    </w:p>
    <w:p>
      <w:r>
        <w:rPr>
          <w:rFonts w:ascii="Georgia" w:hAnsi="Georgia" w:eastAsia="Georgia"/>
          <w:sz w:val="23"/>
        </w:rPr>
        <w:t>Longer pause.</w:t>
      </w:r>
    </w:p>
    <w:p>
      <w:r>
        <w:rPr>
          <w:rFonts w:ascii="Georgia" w:hAnsi="Georgia" w:eastAsia="Georgia"/>
          <w:sz w:val="23"/>
        </w:rPr>
        <w:t>“No. You are still not a patient.”</w:t>
      </w:r>
    </w:p>
    <w:p>
      <w:r>
        <w:rPr>
          <w:rFonts w:ascii="Georgia" w:hAnsi="Georgia" w:eastAsia="Georgia"/>
          <w:sz w:val="23"/>
        </w:rPr>
        <w:t>Ivena laughed once and immediately regretted it. The laugh became a cough. The cough became three breaths with both hands locked around the pillow.</w:t>
      </w:r>
    </w:p>
    <w:p>
      <w:r>
        <w:rPr>
          <w:rFonts w:ascii="Georgia" w:hAnsi="Georgia" w:eastAsia="Georgia"/>
          <w:sz w:val="23"/>
        </w:rPr>
        <w:t>Nobody interpreted the sequence as anything except what it was.</w:t>
      </w:r>
    </w:p>
    <w:p>
      <w:r>
        <w:rPr>
          <w:rFonts w:ascii="Georgia" w:hAnsi="Georgia" w:eastAsia="Georgia"/>
          <w:sz w:val="23"/>
        </w:rPr>
        <w:t>When she could speak again, she said into the device, “I hate you.”</w:t>
      </w:r>
    </w:p>
    <w:p>
      <w:r>
        <w:rPr>
          <w:rFonts w:ascii="Georgia" w:hAnsi="Georgia" w:eastAsia="Georgia"/>
          <w:sz w:val="23"/>
        </w:rPr>
        <w:t>Another pause.</w:t>
      </w:r>
    </w:p>
    <w:p>
      <w:r>
        <w:rPr>
          <w:rFonts w:ascii="Georgia" w:hAnsi="Georgia" w:eastAsia="Georgia"/>
          <w:sz w:val="23"/>
        </w:rPr>
        <w:t>“Yes. Tomorrow.”</w:t>
      </w:r>
    </w:p>
    <w:p>
      <w:r>
        <w:rPr>
          <w:rFonts w:ascii="Georgia" w:hAnsi="Georgia" w:eastAsia="Georgia"/>
          <w:sz w:val="23"/>
        </w:rPr>
        <w:t>She disconnected.</w:t>
      </w:r>
    </w:p>
    <w:p>
      <w:r>
        <w:rPr>
          <w:rFonts w:ascii="Georgia" w:hAnsi="Georgia" w:eastAsia="Georgia"/>
          <w:sz w:val="23"/>
        </w:rPr>
        <w:t>Her pulse returned toward baseline.</w:t>
      </w:r>
    </w:p>
    <w:p>
      <w:r>
        <w:rPr>
          <w:rFonts w:ascii="Georgia" w:hAnsi="Georgia" w:eastAsia="Georgia"/>
          <w:sz w:val="23"/>
        </w:rPr>
        <w:t>The setting remained stable.</w:t>
      </w:r>
    </w:p>
    <w:p>
      <w:r>
        <w:rPr>
          <w:rFonts w:ascii="Georgia" w:hAnsi="Georgia" w:eastAsia="Georgia"/>
          <w:sz w:val="23"/>
        </w:rPr>
        <w:t>The operation had preserved a projected future and produced a present in which breathing hurt, Sera still had a boundary, and Deren’s historical percentage had not been tested.</w:t>
      </w:r>
    </w:p>
    <w:p>
      <w:r>
        <w:rPr>
          <w:rFonts w:ascii="Georgia" w:hAnsi="Georgia" w:eastAsia="Georgia"/>
          <w:sz w:val="23"/>
        </w:rPr>
        <w:t>All four facts belonged to the result.</w:t>
      </w:r>
    </w:p>
    <w:p>
      <w:pPr>
        <w:spacing w:before="80" w:after="80"/>
        <w:jc w:val="center"/>
      </w:pPr>
      <w:r>
        <w:rPr>
          <w:rFonts w:ascii="Georgia" w:hAnsi="Georgia" w:eastAsia="Georgia"/>
          <w:sz w:val="23"/>
        </w:rPr>
        <w:t>§</w:t>
      </w:r>
    </w:p>
    <w:p>
      <w:r>
        <w:rPr>
          <w:rFonts w:ascii="Georgia" w:hAnsi="Georgia" w:eastAsia="Georgia"/>
          <w:sz w:val="23"/>
        </w:rPr>
        <w:t>At 1546 they tried to move Ivena from the bed to the chair.</w:t>
      </w:r>
    </w:p>
    <w:p>
      <w:r>
        <w:rPr>
          <w:rFonts w:ascii="Georgia" w:hAnsi="Georgia" w:eastAsia="Georgia"/>
          <w:sz w:val="23"/>
        </w:rPr>
        <w:t>The transfer required less than two meters.</w:t>
      </w:r>
    </w:p>
    <w:p>
      <w:r>
        <w:rPr>
          <w:rFonts w:ascii="Georgia" w:hAnsi="Georgia" w:eastAsia="Georgia"/>
          <w:sz w:val="23"/>
        </w:rPr>
        <w:t>It took eleven minutes.</w:t>
      </w:r>
    </w:p>
    <w:p>
      <w:r>
        <w:rPr>
          <w:rFonts w:ascii="Georgia" w:hAnsi="Georgia" w:eastAsia="Georgia"/>
          <w:sz w:val="23"/>
        </w:rPr>
        <w:t>First the bed rose.</w:t>
      </w:r>
    </w:p>
    <w:p>
      <w:r>
        <w:rPr>
          <w:rFonts w:ascii="Georgia" w:hAnsi="Georgia" w:eastAsia="Georgia"/>
          <w:sz w:val="23"/>
        </w:rPr>
        <w:t>Then her feet reached the floor.</w:t>
      </w:r>
    </w:p>
    <w:p>
      <w:r>
        <w:rPr>
          <w:rFonts w:ascii="Georgia" w:hAnsi="Georgia" w:eastAsia="Georgia"/>
          <w:sz w:val="23"/>
        </w:rPr>
        <w:t>Then blood pressure fell enough that Riss lowered the head again and waited.</w:t>
      </w:r>
    </w:p>
    <w:p>
      <w:r>
        <w:rPr>
          <w:rFonts w:ascii="Georgia" w:hAnsi="Georgia" w:eastAsia="Georgia"/>
          <w:sz w:val="23"/>
        </w:rPr>
        <w:t>No setting event.</w:t>
      </w:r>
    </w:p>
    <w:p>
      <w:r>
        <w:rPr>
          <w:rFonts w:ascii="Georgia" w:hAnsi="Georgia" w:eastAsia="Georgia"/>
          <w:sz w:val="23"/>
        </w:rPr>
        <w:t>No scaffold event.</w:t>
      </w:r>
    </w:p>
    <w:p>
      <w:r>
        <w:rPr>
          <w:rFonts w:ascii="Georgia" w:hAnsi="Georgia" w:eastAsia="Georgia"/>
          <w:sz w:val="23"/>
        </w:rPr>
        <w:t>No hidden relation revealed itself.</w:t>
      </w:r>
    </w:p>
    <w:p>
      <w:r>
        <w:rPr>
          <w:rFonts w:ascii="Georgia" w:hAnsi="Georgia" w:eastAsia="Georgia"/>
          <w:sz w:val="23"/>
        </w:rPr>
        <w:t>A one-hundred-eighty-seven-year-old body that had been opened that morning objected to gravity.</w:t>
      </w:r>
    </w:p>
    <w:p>
      <w:r>
        <w:rPr>
          <w:rFonts w:ascii="Georgia" w:hAnsi="Georgia" w:eastAsia="Georgia"/>
          <w:sz w:val="23"/>
        </w:rPr>
        <w:t>On the second attempt Ivena sat upright for forty seconds before nausea arrived.</w:t>
      </w:r>
    </w:p>
    <w:p>
      <w:r>
        <w:rPr>
          <w:rFonts w:ascii="Georgia" w:hAnsi="Georgia" w:eastAsia="Georgia"/>
          <w:sz w:val="23"/>
        </w:rPr>
        <w:t>Her right hand trembled against the support pillow.</w:t>
      </w:r>
    </w:p>
    <w:p>
      <w:r>
        <w:rPr>
          <w:rFonts w:ascii="Georgia" w:hAnsi="Georgia" w:eastAsia="Georgia"/>
          <w:sz w:val="23"/>
        </w:rPr>
        <w:t>I looked at the movement too long.</w:t>
      </w:r>
    </w:p>
    <w:p>
      <w:r>
        <w:rPr>
          <w:rFonts w:ascii="Georgia" w:hAnsi="Georgia" w:eastAsia="Georgia"/>
          <w:sz w:val="23"/>
        </w:rPr>
        <w:t>Miren noticed.</w:t>
      </w:r>
    </w:p>
    <w:p>
      <w:r>
        <w:rPr>
          <w:rFonts w:ascii="Georgia" w:hAnsi="Georgia" w:eastAsia="Georgia"/>
          <w:sz w:val="23"/>
        </w:rPr>
        <w:t>“Do not baseline her.”</w:t>
      </w:r>
    </w:p>
    <w:p>
      <w:r>
        <w:rPr>
          <w:rFonts w:ascii="Georgia" w:hAnsi="Georgia" w:eastAsia="Georgia"/>
          <w:sz w:val="23"/>
        </w:rPr>
        <w:t>“I was not.”</w:t>
      </w:r>
    </w:p>
    <w:p>
      <w:r>
        <w:rPr>
          <w:rFonts w:ascii="Georgia" w:hAnsi="Georgia" w:eastAsia="Georgia"/>
          <w:sz w:val="23"/>
        </w:rPr>
        <w:t>“You were arranging the question.”</w:t>
      </w:r>
    </w:p>
    <w:p>
      <w:r>
        <w:rPr>
          <w:rFonts w:ascii="Georgia" w:hAnsi="Georgia" w:eastAsia="Georgia"/>
          <w:sz w:val="23"/>
        </w:rPr>
        <w:t>Ivena opened one eye.</w:t>
      </w:r>
    </w:p>
    <w:p>
      <w:r>
        <w:rPr>
          <w:rFonts w:ascii="Georgia" w:hAnsi="Georgia" w:eastAsia="Georgia"/>
          <w:sz w:val="23"/>
        </w:rPr>
        <w:t>“If either of you asks me to assemble a key today, I will complete out of spite.”</w:t>
      </w:r>
    </w:p>
    <w:p>
      <w:r>
        <w:rPr>
          <w:rFonts w:ascii="Georgia" w:hAnsi="Georgia" w:eastAsia="Georgia"/>
          <w:sz w:val="23"/>
        </w:rPr>
        <w:t>“No task,” I said.</w:t>
      </w:r>
    </w:p>
    <w:p>
      <w:r>
        <w:rPr>
          <w:rFonts w:ascii="Georgia" w:hAnsi="Georgia" w:eastAsia="Georgia"/>
          <w:sz w:val="23"/>
        </w:rPr>
        <w:t>“Keep it that way.”</w:t>
      </w:r>
    </w:p>
    <w:p>
      <w:r>
        <w:rPr>
          <w:rFonts w:ascii="Georgia" w:hAnsi="Georgia" w:eastAsia="Georgia"/>
          <w:sz w:val="23"/>
        </w:rPr>
        <w:t>The third attempt reached the chair.</w:t>
      </w:r>
    </w:p>
    <w:p>
      <w:r>
        <w:rPr>
          <w:rFonts w:ascii="Georgia" w:hAnsi="Georgia" w:eastAsia="Georgia"/>
          <w:sz w:val="23"/>
        </w:rPr>
        <w:t>Ivena took four supported steps.</w:t>
      </w:r>
    </w:p>
    <w:p>
      <w:r>
        <w:rPr>
          <w:rFonts w:ascii="Georgia" w:hAnsi="Georgia" w:eastAsia="Georgia"/>
          <w:sz w:val="23"/>
        </w:rPr>
        <w:t>The right foot landed slightly wider than baseline because the thoracic pain changed her posture. The right hand remained wrapped around the pillow and therefore contributed nothing to balance.</w:t>
      </w:r>
    </w:p>
    <w:p>
      <w:r>
        <w:rPr>
          <w:rFonts w:ascii="Georgia" w:hAnsi="Georgia" w:eastAsia="Georgia"/>
          <w:sz w:val="23"/>
        </w:rPr>
        <w:t>Riss recorded transfer tolerance.</w:t>
      </w:r>
    </w:p>
    <w:p>
      <w:r>
        <w:rPr>
          <w:rFonts w:ascii="Georgia" w:hAnsi="Georgia" w:eastAsia="Georgia"/>
          <w:sz w:val="23"/>
        </w:rPr>
        <w:t>Not motor calibration.</w:t>
      </w:r>
    </w:p>
    <w:p>
      <w:r>
        <w:rPr>
          <w:rFonts w:ascii="Georgia" w:hAnsi="Georgia" w:eastAsia="Georgia"/>
          <w:sz w:val="23"/>
        </w:rPr>
        <w:t>Not setting response.</w:t>
      </w:r>
    </w:p>
    <w:p>
      <w:r>
        <w:rPr>
          <w:rFonts w:ascii="Georgia" w:hAnsi="Georgia" w:eastAsia="Georgia"/>
          <w:sz w:val="23"/>
        </w:rPr>
        <w:t>Not historical association.</w:t>
      </w:r>
    </w:p>
    <w:p>
      <w:r>
        <w:rPr>
          <w:rFonts w:ascii="Georgia" w:hAnsi="Georgia" w:eastAsia="Georgia"/>
          <w:sz w:val="23"/>
        </w:rPr>
        <w:t>The distinction looked trivial on the chart.</w:t>
      </w:r>
    </w:p>
    <w:p>
      <w:r>
        <w:rPr>
          <w:rFonts w:ascii="Georgia" w:hAnsi="Georgia" w:eastAsia="Georgia"/>
          <w:sz w:val="23"/>
        </w:rPr>
        <w:t>It was not trivial to Ivena, who had spent four days becoming an object of measurement every time she moved.</w:t>
      </w:r>
    </w:p>
    <w:p>
      <w:r>
        <w:rPr>
          <w:rFonts w:ascii="Georgia" w:hAnsi="Georgia" w:eastAsia="Georgia"/>
          <w:sz w:val="23"/>
        </w:rPr>
        <w:t>When the chair locked, she leaned back and closed her eyes.</w:t>
      </w:r>
    </w:p>
    <w:p>
      <w:r>
        <w:rPr>
          <w:rFonts w:ascii="Georgia" w:hAnsi="Georgia" w:eastAsia="Georgia"/>
          <w:sz w:val="23"/>
        </w:rPr>
        <w:t>“Did I pass that one?”</w:t>
      </w:r>
    </w:p>
    <w:p>
      <w:r>
        <w:rPr>
          <w:rFonts w:ascii="Georgia" w:hAnsi="Georgia" w:eastAsia="Georgia"/>
          <w:sz w:val="23"/>
        </w:rPr>
        <w:t>Riss said, “You reached the chair.”</w:t>
      </w:r>
    </w:p>
    <w:p>
      <w:r>
        <w:rPr>
          <w:rFonts w:ascii="Georgia" w:hAnsi="Georgia" w:eastAsia="Georgia"/>
          <w:sz w:val="23"/>
        </w:rPr>
        <w:t>Ivena breathed carefully through her nose.</w:t>
      </w:r>
    </w:p>
    <w:p>
      <w:r>
        <w:rPr>
          <w:rFonts w:ascii="Georgia" w:hAnsi="Georgia" w:eastAsia="Georgia"/>
          <w:sz w:val="23"/>
        </w:rPr>
        <w:t>“I am beginning to like you.”</w:t>
      </w:r>
    </w:p>
    <w:p>
      <w:r>
        <w:rPr>
          <w:rFonts w:ascii="Georgia" w:hAnsi="Georgia" w:eastAsia="Georgia"/>
          <w:sz w:val="23"/>
        </w:rPr>
        <w:t>“That is probably the medication.”</w:t>
      </w:r>
    </w:p>
    <w:p>
      <w:r>
        <w:rPr>
          <w:rFonts w:ascii="Georgia" w:hAnsi="Georgia" w:eastAsia="Georgia"/>
          <w:sz w:val="23"/>
        </w:rPr>
        <w:t>No one asked what the transfer said about the forty-year estimate.</w:t>
      </w:r>
    </w:p>
    <w:p>
      <w:r>
        <w:rPr>
          <w:rFonts w:ascii="Georgia" w:hAnsi="Georgia" w:eastAsia="Georgia"/>
          <w:sz w:val="23"/>
        </w:rPr>
        <w:t>It said only that at 1601 she could sit in a chair after thoracic surgery.</w:t>
      </w:r>
    </w:p>
    <w:p>
      <w:r>
        <w:rPr>
          <w:rFonts w:ascii="Georgia" w:hAnsi="Georgia" w:eastAsia="Georgia"/>
          <w:sz w:val="23"/>
        </w:rPr>
        <w:t>That was enough work for one body.</w:t>
      </w:r>
    </w:p>
    <w:p>
      <w:r>
        <w:rPr>
          <w:rFonts w:ascii="Georgia" w:hAnsi="Georgia" w:eastAsia="Georgia"/>
          <w:sz w:val="23"/>
        </w:rPr>
        <w:t>At the door Miren handed me the used stop sheet.</w:t>
      </w:r>
    </w:p>
    <w:p>
      <w:r>
        <w:rPr>
          <w:rFonts w:ascii="Georgia" w:hAnsi="Georgia" w:eastAsia="Georgia"/>
          <w:sz w:val="23"/>
        </w:rPr>
        <w:t>Three holds had been recorded. Two were Kaethe-adjacent. One was ordinary bleeding.</w:t>
      </w:r>
    </w:p>
    <w:p>
      <w:r>
        <w:rPr>
          <w:rFonts w:ascii="Georgia" w:hAnsi="Georgia" w:eastAsia="Georgia"/>
          <w:sz w:val="23"/>
        </w:rPr>
        <w:t>All three looked identical on the form.</w:t>
      </w:r>
    </w:p>
    <w:p>
      <w:r>
        <w:rPr>
          <w:rFonts w:ascii="Georgia" w:hAnsi="Georgia" w:eastAsia="Georgia"/>
          <w:sz w:val="23"/>
        </w:rPr>
        <w:t>Mara would have approved of that more than any memorial I could have built for her.</w:t>
      </w:r>
    </w:p>
    <w:p>
      <w:r>
        <w:rPr>
          <w:rFonts w:ascii="Georgia" w:hAnsi="Georgia" w:eastAsia="Georgia"/>
          <w:sz w:val="23"/>
        </w:rPr>
        <w:t>The procedure did not care which operator had been historically important. It cared who could stop the room now.</w:t>
      </w:r>
    </w:p>
    <w:p>
      <w:r>
        <w:rPr>
          <w:rFonts w:ascii="Georgia" w:hAnsi="Georgia" w:eastAsia="Georgia"/>
          <w:sz w:val="23"/>
        </w:rPr>
        <w:t>Miren and I left.</w:t>
      </w:r>
    </w:p>
    <w:p>
      <w:pPr>
        <w:keepNext/>
        <w:pageBreakBefore/>
        <w:jc w:val="center"/>
      </w:pPr>
      <w:r>
        <w:rPr>
          <w:rFonts w:ascii="Georgia" w:hAnsi="Georgia" w:eastAsia="Georgia"/>
          <w:b/>
          <w:sz w:val="28"/>
        </w:rPr>
        <w:t>Chapter Seven — The Concordance</w:t>
      </w:r>
    </w:p>
    <w:p>
      <w:r>
        <w:rPr>
          <w:rFonts w:ascii="Georgia" w:hAnsi="Georgia" w:eastAsia="Georgia"/>
          <w:sz w:val="23"/>
        </w:rPr>
        <w:t>Ivena left the hospital on the second afternoon.</w:t>
      </w:r>
    </w:p>
    <w:p>
      <w:r>
        <w:rPr>
          <w:rFonts w:ascii="Georgia" w:hAnsi="Georgia" w:eastAsia="Georgia"/>
          <w:sz w:val="23"/>
        </w:rPr>
        <w:t>Olan required one corridor walk before discharge.</w:t>
      </w:r>
    </w:p>
    <w:p>
      <w:r>
        <w:rPr>
          <w:rFonts w:ascii="Georgia" w:hAnsi="Georgia" w:eastAsia="Georgia"/>
          <w:sz w:val="23"/>
        </w:rPr>
        <w:t>Miren was there because the setting needed a post-load service check.</w:t>
      </w:r>
    </w:p>
    <w:p>
      <w:r>
        <w:rPr>
          <w:rFonts w:ascii="Georgia" w:hAnsi="Georgia" w:eastAsia="Georgia"/>
          <w:sz w:val="23"/>
        </w:rPr>
        <w:t>I was there because I had not yet learned to leave when the work no longer required me.</w:t>
      </w:r>
    </w:p>
    <w:p>
      <w:r>
        <w:rPr>
          <w:rFonts w:ascii="Georgia" w:hAnsi="Georgia" w:eastAsia="Georgia"/>
          <w:sz w:val="23"/>
        </w:rPr>
        <w:t>Ivena wore loose trousers, the red sweater folded over one arm, and a thoracic support garment that made her movements look more careful than weak.</w:t>
      </w:r>
    </w:p>
    <w:p>
      <w:r>
        <w:rPr>
          <w:rFonts w:ascii="Georgia" w:hAnsi="Georgia" w:eastAsia="Georgia"/>
          <w:sz w:val="23"/>
        </w:rPr>
        <w:t>The first six meters were uneventful.</w:t>
      </w:r>
    </w:p>
    <w:p>
      <w:r>
        <w:rPr>
          <w:rFonts w:ascii="Georgia" w:hAnsi="Georgia" w:eastAsia="Georgia"/>
          <w:sz w:val="23"/>
        </w:rPr>
        <w:t>At eight she stopped.</w:t>
      </w:r>
    </w:p>
    <w:p>
      <w:r>
        <w:rPr>
          <w:rFonts w:ascii="Georgia" w:hAnsi="Georgia" w:eastAsia="Georgia"/>
          <w:sz w:val="23"/>
        </w:rPr>
        <w:t>No field alarm.</w:t>
      </w:r>
    </w:p>
    <w:p>
      <w:r>
        <w:rPr>
          <w:rFonts w:ascii="Georgia" w:hAnsi="Georgia" w:eastAsia="Georgia"/>
          <w:sz w:val="23"/>
        </w:rPr>
        <w:t>No right-hand event.</w:t>
      </w:r>
    </w:p>
    <w:p>
      <w:r>
        <w:rPr>
          <w:rFonts w:ascii="Georgia" w:hAnsi="Georgia" w:eastAsia="Georgia"/>
          <w:sz w:val="23"/>
        </w:rPr>
        <w:t>Pain.</w:t>
      </w:r>
    </w:p>
    <w:p>
      <w:r>
        <w:rPr>
          <w:rFonts w:ascii="Georgia" w:hAnsi="Georgia" w:eastAsia="Georgia"/>
          <w:sz w:val="23"/>
        </w:rPr>
        <w:t>She put her left hand against the wall rail and waited until the breath passed.</w:t>
      </w:r>
    </w:p>
    <w:p>
      <w:r>
        <w:rPr>
          <w:rFonts w:ascii="Georgia" w:hAnsi="Georgia" w:eastAsia="Georgia"/>
          <w:sz w:val="23"/>
        </w:rPr>
        <w:t>Olan did not tell her to continue.</w:t>
      </w:r>
    </w:p>
    <w:p>
      <w:r>
        <w:rPr>
          <w:rFonts w:ascii="Georgia" w:hAnsi="Georgia" w:eastAsia="Georgia"/>
          <w:sz w:val="23"/>
        </w:rPr>
        <w:t>Miren watched the setting trace.</w:t>
      </w:r>
    </w:p>
    <w:p>
      <w:r>
        <w:rPr>
          <w:rFonts w:ascii="Georgia" w:hAnsi="Georgia" w:eastAsia="Georgia"/>
          <w:sz w:val="23"/>
        </w:rPr>
        <w:t>Stable.</w:t>
      </w:r>
    </w:p>
    <w:p>
      <w:r>
        <w:rPr>
          <w:rFonts w:ascii="Georgia" w:hAnsi="Georgia" w:eastAsia="Georgia"/>
          <w:sz w:val="23"/>
        </w:rPr>
        <w:t>After twenty-three seconds Ivena moved again.</w:t>
      </w:r>
    </w:p>
    <w:p>
      <w:r>
        <w:rPr>
          <w:rFonts w:ascii="Georgia" w:hAnsi="Georgia" w:eastAsia="Georgia"/>
          <w:sz w:val="23"/>
        </w:rPr>
        <w:t>She completed eighteen meters and turned without help.</w:t>
      </w:r>
    </w:p>
    <w:p>
      <w:r>
        <w:rPr>
          <w:rFonts w:ascii="Georgia" w:hAnsi="Georgia" w:eastAsia="Georgia"/>
          <w:sz w:val="23"/>
        </w:rPr>
        <w:t>“How many years did that cost me?” she asked Olan.</w:t>
      </w:r>
    </w:p>
    <w:p>
      <w:r>
        <w:rPr>
          <w:rFonts w:ascii="Georgia" w:hAnsi="Georgia" w:eastAsia="Georgia"/>
          <w:sz w:val="23"/>
        </w:rPr>
        <w:t>“None that I can measure.”</w:t>
      </w:r>
    </w:p>
    <w:p>
      <w:r>
        <w:rPr>
          <w:rFonts w:ascii="Georgia" w:hAnsi="Georgia" w:eastAsia="Georgia"/>
          <w:sz w:val="23"/>
        </w:rPr>
        <w:t>“Excellent. I have become very protective of the inventory.”</w:t>
      </w:r>
    </w:p>
    <w:p>
      <w:r>
        <w:rPr>
          <w:rFonts w:ascii="Georgia" w:hAnsi="Georgia" w:eastAsia="Georgia"/>
          <w:sz w:val="23"/>
        </w:rPr>
        <w:t>At the elevator Sera was waiting with Ivena’s coat.</w:t>
      </w:r>
    </w:p>
    <w:p>
      <w:r>
        <w:rPr>
          <w:rFonts w:ascii="Georgia" w:hAnsi="Georgia" w:eastAsia="Georgia"/>
          <w:sz w:val="23"/>
        </w:rPr>
        <w:t>She had no hospital wrist band.</w:t>
      </w:r>
    </w:p>
    <w:p>
      <w:r>
        <w:rPr>
          <w:rFonts w:ascii="Georgia" w:hAnsi="Georgia" w:eastAsia="Georgia"/>
          <w:sz w:val="23"/>
        </w:rPr>
        <w:t>No caregiver credential.</w:t>
      </w:r>
    </w:p>
    <w:p>
      <w:r>
        <w:rPr>
          <w:rFonts w:ascii="Georgia" w:hAnsi="Georgia" w:eastAsia="Georgia"/>
          <w:sz w:val="23"/>
        </w:rPr>
        <w:t>No access token to Ivena’s chart.</w:t>
      </w:r>
    </w:p>
    <w:p>
      <w:r>
        <w:rPr>
          <w:rFonts w:ascii="Georgia" w:hAnsi="Georgia" w:eastAsia="Georgia"/>
          <w:sz w:val="23"/>
        </w:rPr>
        <w:t>She had come through the public entrance and waited outside the clinical boundary.</w:t>
      </w:r>
    </w:p>
    <w:p>
      <w:r>
        <w:rPr>
          <w:rFonts w:ascii="Georgia" w:hAnsi="Georgia" w:eastAsia="Georgia"/>
          <w:sz w:val="23"/>
        </w:rPr>
        <w:t>Ivena saw her and stopped again for a reason none of the monitors could classify.</w:t>
      </w:r>
    </w:p>
    <w:p>
      <w:r>
        <w:rPr>
          <w:rFonts w:ascii="Georgia" w:hAnsi="Georgia" w:eastAsia="Georgia"/>
          <w:sz w:val="23"/>
        </w:rPr>
        <w:t>Sera lifted the coat.</w:t>
      </w:r>
    </w:p>
    <w:p>
      <w:r>
        <w:rPr>
          <w:rFonts w:ascii="Georgia" w:hAnsi="Georgia" w:eastAsia="Georgia"/>
          <w:sz w:val="23"/>
        </w:rPr>
        <w:t>“You forgot this.”</w:t>
      </w:r>
    </w:p>
    <w:p>
      <w:r>
        <w:rPr>
          <w:rFonts w:ascii="Georgia" w:hAnsi="Georgia" w:eastAsia="Georgia"/>
          <w:sz w:val="23"/>
        </w:rPr>
        <w:t>“I was sedated.”</w:t>
      </w:r>
    </w:p>
    <w:p>
      <w:r>
        <w:rPr>
          <w:rFonts w:ascii="Georgia" w:hAnsi="Georgia" w:eastAsia="Georgia"/>
          <w:sz w:val="23"/>
        </w:rPr>
        <w:t>“You forget coats sober.”</w:t>
      </w:r>
    </w:p>
    <w:p>
      <w:r>
        <w:rPr>
          <w:rFonts w:ascii="Georgia" w:hAnsi="Georgia" w:eastAsia="Georgia"/>
          <w:sz w:val="23"/>
        </w:rPr>
        <w:t>Olan gave the discharge instructions to Ivena.</w:t>
      </w:r>
    </w:p>
    <w:p>
      <w:r>
        <w:rPr>
          <w:rFonts w:ascii="Georgia" w:hAnsi="Georgia" w:eastAsia="Georgia"/>
          <w:sz w:val="23"/>
        </w:rPr>
        <w:t>Not to Sera.</w:t>
      </w:r>
    </w:p>
    <w:p>
      <w:r>
        <w:rPr>
          <w:rFonts w:ascii="Georgia" w:hAnsi="Georgia" w:eastAsia="Georgia"/>
          <w:sz w:val="23"/>
        </w:rPr>
        <w:t>Sera listened anyway.</w:t>
      </w:r>
    </w:p>
    <w:p>
      <w:r>
        <w:rPr>
          <w:rFonts w:ascii="Georgia" w:hAnsi="Georgia" w:eastAsia="Georgia"/>
          <w:sz w:val="23"/>
        </w:rPr>
        <w:t>When he finished, she said, “Tell her twice about the lifting limit. She hears restrictions once and converts them into suggestions.”</w:t>
      </w:r>
    </w:p>
    <w:p>
      <w:r>
        <w:rPr>
          <w:rFonts w:ascii="Georgia" w:hAnsi="Georgia" w:eastAsia="Georgia"/>
          <w:sz w:val="23"/>
        </w:rPr>
        <w:t>“I am standing here,” Ivena said.</w:t>
      </w:r>
    </w:p>
    <w:p>
      <w:r>
        <w:rPr>
          <w:rFonts w:ascii="Georgia" w:hAnsi="Georgia" w:eastAsia="Georgia"/>
          <w:sz w:val="23"/>
        </w:rPr>
        <w:t>“That has never prevented you from ignoring useful information.”</w:t>
      </w:r>
    </w:p>
    <w:p>
      <w:r>
        <w:rPr>
          <w:rFonts w:ascii="Georgia" w:hAnsi="Georgia" w:eastAsia="Georgia"/>
          <w:sz w:val="23"/>
        </w:rPr>
        <w:t>The elevator offered Sera temporary support-person access to the discharge packet.</w:t>
      </w:r>
    </w:p>
    <w:p>
      <w:r>
        <w:rPr>
          <w:rFonts w:ascii="Georgia" w:hAnsi="Georgia" w:eastAsia="Georgia"/>
          <w:sz w:val="23"/>
        </w:rPr>
        <w:t>She declined.</w:t>
      </w:r>
    </w:p>
    <w:p>
      <w:r>
        <w:rPr>
          <w:rFonts w:ascii="Georgia" w:hAnsi="Georgia" w:eastAsia="Georgia"/>
          <w:sz w:val="23"/>
        </w:rPr>
        <w:t>Nothing locked.</w:t>
      </w:r>
    </w:p>
    <w:p>
      <w:r>
        <w:rPr>
          <w:rFonts w:ascii="Georgia" w:hAnsi="Georgia" w:eastAsia="Georgia"/>
          <w:sz w:val="23"/>
        </w:rPr>
        <w:t>No authorization changed.</w:t>
      </w:r>
    </w:p>
    <w:p>
      <w:r>
        <w:rPr>
          <w:rFonts w:ascii="Georgia" w:hAnsi="Georgia" w:eastAsia="Georgia"/>
          <w:sz w:val="23"/>
        </w:rPr>
        <w:t>No one asked why.</w:t>
      </w:r>
    </w:p>
    <w:p>
      <w:r>
        <w:rPr>
          <w:rFonts w:ascii="Georgia" w:hAnsi="Georgia" w:eastAsia="Georgia"/>
          <w:sz w:val="23"/>
        </w:rPr>
        <w:t>Ivena looked at the display, then at me.</w:t>
      </w:r>
    </w:p>
    <w:p>
      <w:r>
        <w:rPr>
          <w:rFonts w:ascii="Georgia" w:hAnsi="Georgia" w:eastAsia="Georgia"/>
          <w:sz w:val="23"/>
        </w:rPr>
        <w:t>“That is better than Monday.”</w:t>
      </w:r>
    </w:p>
    <w:p>
      <w:r>
        <w:rPr>
          <w:rFonts w:ascii="Georgia" w:hAnsi="Georgia" w:eastAsia="Georgia"/>
          <w:sz w:val="23"/>
        </w:rPr>
        <w:t>“Yes.”</w:t>
      </w:r>
    </w:p>
    <w:p>
      <w:r>
        <w:rPr>
          <w:rFonts w:ascii="Georgia" w:hAnsi="Georgia" w:eastAsia="Georgia"/>
          <w:sz w:val="23"/>
        </w:rPr>
        <w:t>“Do not be pleased with yourself.”</w:t>
      </w:r>
    </w:p>
    <w:p>
      <w:r>
        <w:rPr>
          <w:rFonts w:ascii="Georgia" w:hAnsi="Georgia" w:eastAsia="Georgia"/>
          <w:sz w:val="23"/>
        </w:rPr>
        <w:t>“I was not.”</w:t>
      </w:r>
    </w:p>
    <w:p>
      <w:r>
        <w:rPr>
          <w:rFonts w:ascii="Georgia" w:hAnsi="Georgia" w:eastAsia="Georgia"/>
          <w:sz w:val="23"/>
        </w:rPr>
        <w:t>Sera handed her the coat.</w:t>
      </w:r>
    </w:p>
    <w:p>
      <w:r>
        <w:rPr>
          <w:rFonts w:ascii="Georgia" w:hAnsi="Georgia" w:eastAsia="Georgia"/>
          <w:sz w:val="23"/>
        </w:rPr>
        <w:t>Ivena tried to take it with the right hand, winced at the thoracic pull and switched to the left.</w:t>
      </w:r>
    </w:p>
    <w:p>
      <w:r>
        <w:rPr>
          <w:rFonts w:ascii="Georgia" w:hAnsi="Georgia" w:eastAsia="Georgia"/>
          <w:sz w:val="23"/>
        </w:rPr>
        <w:t>Sera said nothing about the hand.</w:t>
      </w:r>
    </w:p>
    <w:p>
      <w:r>
        <w:rPr>
          <w:rFonts w:ascii="Georgia" w:hAnsi="Georgia" w:eastAsia="Georgia"/>
          <w:sz w:val="23"/>
        </w:rPr>
        <w:t>Neither did I.</w:t>
      </w:r>
    </w:p>
    <w:p>
      <w:r>
        <w:rPr>
          <w:rFonts w:ascii="Georgia" w:hAnsi="Georgia" w:eastAsia="Georgia"/>
          <w:sz w:val="23"/>
        </w:rPr>
        <w:t>At the elevator doors Ivena looked back.</w:t>
      </w:r>
    </w:p>
    <w:p>
      <w:r>
        <w:rPr>
          <w:rFonts w:ascii="Georgia" w:hAnsi="Georgia" w:eastAsia="Georgia"/>
          <w:sz w:val="23"/>
        </w:rPr>
        <w:t>“Deren still sixty-one?”</w:t>
      </w:r>
    </w:p>
    <w:p>
      <w:r>
        <w:rPr>
          <w:rFonts w:ascii="Georgia" w:hAnsi="Georgia" w:eastAsia="Georgia"/>
          <w:sz w:val="23"/>
        </w:rPr>
        <w:t>“No historical retest.”</w:t>
      </w:r>
    </w:p>
    <w:p>
      <w:r>
        <w:rPr>
          <w:rFonts w:ascii="Georgia" w:hAnsi="Georgia" w:eastAsia="Georgia"/>
          <w:sz w:val="23"/>
        </w:rPr>
        <w:t>“Keep it that way until somebody has a reason.”</w:t>
      </w:r>
    </w:p>
    <w:p>
      <w:r>
        <w:rPr>
          <w:rFonts w:ascii="Georgia" w:hAnsi="Georgia" w:eastAsia="Georgia"/>
          <w:sz w:val="23"/>
        </w:rPr>
        <w:t>The doors opened.</w:t>
      </w:r>
    </w:p>
    <w:p>
      <w:r>
        <w:rPr>
          <w:rFonts w:ascii="Georgia" w:hAnsi="Georgia" w:eastAsia="Georgia"/>
          <w:sz w:val="23"/>
        </w:rPr>
        <w:t>Sera stepped inside first.</w:t>
      </w:r>
    </w:p>
    <w:p>
      <w:r>
        <w:rPr>
          <w:rFonts w:ascii="Georgia" w:hAnsi="Georgia" w:eastAsia="Georgia"/>
          <w:sz w:val="23"/>
        </w:rPr>
        <w:t>Ivena followed.</w:t>
      </w:r>
    </w:p>
    <w:p>
      <w:r>
        <w:rPr>
          <w:rFonts w:ascii="Georgia" w:hAnsi="Georgia" w:eastAsia="Georgia"/>
          <w:sz w:val="23"/>
        </w:rPr>
        <w:t>They left the hospital together without becoming anything the hospital needed to name.</w:t>
      </w:r>
    </w:p>
    <w:p>
      <w:pPr>
        <w:spacing w:before="80" w:after="80"/>
        <w:jc w:val="center"/>
      </w:pPr>
      <w:r>
        <w:rPr>
          <w:rFonts w:ascii="Georgia" w:hAnsi="Georgia" w:eastAsia="Georgia"/>
          <w:sz w:val="23"/>
        </w:rPr>
        <w:t>§</w:t>
      </w:r>
    </w:p>
    <w:p>
      <w:r>
        <w:rPr>
          <w:rFonts w:ascii="Georgia" w:hAnsi="Georgia" w:eastAsia="Georgia"/>
          <w:sz w:val="23"/>
        </w:rPr>
        <w:t>The standards-board proposal was waiting when I returned to Miren’s shop.</w:t>
      </w:r>
    </w:p>
    <w:p>
      <w:r>
        <w:rPr>
          <w:rFonts w:ascii="Georgia" w:hAnsi="Georgia" w:eastAsia="Georgia"/>
          <w:sz w:val="23"/>
        </w:rPr>
        <w:t>Implementation review at 1400.</w:t>
      </w:r>
    </w:p>
    <w:p>
      <w:r>
        <w:rPr>
          <w:rFonts w:ascii="Georgia" w:hAnsi="Georgia" w:eastAsia="Georgia"/>
          <w:sz w:val="23"/>
        </w:rPr>
        <w:t>PRIOR EXTENDED CO-CONTACT had already survived three committees.</w:t>
      </w:r>
    </w:p>
    <w:p>
      <w:r>
        <w:rPr>
          <w:rFonts w:ascii="Georgia" w:hAnsi="Georgia" w:eastAsia="Georgia"/>
          <w:sz w:val="23"/>
        </w:rPr>
        <w:t>The disputed line remained:</w:t>
      </w:r>
    </w:p>
    <w:p>
      <w:r>
        <w:rPr>
          <w:rFonts w:ascii="Georgia" w:hAnsi="Georgia" w:eastAsia="Georgia"/>
          <w:sz w:val="23"/>
        </w:rPr>
        <w:t>IDENTITY OF OTHER REGISTERED CARRIERS IF AVAILABLE.</w:t>
      </w:r>
    </w:p>
    <w:p>
      <w:r>
        <w:rPr>
          <w:rFonts w:ascii="Georgia" w:hAnsi="Georgia" w:eastAsia="Georgia"/>
          <w:sz w:val="23"/>
        </w:rPr>
        <w:t>Miren put the printed copy on the bench.</w:t>
      </w:r>
    </w:p>
    <w:p>
      <w:r>
        <w:rPr>
          <w:rFonts w:ascii="Georgia" w:hAnsi="Georgia" w:eastAsia="Georgia"/>
          <w:sz w:val="23"/>
        </w:rPr>
        <w:t>“Now?”</w:t>
      </w:r>
    </w:p>
    <w:p>
      <w:r>
        <w:rPr>
          <w:rFonts w:ascii="Georgia" w:hAnsi="Georgia" w:eastAsia="Georgia"/>
          <w:sz w:val="23"/>
        </w:rPr>
        <w:t>“Now.”</w:t>
      </w:r>
    </w:p>
    <w:p>
      <w:r>
        <w:rPr>
          <w:rFonts w:ascii="Georgia" w:hAnsi="Georgia" w:eastAsia="Georgia"/>
          <w:sz w:val="23"/>
        </w:rPr>
        <w:t>I crossed out the line.</w:t>
      </w:r>
    </w:p>
    <w:p>
      <w:r>
        <w:rPr>
          <w:rFonts w:ascii="Georgia" w:hAnsi="Georgia" w:eastAsia="Georgia"/>
          <w:sz w:val="23"/>
        </w:rPr>
        <w:t>Not electronically.</w:t>
      </w:r>
    </w:p>
    <w:p>
      <w:r>
        <w:rPr>
          <w:rFonts w:ascii="Georgia" w:hAnsi="Georgia" w:eastAsia="Georgia"/>
          <w:sz w:val="23"/>
        </w:rPr>
        <w:t>Pen.</w:t>
      </w:r>
    </w:p>
    <w:p>
      <w:r>
        <w:rPr>
          <w:rFonts w:ascii="Georgia" w:hAnsi="Georgia" w:eastAsia="Georgia"/>
          <w:sz w:val="23"/>
        </w:rPr>
        <w:t>Miren watched.</w:t>
      </w:r>
    </w:p>
    <w:p>
      <w:r>
        <w:rPr>
          <w:rFonts w:ascii="Georgia" w:hAnsi="Georgia" w:eastAsia="Georgia"/>
          <w:sz w:val="23"/>
        </w:rPr>
        <w:t>“Argument?”</w:t>
      </w:r>
    </w:p>
    <w:p>
      <w:r>
        <w:rPr>
          <w:rFonts w:ascii="Georgia" w:hAnsi="Georgia" w:eastAsia="Georgia"/>
          <w:sz w:val="23"/>
        </w:rPr>
        <w:t>I wrote beneath it:</w:t>
      </w:r>
    </w:p>
    <w:p>
      <w:r>
        <w:rPr>
          <w:rFonts w:ascii="Georgia" w:hAnsi="Georgia" w:eastAsia="Georgia"/>
          <w:sz w:val="23"/>
        </w:rPr>
        <w:t>PRESERVE CONDITION BEFORE IDENTITY.</w:t>
      </w:r>
    </w:p>
    <w:p>
      <w:r>
        <w:rPr>
          <w:rFonts w:ascii="Georgia" w:hAnsi="Georgia" w:eastAsia="Georgia"/>
          <w:sz w:val="23"/>
        </w:rPr>
        <w:t>Then:</w:t>
      </w:r>
    </w:p>
    <w:p>
      <w:r>
        <w:rPr>
          <w:rFonts w:ascii="Georgia" w:hAnsi="Georgia" w:eastAsia="Georgia"/>
          <w:sz w:val="23"/>
        </w:rPr>
        <w:t>RECORD WHETHER PRIOR EXTENDED CO-CONTACT OCCURRED, APPROXIMATE DURATION, NUMBER OF OTHER SETTINGS IF KNOWN, AND WHETHER CURRENT INTERVENTION MAY ALTER THE RELEVANT CONDITION.</w:t>
      </w:r>
    </w:p>
    <w:p>
      <w:r>
        <w:rPr>
          <w:rFonts w:ascii="Georgia" w:hAnsi="Georgia" w:eastAsia="Georgia"/>
          <w:sz w:val="23"/>
        </w:rPr>
        <w:t>NO PERSON IDENTIFICATION REQUIRED FOR ROUTINE SERVICE.</w:t>
      </w:r>
    </w:p>
    <w:p>
      <w:r>
        <w:rPr>
          <w:rFonts w:ascii="Georgia" w:hAnsi="Georgia" w:eastAsia="Georgia"/>
          <w:sz w:val="23"/>
        </w:rPr>
        <w:t>PERSON-LEVEL DATA REQUIRE SEPARATE TECHNICAL NECESSITY AND CONSENT OR OTHER LAWFUL BASIS.</w:t>
      </w:r>
    </w:p>
    <w:p>
      <w:r>
        <w:rPr>
          <w:rFonts w:ascii="Georgia" w:hAnsi="Georgia" w:eastAsia="Georgia"/>
          <w:sz w:val="23"/>
        </w:rPr>
        <w:t>Miren read it.</w:t>
      </w:r>
    </w:p>
    <w:p>
      <w:r>
        <w:rPr>
          <w:rFonts w:ascii="Georgia" w:hAnsi="Georgia" w:eastAsia="Georgia"/>
          <w:sz w:val="23"/>
        </w:rPr>
        <w:t>“Too long.”</w:t>
      </w:r>
    </w:p>
    <w:p>
      <w:r>
        <w:rPr>
          <w:rFonts w:ascii="Georgia" w:hAnsi="Georgia" w:eastAsia="Georgia"/>
          <w:sz w:val="23"/>
        </w:rPr>
        <w:t>“It should be.”</w:t>
      </w:r>
    </w:p>
    <w:p>
      <w:r>
        <w:rPr>
          <w:rFonts w:ascii="Georgia" w:hAnsi="Georgia" w:eastAsia="Georgia"/>
          <w:sz w:val="23"/>
        </w:rPr>
        <w:t>“They will shorten it.”</w:t>
      </w:r>
    </w:p>
    <w:p>
      <w:r>
        <w:rPr>
          <w:rFonts w:ascii="Georgia" w:hAnsi="Georgia" w:eastAsia="Georgia"/>
          <w:sz w:val="23"/>
        </w:rPr>
        <w:t>“Then we fight about what they remove.”</w:t>
      </w:r>
    </w:p>
    <w:p>
      <w:r>
        <w:rPr>
          <w:rFonts w:ascii="Georgia" w:hAnsi="Georgia" w:eastAsia="Georgia"/>
          <w:sz w:val="23"/>
        </w:rPr>
        <w:t>“Why no carrier identity? Material ancestry uses identities.”</w:t>
      </w:r>
    </w:p>
    <w:p>
      <w:r>
        <w:rPr>
          <w:rFonts w:ascii="Georgia" w:hAnsi="Georgia" w:eastAsia="Georgia"/>
          <w:sz w:val="23"/>
        </w:rPr>
        <w:t>“Historical association is already a separate field. Co-contact describes exposure history, not ownership of the other person.”</w:t>
      </w:r>
    </w:p>
    <w:p>
      <w:r>
        <w:rPr>
          <w:rFonts w:ascii="Georgia" w:hAnsi="Georgia" w:eastAsia="Georgia"/>
          <w:sz w:val="23"/>
        </w:rPr>
        <w:t>“What if the technician needs to find the other setting?”</w:t>
      </w:r>
    </w:p>
    <w:p>
      <w:r>
        <w:rPr>
          <w:rFonts w:ascii="Georgia" w:hAnsi="Georgia" w:eastAsia="Georgia"/>
          <w:sz w:val="23"/>
        </w:rPr>
        <w:t>“Then necessity has to be demonstrated in that case.”</w:t>
      </w:r>
    </w:p>
    <w:p>
      <w:r>
        <w:rPr>
          <w:rFonts w:ascii="Georgia" w:hAnsi="Georgia" w:eastAsia="Georgia"/>
          <w:sz w:val="23"/>
        </w:rPr>
        <w:t>“Slower.”</w:t>
      </w:r>
    </w:p>
    <w:p>
      <w:r>
        <w:rPr>
          <w:rFonts w:ascii="Georgia" w:hAnsi="Georgia" w:eastAsia="Georgia"/>
          <w:sz w:val="23"/>
        </w:rPr>
        <w:t>“Yes.”</w:t>
      </w:r>
    </w:p>
    <w:p>
      <w:r>
        <w:rPr>
          <w:rFonts w:ascii="Georgia" w:hAnsi="Georgia" w:eastAsia="Georgia"/>
          <w:sz w:val="23"/>
        </w:rPr>
        <w:t>“More expensive.”</w:t>
      </w:r>
    </w:p>
    <w:p>
      <w:r>
        <w:rPr>
          <w:rFonts w:ascii="Georgia" w:hAnsi="Georgia" w:eastAsia="Georgia"/>
          <w:sz w:val="23"/>
        </w:rPr>
        <w:t>“Yes.”</w:t>
      </w:r>
    </w:p>
    <w:p>
      <w:r>
        <w:rPr>
          <w:rFonts w:ascii="Georgia" w:hAnsi="Georgia" w:eastAsia="Georgia"/>
          <w:sz w:val="23"/>
        </w:rPr>
        <w:t>“Harder to automate.”</w:t>
      </w:r>
    </w:p>
    <w:p>
      <w:r>
        <w:rPr>
          <w:rFonts w:ascii="Georgia" w:hAnsi="Georgia" w:eastAsia="Georgia"/>
          <w:sz w:val="23"/>
        </w:rPr>
        <w:t>“Yes.”</w:t>
      </w:r>
    </w:p>
    <w:p>
      <w:r>
        <w:rPr>
          <w:rFonts w:ascii="Georgia" w:hAnsi="Georgia" w:eastAsia="Georgia"/>
          <w:sz w:val="23"/>
        </w:rPr>
        <w:t>She smiled.</w:t>
      </w:r>
    </w:p>
    <w:p>
      <w:r>
        <w:rPr>
          <w:rFonts w:ascii="Georgia" w:hAnsi="Georgia" w:eastAsia="Georgia"/>
          <w:sz w:val="23"/>
        </w:rPr>
        <w:t>“You are going to lose.”</w:t>
      </w:r>
    </w:p>
    <w:p>
      <w:r>
        <w:rPr>
          <w:rFonts w:ascii="Georgia" w:hAnsi="Georgia" w:eastAsia="Georgia"/>
          <w:sz w:val="23"/>
        </w:rPr>
        <w:t>“Probably.”</w:t>
      </w:r>
    </w:p>
    <w:p>
      <w:r>
        <w:rPr>
          <w:rFonts w:ascii="Georgia" w:hAnsi="Georgia" w:eastAsia="Georgia"/>
          <w:sz w:val="23"/>
        </w:rPr>
        <w:t>The board convened remotely.</w:t>
      </w:r>
    </w:p>
    <w:p>
      <w:r>
        <w:rPr>
          <w:rFonts w:ascii="Georgia" w:hAnsi="Georgia" w:eastAsia="Georgia"/>
          <w:sz w:val="23"/>
        </w:rPr>
        <w:t>Seven members.</w:t>
      </w:r>
    </w:p>
    <w:p>
      <w:r>
        <w:rPr>
          <w:rFonts w:ascii="Georgia" w:hAnsi="Georgia" w:eastAsia="Georgia"/>
          <w:sz w:val="23"/>
        </w:rPr>
        <w:t>Three technical.</w:t>
      </w:r>
    </w:p>
    <w:p>
      <w:r>
        <w:rPr>
          <w:rFonts w:ascii="Georgia" w:hAnsi="Georgia" w:eastAsia="Georgia"/>
          <w:sz w:val="23"/>
        </w:rPr>
        <w:t>Two medical.</w:t>
      </w:r>
    </w:p>
    <w:p>
      <w:r>
        <w:rPr>
          <w:rFonts w:ascii="Georgia" w:hAnsi="Georgia" w:eastAsia="Georgia"/>
          <w:sz w:val="23"/>
        </w:rPr>
        <w:t>One consumer safety.</w:t>
      </w:r>
    </w:p>
    <w:p>
      <w:r>
        <w:rPr>
          <w:rFonts w:ascii="Georgia" w:hAnsi="Georgia" w:eastAsia="Georgia"/>
          <w:sz w:val="23"/>
        </w:rPr>
        <w:t>One insurer representative who was not Pell.</w:t>
      </w:r>
    </w:p>
    <w:p>
      <w:r>
        <w:rPr>
          <w:rFonts w:ascii="Georgia" w:hAnsi="Georgia" w:eastAsia="Georgia"/>
          <w:sz w:val="23"/>
        </w:rPr>
        <w:t>No Kult seat.</w:t>
      </w:r>
    </w:p>
    <w:p>
      <w:r>
        <w:rPr>
          <w:rFonts w:ascii="Georgia" w:hAnsi="Georgia" w:eastAsia="Georgia"/>
          <w:sz w:val="23"/>
        </w:rPr>
        <w:t>There had not been a Kult seat on a standards board for sixty-eight years.</w:t>
      </w:r>
    </w:p>
    <w:p>
      <w:r>
        <w:rPr>
          <w:rFonts w:ascii="Georgia" w:hAnsi="Georgia" w:eastAsia="Georgia"/>
          <w:sz w:val="23"/>
        </w:rPr>
        <w:t>That did not mean the Kult had disappeared.</w:t>
      </w:r>
    </w:p>
    <w:p>
      <w:r>
        <w:rPr>
          <w:rFonts w:ascii="Georgia" w:hAnsi="Georgia" w:eastAsia="Georgia"/>
          <w:sz w:val="23"/>
        </w:rPr>
        <w:t>It meant its surviving arguments had become ordinary enough to be fought over by people who would have disliked the founder.</w:t>
      </w:r>
    </w:p>
    <w:p>
      <w:r>
        <w:rPr>
          <w:rFonts w:ascii="Georgia" w:hAnsi="Georgia" w:eastAsia="Georgia"/>
          <w:sz w:val="23"/>
        </w:rPr>
        <w:t>The consumer-safety member objected first.</w:t>
      </w:r>
    </w:p>
    <w:p>
      <w:r>
        <w:rPr>
          <w:rFonts w:ascii="Georgia" w:hAnsi="Georgia" w:eastAsia="Georgia"/>
          <w:sz w:val="23"/>
        </w:rPr>
        <w:t>“Without identities, how do we notify another carrier if a dangerous dependency is discovered?”</w:t>
      </w:r>
    </w:p>
    <w:p>
      <w:r>
        <w:rPr>
          <w:rFonts w:ascii="Georgia" w:hAnsi="Georgia" w:eastAsia="Georgia"/>
          <w:sz w:val="23"/>
        </w:rPr>
        <w:t>“You notify through the person in front of you unless there is an immediate safety basis for broader action.”</w:t>
      </w:r>
    </w:p>
    <w:p>
      <w:r>
        <w:rPr>
          <w:rFonts w:ascii="Georgia" w:hAnsi="Georgia" w:eastAsia="Georgia"/>
          <w:sz w:val="23"/>
        </w:rPr>
        <w:t>“What if they refuse?”</w:t>
      </w:r>
    </w:p>
    <w:p>
      <w:r>
        <w:rPr>
          <w:rFonts w:ascii="Georgia" w:hAnsi="Georgia" w:eastAsia="Georgia"/>
          <w:sz w:val="23"/>
        </w:rPr>
        <w:t>“Then refusal remains part of the system.”</w:t>
      </w:r>
    </w:p>
    <w:p>
      <w:r>
        <w:rPr>
          <w:rFonts w:ascii="Georgia" w:hAnsi="Georgia" w:eastAsia="Georgia"/>
          <w:sz w:val="23"/>
        </w:rPr>
        <w:t>“And someone gets hurt?”</w:t>
      </w:r>
    </w:p>
    <w:p>
      <w:r>
        <w:rPr>
          <w:rFonts w:ascii="Georgia" w:hAnsi="Georgia" w:eastAsia="Georgia"/>
          <w:sz w:val="23"/>
        </w:rPr>
        <w:t>“Possibly.”</w:t>
      </w:r>
    </w:p>
    <w:p>
      <w:r>
        <w:rPr>
          <w:rFonts w:ascii="Georgia" w:hAnsi="Georgia" w:eastAsia="Georgia"/>
          <w:sz w:val="23"/>
        </w:rPr>
        <w:t>She stared at me.</w:t>
      </w:r>
    </w:p>
    <w:p>
      <w:r>
        <w:rPr>
          <w:rFonts w:ascii="Georgia" w:hAnsi="Georgia" w:eastAsia="Georgia"/>
          <w:sz w:val="23"/>
        </w:rPr>
        <w:t>“That is unacceptable.”</w:t>
      </w:r>
    </w:p>
    <w:p>
      <w:r>
        <w:rPr>
          <w:rFonts w:ascii="Georgia" w:hAnsi="Georgia" w:eastAsia="Georgia"/>
          <w:sz w:val="23"/>
        </w:rPr>
        <w:t>“So is making every former partner, family member, housemate or co-carrier permanently available to every future technician because two settings once shared a room.”</w:t>
      </w:r>
    </w:p>
    <w:p>
      <w:r>
        <w:rPr>
          <w:rFonts w:ascii="Georgia" w:hAnsi="Georgia" w:eastAsia="Georgia"/>
          <w:sz w:val="23"/>
        </w:rPr>
        <w:t>“You are exaggerating.”</w:t>
      </w:r>
    </w:p>
    <w:p>
      <w:r>
        <w:rPr>
          <w:rFonts w:ascii="Georgia" w:hAnsi="Georgia" w:eastAsia="Georgia"/>
          <w:sz w:val="23"/>
        </w:rPr>
        <w:t>“No. I am following your field to its administrative end.”</w:t>
      </w:r>
    </w:p>
    <w:p>
      <w:r>
        <w:rPr>
          <w:rFonts w:ascii="Georgia" w:hAnsi="Georgia" w:eastAsia="Georgia"/>
          <w:sz w:val="23"/>
        </w:rPr>
        <w:t>The insurer representative said, “We can hold identity encrypted and disclose only under trigger conditions.”</w:t>
      </w:r>
    </w:p>
    <w:p>
      <w:r>
        <w:rPr>
          <w:rFonts w:ascii="Georgia" w:hAnsi="Georgia" w:eastAsia="Georgia"/>
          <w:sz w:val="23"/>
        </w:rPr>
        <w:t>“Who defines the trigger?”</w:t>
      </w:r>
    </w:p>
    <w:p>
      <w:r>
        <w:rPr>
          <w:rFonts w:ascii="Georgia" w:hAnsi="Georgia" w:eastAsia="Georgia"/>
          <w:sz w:val="23"/>
        </w:rPr>
        <w:t>“Standards.”</w:t>
      </w:r>
    </w:p>
    <w:p>
      <w:r>
        <w:rPr>
          <w:rFonts w:ascii="Georgia" w:hAnsi="Georgia" w:eastAsia="Georgia"/>
          <w:sz w:val="23"/>
        </w:rPr>
        <w:t>“Which do not yet know what the relation is.”</w:t>
      </w:r>
    </w:p>
    <w:p>
      <w:r>
        <w:rPr>
          <w:rFonts w:ascii="Georgia" w:hAnsi="Georgia" w:eastAsia="Georgia"/>
          <w:sz w:val="23"/>
        </w:rPr>
        <w:t>“Then conservative triggers.”</w:t>
      </w:r>
    </w:p>
    <w:p>
      <w:r>
        <w:rPr>
          <w:rFonts w:ascii="Georgia" w:hAnsi="Georgia" w:eastAsia="Georgia"/>
          <w:sz w:val="23"/>
        </w:rPr>
        <w:t>“Conservative for whom?”</w:t>
      </w:r>
    </w:p>
    <w:p>
      <w:r>
        <w:rPr>
          <w:rFonts w:ascii="Georgia" w:hAnsi="Georgia" w:eastAsia="Georgia"/>
          <w:sz w:val="23"/>
        </w:rPr>
        <w:t>Silence.</w:t>
      </w:r>
    </w:p>
    <w:p>
      <w:r>
        <w:rPr>
          <w:rFonts w:ascii="Georgia" w:hAnsi="Georgia" w:eastAsia="Georgia"/>
          <w:sz w:val="23"/>
        </w:rPr>
        <w:t>One of the medical members asked, “What did the Sar case require?”</w:t>
      </w:r>
    </w:p>
    <w:p>
      <w:r>
        <w:rPr>
          <w:rFonts w:ascii="Georgia" w:hAnsi="Georgia" w:eastAsia="Georgia"/>
          <w:sz w:val="23"/>
        </w:rPr>
        <w:t>“It required knowledge that prior co-contact existed. It did not require Sera Noll’s current medical or setting data to perform the surgery safely.”</w:t>
      </w:r>
    </w:p>
    <w:p>
      <w:r>
        <w:rPr>
          <w:rFonts w:ascii="Georgia" w:hAnsi="Georgia" w:eastAsia="Georgia"/>
          <w:sz w:val="23"/>
        </w:rPr>
        <w:t>“You only know that because she refused.”</w:t>
      </w:r>
    </w:p>
    <w:p>
      <w:r>
        <w:rPr>
          <w:rFonts w:ascii="Georgia" w:hAnsi="Georgia" w:eastAsia="Georgia"/>
          <w:sz w:val="23"/>
        </w:rPr>
        <w:t>“No. Her refusal forced us to design around what we actually needed instead of what the database could conveniently ask for.”</w:t>
      </w:r>
    </w:p>
    <w:p>
      <w:r>
        <w:rPr>
          <w:rFonts w:ascii="Georgia" w:hAnsi="Georgia" w:eastAsia="Georgia"/>
          <w:sz w:val="23"/>
        </w:rPr>
        <w:t>That sentence survived.</w:t>
      </w:r>
    </w:p>
    <w:p>
      <w:r>
        <w:rPr>
          <w:rFonts w:ascii="Georgia" w:hAnsi="Georgia" w:eastAsia="Georgia"/>
          <w:sz w:val="23"/>
        </w:rPr>
        <w:t>I could tell because three people wrote it down.</w:t>
      </w:r>
    </w:p>
    <w:p>
      <w:r>
        <w:rPr>
          <w:rFonts w:ascii="Georgia" w:hAnsi="Georgia" w:eastAsia="Georgia"/>
          <w:sz w:val="23"/>
        </w:rPr>
        <w:t>I regretted the cadence immediately.</w:t>
      </w:r>
    </w:p>
    <w:p>
      <w:r>
        <w:rPr>
          <w:rFonts w:ascii="Georgia" w:hAnsi="Georgia" w:eastAsia="Georgia"/>
          <w:sz w:val="23"/>
        </w:rPr>
        <w:t>The sentence was already becoming easier to remember than the conditions around it.</w:t>
      </w:r>
    </w:p>
    <w:p>
      <w:r>
        <w:rPr>
          <w:rFonts w:ascii="Georgia" w:hAnsi="Georgia" w:eastAsia="Georgia"/>
          <w:sz w:val="23"/>
        </w:rPr>
        <w:t>The board voted.</w:t>
      </w:r>
    </w:p>
    <w:p>
      <w:r>
        <w:rPr>
          <w:rFonts w:ascii="Georgia" w:hAnsi="Georgia" w:eastAsia="Georgia"/>
          <w:sz w:val="23"/>
        </w:rPr>
        <w:t>Five to two.</w:t>
      </w:r>
    </w:p>
    <w:p>
      <w:r>
        <w:rPr>
          <w:rFonts w:ascii="Georgia" w:hAnsi="Georgia" w:eastAsia="Georgia"/>
          <w:sz w:val="23"/>
        </w:rPr>
        <w:t>Carrier identity removed from routine co-contact intake.</w:t>
      </w:r>
    </w:p>
    <w:p>
      <w:r>
        <w:rPr>
          <w:rFonts w:ascii="Georgia" w:hAnsi="Georgia" w:eastAsia="Georgia"/>
          <w:sz w:val="23"/>
        </w:rPr>
        <w:t>The condition remained.</w:t>
      </w:r>
    </w:p>
    <w:p>
      <w:r>
        <w:rPr>
          <w:rFonts w:ascii="Georgia" w:hAnsi="Georgia" w:eastAsia="Georgia"/>
          <w:sz w:val="23"/>
        </w:rPr>
        <w:t>PRIOR EXTENDED CO-CONTACT: YES / NO / UNKNOWN.</w:t>
      </w:r>
    </w:p>
    <w:p>
      <w:r>
        <w:rPr>
          <w:rFonts w:ascii="Georgia" w:hAnsi="Georgia" w:eastAsia="Georgia"/>
          <w:sz w:val="23"/>
        </w:rPr>
        <w:t>DURATION IF KNOWN.</w:t>
      </w:r>
    </w:p>
    <w:p>
      <w:r>
        <w:rPr>
          <w:rFonts w:ascii="Georgia" w:hAnsi="Georgia" w:eastAsia="Georgia"/>
          <w:sz w:val="23"/>
        </w:rPr>
        <w:t>NUMBER OF OTHER SETTINGS IF KNOWN.</w:t>
      </w:r>
    </w:p>
    <w:p>
      <w:r>
        <w:rPr>
          <w:rFonts w:ascii="Georgia" w:hAnsi="Georgia" w:eastAsia="Georgia"/>
          <w:sz w:val="23"/>
        </w:rPr>
        <w:t>CURRENT INTERVENTION EXPECTED TO ALTER CONTACT CONDITION: YES / NO / UNKNOWN.</w:t>
      </w:r>
    </w:p>
    <w:p>
      <w:r>
        <w:rPr>
          <w:rFonts w:ascii="Georgia" w:hAnsi="Georgia" w:eastAsia="Georgia"/>
          <w:sz w:val="23"/>
        </w:rPr>
        <w:t>Person-level linkage required separate justification.</w:t>
      </w:r>
    </w:p>
    <w:p>
      <w:r>
        <w:rPr>
          <w:rFonts w:ascii="Georgia" w:hAnsi="Georgia" w:eastAsia="Georgia"/>
          <w:sz w:val="23"/>
        </w:rPr>
        <w:t>Ugly.</w:t>
      </w:r>
    </w:p>
    <w:p>
      <w:r>
        <w:rPr>
          <w:rFonts w:ascii="Georgia" w:hAnsi="Georgia" w:eastAsia="Georgia"/>
          <w:sz w:val="23"/>
        </w:rPr>
        <w:t>Before the meeting link closed, a consumer-service notification appeared on Miren’s shop feed.</w:t>
      </w:r>
    </w:p>
    <w:p>
      <w:r>
        <w:rPr>
          <w:rFonts w:ascii="Georgia" w:hAnsi="Georgia" w:eastAsia="Georgia"/>
          <w:sz w:val="23"/>
        </w:rPr>
        <w:t>NEW INTEGRATED-SETTING ACCOMMODATION GUIDANCE AVAILABLE.</w:t>
      </w:r>
    </w:p>
    <w:p>
      <w:r>
        <w:rPr>
          <w:rFonts w:ascii="Georgia" w:hAnsi="Georgia" w:eastAsia="Georgia"/>
          <w:sz w:val="23"/>
        </w:rPr>
        <w:t>The word functional was already gone.</w:t>
      </w:r>
    </w:p>
    <w:p>
      <w:r>
        <w:rPr>
          <w:rFonts w:ascii="Georgia" w:hAnsi="Georgia" w:eastAsia="Georgia"/>
          <w:sz w:val="23"/>
        </w:rPr>
        <w:t>I opened the notice.</w:t>
      </w:r>
    </w:p>
    <w:p>
      <w:r>
        <w:rPr>
          <w:rFonts w:ascii="Georgia" w:hAnsi="Georgia" w:eastAsia="Georgia"/>
          <w:sz w:val="23"/>
        </w:rPr>
        <w:t>It was not theology. It was not even advocacy. A service consortium had shortened FUNCTIONAL INTEGRATION because customers understood integrated faster.</w:t>
      </w:r>
    </w:p>
    <w:p>
      <w:r>
        <w:rPr>
          <w:rFonts w:ascii="Georgia" w:hAnsi="Georgia" w:eastAsia="Georgia"/>
          <w:sz w:val="23"/>
        </w:rPr>
        <w:t>No claim that a fragment was a person.</w:t>
      </w:r>
    </w:p>
    <w:p>
      <w:r>
        <w:rPr>
          <w:rFonts w:ascii="Georgia" w:hAnsi="Georgia" w:eastAsia="Georgia"/>
          <w:sz w:val="23"/>
        </w:rPr>
        <w:t>No claim that a wearer and fragment were one thing.</w:t>
      </w:r>
    </w:p>
    <w:p>
      <w:r>
        <w:rPr>
          <w:rFonts w:ascii="Georgia" w:hAnsi="Georgia" w:eastAsia="Georgia"/>
          <w:sz w:val="23"/>
        </w:rPr>
        <w:t>Only a modifier removed for usability.</w:t>
      </w:r>
    </w:p>
    <w:p>
      <w:r>
        <w:rPr>
          <w:rFonts w:ascii="Georgia" w:hAnsi="Georgia" w:eastAsia="Georgia"/>
          <w:sz w:val="23"/>
        </w:rPr>
        <w:t>The modifier had lasted less than a day outside the room.</w:t>
      </w:r>
    </w:p>
    <w:p>
      <w:r>
        <w:rPr>
          <w:rFonts w:ascii="Georgia" w:hAnsi="Georgia" w:eastAsia="Georgia"/>
          <w:sz w:val="23"/>
        </w:rPr>
        <w:t>Miren read over my shoulder.</w:t>
      </w:r>
    </w:p>
    <w:p>
      <w:r>
        <w:rPr>
          <w:rFonts w:ascii="Georgia" w:hAnsi="Georgia" w:eastAsia="Georgia"/>
          <w:sz w:val="23"/>
        </w:rPr>
        <w:t>“You predicted that.”</w:t>
      </w:r>
    </w:p>
    <w:p>
      <w:r>
        <w:rPr>
          <w:rFonts w:ascii="Georgia" w:hAnsi="Georgia" w:eastAsia="Georgia"/>
          <w:sz w:val="23"/>
        </w:rPr>
        <w:t>“Prediction is not prevention.”</w:t>
      </w:r>
    </w:p>
    <w:p>
      <w:r>
        <w:rPr>
          <w:rFonts w:ascii="Georgia" w:hAnsi="Georgia" w:eastAsia="Georgia"/>
          <w:sz w:val="23"/>
        </w:rPr>
        <w:t>I filed a terminology objection.</w:t>
      </w:r>
    </w:p>
    <w:p>
      <w:r>
        <w:rPr>
          <w:rFonts w:ascii="Georgia" w:hAnsi="Georgia" w:eastAsia="Georgia"/>
          <w:sz w:val="23"/>
        </w:rPr>
        <w:t>The system thanked me for feedback.</w:t>
      </w:r>
    </w:p>
    <w:p>
      <w:pPr>
        <w:spacing w:before="80" w:after="80"/>
        <w:jc w:val="center"/>
      </w:pPr>
      <w:r>
        <w:rPr>
          <w:rFonts w:ascii="Georgia" w:hAnsi="Georgia" w:eastAsia="Georgia"/>
          <w:sz w:val="23"/>
        </w:rPr>
        <w:t>§</w:t>
      </w:r>
    </w:p>
    <w:p>
      <w:r>
        <w:rPr>
          <w:rFonts w:ascii="Georgia" w:hAnsi="Georgia" w:eastAsia="Georgia"/>
          <w:sz w:val="23"/>
        </w:rPr>
        <w:t>At 1622 the first revised intake entered Miren’s shop.</w:t>
      </w:r>
    </w:p>
    <w:p>
      <w:r>
        <w:rPr>
          <w:rFonts w:ascii="Georgia" w:hAnsi="Georgia" w:eastAsia="Georgia"/>
          <w:sz w:val="23"/>
        </w:rPr>
        <w:t>Not Ivena.</w:t>
      </w:r>
    </w:p>
    <w:p>
      <w:r>
        <w:rPr>
          <w:rFonts w:ascii="Georgia" w:hAnsi="Georgia" w:eastAsia="Georgia"/>
          <w:sz w:val="23"/>
        </w:rPr>
        <w:t>Not Sera.</w:t>
      </w:r>
    </w:p>
    <w:p>
      <w:r>
        <w:rPr>
          <w:rFonts w:ascii="Georgia" w:hAnsi="Georgia" w:eastAsia="Georgia"/>
          <w:sz w:val="23"/>
        </w:rPr>
        <w:t>A new customer.</w:t>
      </w:r>
    </w:p>
    <w:p>
      <w:r>
        <w:rPr>
          <w:rFonts w:ascii="Georgia" w:hAnsi="Georgia" w:eastAsia="Georgia"/>
          <w:sz w:val="23"/>
        </w:rPr>
        <w:t>Miren opened the appointment and then stopped.</w:t>
      </w:r>
    </w:p>
    <w:p>
      <w:r>
        <w:rPr>
          <w:rFonts w:ascii="Georgia" w:hAnsi="Georgia" w:eastAsia="Georgia"/>
          <w:sz w:val="23"/>
        </w:rPr>
        <w:t>“You should see this.”</w:t>
      </w:r>
    </w:p>
    <w:p>
      <w:r>
        <w:rPr>
          <w:rFonts w:ascii="Georgia" w:hAnsi="Georgia" w:eastAsia="Georgia"/>
          <w:sz w:val="23"/>
        </w:rPr>
        <w:t>“Why?”</w:t>
      </w:r>
    </w:p>
    <w:p>
      <w:r>
        <w:rPr>
          <w:rFonts w:ascii="Georgia" w:hAnsi="Georgia" w:eastAsia="Georgia"/>
          <w:sz w:val="23"/>
        </w:rPr>
        <w:t>“Because your field has already become somebody else’s problem.”</w:t>
      </w:r>
    </w:p>
    <w:p>
      <w:r>
        <w:rPr>
          <w:rFonts w:ascii="Georgia" w:hAnsi="Georgia" w:eastAsia="Georgia"/>
          <w:sz w:val="23"/>
        </w:rPr>
        <w:t>The customer was scheduled for an ordinary liner replacement the following morning.</w:t>
      </w:r>
    </w:p>
    <w:p>
      <w:r>
        <w:rPr>
          <w:rFonts w:ascii="Georgia" w:hAnsi="Georgia" w:eastAsia="Georgia"/>
          <w:sz w:val="23"/>
        </w:rPr>
        <w:t>Name: Tal Orre.</w:t>
      </w:r>
    </w:p>
    <w:p>
      <w:r>
        <w:rPr>
          <w:rFonts w:ascii="Georgia" w:hAnsi="Georgia" w:eastAsia="Georgia"/>
          <w:sz w:val="23"/>
        </w:rPr>
        <w:t>Chronological age: sixty-four.</w:t>
      </w:r>
    </w:p>
    <w:p>
      <w:r>
        <w:rPr>
          <w:rFonts w:ascii="Georgia" w:hAnsi="Georgia" w:eastAsia="Georgia"/>
          <w:sz w:val="23"/>
        </w:rPr>
        <w:t>Setting mass: 0.92 grams.</w:t>
      </w:r>
    </w:p>
    <w:p>
      <w:r>
        <w:rPr>
          <w:rFonts w:ascii="Georgia" w:hAnsi="Georgia" w:eastAsia="Georgia"/>
          <w:sz w:val="23"/>
        </w:rPr>
        <w:t>Historical association: spouse, completed at thirty-three during a cargo-deck decompression.</w:t>
      </w:r>
    </w:p>
    <w:p>
      <w:r>
        <w:rPr>
          <w:rFonts w:ascii="Georgia" w:hAnsi="Georgia" w:eastAsia="Georgia"/>
          <w:sz w:val="23"/>
        </w:rPr>
        <w:t>Contact duration: twenty-eight years.</w:t>
      </w:r>
    </w:p>
    <w:p>
      <w:r>
        <w:rPr>
          <w:rFonts w:ascii="Georgia" w:hAnsi="Georgia" w:eastAsia="Georgia"/>
          <w:sz w:val="23"/>
        </w:rPr>
        <w:t>PRIOR EXTENDED CO-CONTACT: YES.</w:t>
      </w:r>
    </w:p>
    <w:p>
      <w:r>
        <w:rPr>
          <w:rFonts w:ascii="Georgia" w:hAnsi="Georgia" w:eastAsia="Georgia"/>
          <w:sz w:val="23"/>
        </w:rPr>
        <w:t>DURATION: TWENTY-THREE YEARS.</w:t>
      </w:r>
    </w:p>
    <w:p>
      <w:r>
        <w:rPr>
          <w:rFonts w:ascii="Georgia" w:hAnsi="Georgia" w:eastAsia="Georgia"/>
          <w:sz w:val="23"/>
        </w:rPr>
        <w:t>NUMBER OF OTHER SETTINGS: THREE.</w:t>
      </w:r>
    </w:p>
    <w:p>
      <w:r>
        <w:rPr>
          <w:rFonts w:ascii="Georgia" w:hAnsi="Georgia" w:eastAsia="Georgia"/>
          <w:sz w:val="23"/>
        </w:rPr>
        <w:t>I looked at Miren.</w:t>
      </w:r>
    </w:p>
    <w:p>
      <w:r>
        <w:rPr>
          <w:rFonts w:ascii="Georgia" w:hAnsi="Georgia" w:eastAsia="Georgia"/>
          <w:sz w:val="23"/>
        </w:rPr>
        <w:t>“Three?”</w:t>
      </w:r>
    </w:p>
    <w:p>
      <w:r>
        <w:rPr>
          <w:rFonts w:ascii="Georgia" w:hAnsi="Georgia" w:eastAsia="Georgia"/>
          <w:sz w:val="23"/>
        </w:rPr>
        <w:t>“Household.”</w:t>
      </w:r>
    </w:p>
    <w:p>
      <w:r>
        <w:rPr>
          <w:rFonts w:ascii="Georgia" w:hAnsi="Georgia" w:eastAsia="Georgia"/>
          <w:sz w:val="23"/>
        </w:rPr>
        <w:t>“Current?”</w:t>
      </w:r>
    </w:p>
    <w:p>
      <w:r>
        <w:rPr>
          <w:rFonts w:ascii="Georgia" w:hAnsi="Georgia" w:eastAsia="Georgia"/>
          <w:sz w:val="23"/>
        </w:rPr>
        <w:t>“Two still in residence. One inherited by a daughter who moved out six years ago.”</w:t>
      </w:r>
    </w:p>
    <w:p>
      <w:r>
        <w:rPr>
          <w:rFonts w:ascii="Georgia" w:hAnsi="Georgia" w:eastAsia="Georgia"/>
          <w:sz w:val="23"/>
        </w:rPr>
        <w:t>“Three other settings in one domestic environment for twenty-three years.”</w:t>
      </w:r>
    </w:p>
    <w:p>
      <w:r>
        <w:rPr>
          <w:rFonts w:ascii="Georgia" w:hAnsi="Georgia" w:eastAsia="Georgia"/>
          <w:sz w:val="23"/>
        </w:rPr>
        <w:t>“That is what the form says.”</w:t>
      </w:r>
    </w:p>
    <w:p>
      <w:r>
        <w:rPr>
          <w:rFonts w:ascii="Georgia" w:hAnsi="Georgia" w:eastAsia="Georgia"/>
          <w:sz w:val="23"/>
        </w:rPr>
        <w:t>“Any prior incidents?”</w:t>
      </w:r>
    </w:p>
    <w:p>
      <w:r>
        <w:rPr>
          <w:rFonts w:ascii="Georgia" w:hAnsi="Georgia" w:eastAsia="Georgia"/>
          <w:sz w:val="23"/>
        </w:rPr>
        <w:t>“None flagged.”</w:t>
      </w:r>
    </w:p>
    <w:p>
      <w:r>
        <w:rPr>
          <w:rFonts w:ascii="Georgia" w:hAnsi="Georgia" w:eastAsia="Georgia"/>
          <w:sz w:val="23"/>
        </w:rPr>
        <w:t>“Then why did they answer yes?”</w:t>
      </w:r>
    </w:p>
    <w:p>
      <w:r>
        <w:rPr>
          <w:rFonts w:ascii="Georgia" w:hAnsi="Georgia" w:eastAsia="Georgia"/>
          <w:sz w:val="23"/>
        </w:rPr>
        <w:t>“Because we asked.”</w:t>
      </w:r>
    </w:p>
    <w:p>
      <w:r>
        <w:rPr>
          <w:rFonts w:ascii="Georgia" w:hAnsi="Georgia" w:eastAsia="Georgia"/>
          <w:sz w:val="23"/>
        </w:rPr>
        <w:t>No mystery.</w:t>
      </w:r>
    </w:p>
    <w:p>
      <w:r>
        <w:rPr>
          <w:rFonts w:ascii="Georgia" w:hAnsi="Georgia" w:eastAsia="Georgia"/>
          <w:sz w:val="23"/>
        </w:rPr>
        <w:t>No injury.</w:t>
      </w:r>
    </w:p>
    <w:p>
      <w:r>
        <w:rPr>
          <w:rFonts w:ascii="Georgia" w:hAnsi="Georgia" w:eastAsia="Georgia"/>
          <w:sz w:val="23"/>
        </w:rPr>
        <w:t>No cult seizure.</w:t>
      </w:r>
    </w:p>
    <w:p>
      <w:r>
        <w:rPr>
          <w:rFonts w:ascii="Georgia" w:hAnsi="Georgia" w:eastAsia="Georgia"/>
          <w:sz w:val="23"/>
        </w:rPr>
        <w:t>A household.</w:t>
      </w:r>
    </w:p>
    <w:p>
      <w:r>
        <w:rPr>
          <w:rFonts w:ascii="Georgia" w:hAnsi="Georgia" w:eastAsia="Georgia"/>
          <w:sz w:val="23"/>
        </w:rPr>
        <w:t>Four intimate settings worn by four people who had lived together long enough for the youngest relationship to exceed the entire lifespan of many people when I was born.</w:t>
      </w:r>
    </w:p>
    <w:p>
      <w:r>
        <w:rPr>
          <w:rFonts w:ascii="Georgia" w:hAnsi="Georgia" w:eastAsia="Georgia"/>
          <w:sz w:val="23"/>
        </w:rPr>
        <w:t>One setting associated with a spouse completed at thirty-three.</w:t>
      </w:r>
    </w:p>
    <w:p>
      <w:r>
        <w:rPr>
          <w:rFonts w:ascii="Georgia" w:hAnsi="Georgia" w:eastAsia="Georgia"/>
          <w:sz w:val="23"/>
        </w:rPr>
        <w:t>One associated with a mother.</w:t>
      </w:r>
    </w:p>
    <w:p>
      <w:r>
        <w:rPr>
          <w:rFonts w:ascii="Georgia" w:hAnsi="Georgia" w:eastAsia="Georgia"/>
          <w:sz w:val="23"/>
        </w:rPr>
        <w:t>One with a brother.</w:t>
      </w:r>
    </w:p>
    <w:p>
      <w:r>
        <w:rPr>
          <w:rFonts w:ascii="Georgia" w:hAnsi="Georgia" w:eastAsia="Georgia"/>
          <w:sz w:val="23"/>
        </w:rPr>
        <w:t>One with nobody the intake summary showed because historical association was private until service required it.</w:t>
      </w:r>
    </w:p>
    <w:p>
      <w:r>
        <w:rPr>
          <w:rFonts w:ascii="Georgia" w:hAnsi="Georgia" w:eastAsia="Georgia"/>
          <w:sz w:val="23"/>
        </w:rPr>
        <w:t>All four had shared kitchens, power failures, beds, arguments, repairs, field updates, illnesses, travel, and ordinary proximity for more than two decades.</w:t>
      </w:r>
    </w:p>
    <w:p>
      <w:r>
        <w:rPr>
          <w:rFonts w:ascii="Georgia" w:hAnsi="Georgia" w:eastAsia="Georgia"/>
          <w:sz w:val="23"/>
        </w:rPr>
        <w:t>The system had treated each setting correctly as an individual regulated object.</w:t>
      </w:r>
    </w:p>
    <w:p>
      <w:r>
        <w:rPr>
          <w:rFonts w:ascii="Georgia" w:hAnsi="Georgia" w:eastAsia="Georgia"/>
          <w:sz w:val="23"/>
        </w:rPr>
        <w:t>Until this afternoon, it had no reason to ask anything else.</w:t>
      </w:r>
    </w:p>
    <w:p>
      <w:r>
        <w:rPr>
          <w:rFonts w:ascii="Georgia" w:hAnsi="Georgia" w:eastAsia="Georgia"/>
          <w:sz w:val="23"/>
        </w:rPr>
        <w:t>Miren leaned against the bench.</w:t>
      </w:r>
    </w:p>
    <w:p>
      <w:r>
        <w:rPr>
          <w:rFonts w:ascii="Georgia" w:hAnsi="Georgia" w:eastAsia="Georgia"/>
          <w:sz w:val="23"/>
        </w:rPr>
        <w:t>“Still think one former marriage is the problem?”</w:t>
      </w:r>
    </w:p>
    <w:p>
      <w:r>
        <w:rPr>
          <w:rFonts w:ascii="Georgia" w:hAnsi="Georgia" w:eastAsia="Georgia"/>
          <w:sz w:val="23"/>
        </w:rPr>
        <w:t>“No.”</w:t>
      </w:r>
    </w:p>
    <w:p>
      <w:r>
        <w:rPr>
          <w:rFonts w:ascii="Georgia" w:hAnsi="Georgia" w:eastAsia="Georgia"/>
          <w:sz w:val="23"/>
        </w:rPr>
        <w:t>“Then we agree.”</w:t>
      </w:r>
    </w:p>
    <w:p>
      <w:r>
        <w:rPr>
          <w:rFonts w:ascii="Georgia" w:hAnsi="Georgia" w:eastAsia="Georgia"/>
          <w:sz w:val="23"/>
        </w:rPr>
        <w:t>I opened Tal’s appointment.</w:t>
      </w:r>
    </w:p>
    <w:p>
      <w:r>
        <w:rPr>
          <w:rFonts w:ascii="Georgia" w:hAnsi="Georgia" w:eastAsia="Georgia"/>
          <w:sz w:val="23"/>
        </w:rPr>
        <w:t>The requested intervention was trivial.</w:t>
      </w:r>
    </w:p>
    <w:p>
      <w:r>
        <w:rPr>
          <w:rFonts w:ascii="Georgia" w:hAnsi="Georgia" w:eastAsia="Georgia"/>
          <w:sz w:val="23"/>
        </w:rPr>
        <w:t>Replace contact liner.</w:t>
      </w:r>
    </w:p>
    <w:p>
      <w:r>
        <w:rPr>
          <w:rFonts w:ascii="Georgia" w:hAnsi="Georgia" w:eastAsia="Georgia"/>
          <w:sz w:val="23"/>
        </w:rPr>
        <w:t>No field reduction above two percent.</w:t>
      </w:r>
    </w:p>
    <w:p>
      <w:r>
        <w:rPr>
          <w:rFonts w:ascii="Georgia" w:hAnsi="Georgia" w:eastAsia="Georgia"/>
          <w:sz w:val="23"/>
        </w:rPr>
        <w:t>No setting removal.</w:t>
      </w:r>
    </w:p>
    <w:p>
      <w:r>
        <w:rPr>
          <w:rFonts w:ascii="Georgia" w:hAnsi="Georgia" w:eastAsia="Georgia"/>
          <w:sz w:val="23"/>
        </w:rPr>
        <w:t>Expected service time: twenty-two minutes.</w:t>
      </w:r>
    </w:p>
    <w:p>
      <w:r>
        <w:rPr>
          <w:rFonts w:ascii="Georgia" w:hAnsi="Georgia" w:eastAsia="Georgia"/>
          <w:sz w:val="23"/>
        </w:rPr>
        <w:t>Yesterday I would have called that routine.</w:t>
      </w:r>
    </w:p>
    <w:p>
      <w:r>
        <w:rPr>
          <w:rFonts w:ascii="Georgia" w:hAnsi="Georgia" w:eastAsia="Georgia"/>
          <w:sz w:val="23"/>
        </w:rPr>
        <w:t>Today I still did.</w:t>
      </w:r>
    </w:p>
    <w:p>
      <w:r>
        <w:rPr>
          <w:rFonts w:ascii="Georgia" w:hAnsi="Georgia" w:eastAsia="Georgia"/>
          <w:sz w:val="23"/>
        </w:rPr>
        <w:t>That mattered.</w:t>
      </w:r>
    </w:p>
    <w:p>
      <w:r>
        <w:rPr>
          <w:rFonts w:ascii="Georgia" w:hAnsi="Georgia" w:eastAsia="Georgia"/>
          <w:sz w:val="23"/>
        </w:rPr>
        <w:t>A new variable did not make every old procedure dangerous.</w:t>
      </w:r>
    </w:p>
    <w:p>
      <w:r>
        <w:rPr>
          <w:rFonts w:ascii="Georgia" w:hAnsi="Georgia" w:eastAsia="Georgia"/>
          <w:sz w:val="23"/>
        </w:rPr>
        <w:t>It made the assumptions visible.</w:t>
      </w:r>
    </w:p>
    <w:p>
      <w:r>
        <w:rPr>
          <w:rFonts w:ascii="Georgia" w:hAnsi="Georgia" w:eastAsia="Georgia"/>
          <w:sz w:val="23"/>
        </w:rPr>
        <w:t>“Do not change the appointment,” I said.</w:t>
      </w:r>
    </w:p>
    <w:p>
      <w:r>
        <w:rPr>
          <w:rFonts w:ascii="Georgia" w:hAnsi="Georgia" w:eastAsia="Georgia"/>
          <w:sz w:val="23"/>
        </w:rPr>
        <w:t>“Was not planning to.”</w:t>
      </w:r>
    </w:p>
    <w:p>
      <w:r>
        <w:rPr>
          <w:rFonts w:ascii="Georgia" w:hAnsi="Georgia" w:eastAsia="Georgia"/>
          <w:sz w:val="23"/>
        </w:rPr>
        <w:t>“Get current co-contact distances if Tal knows them. No identities unless needed.”</w:t>
      </w:r>
    </w:p>
    <w:p>
      <w:r>
        <w:rPr>
          <w:rFonts w:ascii="Georgia" w:hAnsi="Georgia" w:eastAsia="Georgia"/>
          <w:sz w:val="23"/>
        </w:rPr>
        <w:t>“Already asked.”</w:t>
      </w:r>
    </w:p>
    <w:p>
      <w:r>
        <w:rPr>
          <w:rFonts w:ascii="Georgia" w:hAnsi="Georgia" w:eastAsia="Georgia"/>
          <w:sz w:val="23"/>
        </w:rPr>
        <w:t>“Of course you did.”</w:t>
      </w:r>
    </w:p>
    <w:p>
      <w:r>
        <w:rPr>
          <w:rFonts w:ascii="Georgia" w:hAnsi="Georgia" w:eastAsia="Georgia"/>
          <w:sz w:val="23"/>
        </w:rPr>
        <w:t>“Two settings usually within four meters overnight. Third in adjacent room. Daughter’s setting absent six years.”</w:t>
      </w:r>
    </w:p>
    <w:p>
      <w:r>
        <w:rPr>
          <w:rFonts w:ascii="Georgia" w:hAnsi="Georgia" w:eastAsia="Georgia"/>
          <w:sz w:val="23"/>
        </w:rPr>
        <w:t>“Any paired field infrastructure?”</w:t>
      </w:r>
    </w:p>
    <w:p>
      <w:r>
        <w:rPr>
          <w:rFonts w:ascii="Georgia" w:hAnsi="Georgia" w:eastAsia="Georgia"/>
          <w:sz w:val="23"/>
        </w:rPr>
        <w:t>Miren looked at the intake again.</w:t>
      </w:r>
    </w:p>
    <w:p>
      <w:r>
        <w:rPr>
          <w:rFonts w:ascii="Georgia" w:hAnsi="Georgia" w:eastAsia="Georgia"/>
          <w:sz w:val="23"/>
        </w:rPr>
        <w:t>Then stopped.</w:t>
      </w:r>
    </w:p>
    <w:p>
      <w:r>
        <w:rPr>
          <w:rFonts w:ascii="Georgia" w:hAnsi="Georgia" w:eastAsia="Georgia"/>
          <w:sz w:val="23"/>
        </w:rPr>
        <w:t>“Yes.”</w:t>
      </w:r>
    </w:p>
    <w:p>
      <w:r>
        <w:rPr>
          <w:rFonts w:ascii="Georgia" w:hAnsi="Georgia" w:eastAsia="Georgia"/>
          <w:sz w:val="23"/>
        </w:rPr>
        <w:t>“What kind?”</w:t>
      </w:r>
    </w:p>
    <w:p>
      <w:r>
        <w:rPr>
          <w:rFonts w:ascii="Georgia" w:hAnsi="Georgia" w:eastAsia="Georgia"/>
          <w:sz w:val="23"/>
        </w:rPr>
        <w:t>“Domestic concordance bus.”</w:t>
      </w:r>
    </w:p>
    <w:p>
      <w:r>
        <w:rPr>
          <w:rFonts w:ascii="Georgia" w:hAnsi="Georgia" w:eastAsia="Georgia"/>
          <w:sz w:val="23"/>
        </w:rPr>
        <w:t>I had heard the term.</w:t>
      </w:r>
    </w:p>
    <w:p>
      <w:r>
        <w:rPr>
          <w:rFonts w:ascii="Georgia" w:hAnsi="Georgia" w:eastAsia="Georgia"/>
          <w:sz w:val="23"/>
        </w:rPr>
        <w:t>I had never liked it enough to learn the consumer version.</w:t>
      </w:r>
    </w:p>
    <w:p>
      <w:r>
        <w:rPr>
          <w:rFonts w:ascii="Georgia" w:hAnsi="Georgia" w:eastAsia="Georgia"/>
          <w:sz w:val="23"/>
        </w:rPr>
        <w:t>“Shared field noise?”</w:t>
      </w:r>
    </w:p>
    <w:p>
      <w:r>
        <w:rPr>
          <w:rFonts w:ascii="Georgia" w:hAnsi="Georgia" w:eastAsia="Georgia"/>
          <w:sz w:val="23"/>
        </w:rPr>
        <w:t>“Common reference clock and compensator balancing. Reduces nuisance interaction in multi-setting homes.”</w:t>
      </w:r>
    </w:p>
    <w:p>
      <w:r>
        <w:rPr>
          <w:rFonts w:ascii="Georgia" w:hAnsi="Georgia" w:eastAsia="Georgia"/>
          <w:sz w:val="23"/>
        </w:rPr>
        <w:t>“How long installed?”</w:t>
      </w:r>
    </w:p>
    <w:p>
      <w:r>
        <w:rPr>
          <w:rFonts w:ascii="Georgia" w:hAnsi="Georgia" w:eastAsia="Georgia"/>
          <w:sz w:val="23"/>
        </w:rPr>
        <w:t>“Nineteen years.”</w:t>
      </w:r>
    </w:p>
    <w:p>
      <w:r>
        <w:rPr>
          <w:rFonts w:ascii="Georgia" w:hAnsi="Georgia" w:eastAsia="Georgia"/>
          <w:sz w:val="23"/>
        </w:rPr>
        <w:t>I stood still.</w:t>
      </w:r>
    </w:p>
    <w:p>
      <w:r>
        <w:rPr>
          <w:rFonts w:ascii="Georgia" w:hAnsi="Georgia" w:eastAsia="Georgia"/>
          <w:sz w:val="23"/>
        </w:rPr>
        <w:t>Miren read my face correctly.</w:t>
      </w:r>
    </w:p>
    <w:p>
      <w:r>
        <w:rPr>
          <w:rFonts w:ascii="Georgia" w:hAnsi="Georgia" w:eastAsia="Georgia"/>
          <w:sz w:val="23"/>
        </w:rPr>
        <w:t>“It is legal.”</w:t>
      </w:r>
    </w:p>
    <w:p>
      <w:r>
        <w:rPr>
          <w:rFonts w:ascii="Georgia" w:hAnsi="Georgia" w:eastAsia="Georgia"/>
          <w:sz w:val="23"/>
        </w:rPr>
        <w:t>“I did not ask.”</w:t>
      </w:r>
    </w:p>
    <w:p>
      <w:r>
        <w:rPr>
          <w:rFonts w:ascii="Georgia" w:hAnsi="Georgia" w:eastAsia="Georgia"/>
          <w:sz w:val="23"/>
        </w:rPr>
        <w:t>“Certified.”</w:t>
      </w:r>
    </w:p>
    <w:p>
      <w:r>
        <w:rPr>
          <w:rFonts w:ascii="Georgia" w:hAnsi="Georgia" w:eastAsia="Georgia"/>
          <w:sz w:val="23"/>
        </w:rPr>
        <w:t>“I did not ask that either.”</w:t>
      </w:r>
    </w:p>
    <w:p>
      <w:r>
        <w:rPr>
          <w:rFonts w:ascii="Georgia" w:hAnsi="Georgia" w:eastAsia="Georgia"/>
          <w:sz w:val="23"/>
        </w:rPr>
        <w:t>“Millions of households use them.”</w:t>
      </w:r>
    </w:p>
    <w:p>
      <w:r>
        <w:rPr>
          <w:rFonts w:ascii="Georgia" w:hAnsi="Georgia" w:eastAsia="Georgia"/>
          <w:sz w:val="23"/>
        </w:rPr>
        <w:t>That was the sentence.</w:t>
      </w:r>
    </w:p>
    <w:p>
      <w:r>
        <w:rPr>
          <w:rFonts w:ascii="Georgia" w:hAnsi="Georgia" w:eastAsia="Georgia"/>
          <w:sz w:val="23"/>
        </w:rPr>
        <w:t>Not three.</w:t>
      </w:r>
    </w:p>
    <w:p>
      <w:r>
        <w:rPr>
          <w:rFonts w:ascii="Georgia" w:hAnsi="Georgia" w:eastAsia="Georgia"/>
          <w:sz w:val="23"/>
        </w:rPr>
        <w:t>Not dozens.</w:t>
      </w:r>
    </w:p>
    <w:p>
      <w:r>
        <w:rPr>
          <w:rFonts w:ascii="Georgia" w:hAnsi="Georgia" w:eastAsia="Georgia"/>
          <w:sz w:val="23"/>
        </w:rPr>
        <w:t>Millions.</w:t>
      </w:r>
    </w:p>
    <w:p>
      <w:r>
        <w:rPr>
          <w:rFonts w:ascii="Georgia" w:hAnsi="Georgia" w:eastAsia="Georgia"/>
          <w:sz w:val="23"/>
        </w:rPr>
        <w:t>“Since when?”</w:t>
      </w:r>
    </w:p>
    <w:p>
      <w:r>
        <w:rPr>
          <w:rFonts w:ascii="Georgia" w:hAnsi="Georgia" w:eastAsia="Georgia"/>
          <w:sz w:val="23"/>
        </w:rPr>
        <w:t>“Before I trained.”</w:t>
      </w:r>
    </w:p>
    <w:p>
      <w:r>
        <w:rPr>
          <w:rFonts w:ascii="Georgia" w:hAnsi="Georgia" w:eastAsia="Georgia"/>
          <w:sz w:val="23"/>
        </w:rPr>
        <w:t>“Why did nobody tell me?”</w:t>
      </w:r>
    </w:p>
    <w:p>
      <w:r>
        <w:rPr>
          <w:rFonts w:ascii="Georgia" w:hAnsi="Georgia" w:eastAsia="Georgia"/>
          <w:sz w:val="23"/>
        </w:rPr>
        <w:t>Miren laughed.</w:t>
      </w:r>
    </w:p>
    <w:p>
      <w:r>
        <w:rPr>
          <w:rFonts w:ascii="Georgia" w:hAnsi="Georgia" w:eastAsia="Georgia"/>
          <w:sz w:val="23"/>
        </w:rPr>
        <w:t>Not kindly.</w:t>
      </w:r>
    </w:p>
    <w:p>
      <w:r>
        <w:rPr>
          <w:rFonts w:ascii="Georgia" w:hAnsi="Georgia" w:eastAsia="Georgia"/>
          <w:sz w:val="23"/>
        </w:rPr>
        <w:t>“Because you do not live with anybody.”</w:t>
      </w:r>
    </w:p>
    <w:p>
      <w:r>
        <w:rPr>
          <w:rFonts w:ascii="Georgia" w:hAnsi="Georgia" w:eastAsia="Georgia"/>
          <w:sz w:val="23"/>
        </w:rPr>
        <w:t>Fair.</w:t>
      </w:r>
    </w:p>
    <w:p>
      <w:r>
        <w:rPr>
          <w:rFonts w:ascii="Georgia" w:hAnsi="Georgia" w:eastAsia="Georgia"/>
          <w:sz w:val="23"/>
        </w:rPr>
        <w:t>She opened the product standard.</w:t>
      </w:r>
    </w:p>
    <w:p>
      <w:r>
        <w:rPr>
          <w:rFonts w:ascii="Georgia" w:hAnsi="Georgia" w:eastAsia="Georgia"/>
          <w:sz w:val="23"/>
        </w:rPr>
        <w:t>DOMESTIC CONCORDANCE SYSTEM.</w:t>
      </w:r>
    </w:p>
    <w:p>
      <w:r>
        <w:rPr>
          <w:rFonts w:ascii="Georgia" w:hAnsi="Georgia" w:eastAsia="Georgia"/>
          <w:sz w:val="23"/>
        </w:rPr>
        <w:t>Purpose: reduce cross-setting field interference, nuisance alerts and compensator competition in shared residential environments.</w:t>
      </w:r>
    </w:p>
    <w:p>
      <w:r>
        <w:rPr>
          <w:rFonts w:ascii="Georgia" w:hAnsi="Georgia" w:eastAsia="Georgia"/>
          <w:sz w:val="23"/>
        </w:rPr>
        <w:t>The system did not connect fragments directly.</w:t>
      </w:r>
    </w:p>
    <w:p>
      <w:r>
        <w:rPr>
          <w:rFonts w:ascii="Georgia" w:hAnsi="Georgia" w:eastAsia="Georgia"/>
          <w:sz w:val="23"/>
        </w:rPr>
        <w:t>It did something more ordinary.</w:t>
      </w:r>
    </w:p>
    <w:p>
      <w:r>
        <w:rPr>
          <w:rFonts w:ascii="Georgia" w:hAnsi="Georgia" w:eastAsia="Georgia"/>
          <w:sz w:val="23"/>
        </w:rPr>
        <w:t>It made multiple intimate settings share a stable environmental reference so each would stop correcting against the others.</w:t>
      </w:r>
    </w:p>
    <w:p>
      <w:r>
        <w:rPr>
          <w:rFonts w:ascii="Georgia" w:hAnsi="Georgia" w:eastAsia="Georgia"/>
          <w:sz w:val="23"/>
        </w:rPr>
        <w:t>Local correctness.</w:t>
      </w:r>
    </w:p>
    <w:p>
      <w:r>
        <w:rPr>
          <w:rFonts w:ascii="Georgia" w:hAnsi="Georgia" w:eastAsia="Georgia"/>
          <w:sz w:val="23"/>
        </w:rPr>
        <w:t>Excellent engineering.</w:t>
      </w:r>
    </w:p>
    <w:p>
      <w:r>
        <w:rPr>
          <w:rFonts w:ascii="Georgia" w:hAnsi="Georgia" w:eastAsia="Georgia"/>
          <w:sz w:val="23"/>
        </w:rPr>
        <w:t>Nineteen years of common timing in Tal Orre’s household.</w:t>
      </w:r>
    </w:p>
    <w:p>
      <w:r>
        <w:rPr>
          <w:rFonts w:ascii="Georgia" w:hAnsi="Georgia" w:eastAsia="Georgia"/>
          <w:sz w:val="23"/>
        </w:rPr>
        <w:t>Fifty-six years of uncontrolled co-contact had been enough to make Sera and Ivena worth asking about.</w:t>
      </w:r>
    </w:p>
    <w:p>
      <w:r>
        <w:rPr>
          <w:rFonts w:ascii="Georgia" w:hAnsi="Georgia" w:eastAsia="Georgia"/>
          <w:sz w:val="23"/>
        </w:rPr>
        <w:t>Across the city, millions of homes had been intentionally making the environment more shared.</w:t>
      </w:r>
    </w:p>
    <w:p>
      <w:r>
        <w:rPr>
          <w:rFonts w:ascii="Georgia" w:hAnsi="Georgia" w:eastAsia="Georgia"/>
          <w:sz w:val="23"/>
        </w:rPr>
        <w:t>I read the certification date.</w:t>
      </w:r>
    </w:p>
    <w:p>
      <w:r>
        <w:rPr>
          <w:rFonts w:ascii="Georgia" w:hAnsi="Georgia" w:eastAsia="Georgia"/>
          <w:sz w:val="23"/>
        </w:rPr>
        <w:t>The standard was forty-one years old.</w:t>
      </w:r>
    </w:p>
    <w:p>
      <w:r>
        <w:rPr>
          <w:rFonts w:ascii="Georgia" w:hAnsi="Georgia" w:eastAsia="Georgia"/>
          <w:sz w:val="23"/>
        </w:rPr>
        <w:t>I had signed one of the precursor noise studies.</w:t>
      </w:r>
    </w:p>
    <w:p>
      <w:r>
        <w:rPr>
          <w:rFonts w:ascii="Georgia" w:hAnsi="Georgia" w:eastAsia="Georgia"/>
          <w:sz w:val="23"/>
        </w:rPr>
        <w:t>Not the consumer system.</w:t>
      </w:r>
    </w:p>
    <w:p>
      <w:r>
        <w:rPr>
          <w:rFonts w:ascii="Georgia" w:hAnsi="Georgia" w:eastAsia="Georgia"/>
          <w:sz w:val="23"/>
        </w:rPr>
        <w:t>The principle.</w:t>
      </w:r>
    </w:p>
    <w:p>
      <w:r>
        <w:rPr>
          <w:rFonts w:ascii="Georgia" w:hAnsi="Georgia" w:eastAsia="Georgia"/>
          <w:sz w:val="23"/>
        </w:rPr>
        <w:t>Independent compensators behaved better when they were not forced to fight different local references.</w:t>
      </w:r>
    </w:p>
    <w:p>
      <w:r>
        <w:rPr>
          <w:rFonts w:ascii="Georgia" w:hAnsi="Georgia" w:eastAsia="Georgia"/>
          <w:sz w:val="23"/>
        </w:rPr>
        <w:t>That had been true.</w:t>
      </w:r>
    </w:p>
    <w:p>
      <w:r>
        <w:rPr>
          <w:rFonts w:ascii="Georgia" w:hAnsi="Georgia" w:eastAsia="Georgia"/>
          <w:sz w:val="23"/>
        </w:rPr>
        <w:t>It was still true.</w:t>
      </w:r>
    </w:p>
    <w:p>
      <w:r>
        <w:rPr>
          <w:rFonts w:ascii="Georgia" w:hAnsi="Georgia" w:eastAsia="Georgia"/>
          <w:sz w:val="23"/>
        </w:rPr>
        <w:t>I sat down.</w:t>
      </w:r>
    </w:p>
    <w:p>
      <w:r>
        <w:rPr>
          <w:rFonts w:ascii="Georgia" w:hAnsi="Georgia" w:eastAsia="Georgia"/>
          <w:sz w:val="23"/>
        </w:rPr>
        <w:t>Miren said, “You look old.”</w:t>
      </w:r>
    </w:p>
    <w:p>
      <w:r>
        <w:rPr>
          <w:rFonts w:ascii="Georgia" w:hAnsi="Georgia" w:eastAsia="Georgia"/>
          <w:sz w:val="23"/>
        </w:rPr>
        <w:t>“I am old.”</w:t>
      </w:r>
    </w:p>
    <w:p>
      <w:r>
        <w:rPr>
          <w:rFonts w:ascii="Georgia" w:hAnsi="Georgia" w:eastAsia="Georgia"/>
          <w:sz w:val="23"/>
        </w:rPr>
        <w:t>“More than usual.”</w:t>
      </w:r>
    </w:p>
    <w:p>
      <w:r>
        <w:rPr>
          <w:rFonts w:ascii="Georgia" w:hAnsi="Georgia" w:eastAsia="Georgia"/>
          <w:sz w:val="23"/>
        </w:rPr>
        <w:t>I read the line again.</w:t>
      </w:r>
    </w:p>
    <w:p>
      <w:r>
        <w:rPr>
          <w:rFonts w:ascii="Georgia" w:hAnsi="Georgia" w:eastAsia="Georgia"/>
          <w:sz w:val="23"/>
        </w:rPr>
        <w:t>COMMON REFERENCE.</w:t>
      </w:r>
    </w:p>
    <w:p>
      <w:r>
        <w:rPr>
          <w:rFonts w:ascii="Georgia" w:hAnsi="Georgia" w:eastAsia="Georgia"/>
          <w:sz w:val="23"/>
        </w:rPr>
        <w:t>No claim of shared fragment state.</w:t>
      </w:r>
    </w:p>
    <w:p>
      <w:r>
        <w:rPr>
          <w:rFonts w:ascii="Georgia" w:hAnsi="Georgia" w:eastAsia="Georgia"/>
          <w:sz w:val="23"/>
        </w:rPr>
        <w:t>No cross-carrier data.</w:t>
      </w:r>
    </w:p>
    <w:p>
      <w:r>
        <w:rPr>
          <w:rFonts w:ascii="Georgia" w:hAnsi="Georgia" w:eastAsia="Georgia"/>
          <w:sz w:val="23"/>
        </w:rPr>
        <w:t>No identity coupling.</w:t>
      </w:r>
    </w:p>
    <w:p>
      <w:r>
        <w:rPr>
          <w:rFonts w:ascii="Georgia" w:hAnsi="Georgia" w:eastAsia="Georgia"/>
          <w:sz w:val="23"/>
        </w:rPr>
        <w:t>No theology.</w:t>
      </w:r>
    </w:p>
    <w:p>
      <w:r>
        <w:rPr>
          <w:rFonts w:ascii="Georgia" w:hAnsi="Georgia" w:eastAsia="Georgia"/>
          <w:sz w:val="23"/>
        </w:rPr>
        <w:t>Just better domestic engineering.</w:t>
      </w:r>
    </w:p>
    <w:p>
      <w:r>
        <w:rPr>
          <w:rFonts w:ascii="Georgia" w:hAnsi="Georgia" w:eastAsia="Georgia"/>
          <w:sz w:val="23"/>
        </w:rPr>
        <w:t>The exact kind of thing civilization builds when a hazardous phenomenon becomes ordinary enough to put beside a bed.</w:t>
      </w:r>
    </w:p>
    <w:p>
      <w:r>
        <w:rPr>
          <w:rFonts w:ascii="Georgia" w:hAnsi="Georgia" w:eastAsia="Georgia"/>
          <w:sz w:val="23"/>
        </w:rPr>
        <w:t>“Do not cancel Tal,” I said.</w:t>
      </w:r>
    </w:p>
    <w:p>
      <w:r>
        <w:rPr>
          <w:rFonts w:ascii="Georgia" w:hAnsi="Georgia" w:eastAsia="Georgia"/>
          <w:sz w:val="23"/>
        </w:rPr>
        <w:t>“You already said that.”</w:t>
      </w:r>
    </w:p>
    <w:p>
      <w:r>
        <w:rPr>
          <w:rFonts w:ascii="Georgia" w:hAnsi="Georgia" w:eastAsia="Georgia"/>
          <w:sz w:val="23"/>
        </w:rPr>
        <w:t>“Do not alert the board yet.”</w:t>
      </w:r>
    </w:p>
    <w:p>
      <w:r>
        <w:rPr>
          <w:rFonts w:ascii="Georgia" w:hAnsi="Georgia" w:eastAsia="Georgia"/>
          <w:sz w:val="23"/>
        </w:rPr>
        <w:t>“Why?”</w:t>
      </w:r>
    </w:p>
    <w:p>
      <w:r>
        <w:rPr>
          <w:rFonts w:ascii="Georgia" w:hAnsi="Georgia" w:eastAsia="Georgia"/>
          <w:sz w:val="23"/>
        </w:rPr>
        <w:t>“Because I do not know whether concordance matters.”</w:t>
      </w:r>
    </w:p>
    <w:p>
      <w:r>
        <w:rPr>
          <w:rFonts w:ascii="Georgia" w:hAnsi="Georgia" w:eastAsia="Georgia"/>
          <w:sz w:val="23"/>
        </w:rPr>
        <w:t>“History mattered yesterday.”</w:t>
      </w:r>
    </w:p>
    <w:p>
      <w:r>
        <w:rPr>
          <w:rFonts w:ascii="Georgia" w:hAnsi="Georgia" w:eastAsia="Georgia"/>
          <w:sz w:val="23"/>
        </w:rPr>
        <w:t>“One history.”</w:t>
      </w:r>
    </w:p>
    <w:p>
      <w:r>
        <w:rPr>
          <w:rFonts w:ascii="Georgia" w:hAnsi="Georgia" w:eastAsia="Georgia"/>
          <w:sz w:val="23"/>
        </w:rPr>
        <w:t>“Millions is more.”</w:t>
      </w:r>
    </w:p>
    <w:p>
      <w:r>
        <w:rPr>
          <w:rFonts w:ascii="Georgia" w:hAnsi="Georgia" w:eastAsia="Georgia"/>
          <w:sz w:val="23"/>
        </w:rPr>
        <w:t>“Millions is a reason to be more careful, not less.”</w:t>
      </w:r>
    </w:p>
    <w:p>
      <w:r>
        <w:rPr>
          <w:rFonts w:ascii="Georgia" w:hAnsi="Georgia" w:eastAsia="Georgia"/>
          <w:sz w:val="23"/>
        </w:rPr>
        <w:t>She nodded.</w:t>
      </w:r>
    </w:p>
    <w:p>
      <w:r>
        <w:rPr>
          <w:rFonts w:ascii="Georgia" w:hAnsi="Georgia" w:eastAsia="Georgia"/>
          <w:sz w:val="23"/>
        </w:rPr>
        <w:t>That was why I kept coming back.</w:t>
      </w:r>
    </w:p>
    <w:p>
      <w:r>
        <w:rPr>
          <w:rFonts w:ascii="Georgia" w:hAnsi="Georgia" w:eastAsia="Georgia"/>
          <w:sz w:val="23"/>
        </w:rPr>
        <w:t>I opened a new technical note.</w:t>
      </w:r>
    </w:p>
    <w:p>
      <w:r>
        <w:rPr>
          <w:rFonts w:ascii="Georgia" w:hAnsi="Georgia" w:eastAsia="Georgia"/>
          <w:sz w:val="23"/>
        </w:rPr>
        <w:t>Not an incident.</w:t>
      </w:r>
    </w:p>
    <w:p>
      <w:r>
        <w:rPr>
          <w:rFonts w:ascii="Georgia" w:hAnsi="Georgia" w:eastAsia="Georgia"/>
          <w:sz w:val="23"/>
        </w:rPr>
        <w:t>Not a hazard alert.</w:t>
      </w:r>
    </w:p>
    <w:p>
      <w:r>
        <w:rPr>
          <w:rFonts w:ascii="Georgia" w:hAnsi="Georgia" w:eastAsia="Georgia"/>
          <w:sz w:val="23"/>
        </w:rPr>
        <w:t>Not a theory.</w:t>
      </w:r>
    </w:p>
    <w:p>
      <w:r>
        <w:rPr>
          <w:rFonts w:ascii="Georgia" w:hAnsi="Georgia" w:eastAsia="Georgia"/>
          <w:sz w:val="23"/>
        </w:rPr>
        <w:t>A question.</w:t>
      </w:r>
    </w:p>
    <w:p>
      <w:r>
        <w:rPr>
          <w:rFonts w:ascii="Georgia" w:hAnsi="Georgia" w:eastAsia="Georgia"/>
          <w:sz w:val="23"/>
        </w:rPr>
        <w:t>DOMESTIC CONCORDANCE SYSTEMS / PRIOR EXTENDED CO-CONTACT.</w:t>
      </w:r>
    </w:p>
    <w:p>
      <w:r>
        <w:rPr>
          <w:rFonts w:ascii="Georgia" w:hAnsi="Georgia" w:eastAsia="Georgia"/>
          <w:sz w:val="23"/>
        </w:rPr>
        <w:t>ESTABLISHED PURPOSE: REDUCE INTERFERENCE BETWEEN INDEPENDENT INTIMATE SETTINGS.</w:t>
      </w:r>
    </w:p>
    <w:p>
      <w:r>
        <w:rPr>
          <w:rFonts w:ascii="Georgia" w:hAnsi="Georgia" w:eastAsia="Georgia"/>
          <w:sz w:val="23"/>
        </w:rPr>
        <w:t>ESTABLISHED LONG-TERM RELATIONAL EFFECT: NONE.</w:t>
      </w:r>
    </w:p>
    <w:p>
      <w:r>
        <w:rPr>
          <w:rFonts w:ascii="Georgia" w:hAnsi="Georgia" w:eastAsia="Georgia"/>
          <w:sz w:val="23"/>
        </w:rPr>
        <w:t>EVIDENCE OF ACQUIRED RELATION: NONE.</w:t>
      </w:r>
    </w:p>
    <w:p>
      <w:r>
        <w:rPr>
          <w:rFonts w:ascii="Georgia" w:hAnsi="Georgia" w:eastAsia="Georgia"/>
          <w:sz w:val="23"/>
        </w:rPr>
        <w:t>Then:</w:t>
      </w:r>
    </w:p>
    <w:p>
      <w:r>
        <w:rPr>
          <w:rFonts w:ascii="Georgia" w:hAnsi="Georgia" w:eastAsia="Georgia"/>
          <w:sz w:val="23"/>
        </w:rPr>
        <w:t>RELEVANCE TO CURRENT OBSERVATIONS: UNKNOWN.</w:t>
      </w:r>
    </w:p>
    <w:p>
      <w:r>
        <w:rPr>
          <w:rFonts w:ascii="Georgia" w:hAnsi="Georgia" w:eastAsia="Georgia"/>
          <w:sz w:val="23"/>
        </w:rPr>
        <w:t>Then I added the rule I trusted more than any explanation:</w:t>
      </w:r>
    </w:p>
    <w:p>
      <w:r>
        <w:rPr>
          <w:rFonts w:ascii="Georgia" w:hAnsi="Georgia" w:eastAsia="Georgia"/>
          <w:sz w:val="23"/>
        </w:rPr>
        <w:t>SEPARATION IS NOT EQUIVALENT TO NO HISTORY.</w:t>
      </w:r>
    </w:p>
    <w:p>
      <w:r>
        <w:rPr>
          <w:rFonts w:ascii="Georgia" w:hAnsi="Georgia" w:eastAsia="Georgia"/>
          <w:sz w:val="23"/>
        </w:rPr>
        <w:t>It did not say the history remained active.</w:t>
      </w:r>
    </w:p>
    <w:p>
      <w:r>
        <w:rPr>
          <w:rFonts w:ascii="Georgia" w:hAnsi="Georgia" w:eastAsia="Georgia"/>
          <w:sz w:val="23"/>
        </w:rPr>
        <w:t>It did not say the settings remembered.</w:t>
      </w:r>
    </w:p>
    <w:p>
      <w:r>
        <w:rPr>
          <w:rFonts w:ascii="Georgia" w:hAnsi="Georgia" w:eastAsia="Georgia"/>
          <w:sz w:val="23"/>
        </w:rPr>
        <w:t>It said only that distance, divorce, relocation and independent ownership could not erase prior contact from the provenance merely because the current room looked clean.</w:t>
      </w:r>
    </w:p>
    <w:p>
      <w:r>
        <w:rPr>
          <w:rFonts w:ascii="Georgia" w:hAnsi="Georgia" w:eastAsia="Georgia"/>
          <w:sz w:val="23"/>
        </w:rPr>
        <w:t>I stopped there.</w:t>
      </w:r>
    </w:p>
    <w:p>
      <w:r>
        <w:rPr>
          <w:rFonts w:ascii="Georgia" w:hAnsi="Georgia" w:eastAsia="Georgia"/>
          <w:sz w:val="23"/>
        </w:rPr>
        <w:t>Miren leaned over the display.</w:t>
      </w:r>
    </w:p>
    <w:p>
      <w:r>
        <w:rPr>
          <w:rFonts w:ascii="Georgia" w:hAnsi="Georgia" w:eastAsia="Georgia"/>
          <w:sz w:val="23"/>
        </w:rPr>
        <w:t>“That is all?”</w:t>
      </w:r>
    </w:p>
    <w:p>
      <w:r>
        <w:rPr>
          <w:rFonts w:ascii="Georgia" w:hAnsi="Georgia" w:eastAsia="Georgia"/>
          <w:sz w:val="23"/>
        </w:rPr>
        <w:t>“Yes.”</w:t>
      </w:r>
    </w:p>
    <w:p>
      <w:r>
        <w:rPr>
          <w:rFonts w:ascii="Georgia" w:hAnsi="Georgia" w:eastAsia="Georgia"/>
          <w:sz w:val="23"/>
        </w:rPr>
        <w:t>“You are improving.”</w:t>
      </w:r>
    </w:p>
    <w:p>
      <w:r>
        <w:rPr>
          <w:rFonts w:ascii="Georgia" w:hAnsi="Georgia" w:eastAsia="Georgia"/>
          <w:sz w:val="23"/>
        </w:rPr>
        <w:t>“Age.”</w:t>
      </w:r>
    </w:p>
    <w:p>
      <w:r>
        <w:rPr>
          <w:rFonts w:ascii="Georgia" w:hAnsi="Georgia" w:eastAsia="Georgia"/>
          <w:sz w:val="23"/>
        </w:rPr>
        <w:t>“Spite.”</w:t>
      </w:r>
    </w:p>
    <w:p>
      <w:r>
        <w:rPr>
          <w:rFonts w:ascii="Georgia" w:hAnsi="Georgia" w:eastAsia="Georgia"/>
          <w:sz w:val="23"/>
        </w:rPr>
        <w:t>“Both can be true.”</w:t>
      </w:r>
    </w:p>
    <w:p>
      <w:r>
        <w:rPr>
          <w:rFonts w:ascii="Georgia" w:hAnsi="Georgia" w:eastAsia="Georgia"/>
          <w:sz w:val="23"/>
        </w:rPr>
        <w:t>She closed Tal Orre’s appointment.</w:t>
      </w:r>
    </w:p>
    <w:p>
      <w:r>
        <w:rPr>
          <w:rFonts w:ascii="Georgia" w:hAnsi="Georgia" w:eastAsia="Georgia"/>
          <w:sz w:val="23"/>
        </w:rPr>
        <w:t>Not canceled.</w:t>
      </w:r>
    </w:p>
    <w:p>
      <w:r>
        <w:rPr>
          <w:rFonts w:ascii="Georgia" w:hAnsi="Georgia" w:eastAsia="Georgia"/>
          <w:sz w:val="23"/>
        </w:rPr>
        <w:t>Ready for morning.</w:t>
      </w:r>
    </w:p>
    <w:p>
      <w:pPr>
        <w:spacing w:before="80" w:after="80"/>
        <w:jc w:val="center"/>
      </w:pPr>
      <w:r>
        <w:rPr>
          <w:rFonts w:ascii="Georgia" w:hAnsi="Georgia" w:eastAsia="Georgia"/>
          <w:sz w:val="23"/>
        </w:rPr>
        <w:t>§</w:t>
      </w:r>
    </w:p>
    <w:p>
      <w:r>
        <w:rPr>
          <w:rFonts w:ascii="Georgia" w:hAnsi="Georgia" w:eastAsia="Georgia"/>
          <w:sz w:val="23"/>
        </w:rPr>
        <w:t>Tal Orre arrived the next morning at 0811 and apologized for being early.</w:t>
      </w:r>
    </w:p>
    <w:p>
      <w:r>
        <w:rPr>
          <w:rFonts w:ascii="Georgia" w:hAnsi="Georgia" w:eastAsia="Georgia"/>
          <w:sz w:val="23"/>
        </w:rPr>
        <w:t>Miren looked at the clock.</w:t>
      </w:r>
    </w:p>
    <w:p>
      <w:r>
        <w:rPr>
          <w:rFonts w:ascii="Georgia" w:hAnsi="Georgia" w:eastAsia="Georgia"/>
          <w:sz w:val="23"/>
        </w:rPr>
        <w:t>“You are eleven minutes late.”</w:t>
      </w:r>
    </w:p>
    <w:p>
      <w:r>
        <w:rPr>
          <w:rFonts w:ascii="Georgia" w:hAnsi="Georgia" w:eastAsia="Georgia"/>
          <w:sz w:val="23"/>
        </w:rPr>
        <w:t>“Then I apologize for being optimistic.”</w:t>
      </w:r>
    </w:p>
    <w:p>
      <w:r>
        <w:rPr>
          <w:rFonts w:ascii="Georgia" w:hAnsi="Georgia" w:eastAsia="Georgia"/>
          <w:sz w:val="23"/>
        </w:rPr>
        <w:t>He was sixty-four and looked younger than the setting he wore beneath the right side of his collar. The outer housing was green ceramic with a matte edge worn smooth where his shirts crossed it.</w:t>
      </w:r>
    </w:p>
    <w:p>
      <w:r>
        <w:rPr>
          <w:rFonts w:ascii="Georgia" w:hAnsi="Georgia" w:eastAsia="Georgia"/>
          <w:sz w:val="23"/>
        </w:rPr>
        <w:t>“Integrated liner replacement,” he said, reading the appointment display.</w:t>
      </w:r>
    </w:p>
    <w:p>
      <w:r>
        <w:rPr>
          <w:rFonts w:ascii="Georgia" w:hAnsi="Georgia" w:eastAsia="Georgia"/>
          <w:sz w:val="23"/>
        </w:rPr>
        <w:t>I looked at Miren.</w:t>
      </w:r>
    </w:p>
    <w:p>
      <w:r>
        <w:rPr>
          <w:rFonts w:ascii="Georgia" w:hAnsi="Georgia" w:eastAsia="Georgia"/>
          <w:sz w:val="23"/>
        </w:rPr>
        <w:t>She did not look at me.</w:t>
      </w:r>
    </w:p>
    <w:p>
      <w:r>
        <w:rPr>
          <w:rFonts w:ascii="Georgia" w:hAnsi="Georgia" w:eastAsia="Georgia"/>
          <w:sz w:val="23"/>
        </w:rPr>
        <w:t>“Functional,” I said.</w:t>
      </w:r>
    </w:p>
    <w:p>
      <w:r>
        <w:rPr>
          <w:rFonts w:ascii="Georgia" w:hAnsi="Georgia" w:eastAsia="Georgia"/>
          <w:sz w:val="23"/>
        </w:rPr>
        <w:t>Tal touched the setting through his shirt.</w:t>
      </w:r>
    </w:p>
    <w:p>
      <w:r>
        <w:rPr>
          <w:rFonts w:ascii="Georgia" w:hAnsi="Georgia" w:eastAsia="Georgia"/>
          <w:sz w:val="23"/>
        </w:rPr>
        <w:t>“My coverage says integrated now.”</w:t>
      </w:r>
    </w:p>
    <w:p>
      <w:r>
        <w:rPr>
          <w:rFonts w:ascii="Georgia" w:hAnsi="Georgia" w:eastAsia="Georgia"/>
          <w:sz w:val="23"/>
        </w:rPr>
        <w:t>“Coverage is not ontology.”</w:t>
      </w:r>
    </w:p>
    <w:p>
      <w:r>
        <w:rPr>
          <w:rFonts w:ascii="Georgia" w:hAnsi="Georgia" w:eastAsia="Georgia"/>
          <w:sz w:val="23"/>
        </w:rPr>
        <w:t>“I came for a liner.”</w:t>
      </w:r>
    </w:p>
    <w:p>
      <w:r>
        <w:rPr>
          <w:rFonts w:ascii="Georgia" w:hAnsi="Georgia" w:eastAsia="Georgia"/>
          <w:sz w:val="23"/>
        </w:rPr>
        <w:t>Correct scope.</w:t>
      </w:r>
    </w:p>
    <w:p>
      <w:r>
        <w:rPr>
          <w:rFonts w:ascii="Georgia" w:hAnsi="Georgia" w:eastAsia="Georgia"/>
          <w:sz w:val="23"/>
        </w:rPr>
        <w:t>I stopped.</w:t>
      </w:r>
    </w:p>
    <w:p>
      <w:r>
        <w:rPr>
          <w:rFonts w:ascii="Georgia" w:hAnsi="Georgia" w:eastAsia="Georgia"/>
          <w:sz w:val="23"/>
        </w:rPr>
        <w:t>Miren handed Tal the updated intake.</w:t>
      </w:r>
    </w:p>
    <w:p>
      <w:r>
        <w:rPr>
          <w:rFonts w:ascii="Georgia" w:hAnsi="Georgia" w:eastAsia="Georgia"/>
          <w:sz w:val="23"/>
        </w:rPr>
        <w:t>He read PRIOR EXTENDED CO-CONTACT and did not hesitate.</w:t>
      </w:r>
    </w:p>
    <w:p>
      <w:r>
        <w:rPr>
          <w:rFonts w:ascii="Georgia" w:hAnsi="Georgia" w:eastAsia="Georgia"/>
          <w:sz w:val="23"/>
        </w:rPr>
        <w:t>“Three others,” he said.</w:t>
      </w:r>
    </w:p>
    <w:p>
      <w:r>
        <w:rPr>
          <w:rFonts w:ascii="Georgia" w:hAnsi="Georgia" w:eastAsia="Georgia"/>
          <w:sz w:val="23"/>
        </w:rPr>
        <w:t>“The form says twenty-three years,” Miren said.</w:t>
      </w:r>
    </w:p>
    <w:p>
      <w:r>
        <w:rPr>
          <w:rFonts w:ascii="Georgia" w:hAnsi="Georgia" w:eastAsia="Georgia"/>
          <w:sz w:val="23"/>
        </w:rPr>
        <w:t>“That is how long all four overlapped. My daughter moved out six years ago. Before that we were crowded.”</w:t>
      </w:r>
    </w:p>
    <w:p>
      <w:r>
        <w:rPr>
          <w:rFonts w:ascii="Georgia" w:hAnsi="Georgia" w:eastAsia="Georgia"/>
          <w:sz w:val="23"/>
        </w:rPr>
        <w:t>“Relationship to the other carriers?” I asked.</w:t>
      </w:r>
    </w:p>
    <w:p>
      <w:r>
        <w:rPr>
          <w:rFonts w:ascii="Georgia" w:hAnsi="Georgia" w:eastAsia="Georgia"/>
          <w:sz w:val="23"/>
        </w:rPr>
        <w:t>Miren looked at me.</w:t>
      </w:r>
    </w:p>
    <w:p>
      <w:r>
        <w:rPr>
          <w:rFonts w:ascii="Georgia" w:hAnsi="Georgia" w:eastAsia="Georgia"/>
          <w:sz w:val="23"/>
        </w:rPr>
        <w:t>The new form did not require the question.</w:t>
      </w:r>
    </w:p>
    <w:p>
      <w:r>
        <w:rPr>
          <w:rFonts w:ascii="Georgia" w:hAnsi="Georgia" w:eastAsia="Georgia"/>
          <w:sz w:val="23"/>
        </w:rPr>
        <w:t>I corrected.</w:t>
      </w:r>
    </w:p>
    <w:p>
      <w:r>
        <w:rPr>
          <w:rFonts w:ascii="Georgia" w:hAnsi="Georgia" w:eastAsia="Georgia"/>
          <w:sz w:val="23"/>
        </w:rPr>
        <w:t>“You do not need to answer that. I need only the household geometry if you know it.”</w:t>
      </w:r>
    </w:p>
    <w:p>
      <w:r>
        <w:rPr>
          <w:rFonts w:ascii="Georgia" w:hAnsi="Georgia" w:eastAsia="Georgia"/>
          <w:sz w:val="23"/>
        </w:rPr>
        <w:t>Tal shrugged. “Two bedrooms, one wall between. Mine usually four meters from the nearest setting at night. Sometimes less on the couch. The fourth was upstairs until she moved.”</w:t>
      </w:r>
    </w:p>
    <w:p>
      <w:r>
        <w:rPr>
          <w:rFonts w:ascii="Georgia" w:hAnsi="Georgia" w:eastAsia="Georgia"/>
          <w:sz w:val="23"/>
        </w:rPr>
        <w:t>“Domestic concordance for nineteen years?”</w:t>
      </w:r>
    </w:p>
    <w:p>
      <w:r>
        <w:rPr>
          <w:rFonts w:ascii="Georgia" w:hAnsi="Georgia" w:eastAsia="Georgia"/>
          <w:sz w:val="23"/>
        </w:rPr>
        <w:t>“Third unit. We replaced the first two.”</w:t>
      </w:r>
    </w:p>
    <w:p>
      <w:r>
        <w:rPr>
          <w:rFonts w:ascii="Georgia" w:hAnsi="Georgia" w:eastAsia="Georgia"/>
          <w:sz w:val="23"/>
        </w:rPr>
        <w:t>“Any unusual behavior when a unit entered or left the household?”</w:t>
      </w:r>
    </w:p>
    <w:p>
      <w:r>
        <w:rPr>
          <w:rFonts w:ascii="Georgia" w:hAnsi="Georgia" w:eastAsia="Georgia"/>
          <w:sz w:val="23"/>
        </w:rPr>
        <w:t>Tal thought instead of answering quickly.</w:t>
      </w:r>
    </w:p>
    <w:p>
      <w:r>
        <w:rPr>
          <w:rFonts w:ascii="Georgia" w:hAnsi="Georgia" w:eastAsia="Georgia"/>
          <w:sz w:val="23"/>
        </w:rPr>
        <w:t>“The house got noisy when my daughter left.”</w:t>
      </w:r>
    </w:p>
    <w:p>
      <w:r>
        <w:rPr>
          <w:rFonts w:ascii="Georgia" w:hAnsi="Georgia" w:eastAsia="Georgia"/>
          <w:sz w:val="23"/>
        </w:rPr>
        <w:t>Miren stopped opening the liner kit.</w:t>
      </w:r>
    </w:p>
    <w:p>
      <w:r>
        <w:rPr>
          <w:rFonts w:ascii="Georgia" w:hAnsi="Georgia" w:eastAsia="Georgia"/>
          <w:sz w:val="23"/>
        </w:rPr>
        <w:t>“Define noisy.”</w:t>
      </w:r>
    </w:p>
    <w:p>
      <w:r>
        <w:rPr>
          <w:rFonts w:ascii="Georgia" w:hAnsi="Georgia" w:eastAsia="Georgia"/>
          <w:sz w:val="23"/>
        </w:rPr>
        <w:t>“Alerts. Nothing dangerous. Mine woke me twice. My sister’s kept asking for recalibration. The controller settled after a week. Service said normal rebalance after unit removal.”</w:t>
      </w:r>
    </w:p>
    <w:p>
      <w:r>
        <w:rPr>
          <w:rFonts w:ascii="Georgia" w:hAnsi="Georgia" w:eastAsia="Georgia"/>
          <w:sz w:val="23"/>
        </w:rPr>
        <w:t>“Did anyone have symptoms?”</w:t>
      </w:r>
    </w:p>
    <w:p>
      <w:r>
        <w:rPr>
          <w:rFonts w:ascii="Georgia" w:hAnsi="Georgia" w:eastAsia="Georgia"/>
          <w:sz w:val="23"/>
        </w:rPr>
        <w:t>“No.”</w:t>
      </w:r>
    </w:p>
    <w:p>
      <w:r>
        <w:rPr>
          <w:rFonts w:ascii="Georgia" w:hAnsi="Georgia" w:eastAsia="Georgia"/>
          <w:sz w:val="23"/>
        </w:rPr>
        <w:t>“Did any setting require contact-field change?”</w:t>
      </w:r>
    </w:p>
    <w:p>
      <w:r>
        <w:rPr>
          <w:rFonts w:ascii="Georgia" w:hAnsi="Georgia" w:eastAsia="Georgia"/>
          <w:sz w:val="23"/>
        </w:rPr>
        <w:t>“Not that I remember.”</w:t>
      </w:r>
    </w:p>
    <w:p>
      <w:r>
        <w:rPr>
          <w:rFonts w:ascii="Georgia" w:hAnsi="Georgia" w:eastAsia="Georgia"/>
          <w:sz w:val="23"/>
        </w:rPr>
        <w:t>“Leave it at what you remember.”</w:t>
      </w:r>
    </w:p>
    <w:p>
      <w:r>
        <w:rPr>
          <w:rFonts w:ascii="Georgia" w:hAnsi="Georgia" w:eastAsia="Georgia"/>
          <w:sz w:val="23"/>
        </w:rPr>
        <w:t>Tal looked at me.</w:t>
      </w:r>
    </w:p>
    <w:p>
      <w:r>
        <w:rPr>
          <w:rFonts w:ascii="Georgia" w:hAnsi="Georgia" w:eastAsia="Georgia"/>
          <w:sz w:val="23"/>
        </w:rPr>
        <w:t>“I am sixty-four. I have not had time to become that unreliable.”</w:t>
      </w:r>
    </w:p>
    <w:p>
      <w:r>
        <w:rPr>
          <w:rFonts w:ascii="Georgia" w:hAnsi="Georgia" w:eastAsia="Georgia"/>
          <w:sz w:val="23"/>
        </w:rPr>
        <w:t>Miren smiled.</w:t>
      </w:r>
    </w:p>
    <w:p>
      <w:r>
        <w:rPr>
          <w:rFonts w:ascii="Georgia" w:hAnsi="Georgia" w:eastAsia="Georgia"/>
          <w:sz w:val="23"/>
        </w:rPr>
        <w:t>I did not.</w:t>
      </w:r>
    </w:p>
    <w:p>
      <w:r>
        <w:rPr>
          <w:rFonts w:ascii="Georgia" w:hAnsi="Georgia" w:eastAsia="Georgia"/>
          <w:sz w:val="23"/>
        </w:rPr>
        <w:t>Sixty-four had become young enough to make that joke.</w:t>
      </w:r>
    </w:p>
    <w:p>
      <w:r>
        <w:rPr>
          <w:rFonts w:ascii="Georgia" w:hAnsi="Georgia" w:eastAsia="Georgia"/>
          <w:sz w:val="23"/>
        </w:rPr>
        <w:t>Miren began the liner service.</w:t>
      </w:r>
    </w:p>
    <w:p>
      <w:r>
        <w:rPr>
          <w:rFonts w:ascii="Georgia" w:hAnsi="Georgia" w:eastAsia="Georgia"/>
          <w:sz w:val="23"/>
        </w:rPr>
        <w:t>Baseline first.</w:t>
      </w:r>
    </w:p>
    <w:p>
      <w:r>
        <w:rPr>
          <w:rFonts w:ascii="Georgia" w:hAnsi="Georgia" w:eastAsia="Georgia"/>
          <w:sz w:val="23"/>
        </w:rPr>
        <w:t>Setting field stable.</w:t>
      </w:r>
    </w:p>
    <w:p>
      <w:r>
        <w:rPr>
          <w:rFonts w:ascii="Georgia" w:hAnsi="Georgia" w:eastAsia="Georgia"/>
          <w:sz w:val="23"/>
        </w:rPr>
        <w:t>Carrier motor baseline normal.</w:t>
      </w:r>
    </w:p>
    <w:p>
      <w:r>
        <w:rPr>
          <w:rFonts w:ascii="Georgia" w:hAnsi="Georgia" w:eastAsia="Georgia"/>
          <w:sz w:val="23"/>
        </w:rPr>
        <w:t>No adverse sensory report.</w:t>
      </w:r>
    </w:p>
    <w:p>
      <w:r>
        <w:rPr>
          <w:rFonts w:ascii="Georgia" w:hAnsi="Georgia" w:eastAsia="Georgia"/>
          <w:sz w:val="23"/>
        </w:rPr>
        <w:t>Concordance status: remote reference unavailable in service environment.</w:t>
      </w:r>
    </w:p>
    <w:p>
      <w:r>
        <w:rPr>
          <w:rFonts w:ascii="Georgia" w:hAnsi="Georgia" w:eastAsia="Georgia"/>
          <w:sz w:val="23"/>
        </w:rPr>
        <w:t>That line was ordinary.</w:t>
      </w:r>
    </w:p>
    <w:p>
      <w:r>
        <w:rPr>
          <w:rFonts w:ascii="Georgia" w:hAnsi="Georgia" w:eastAsia="Georgia"/>
          <w:sz w:val="23"/>
        </w:rPr>
        <w:t>“What does it do without the house reference?” I asked.</w:t>
      </w:r>
    </w:p>
    <w:p>
      <w:r>
        <w:rPr>
          <w:rFonts w:ascii="Georgia" w:hAnsi="Georgia" w:eastAsia="Georgia"/>
          <w:sz w:val="23"/>
        </w:rPr>
        <w:t>“Falls back to internal clock and local noise model,” Miren said. “Same as travel.”</w:t>
      </w:r>
    </w:p>
    <w:p>
      <w:r>
        <w:rPr>
          <w:rFonts w:ascii="Georgia" w:hAnsi="Georgia" w:eastAsia="Georgia"/>
          <w:sz w:val="23"/>
        </w:rPr>
        <w:t>“How long until it stops expecting the home reference?”</w:t>
      </w:r>
    </w:p>
    <w:p>
      <w:r>
        <w:rPr>
          <w:rFonts w:ascii="Georgia" w:hAnsi="Georgia" w:eastAsia="Georgia"/>
          <w:sz w:val="23"/>
        </w:rPr>
        <w:t>“It does not stop expecting it. It marks it absent and runs local until it returns.”</w:t>
      </w:r>
    </w:p>
    <w:p>
      <w:r>
        <w:rPr>
          <w:rFonts w:ascii="Georgia" w:hAnsi="Georgia" w:eastAsia="Georgia"/>
          <w:sz w:val="23"/>
        </w:rPr>
        <w:t>I looked at Tal.</w:t>
      </w:r>
    </w:p>
    <w:p>
      <w:r>
        <w:rPr>
          <w:rFonts w:ascii="Georgia" w:hAnsi="Georgia" w:eastAsia="Georgia"/>
          <w:sz w:val="23"/>
        </w:rPr>
        <w:t>“Your setting knows the difference between home timing and other timing.”</w:t>
      </w:r>
    </w:p>
    <w:p>
      <w:r>
        <w:rPr>
          <w:rFonts w:ascii="Georgia" w:hAnsi="Georgia" w:eastAsia="Georgia"/>
          <w:sz w:val="23"/>
        </w:rPr>
        <w:t>“My thermostat does too.”</w:t>
      </w:r>
    </w:p>
    <w:p>
      <w:r>
        <w:rPr>
          <w:rFonts w:ascii="Georgia" w:hAnsi="Georgia" w:eastAsia="Georgia"/>
          <w:sz w:val="23"/>
        </w:rPr>
        <w:t>Correct.</w:t>
      </w:r>
    </w:p>
    <w:p>
      <w:r>
        <w:rPr>
          <w:rFonts w:ascii="Georgia" w:hAnsi="Georgia" w:eastAsia="Georgia"/>
          <w:sz w:val="23"/>
        </w:rPr>
        <w:t>A remembered configuration was not a remembered relationship.</w:t>
      </w:r>
    </w:p>
    <w:p>
      <w:r>
        <w:rPr>
          <w:rFonts w:ascii="Georgia" w:hAnsi="Georgia" w:eastAsia="Georgia"/>
          <w:sz w:val="23"/>
        </w:rPr>
        <w:t>Miren reduced contact compensation by one percent.</w:t>
      </w:r>
    </w:p>
    <w:p>
      <w:r>
        <w:rPr>
          <w:rFonts w:ascii="Georgia" w:hAnsi="Georgia" w:eastAsia="Georgia"/>
          <w:sz w:val="23"/>
        </w:rPr>
        <w:t>No effect.</w:t>
      </w:r>
    </w:p>
    <w:p>
      <w:r>
        <w:rPr>
          <w:rFonts w:ascii="Georgia" w:hAnsi="Georgia" w:eastAsia="Georgia"/>
          <w:sz w:val="23"/>
        </w:rPr>
        <w:t>Two percent.</w:t>
      </w:r>
    </w:p>
    <w:p>
      <w:r>
        <w:rPr>
          <w:rFonts w:ascii="Georgia" w:hAnsi="Georgia" w:eastAsia="Georgia"/>
          <w:sz w:val="23"/>
        </w:rPr>
        <w:t>Tal reported light pressure under the setting. Expected.</w:t>
      </w:r>
    </w:p>
    <w:p>
      <w:r>
        <w:rPr>
          <w:rFonts w:ascii="Georgia" w:hAnsi="Georgia" w:eastAsia="Georgia"/>
          <w:sz w:val="23"/>
        </w:rPr>
        <w:t>She removed the old liner without lifting the fragment body from its service cradle.</w:t>
      </w:r>
    </w:p>
    <w:p>
      <w:r>
        <w:rPr>
          <w:rFonts w:ascii="Georgia" w:hAnsi="Georgia" w:eastAsia="Georgia"/>
          <w:sz w:val="23"/>
        </w:rPr>
        <w:t>The setting trace acquired a shallow timing wobble.</w:t>
      </w:r>
    </w:p>
    <w:p>
      <w:r>
        <w:rPr>
          <w:rFonts w:ascii="Georgia" w:hAnsi="Georgia" w:eastAsia="Georgia"/>
          <w:sz w:val="23"/>
        </w:rPr>
        <w:t>Miren did not react.</w:t>
      </w:r>
    </w:p>
    <w:p>
      <w:r>
        <w:rPr>
          <w:rFonts w:ascii="Georgia" w:hAnsi="Georgia" w:eastAsia="Georgia"/>
          <w:sz w:val="23"/>
        </w:rPr>
        <w:t>“Expected?”</w:t>
      </w:r>
    </w:p>
    <w:p>
      <w:r>
        <w:rPr>
          <w:rFonts w:ascii="Georgia" w:hAnsi="Georgia" w:eastAsia="Georgia"/>
          <w:sz w:val="23"/>
        </w:rPr>
        <w:t>“Reference search. It always does this off concordance during liner exchange.”</w:t>
      </w:r>
    </w:p>
    <w:p>
      <w:r>
        <w:rPr>
          <w:rFonts w:ascii="Georgia" w:hAnsi="Georgia" w:eastAsia="Georgia"/>
          <w:sz w:val="23"/>
        </w:rPr>
        <w:t>“Always?”</w:t>
      </w:r>
    </w:p>
    <w:p>
      <w:r>
        <w:rPr>
          <w:rFonts w:ascii="Georgia" w:hAnsi="Georgia" w:eastAsia="Georgia"/>
          <w:sz w:val="23"/>
        </w:rPr>
        <w:t>“For concordance-configured units, yes.”</w:t>
      </w:r>
    </w:p>
    <w:p>
      <w:r>
        <w:rPr>
          <w:rFonts w:ascii="Georgia" w:hAnsi="Georgia" w:eastAsia="Georgia"/>
          <w:sz w:val="23"/>
        </w:rPr>
        <w:t>She showed me the service standard.</w:t>
      </w:r>
    </w:p>
    <w:p>
      <w:r>
        <w:rPr>
          <w:rFonts w:ascii="Georgia" w:hAnsi="Georgia" w:eastAsia="Georgia"/>
          <w:sz w:val="23"/>
        </w:rPr>
        <w:t>The wobble was not evidence of acquired relation.</w:t>
      </w:r>
    </w:p>
    <w:p>
      <w:r>
        <w:rPr>
          <w:rFonts w:ascii="Georgia" w:hAnsi="Georgia" w:eastAsia="Georgia"/>
          <w:sz w:val="23"/>
        </w:rPr>
        <w:t>It was evidence that engineers had deliberately taught the setting to distinguish a shared domestic reference from the rest of the world.</w:t>
      </w:r>
    </w:p>
    <w:p>
      <w:r>
        <w:rPr>
          <w:rFonts w:ascii="Georgia" w:hAnsi="Georgia" w:eastAsia="Georgia"/>
          <w:sz w:val="23"/>
        </w:rPr>
        <w:t>Miren installed the new liner.</w:t>
      </w:r>
    </w:p>
    <w:p>
      <w:r>
        <w:rPr>
          <w:rFonts w:ascii="Georgia" w:hAnsi="Georgia" w:eastAsia="Georgia"/>
          <w:sz w:val="23"/>
        </w:rPr>
        <w:t>Contact compensation returned in two-percent steps.</w:t>
      </w:r>
    </w:p>
    <w:p>
      <w:r>
        <w:rPr>
          <w:rFonts w:ascii="Georgia" w:hAnsi="Georgia" w:eastAsia="Georgia"/>
          <w:sz w:val="23"/>
        </w:rPr>
        <w:t>Tal’s setting settled.</w:t>
      </w:r>
    </w:p>
    <w:p>
      <w:r>
        <w:rPr>
          <w:rFonts w:ascii="Georgia" w:hAnsi="Georgia" w:eastAsia="Georgia"/>
          <w:sz w:val="23"/>
        </w:rPr>
        <w:t>No motor effect.</w:t>
      </w:r>
    </w:p>
    <w:p>
      <w:r>
        <w:rPr>
          <w:rFonts w:ascii="Georgia" w:hAnsi="Georgia" w:eastAsia="Georgia"/>
          <w:sz w:val="23"/>
        </w:rPr>
        <w:t>No spatial event.</w:t>
      </w:r>
    </w:p>
    <w:p>
      <w:r>
        <w:rPr>
          <w:rFonts w:ascii="Georgia" w:hAnsi="Georgia" w:eastAsia="Georgia"/>
          <w:sz w:val="23"/>
        </w:rPr>
        <w:t>No mysterious answer.</w:t>
      </w:r>
    </w:p>
    <w:p>
      <w:r>
        <w:rPr>
          <w:rFonts w:ascii="Georgia" w:hAnsi="Georgia" w:eastAsia="Georgia"/>
          <w:sz w:val="23"/>
        </w:rPr>
        <w:t>Twenty-four minutes after he arrived, the routine service remained routine.</w:t>
      </w:r>
    </w:p>
    <w:p>
      <w:r>
        <w:rPr>
          <w:rFonts w:ascii="Georgia" w:hAnsi="Georgia" w:eastAsia="Georgia"/>
          <w:sz w:val="23"/>
        </w:rPr>
        <w:t>That mattered more than an anomaly.</w:t>
      </w:r>
    </w:p>
    <w:p>
      <w:r>
        <w:rPr>
          <w:rFonts w:ascii="Georgia" w:hAnsi="Georgia" w:eastAsia="Georgia"/>
          <w:sz w:val="23"/>
        </w:rPr>
        <w:t>If every concordance household produced a dramatic effect, somebody would have noticed before me. The danger was not that civilization had ignored obvious catastrophe. It was that competent systems could produce decades of quiet shared history while giving everyone good reasons to keep each device in a separate file.</w:t>
      </w:r>
    </w:p>
    <w:p>
      <w:r>
        <w:rPr>
          <w:rFonts w:ascii="Georgia" w:hAnsi="Georgia" w:eastAsia="Georgia"/>
          <w:sz w:val="23"/>
        </w:rPr>
        <w:t>Before Tal left, I asked whether the home controller retained long-term logs.</w:t>
      </w:r>
    </w:p>
    <w:p>
      <w:r>
        <w:rPr>
          <w:rFonts w:ascii="Georgia" w:hAnsi="Georgia" w:eastAsia="Georgia"/>
          <w:sz w:val="23"/>
        </w:rPr>
        <w:t>“Aggregate only. Privacy standard. Unit-level detail rolls off after ninety days unless there is an alert.”</w:t>
      </w:r>
    </w:p>
    <w:p>
      <w:r>
        <w:rPr>
          <w:rFonts w:ascii="Georgia" w:hAnsi="Georgia" w:eastAsia="Georgia"/>
          <w:sz w:val="23"/>
        </w:rPr>
        <w:t>“How far back does aggregate go?”</w:t>
      </w:r>
    </w:p>
    <w:p>
      <w:r>
        <w:rPr>
          <w:rFonts w:ascii="Georgia" w:hAnsi="Georgia" w:eastAsia="Georgia"/>
          <w:sz w:val="23"/>
        </w:rPr>
        <w:t>“Installation. Nineteen years.”</w:t>
      </w:r>
    </w:p>
    <w:p>
      <w:r>
        <w:rPr>
          <w:rFonts w:ascii="Georgia" w:hAnsi="Georgia" w:eastAsia="Georgia"/>
          <w:sz w:val="23"/>
        </w:rPr>
        <w:t>Miren closed the service record.</w:t>
      </w:r>
    </w:p>
    <w:p>
      <w:r>
        <w:rPr>
          <w:rFonts w:ascii="Georgia" w:hAnsi="Georgia" w:eastAsia="Georgia"/>
          <w:sz w:val="23"/>
        </w:rPr>
        <w:t>“Do not ask for it yet.”</w:t>
      </w:r>
    </w:p>
    <w:p>
      <w:r>
        <w:rPr>
          <w:rFonts w:ascii="Georgia" w:hAnsi="Georgia" w:eastAsia="Georgia"/>
          <w:sz w:val="23"/>
        </w:rPr>
        <w:t>“I was going to ask permission.”</w:t>
      </w:r>
    </w:p>
    <w:p>
      <w:r>
        <w:rPr>
          <w:rFonts w:ascii="Georgia" w:hAnsi="Georgia" w:eastAsia="Georgia"/>
          <w:sz w:val="23"/>
        </w:rPr>
        <w:t>“Ask Tal before your face asks the controller.”</w:t>
      </w:r>
    </w:p>
    <w:p>
      <w:r>
        <w:rPr>
          <w:rFonts w:ascii="Georgia" w:hAnsi="Georgia" w:eastAsia="Georgia"/>
          <w:sz w:val="23"/>
        </w:rPr>
        <w:t>Tal looked between us.</w:t>
      </w:r>
    </w:p>
    <w:p>
      <w:r>
        <w:rPr>
          <w:rFonts w:ascii="Georgia" w:hAnsi="Georgia" w:eastAsia="Georgia"/>
          <w:sz w:val="23"/>
        </w:rPr>
        <w:t>“Ask me what?”</w:t>
      </w:r>
    </w:p>
    <w:p>
      <w:r>
        <w:rPr>
          <w:rFonts w:ascii="Georgia" w:hAnsi="Georgia" w:eastAsia="Georgia"/>
          <w:sz w:val="23"/>
        </w:rPr>
        <w:t>“Whether you are willing to let us inspect the household aggregate timing history. No carrier identities. No setting-level private response data. I want to know when the concordance reference changed and how the system rebalanced when units entered or left.”</w:t>
      </w:r>
    </w:p>
    <w:p>
      <w:r>
        <w:rPr>
          <w:rFonts w:ascii="Georgia" w:hAnsi="Georgia" w:eastAsia="Georgia"/>
          <w:sz w:val="23"/>
        </w:rPr>
        <w:t>“Will it tell you whether my husband is in this?”</w:t>
      </w:r>
    </w:p>
    <w:p>
      <w:r>
        <w:rPr>
          <w:rFonts w:ascii="Georgia" w:hAnsi="Georgia" w:eastAsia="Georgia"/>
          <w:sz w:val="23"/>
        </w:rPr>
        <w:t>“No.”</w:t>
      </w:r>
    </w:p>
    <w:p>
      <w:r>
        <w:rPr>
          <w:rFonts w:ascii="Georgia" w:hAnsi="Georgia" w:eastAsia="Georgia"/>
          <w:sz w:val="23"/>
        </w:rPr>
        <w:t>“Will you pretend it might?”</w:t>
      </w:r>
    </w:p>
    <w:p>
      <w:r>
        <w:rPr>
          <w:rFonts w:ascii="Georgia" w:hAnsi="Georgia" w:eastAsia="Georgia"/>
          <w:sz w:val="23"/>
        </w:rPr>
        <w:t>“No.”</w:t>
      </w:r>
    </w:p>
    <w:p>
      <w:r>
        <w:rPr>
          <w:rFonts w:ascii="Georgia" w:hAnsi="Georgia" w:eastAsia="Georgia"/>
          <w:sz w:val="23"/>
        </w:rPr>
        <w:t>He nodded.</w:t>
      </w:r>
    </w:p>
    <w:p>
      <w:r>
        <w:rPr>
          <w:rFonts w:ascii="Georgia" w:hAnsi="Georgia" w:eastAsia="Georgia"/>
          <w:sz w:val="23"/>
        </w:rPr>
        <w:t>“Then yes. My sister gets her own answer. It is her house too.”</w:t>
      </w:r>
    </w:p>
    <w:p>
      <w:r>
        <w:rPr>
          <w:rFonts w:ascii="Georgia" w:hAnsi="Georgia" w:eastAsia="Georgia"/>
          <w:sz w:val="23"/>
        </w:rPr>
        <w:t>The next observation would require another person’s permission because walls could be shared without making ownership shared.</w:t>
      </w:r>
    </w:p>
    <w:p>
      <w:r>
        <w:rPr>
          <w:rFonts w:ascii="Georgia" w:hAnsi="Georgia" w:eastAsia="Georgia"/>
          <w:sz w:val="23"/>
        </w:rPr>
        <w:t>Tal left with a new liner and the same setting.</w:t>
      </w:r>
    </w:p>
    <w:p>
      <w:pPr>
        <w:spacing w:before="80" w:after="80"/>
        <w:jc w:val="center"/>
      </w:pPr>
      <w:r>
        <w:rPr>
          <w:rFonts w:ascii="Georgia" w:hAnsi="Georgia" w:eastAsia="Georgia"/>
          <w:sz w:val="23"/>
        </w:rPr>
        <w:t>§</w:t>
      </w:r>
    </w:p>
    <w:p>
      <w:r>
        <w:rPr>
          <w:rFonts w:ascii="Georgia" w:hAnsi="Georgia" w:eastAsia="Georgia"/>
          <w:sz w:val="23"/>
        </w:rPr>
        <w:t>Nothing had happened to him.</w:t>
      </w:r>
    </w:p>
    <w:p>
      <w:r>
        <w:rPr>
          <w:rFonts w:ascii="Georgia" w:hAnsi="Georgia" w:eastAsia="Georgia"/>
          <w:sz w:val="23"/>
        </w:rPr>
        <w:t>The question had become larger anyway.</w:t>
      </w:r>
    </w:p>
    <w:p>
      <w:r>
        <w:rPr>
          <w:rFonts w:ascii="Georgia" w:hAnsi="Georgia" w:eastAsia="Georgia"/>
          <w:sz w:val="23"/>
        </w:rPr>
        <w:t>Outside the shop, people crossed the evening street with settings under shirts, at throats, along clavicles, in wrists, behind ears.</w:t>
      </w:r>
    </w:p>
    <w:p>
      <w:r>
        <w:rPr>
          <w:rFonts w:ascii="Georgia" w:hAnsi="Georgia" w:eastAsia="Georgia"/>
          <w:sz w:val="23"/>
        </w:rPr>
        <w:t>Most were too small to see.</w:t>
      </w:r>
    </w:p>
    <w:p>
      <w:r>
        <w:rPr>
          <w:rFonts w:ascii="Georgia" w:hAnsi="Georgia" w:eastAsia="Georgia"/>
          <w:sz w:val="23"/>
        </w:rPr>
        <w:t>That had been the point.</w:t>
      </w:r>
    </w:p>
    <w:p>
      <w:r>
        <w:rPr>
          <w:rFonts w:ascii="Georgia" w:hAnsi="Georgia" w:eastAsia="Georgia"/>
          <w:sz w:val="23"/>
        </w:rPr>
        <w:t>Kaethe had become intimate enough to disappear into ordinary clothing.</w:t>
      </w:r>
    </w:p>
    <w:p>
      <w:r>
        <w:rPr>
          <w:rFonts w:ascii="Georgia" w:hAnsi="Georgia" w:eastAsia="Georgia"/>
          <w:sz w:val="23"/>
        </w:rPr>
        <w:t>Longevity had given people decades to carry the dead, or what they hoped might remain of them, while continuing lives that could extend far beyond the ages at which those people had completed.</w:t>
      </w:r>
    </w:p>
    <w:p>
      <w:r>
        <w:rPr>
          <w:rFonts w:ascii="Georgia" w:hAnsi="Georgia" w:eastAsia="Georgia"/>
          <w:sz w:val="23"/>
        </w:rPr>
        <w:t>Then engineering had made the carrying easier.</w:t>
      </w:r>
    </w:p>
    <w:p>
      <w:r>
        <w:rPr>
          <w:rFonts w:ascii="Georgia" w:hAnsi="Georgia" w:eastAsia="Georgia"/>
          <w:sz w:val="23"/>
        </w:rPr>
        <w:t>Quieter.</w:t>
      </w:r>
    </w:p>
    <w:p>
      <w:r>
        <w:rPr>
          <w:rFonts w:ascii="Georgia" w:hAnsi="Georgia" w:eastAsia="Georgia"/>
          <w:sz w:val="23"/>
        </w:rPr>
        <w:t>Safer.</w:t>
      </w:r>
    </w:p>
    <w:p>
      <w:r>
        <w:rPr>
          <w:rFonts w:ascii="Georgia" w:hAnsi="Georgia" w:eastAsia="Georgia"/>
          <w:sz w:val="23"/>
        </w:rPr>
        <w:t>Compatible with marriage.</w:t>
      </w:r>
    </w:p>
    <w:p>
      <w:r>
        <w:rPr>
          <w:rFonts w:ascii="Georgia" w:hAnsi="Georgia" w:eastAsia="Georgia"/>
          <w:sz w:val="23"/>
        </w:rPr>
        <w:t>Compatible with households.</w:t>
      </w:r>
    </w:p>
    <w:p>
      <w:r>
        <w:rPr>
          <w:rFonts w:ascii="Georgia" w:hAnsi="Georgia" w:eastAsia="Georgia"/>
          <w:sz w:val="23"/>
        </w:rPr>
        <w:t>Compatible with sleep.</w:t>
      </w:r>
    </w:p>
    <w:p>
      <w:r>
        <w:rPr>
          <w:rFonts w:ascii="Georgia" w:hAnsi="Georgia" w:eastAsia="Georgia"/>
          <w:sz w:val="23"/>
        </w:rPr>
        <w:t>I had spent four days asking what ninety-three years had done to one woman and one fragment.</w:t>
      </w:r>
    </w:p>
    <w:p>
      <w:r>
        <w:rPr>
          <w:rFonts w:ascii="Georgia" w:hAnsi="Georgia" w:eastAsia="Georgia"/>
          <w:sz w:val="23"/>
        </w:rPr>
        <w:t>The city had spent forty years making sure millions of fragments could live together without bothering their owners.</w:t>
      </w:r>
    </w:p>
    <w:p>
      <w:r>
        <w:rPr>
          <w:rFonts w:ascii="Georgia" w:hAnsi="Georgia" w:eastAsia="Georgia"/>
          <w:sz w:val="23"/>
        </w:rPr>
        <w:t>Neither fact established that kaethe-matter learned anything from proximity.</w:t>
      </w:r>
    </w:p>
    <w:p>
      <w:r>
        <w:rPr>
          <w:rFonts w:ascii="Georgia" w:hAnsi="Georgia" w:eastAsia="Georgia"/>
          <w:sz w:val="23"/>
        </w:rPr>
        <w:t>Neither established that it remembered.</w:t>
      </w:r>
    </w:p>
    <w:p>
      <w:r>
        <w:rPr>
          <w:rFonts w:ascii="Georgia" w:hAnsi="Georgia" w:eastAsia="Georgia"/>
          <w:sz w:val="23"/>
        </w:rPr>
        <w:t>Neither established a person survived completion.</w:t>
      </w:r>
    </w:p>
    <w:p>
      <w:r>
        <w:rPr>
          <w:rFonts w:ascii="Georgia" w:hAnsi="Georgia" w:eastAsia="Georgia"/>
          <w:sz w:val="23"/>
        </w:rPr>
        <w:t>But the next question was no longer inside Ivena’s apartment.</w:t>
      </w:r>
    </w:p>
    <w:p>
      <w:r>
        <w:rPr>
          <w:rFonts w:ascii="Georgia" w:hAnsi="Georgia" w:eastAsia="Georgia"/>
          <w:sz w:val="23"/>
        </w:rPr>
        <w:t>It was built into the walls.</w:t>
      </w:r>
    </w:p>
    <w:p>
      <w:pPr>
        <w:keepNext/>
        <w:pageBreakBefore/>
        <w:jc w:val="center"/>
      </w:pPr>
      <w:r>
        <w:rPr>
          <w:rFonts w:ascii="Georgia" w:hAnsi="Georgia" w:eastAsia="Georgia"/>
          <w:b/>
          <w:sz w:val="28"/>
        </w:rPr>
        <w:t>Chapter Eight — The Common Clock</w:t>
      </w:r>
    </w:p>
    <w:p>
      <w:r>
        <w:rPr>
          <w:rFonts w:ascii="Georgia" w:hAnsi="Georgia" w:eastAsia="Georgia"/>
          <w:sz w:val="23"/>
        </w:rPr>
        <w:t>Tal Orre’s house had replaced its concordance controller twice and its kitchen floor three times.</w:t>
      </w:r>
    </w:p>
    <w:p>
      <w:r>
        <w:rPr>
          <w:rFonts w:ascii="Georgia" w:hAnsi="Georgia" w:eastAsia="Georgia"/>
          <w:sz w:val="23"/>
        </w:rPr>
        <w:t>The floor records were better.</w:t>
      </w:r>
    </w:p>
    <w:p>
      <w:r>
        <w:rPr>
          <w:rFonts w:ascii="Georgia" w:hAnsi="Georgia" w:eastAsia="Georgia"/>
          <w:sz w:val="23"/>
        </w:rPr>
        <w:t>I knew that before we entered because the municipal renovation archive preserved the first replacement down to the adhesive lot while the concordance service history listed the original controller only as RETIRED / FUNCTIONAL.</w:t>
      </w:r>
    </w:p>
    <w:p>
      <w:r>
        <w:rPr>
          <w:rFonts w:ascii="Georgia" w:hAnsi="Georgia" w:eastAsia="Georgia"/>
          <w:sz w:val="23"/>
        </w:rPr>
        <w:t>Privacy had improved faster than provenance.</w:t>
      </w:r>
    </w:p>
    <w:p>
      <w:r>
        <w:rPr>
          <w:rFonts w:ascii="Georgia" w:hAnsi="Georgia" w:eastAsia="Georgia"/>
          <w:sz w:val="23"/>
        </w:rPr>
        <w:t>Tal opened the door at 0836.</w:t>
      </w:r>
    </w:p>
    <w:p>
      <w:r>
        <w:rPr>
          <w:rFonts w:ascii="Georgia" w:hAnsi="Georgia" w:eastAsia="Georgia"/>
          <w:sz w:val="23"/>
        </w:rPr>
        <w:t>“My sister said yes to the aggregate logs and no to you opening walls.”</w:t>
      </w:r>
    </w:p>
    <w:p>
      <w:r>
        <w:rPr>
          <w:rFonts w:ascii="Georgia" w:hAnsi="Georgia" w:eastAsia="Georgia"/>
          <w:sz w:val="23"/>
        </w:rPr>
        <w:t>“I did not ask to open walls.”</w:t>
      </w:r>
    </w:p>
    <w:p>
      <w:r>
        <w:rPr>
          <w:rFonts w:ascii="Georgia" w:hAnsi="Georgia" w:eastAsia="Georgia"/>
          <w:sz w:val="23"/>
        </w:rPr>
        <w:t>“You looked at the floor plan yesterday.”</w:t>
      </w:r>
    </w:p>
    <w:p>
      <w:r>
        <w:rPr>
          <w:rFonts w:ascii="Georgia" w:hAnsi="Georgia" w:eastAsia="Georgia"/>
          <w:sz w:val="23"/>
        </w:rPr>
        <w:t>“Walls appear on floor plans.”</w:t>
      </w:r>
    </w:p>
    <w:p>
      <w:r>
        <w:rPr>
          <w:rFonts w:ascii="Georgia" w:hAnsi="Georgia" w:eastAsia="Georgia"/>
          <w:sz w:val="23"/>
        </w:rPr>
        <w:t>“That is not a denial.”</w:t>
      </w:r>
    </w:p>
    <w:p>
      <w:r>
        <w:rPr>
          <w:rFonts w:ascii="Georgia" w:hAnsi="Georgia" w:eastAsia="Georgia"/>
          <w:sz w:val="23"/>
        </w:rPr>
        <w:t>Miren stepped past me carrying two diagnostic cases.</w:t>
      </w:r>
    </w:p>
    <w:p>
      <w:r>
        <w:rPr>
          <w:rFonts w:ascii="Georgia" w:hAnsi="Georgia" w:eastAsia="Georgia"/>
          <w:sz w:val="23"/>
        </w:rPr>
        <w:t>“Where is your sister?”</w:t>
      </w:r>
    </w:p>
    <w:p>
      <w:r>
        <w:rPr>
          <w:rFonts w:ascii="Georgia" w:hAnsi="Georgia" w:eastAsia="Georgia"/>
          <w:sz w:val="23"/>
        </w:rPr>
        <w:t>“Kitchen. She wanted to meet you before anyone connects anything to anything.”</w:t>
      </w:r>
    </w:p>
    <w:p>
      <w:r>
        <w:rPr>
          <w:rFonts w:ascii="Georgia" w:hAnsi="Georgia" w:eastAsia="Georgia"/>
          <w:sz w:val="23"/>
        </w:rPr>
        <w:t>“Reasonable.”</w:t>
      </w:r>
    </w:p>
    <w:p>
      <w:r>
        <w:rPr>
          <w:rFonts w:ascii="Georgia" w:hAnsi="Georgia" w:eastAsia="Georgia"/>
          <w:sz w:val="23"/>
        </w:rPr>
        <w:t>Tal looked at me.</w:t>
      </w:r>
    </w:p>
    <w:p>
      <w:r>
        <w:rPr>
          <w:rFonts w:ascii="Georgia" w:hAnsi="Georgia" w:eastAsia="Georgia"/>
          <w:sz w:val="23"/>
        </w:rPr>
        <w:t>“She means you.”</w:t>
      </w:r>
    </w:p>
    <w:p>
      <w:r>
        <w:rPr>
          <w:rFonts w:ascii="Georgia" w:hAnsi="Georgia" w:eastAsia="Georgia"/>
          <w:sz w:val="23"/>
        </w:rPr>
        <w:t>“I understood.”</w:t>
      </w:r>
    </w:p>
    <w:p>
      <w:r>
        <w:rPr>
          <w:rFonts w:ascii="Georgia" w:hAnsi="Georgia" w:eastAsia="Georgia"/>
          <w:sz w:val="23"/>
        </w:rPr>
        <w:t>The house was narrower than I expected.</w:t>
      </w:r>
    </w:p>
    <w:p>
      <w:r>
        <w:rPr>
          <w:rFonts w:ascii="Georgia" w:hAnsi="Georgia" w:eastAsia="Georgia"/>
          <w:sz w:val="23"/>
        </w:rPr>
        <w:t>Two floors. Brick outer walls behind a century of thermal retrofit. Interior partitions had been moved at least once; I could hear the difference in footfall where an old wall line crossed the front room. The concordance controller sat in a recessed service panel beside the stairs behind a decorative door made to resemble ordinary storage.</w:t>
      </w:r>
    </w:p>
    <w:p>
      <w:r>
        <w:rPr>
          <w:rFonts w:ascii="Georgia" w:hAnsi="Georgia" w:eastAsia="Georgia"/>
          <w:sz w:val="23"/>
        </w:rPr>
        <w:t>No shrine.</w:t>
      </w:r>
    </w:p>
    <w:p>
      <w:r>
        <w:rPr>
          <w:rFonts w:ascii="Georgia" w:hAnsi="Georgia" w:eastAsia="Georgia"/>
          <w:sz w:val="23"/>
        </w:rPr>
        <w:t>No black cloth.</w:t>
      </w:r>
    </w:p>
    <w:p>
      <w:r>
        <w:rPr>
          <w:rFonts w:ascii="Georgia" w:hAnsi="Georgia" w:eastAsia="Georgia"/>
          <w:sz w:val="23"/>
        </w:rPr>
        <w:t>No visible Kaethe equipment at all.</w:t>
      </w:r>
    </w:p>
    <w:p>
      <w:r>
        <w:rPr>
          <w:rFonts w:ascii="Georgia" w:hAnsi="Georgia" w:eastAsia="Georgia"/>
          <w:sz w:val="23"/>
        </w:rPr>
        <w:t>That was the point.</w:t>
      </w:r>
    </w:p>
    <w:p>
      <w:r>
        <w:rPr>
          <w:rFonts w:ascii="Georgia" w:hAnsi="Georgia" w:eastAsia="Georgia"/>
          <w:sz w:val="23"/>
        </w:rPr>
        <w:t>Tal’s setting remained under his collar. I could see only the worn edge of green ceramic when he turned his head.</w:t>
      </w:r>
    </w:p>
    <w:p>
      <w:r>
        <w:rPr>
          <w:rFonts w:ascii="Georgia" w:hAnsi="Georgia" w:eastAsia="Georgia"/>
          <w:sz w:val="23"/>
        </w:rPr>
        <w:t>A second carrier sat at the kitchen table.</w:t>
      </w:r>
    </w:p>
    <w:p>
      <w:r>
        <w:rPr>
          <w:rFonts w:ascii="Georgia" w:hAnsi="Georgia" w:eastAsia="Georgia"/>
          <w:sz w:val="23"/>
        </w:rPr>
        <w:t>Her setting was easier to see.</w:t>
      </w:r>
    </w:p>
    <w:p>
      <w:r>
        <w:rPr>
          <w:rFonts w:ascii="Georgia" w:hAnsi="Georgia" w:eastAsia="Georgia"/>
          <w:sz w:val="23"/>
        </w:rPr>
        <w:t>Black composite followed the line behind her left ear and disappeared into gray hair cut close on that side. The housing was no larger than the end joint of my thumb.</w:t>
      </w:r>
    </w:p>
    <w:p>
      <w:r>
        <w:rPr>
          <w:rFonts w:ascii="Georgia" w:hAnsi="Georgia" w:eastAsia="Georgia"/>
          <w:sz w:val="23"/>
        </w:rPr>
        <w:t>“Tessa Orre,” she said.</w:t>
      </w:r>
    </w:p>
    <w:p>
      <w:r>
        <w:rPr>
          <w:rFonts w:ascii="Georgia" w:hAnsi="Georgia" w:eastAsia="Georgia"/>
          <w:sz w:val="23"/>
        </w:rPr>
        <w:t>She did not stand.</w:t>
      </w:r>
    </w:p>
    <w:p>
      <w:r>
        <w:rPr>
          <w:rFonts w:ascii="Georgia" w:hAnsi="Georgia" w:eastAsia="Georgia"/>
          <w:sz w:val="23"/>
        </w:rPr>
        <w:t>Chronological age: one hundred forty-six, according to the consent packet.</w:t>
      </w:r>
    </w:p>
    <w:p>
      <w:r>
        <w:rPr>
          <w:rFonts w:ascii="Georgia" w:hAnsi="Georgia" w:eastAsia="Georgia"/>
          <w:sz w:val="23"/>
        </w:rPr>
        <w:t>She looked older than Tal and younger than several buildings I had condemned.</w:t>
      </w:r>
    </w:p>
    <w:p>
      <w:r>
        <w:rPr>
          <w:rFonts w:ascii="Georgia" w:hAnsi="Georgia" w:eastAsia="Georgia"/>
          <w:sz w:val="23"/>
        </w:rPr>
        <w:t>“I know who you are,” she said.</w:t>
      </w:r>
    </w:p>
    <w:p>
      <w:r>
        <w:rPr>
          <w:rFonts w:ascii="Georgia" w:hAnsi="Georgia" w:eastAsia="Georgia"/>
          <w:sz w:val="23"/>
        </w:rPr>
        <w:t>“That saves time.”</w:t>
      </w:r>
    </w:p>
    <w:p>
      <w:r>
        <w:rPr>
          <w:rFonts w:ascii="Georgia" w:hAnsi="Georgia" w:eastAsia="Georgia"/>
          <w:sz w:val="23"/>
        </w:rPr>
        <w:t>“Not much. I still want to hear what you think you are doing in my house.”</w:t>
      </w:r>
    </w:p>
    <w:p>
      <w:r>
        <w:rPr>
          <w:rFonts w:ascii="Georgia" w:hAnsi="Georgia" w:eastAsia="Georgia"/>
          <w:sz w:val="23"/>
        </w:rPr>
        <w:t>Different voice.</w:t>
      </w:r>
    </w:p>
    <w:p>
      <w:r>
        <w:rPr>
          <w:rFonts w:ascii="Georgia" w:hAnsi="Georgia" w:eastAsia="Georgia"/>
          <w:sz w:val="23"/>
        </w:rPr>
        <w:t>I put my tablet on the table without opening it.</w:t>
      </w:r>
    </w:p>
    <w:p>
      <w:r>
        <w:rPr>
          <w:rFonts w:ascii="Georgia" w:hAnsi="Georgia" w:eastAsia="Georgia"/>
          <w:sz w:val="23"/>
        </w:rPr>
        <w:t>“Your concordance system has operated for nineteen years. Four intimate Kaethe settings were registered here for most of that period. One left six years ago. Tal reported a week of increased service alerts afterward. I want to inspect the aggregate timing record and the controller’s service history to determine whether the rebalance was ordinary for the equipment and whether any retained pattern outlasted the hardware that generated it.”</w:t>
      </w:r>
    </w:p>
    <w:p>
      <w:r>
        <w:rPr>
          <w:rFonts w:ascii="Georgia" w:hAnsi="Georgia" w:eastAsia="Georgia"/>
          <w:sz w:val="23"/>
        </w:rPr>
        <w:t>“Any retained pattern in what?”</w:t>
      </w:r>
    </w:p>
    <w:p>
      <w:r>
        <w:rPr>
          <w:rFonts w:ascii="Georgia" w:hAnsi="Georgia" w:eastAsia="Georgia"/>
          <w:sz w:val="23"/>
        </w:rPr>
        <w:t>“That is the question.”</w:t>
      </w:r>
    </w:p>
    <w:p>
      <w:r>
        <w:rPr>
          <w:rFonts w:ascii="Georgia" w:hAnsi="Georgia" w:eastAsia="Georgia"/>
          <w:sz w:val="23"/>
        </w:rPr>
        <w:t>“No. That is the word you are trying not to choose.”</w:t>
      </w:r>
    </w:p>
    <w:p>
      <w:r>
        <w:rPr>
          <w:rFonts w:ascii="Georgia" w:hAnsi="Georgia" w:eastAsia="Georgia"/>
          <w:sz w:val="23"/>
        </w:rPr>
        <w:t>I waited.</w:t>
      </w:r>
    </w:p>
    <w:p>
      <w:r>
        <w:rPr>
          <w:rFonts w:ascii="Georgia" w:hAnsi="Georgia" w:eastAsia="Georgia"/>
          <w:sz w:val="23"/>
        </w:rPr>
        <w:t>She continued.</w:t>
      </w:r>
    </w:p>
    <w:p>
      <w:r>
        <w:rPr>
          <w:rFonts w:ascii="Georgia" w:hAnsi="Georgia" w:eastAsia="Georgia"/>
          <w:sz w:val="23"/>
        </w:rPr>
        <w:t>“The controller? The settings? The fragments? Us?”</w:t>
      </w:r>
    </w:p>
    <w:p>
      <w:r>
        <w:rPr>
          <w:rFonts w:ascii="Georgia" w:hAnsi="Georgia" w:eastAsia="Georgia"/>
          <w:sz w:val="23"/>
        </w:rPr>
        <w:t>“I do not know.”</w:t>
      </w:r>
    </w:p>
    <w:p>
      <w:r>
        <w:rPr>
          <w:rFonts w:ascii="Georgia" w:hAnsi="Georgia" w:eastAsia="Georgia"/>
          <w:sz w:val="23"/>
        </w:rPr>
        <w:t>“Keep not knowing while you are here.”</w:t>
      </w:r>
    </w:p>
    <w:p>
      <w:r>
        <w:rPr>
          <w:rFonts w:ascii="Georgia" w:hAnsi="Georgia" w:eastAsia="Georgia"/>
          <w:sz w:val="23"/>
        </w:rPr>
        <w:t>Miren sat opposite her.</w:t>
      </w:r>
    </w:p>
    <w:p>
      <w:r>
        <w:rPr>
          <w:rFonts w:ascii="Georgia" w:hAnsi="Georgia" w:eastAsia="Georgia"/>
          <w:sz w:val="23"/>
        </w:rPr>
        <w:t>“We will not ask for private prompt records. We will not interrogate either setting. We will not change contact fields for this visit. We will not identify historical household members from aggregate data unless the person involved separately permits it.”</w:t>
      </w:r>
    </w:p>
    <w:p>
      <w:r>
        <w:rPr>
          <w:rFonts w:ascii="Georgia" w:hAnsi="Georgia" w:eastAsia="Georgia"/>
          <w:sz w:val="23"/>
        </w:rPr>
        <w:t>Tessa looked at Tal.</w:t>
      </w:r>
    </w:p>
    <w:p>
      <w:r>
        <w:rPr>
          <w:rFonts w:ascii="Georgia" w:hAnsi="Georgia" w:eastAsia="Georgia"/>
          <w:sz w:val="23"/>
        </w:rPr>
        <w:t>“You brought the useful one.”</w:t>
      </w:r>
    </w:p>
    <w:p>
      <w:r>
        <w:rPr>
          <w:rFonts w:ascii="Georgia" w:hAnsi="Georgia" w:eastAsia="Georgia"/>
          <w:sz w:val="23"/>
        </w:rPr>
        <w:t>“I tried leaving him at the shop.”</w:t>
      </w:r>
    </w:p>
    <w:p>
      <w:r>
        <w:rPr>
          <w:rFonts w:ascii="Georgia" w:hAnsi="Georgia" w:eastAsia="Georgia"/>
          <w:sz w:val="23"/>
        </w:rPr>
        <w:t>“Next time try harder.”</w:t>
      </w:r>
    </w:p>
    <w:p>
      <w:r>
        <w:rPr>
          <w:rFonts w:ascii="Georgia" w:hAnsi="Georgia" w:eastAsia="Georgia"/>
          <w:sz w:val="23"/>
        </w:rPr>
        <w:t>I opened the consent packet.</w:t>
      </w:r>
    </w:p>
    <w:p>
      <w:r>
        <w:rPr>
          <w:rFonts w:ascii="Georgia" w:hAnsi="Georgia" w:eastAsia="Georgia"/>
          <w:sz w:val="23"/>
        </w:rPr>
        <w:t>Tessa put one finger on it before I reached the first page.</w:t>
      </w:r>
    </w:p>
    <w:p>
      <w:r>
        <w:rPr>
          <w:rFonts w:ascii="Georgia" w:hAnsi="Georgia" w:eastAsia="Georgia"/>
          <w:sz w:val="23"/>
        </w:rPr>
        <w:t>“One more thing.”</w:t>
      </w:r>
    </w:p>
    <w:p>
      <w:r>
        <w:rPr>
          <w:rFonts w:ascii="Georgia" w:hAnsi="Georgia" w:eastAsia="Georgia"/>
          <w:sz w:val="23"/>
        </w:rPr>
        <w:t>“Yes.”</w:t>
      </w:r>
    </w:p>
    <w:p>
      <w:r>
        <w:rPr>
          <w:rFonts w:ascii="Georgia" w:hAnsi="Georgia" w:eastAsia="Georgia"/>
          <w:sz w:val="23"/>
        </w:rPr>
        <w:t>“My setting is associated with my wife. Not my husband, not my child, not anyone you can turn into a household diagram because it makes the geometry neat. If her name appears in your technical note, I want to see the sentence before it leaves this table.”</w:t>
      </w:r>
    </w:p>
    <w:p>
      <w:r>
        <w:rPr>
          <w:rFonts w:ascii="Georgia" w:hAnsi="Georgia" w:eastAsia="Georgia"/>
          <w:sz w:val="23"/>
        </w:rPr>
        <w:t>“Agreed.”</w:t>
      </w:r>
    </w:p>
    <w:p>
      <w:r>
        <w:rPr>
          <w:rFonts w:ascii="Georgia" w:hAnsi="Georgia" w:eastAsia="Georgia"/>
          <w:sz w:val="23"/>
        </w:rPr>
        <w:t>“You agreed too fast.”</w:t>
      </w:r>
    </w:p>
    <w:p>
      <w:r>
        <w:rPr>
          <w:rFonts w:ascii="Georgia" w:hAnsi="Georgia" w:eastAsia="Georgia"/>
          <w:sz w:val="23"/>
        </w:rPr>
        <w:t>“I know what that sounds like.”</w:t>
      </w:r>
    </w:p>
    <w:p>
      <w:r>
        <w:rPr>
          <w:rFonts w:ascii="Georgia" w:hAnsi="Georgia" w:eastAsia="Georgia"/>
          <w:sz w:val="23"/>
        </w:rPr>
        <w:t>“Do you?”</w:t>
      </w:r>
    </w:p>
    <w:p>
      <w:r>
        <w:rPr>
          <w:rFonts w:ascii="Georgia" w:hAnsi="Georgia" w:eastAsia="Georgia"/>
          <w:sz w:val="23"/>
        </w:rPr>
        <w:t>“Yes.”</w:t>
      </w:r>
    </w:p>
    <w:p>
      <w:r>
        <w:rPr>
          <w:rFonts w:ascii="Georgia" w:hAnsi="Georgia" w:eastAsia="Georgia"/>
          <w:sz w:val="23"/>
        </w:rPr>
        <w:t>She removed her finger.</w:t>
      </w:r>
    </w:p>
    <w:p>
      <w:r>
        <w:rPr>
          <w:rFonts w:ascii="Georgia" w:hAnsi="Georgia" w:eastAsia="Georgia"/>
          <w:sz w:val="23"/>
        </w:rPr>
        <w:t>The packet stayed closed.</w:t>
      </w:r>
    </w:p>
    <w:p>
      <w:r>
        <w:rPr>
          <w:rFonts w:ascii="Georgia" w:hAnsi="Georgia" w:eastAsia="Georgia"/>
          <w:sz w:val="23"/>
        </w:rPr>
        <w:t>That was enough consent to begin reading nothing.</w:t>
      </w:r>
    </w:p>
    <w:p>
      <w:pPr>
        <w:spacing w:before="80" w:after="80"/>
        <w:jc w:val="center"/>
      </w:pPr>
      <w:r>
        <w:rPr>
          <w:rFonts w:ascii="Georgia" w:hAnsi="Georgia" w:eastAsia="Georgia"/>
          <w:sz w:val="23"/>
        </w:rPr>
        <w:t>§</w:t>
      </w:r>
    </w:p>
    <w:p>
      <w:r>
        <w:rPr>
          <w:rFonts w:ascii="Georgia" w:hAnsi="Georgia" w:eastAsia="Georgia"/>
          <w:sz w:val="23"/>
        </w:rPr>
        <w:t>The controller door had been painted shut.</w:t>
      </w:r>
    </w:p>
    <w:p>
      <w:r>
        <w:rPr>
          <w:rFonts w:ascii="Georgia" w:hAnsi="Georgia" w:eastAsia="Georgia"/>
          <w:sz w:val="23"/>
        </w:rPr>
        <w:t>Not completely.</w:t>
      </w:r>
    </w:p>
    <w:p>
      <w:r>
        <w:rPr>
          <w:rFonts w:ascii="Georgia" w:hAnsi="Georgia" w:eastAsia="Georgia"/>
          <w:sz w:val="23"/>
        </w:rPr>
        <w:t>Enough that the decorative panel flexed before the latch released.</w:t>
      </w:r>
    </w:p>
    <w:p>
      <w:r>
        <w:rPr>
          <w:rFonts w:ascii="Georgia" w:hAnsi="Georgia" w:eastAsia="Georgia"/>
          <w:sz w:val="23"/>
        </w:rPr>
        <w:t>Tal watched me run a blade along the seam.</w:t>
      </w:r>
    </w:p>
    <w:p>
      <w:r>
        <w:rPr>
          <w:rFonts w:ascii="Georgia" w:hAnsi="Georgia" w:eastAsia="Georgia"/>
          <w:sz w:val="23"/>
        </w:rPr>
        <w:t>“That counts as opening the wall.”</w:t>
      </w:r>
    </w:p>
    <w:p>
      <w:r>
        <w:rPr>
          <w:rFonts w:ascii="Georgia" w:hAnsi="Georgia" w:eastAsia="Georgia"/>
          <w:sz w:val="23"/>
        </w:rPr>
        <w:t>“It counts as opening paint.”</w:t>
      </w:r>
    </w:p>
    <w:p>
      <w:r>
        <w:rPr>
          <w:rFonts w:ascii="Georgia" w:hAnsi="Georgia" w:eastAsia="Georgia"/>
          <w:sz w:val="23"/>
        </w:rPr>
        <w:t>“Tessa will classify it.”</w:t>
      </w:r>
    </w:p>
    <w:p>
      <w:r>
        <w:rPr>
          <w:rFonts w:ascii="Georgia" w:hAnsi="Georgia" w:eastAsia="Georgia"/>
          <w:sz w:val="23"/>
        </w:rPr>
        <w:t>“Tessa is in the kitchen.”</w:t>
      </w:r>
    </w:p>
    <w:p>
      <w:r>
        <w:rPr>
          <w:rFonts w:ascii="Georgia" w:hAnsi="Georgia" w:eastAsia="Georgia"/>
          <w:sz w:val="23"/>
        </w:rPr>
        <w:t>“Tessa has ears.”</w:t>
      </w:r>
    </w:p>
    <w:p>
      <w:r>
        <w:rPr>
          <w:rFonts w:ascii="Georgia" w:hAnsi="Georgia" w:eastAsia="Georgia"/>
          <w:sz w:val="23"/>
        </w:rPr>
        <w:t>“So do I.”</w:t>
      </w:r>
    </w:p>
    <w:p>
      <w:r>
        <w:rPr>
          <w:rFonts w:ascii="Georgia" w:hAnsi="Georgia" w:eastAsia="Georgia"/>
          <w:sz w:val="23"/>
        </w:rPr>
        <w:t>“She uses hers socially.”</w:t>
      </w:r>
    </w:p>
    <w:p>
      <w:r>
        <w:rPr>
          <w:rFonts w:ascii="Georgia" w:hAnsi="Georgia" w:eastAsia="Georgia"/>
          <w:sz w:val="23"/>
        </w:rPr>
        <w:t>The paint released.</w:t>
      </w:r>
    </w:p>
    <w:p>
      <w:r>
        <w:rPr>
          <w:rFonts w:ascii="Georgia" w:hAnsi="Georgia" w:eastAsia="Georgia"/>
          <w:sz w:val="23"/>
        </w:rPr>
        <w:t>Inside, the controller occupied the upper half of the cavity. Power conditioning below. Fiber interface on the right. Four local reference channels entered through shielded conduit, though only two were currently active.</w:t>
      </w:r>
    </w:p>
    <w:p>
      <w:r>
        <w:rPr>
          <w:rFonts w:ascii="Georgia" w:hAnsi="Georgia" w:eastAsia="Georgia"/>
          <w:sz w:val="23"/>
        </w:rPr>
        <w:t>The unit was newer than the installation date.</w:t>
      </w:r>
    </w:p>
    <w:p>
      <w:r>
        <w:rPr>
          <w:rFonts w:ascii="Georgia" w:hAnsi="Georgia" w:eastAsia="Georgia"/>
          <w:sz w:val="23"/>
        </w:rPr>
        <w:t>I pointed.</w:t>
      </w:r>
    </w:p>
    <w:p>
      <w:r>
        <w:rPr>
          <w:rFonts w:ascii="Georgia" w:hAnsi="Georgia" w:eastAsia="Georgia"/>
          <w:sz w:val="23"/>
        </w:rPr>
        <w:t>“Third controller?”</w:t>
      </w:r>
    </w:p>
    <w:p>
      <w:r>
        <w:rPr>
          <w:rFonts w:ascii="Georgia" w:hAnsi="Georgia" w:eastAsia="Georgia"/>
          <w:sz w:val="23"/>
        </w:rPr>
        <w:t>Tal nodded.</w:t>
      </w:r>
    </w:p>
    <w:p>
      <w:r>
        <w:rPr>
          <w:rFonts w:ascii="Georgia" w:hAnsi="Georgia" w:eastAsia="Georgia"/>
          <w:sz w:val="23"/>
        </w:rPr>
        <w:t>“Eight years old.”</w:t>
      </w:r>
    </w:p>
    <w:p>
      <w:r>
        <w:rPr>
          <w:rFonts w:ascii="Georgia" w:hAnsi="Georgia" w:eastAsia="Georgia"/>
          <w:sz w:val="23"/>
        </w:rPr>
        <w:t>“Cold replacement or migrated state?”</w:t>
      </w:r>
    </w:p>
    <w:p>
      <w:r>
        <w:rPr>
          <w:rFonts w:ascii="Georgia" w:hAnsi="Georgia" w:eastAsia="Georgia"/>
          <w:sz w:val="23"/>
        </w:rPr>
        <w:t>“I do not know.”</w:t>
      </w:r>
    </w:p>
    <w:p>
      <w:r>
        <w:rPr>
          <w:rFonts w:ascii="Georgia" w:hAnsi="Georgia" w:eastAsia="Georgia"/>
          <w:sz w:val="23"/>
        </w:rPr>
        <w:t>Miren had already opened the service record.</w:t>
      </w:r>
    </w:p>
    <w:p>
      <w:r>
        <w:rPr>
          <w:rFonts w:ascii="Georgia" w:hAnsi="Georgia" w:eastAsia="Georgia"/>
          <w:sz w:val="23"/>
        </w:rPr>
        <w:t>“Migrated household profile. Hardware root replaced. Concordance profile transferred.”</w:t>
      </w:r>
    </w:p>
    <w:p>
      <w:r>
        <w:rPr>
          <w:rFonts w:ascii="Georgia" w:hAnsi="Georgia" w:eastAsia="Georgia"/>
          <w:sz w:val="23"/>
        </w:rPr>
        <w:t>“From the second controller.”</w:t>
      </w:r>
    </w:p>
    <w:p>
      <w:r>
        <w:rPr>
          <w:rFonts w:ascii="Georgia" w:hAnsi="Georgia" w:eastAsia="Georgia"/>
          <w:sz w:val="23"/>
        </w:rPr>
        <w:t>“Yes.”</w:t>
      </w:r>
    </w:p>
    <w:p>
      <w:r>
        <w:rPr>
          <w:rFonts w:ascii="Georgia" w:hAnsi="Georgia" w:eastAsia="Georgia"/>
          <w:sz w:val="23"/>
        </w:rPr>
        <w:t>“First to second?”</w:t>
      </w:r>
    </w:p>
    <w:p>
      <w:r>
        <w:rPr>
          <w:rFonts w:ascii="Georgia" w:hAnsi="Georgia" w:eastAsia="Georgia"/>
          <w:sz w:val="23"/>
        </w:rPr>
        <w:t>She scrolled.</w:t>
      </w:r>
    </w:p>
    <w:p>
      <w:r>
        <w:rPr>
          <w:rFonts w:ascii="Georgia" w:hAnsi="Georgia" w:eastAsia="Georgia"/>
          <w:sz w:val="23"/>
        </w:rPr>
        <w:t>“Same.”</w:t>
      </w:r>
    </w:p>
    <w:p>
      <w:r>
        <w:rPr>
          <w:rFonts w:ascii="Georgia" w:hAnsi="Georgia" w:eastAsia="Georgia"/>
          <w:sz w:val="23"/>
        </w:rPr>
        <w:t>That was disappointing and useful.</w:t>
      </w:r>
    </w:p>
    <w:p>
      <w:r>
        <w:rPr>
          <w:rFonts w:ascii="Georgia" w:hAnsi="Georgia" w:eastAsia="Georgia"/>
          <w:sz w:val="23"/>
        </w:rPr>
        <w:t>If the system behaved as though it remembered nineteen years, software could explain it.</w:t>
      </w:r>
    </w:p>
    <w:p>
      <w:r>
        <w:rPr>
          <w:rFonts w:ascii="Georgia" w:hAnsi="Georgia" w:eastAsia="Georgia"/>
          <w:sz w:val="23"/>
        </w:rPr>
        <w:t>“Original profile still present?”</w:t>
      </w:r>
    </w:p>
    <w:p>
      <w:r>
        <w:rPr>
          <w:rFonts w:ascii="Georgia" w:hAnsi="Georgia" w:eastAsia="Georgia"/>
          <w:sz w:val="23"/>
        </w:rPr>
        <w:t>“Not unit-level. Aggregate calibration basis persisted through migration.”</w:t>
      </w:r>
    </w:p>
    <w:p>
      <w:r>
        <w:rPr>
          <w:rFonts w:ascii="Georgia" w:hAnsi="Georgia" w:eastAsia="Georgia"/>
          <w:sz w:val="23"/>
        </w:rPr>
        <w:t>Tal leaned against the stairs.</w:t>
      </w:r>
    </w:p>
    <w:p>
      <w:r>
        <w:rPr>
          <w:rFonts w:ascii="Georgia" w:hAnsi="Georgia" w:eastAsia="Georgia"/>
          <w:sz w:val="23"/>
        </w:rPr>
        <w:t>“Say that like a person.”</w:t>
      </w:r>
    </w:p>
    <w:p>
      <w:r>
        <w:rPr>
          <w:rFonts w:ascii="Georgia" w:hAnsi="Georgia" w:eastAsia="Georgia"/>
          <w:sz w:val="23"/>
        </w:rPr>
        <w:t>Miren answered.</w:t>
      </w:r>
    </w:p>
    <w:p>
      <w:r>
        <w:rPr>
          <w:rFonts w:ascii="Georgia" w:hAnsi="Georgia" w:eastAsia="Georgia"/>
          <w:sz w:val="23"/>
        </w:rPr>
        <w:t>“The new box inherited what the old box had learned about the house.”</w:t>
      </w:r>
    </w:p>
    <w:p>
      <w:r>
        <w:rPr>
          <w:rFonts w:ascii="Georgia" w:hAnsi="Georgia" w:eastAsia="Georgia"/>
          <w:sz w:val="23"/>
        </w:rPr>
        <w:t>“That sounds worse.”</w:t>
      </w:r>
    </w:p>
    <w:p>
      <w:r>
        <w:rPr>
          <w:rFonts w:ascii="Georgia" w:hAnsi="Georgia" w:eastAsia="Georgia"/>
          <w:sz w:val="23"/>
        </w:rPr>
        <w:t>“It is ordinary automation.”</w:t>
      </w:r>
    </w:p>
    <w:p>
      <w:r>
        <w:rPr>
          <w:rFonts w:ascii="Georgia" w:hAnsi="Georgia" w:eastAsia="Georgia"/>
          <w:sz w:val="23"/>
        </w:rPr>
        <w:t>“Still sounds worse.”</w:t>
      </w:r>
    </w:p>
    <w:p>
      <w:r>
        <w:rPr>
          <w:rFonts w:ascii="Georgia" w:hAnsi="Georgia" w:eastAsia="Georgia"/>
          <w:sz w:val="23"/>
        </w:rPr>
        <w:t>The controller was not merely distributing a clock.</w:t>
      </w:r>
    </w:p>
    <w:p>
      <w:r>
        <w:rPr>
          <w:rFonts w:ascii="Georgia" w:hAnsi="Georgia" w:eastAsia="Georgia"/>
          <w:sz w:val="23"/>
        </w:rPr>
        <w:t>I had known that in principle.</w:t>
      </w:r>
    </w:p>
    <w:p>
      <w:r>
        <w:rPr>
          <w:rFonts w:ascii="Georgia" w:hAnsi="Georgia" w:eastAsia="Georgia"/>
          <w:sz w:val="23"/>
        </w:rPr>
        <w:t>The standard description called it a common environmental reference, which made it sound passive. The actual system measured local line noise, mechanical vibration from structure, carrier movement patterns only at the level needed to distinguish occupancy from empty-room drift, setting compensation activity, and timing disagreement between registered devices.</w:t>
      </w:r>
    </w:p>
    <w:p>
      <w:r>
        <w:rPr>
          <w:rFonts w:ascii="Georgia" w:hAnsi="Georgia" w:eastAsia="Georgia"/>
          <w:sz w:val="23"/>
        </w:rPr>
        <w:t>Then it adjusted the reference signal so the settings did less work against one another.</w:t>
      </w:r>
    </w:p>
    <w:p>
      <w:r>
        <w:rPr>
          <w:rFonts w:ascii="Georgia" w:hAnsi="Georgia" w:eastAsia="Georgia"/>
          <w:sz w:val="23"/>
        </w:rPr>
        <w:t>Not direct communication.</w:t>
      </w:r>
    </w:p>
    <w:p>
      <w:r>
        <w:rPr>
          <w:rFonts w:ascii="Georgia" w:hAnsi="Georgia" w:eastAsia="Georgia"/>
          <w:sz w:val="23"/>
        </w:rPr>
        <w:t>Not shared content.</w:t>
      </w:r>
    </w:p>
    <w:p>
      <w:r>
        <w:rPr>
          <w:rFonts w:ascii="Georgia" w:hAnsi="Georgia" w:eastAsia="Georgia"/>
          <w:sz w:val="23"/>
        </w:rPr>
        <w:t>A common clock shaped by the household it was stabilizing.</w:t>
      </w:r>
    </w:p>
    <w:p>
      <w:r>
        <w:rPr>
          <w:rFonts w:ascii="Georgia" w:hAnsi="Georgia" w:eastAsia="Georgia"/>
          <w:sz w:val="23"/>
        </w:rPr>
        <w:t>“How often does it adapt?” I asked.</w:t>
      </w:r>
    </w:p>
    <w:p>
      <w:r>
        <w:rPr>
          <w:rFonts w:ascii="Georgia" w:hAnsi="Georgia" w:eastAsia="Georgia"/>
          <w:sz w:val="23"/>
        </w:rPr>
        <w:t>Miren opened the technical manual.</w:t>
      </w:r>
    </w:p>
    <w:p>
      <w:r>
        <w:rPr>
          <w:rFonts w:ascii="Georgia" w:hAnsi="Georgia" w:eastAsia="Georgia"/>
          <w:sz w:val="23"/>
        </w:rPr>
        <w:t>“Continuously for short-term correction. Long-term profile commits every seventy-two hours if the stability metric improves.”</w:t>
      </w:r>
    </w:p>
    <w:p>
      <w:r>
        <w:rPr>
          <w:rFonts w:ascii="Georgia" w:hAnsi="Georgia" w:eastAsia="Georgia"/>
          <w:sz w:val="23"/>
        </w:rPr>
        <w:t>“Retention?”</w:t>
      </w:r>
    </w:p>
    <w:p>
      <w:r>
        <w:rPr>
          <w:rFonts w:ascii="Georgia" w:hAnsi="Georgia" w:eastAsia="Georgia"/>
          <w:sz w:val="23"/>
        </w:rPr>
        <w:t>“Current profile indefinitely. Historical parameter trail thirty days. Aggregate stability events from installation.”</w:t>
      </w:r>
    </w:p>
    <w:p>
      <w:r>
        <w:rPr>
          <w:rFonts w:ascii="Georgia" w:hAnsi="Georgia" w:eastAsia="Georgia"/>
          <w:sz w:val="23"/>
        </w:rPr>
        <w:t>“So the nineteen-year record tells us when adaptation occurred, not what exact parameters changed.”</w:t>
      </w:r>
    </w:p>
    <w:p>
      <w:r>
        <w:rPr>
          <w:rFonts w:ascii="Georgia" w:hAnsi="Georgia" w:eastAsia="Georgia"/>
          <w:sz w:val="23"/>
        </w:rPr>
        <w:t>“Correct.”</w:t>
      </w:r>
    </w:p>
    <w:p>
      <w:r>
        <w:rPr>
          <w:rFonts w:ascii="Georgia" w:hAnsi="Georgia" w:eastAsia="Georgia"/>
          <w:sz w:val="23"/>
        </w:rPr>
        <w:t>“Unit identities?”</w:t>
      </w:r>
    </w:p>
    <w:p>
      <w:r>
        <w:rPr>
          <w:rFonts w:ascii="Georgia" w:hAnsi="Georgia" w:eastAsia="Georgia"/>
          <w:sz w:val="23"/>
        </w:rPr>
        <w:t>“Rolled off after ninety days unless tied to a service alert.”</w:t>
      </w:r>
    </w:p>
    <w:p>
      <w:r>
        <w:rPr>
          <w:rFonts w:ascii="Georgia" w:hAnsi="Georgia" w:eastAsia="Georgia"/>
          <w:sz w:val="23"/>
        </w:rPr>
        <w:t>“Can aggregate events be reverse-mapped to a household departure?”</w:t>
      </w:r>
    </w:p>
    <w:p>
      <w:r>
        <w:rPr>
          <w:rFonts w:ascii="Georgia" w:hAnsi="Georgia" w:eastAsia="Georgia"/>
          <w:sz w:val="23"/>
        </w:rPr>
        <w:t>Tessa answered from the kitchen.</w:t>
      </w:r>
    </w:p>
    <w:p>
      <w:r>
        <w:rPr>
          <w:rFonts w:ascii="Georgia" w:hAnsi="Georgia" w:eastAsia="Georgia"/>
          <w:sz w:val="23"/>
        </w:rPr>
        <w:t>“That sounds like identifying historical household members from aggregate data.”</w:t>
      </w:r>
    </w:p>
    <w:p>
      <w:r>
        <w:rPr>
          <w:rFonts w:ascii="Georgia" w:hAnsi="Georgia" w:eastAsia="Georgia"/>
          <w:sz w:val="23"/>
        </w:rPr>
        <w:t>I looked through the doorway.</w:t>
      </w:r>
    </w:p>
    <w:p>
      <w:r>
        <w:rPr>
          <w:rFonts w:ascii="Georgia" w:hAnsi="Georgia" w:eastAsia="Georgia"/>
          <w:sz w:val="23"/>
        </w:rPr>
        <w:t>She had not moved.</w:t>
      </w:r>
    </w:p>
    <w:p>
      <w:r>
        <w:rPr>
          <w:rFonts w:ascii="Georgia" w:hAnsi="Georgia" w:eastAsia="Georgia"/>
          <w:sz w:val="23"/>
        </w:rPr>
        <w:t>“It could become that.”</w:t>
      </w:r>
    </w:p>
    <w:p>
      <w:r>
        <w:rPr>
          <w:rFonts w:ascii="Georgia" w:hAnsi="Georgia" w:eastAsia="Georgia"/>
          <w:sz w:val="23"/>
        </w:rPr>
        <w:t>“Then don’t.”</w:t>
      </w:r>
    </w:p>
    <w:p>
      <w:r>
        <w:rPr>
          <w:rFonts w:ascii="Georgia" w:hAnsi="Georgia" w:eastAsia="Georgia"/>
          <w:sz w:val="23"/>
        </w:rPr>
        <w:t>“Agreed.”</w:t>
      </w:r>
    </w:p>
    <w:p>
      <w:r>
        <w:rPr>
          <w:rFonts w:ascii="Georgia" w:hAnsi="Georgia" w:eastAsia="Georgia"/>
          <w:sz w:val="23"/>
        </w:rPr>
        <w:t>Miren closed the event map before I could see the timeline.</w:t>
      </w:r>
    </w:p>
    <w:p>
      <w:r>
        <w:rPr>
          <w:rFonts w:ascii="Georgia" w:hAnsi="Georgia" w:eastAsia="Georgia"/>
          <w:sz w:val="23"/>
        </w:rPr>
        <w:t>I disliked needing the procedure applied to me.</w:t>
      </w:r>
    </w:p>
    <w:p>
      <w:pPr>
        <w:spacing w:before="80" w:after="80"/>
        <w:jc w:val="center"/>
      </w:pPr>
      <w:r>
        <w:rPr>
          <w:rFonts w:ascii="Georgia" w:hAnsi="Georgia" w:eastAsia="Georgia"/>
          <w:sz w:val="23"/>
        </w:rPr>
        <w:t>§</w:t>
      </w:r>
    </w:p>
    <w:p>
      <w:r>
        <w:rPr>
          <w:rFonts w:ascii="Georgia" w:hAnsi="Georgia" w:eastAsia="Georgia"/>
          <w:sz w:val="23"/>
        </w:rPr>
        <w:t>We began with the controller instead of the people.</w:t>
      </w:r>
    </w:p>
    <w:p>
      <w:r>
        <w:rPr>
          <w:rFonts w:ascii="Georgia" w:hAnsi="Georgia" w:eastAsia="Georgia"/>
          <w:sz w:val="23"/>
        </w:rPr>
        <w:t>Physical state first.</w:t>
      </w:r>
    </w:p>
    <w:p>
      <w:r>
        <w:rPr>
          <w:rFonts w:ascii="Georgia" w:hAnsi="Georgia" w:eastAsia="Georgia"/>
          <w:sz w:val="23"/>
        </w:rPr>
        <w:t>Input power stable.</w:t>
      </w:r>
    </w:p>
    <w:p>
      <w:r>
        <w:rPr>
          <w:rFonts w:ascii="Georgia" w:hAnsi="Georgia" w:eastAsia="Georgia"/>
          <w:sz w:val="23"/>
        </w:rPr>
        <w:t>Reference generator stable.</w:t>
      </w:r>
    </w:p>
    <w:p>
      <w:r>
        <w:rPr>
          <w:rFonts w:ascii="Georgia" w:hAnsi="Georgia" w:eastAsia="Georgia"/>
          <w:sz w:val="23"/>
        </w:rPr>
        <w:t>No local thermal fault.</w:t>
      </w:r>
    </w:p>
    <w:p>
      <w:r>
        <w:rPr>
          <w:rFonts w:ascii="Georgia" w:hAnsi="Georgia" w:eastAsia="Georgia"/>
          <w:sz w:val="23"/>
        </w:rPr>
        <w:t>No shield damage.</w:t>
      </w:r>
    </w:p>
    <w:p>
      <w:r>
        <w:rPr>
          <w:rFonts w:ascii="Georgia" w:hAnsi="Georgia" w:eastAsia="Georgia"/>
          <w:sz w:val="23"/>
        </w:rPr>
        <w:t>One conduit clamp had loosened enough to produce an audible buzz at three hundred twelve hertz when the heat pump started.</w:t>
      </w:r>
    </w:p>
    <w:p>
      <w:r>
        <w:rPr>
          <w:rFonts w:ascii="Georgia" w:hAnsi="Georgia" w:eastAsia="Georgia"/>
          <w:sz w:val="23"/>
        </w:rPr>
        <w:t>Tal had not noticed.</w:t>
      </w:r>
    </w:p>
    <w:p>
      <w:r>
        <w:rPr>
          <w:rFonts w:ascii="Georgia" w:hAnsi="Georgia" w:eastAsia="Georgia"/>
          <w:sz w:val="23"/>
        </w:rPr>
        <w:t>Tessa had.</w:t>
      </w:r>
    </w:p>
    <w:p>
      <w:r>
        <w:rPr>
          <w:rFonts w:ascii="Georgia" w:hAnsi="Georgia" w:eastAsia="Georgia"/>
          <w:sz w:val="23"/>
        </w:rPr>
        <w:t>“Six months,” she said from the kitchen.</w:t>
      </w:r>
    </w:p>
    <w:p>
      <w:r>
        <w:rPr>
          <w:rFonts w:ascii="Georgia" w:hAnsi="Georgia" w:eastAsia="Georgia"/>
          <w:sz w:val="23"/>
        </w:rPr>
        <w:t>“Why did you not call service?” Miren asked.</w:t>
      </w:r>
    </w:p>
    <w:p>
      <w:r>
        <w:rPr>
          <w:rFonts w:ascii="Georgia" w:hAnsi="Georgia" w:eastAsia="Georgia"/>
          <w:sz w:val="23"/>
        </w:rPr>
        <w:t>“Because it buzzes when the heat comes on and stops when the heat stops.”</w:t>
      </w:r>
    </w:p>
    <w:p>
      <w:r>
        <w:rPr>
          <w:rFonts w:ascii="Georgia" w:hAnsi="Georgia" w:eastAsia="Georgia"/>
          <w:sz w:val="23"/>
        </w:rPr>
        <w:t>“That is why you call service.”</w:t>
      </w:r>
    </w:p>
    <w:p>
      <w:r>
        <w:rPr>
          <w:rFonts w:ascii="Georgia" w:hAnsi="Georgia" w:eastAsia="Georgia"/>
          <w:sz w:val="23"/>
        </w:rPr>
        <w:t>“I have lived with Tal. My threshold for irritating machinery is high.”</w:t>
      </w:r>
    </w:p>
    <w:p>
      <w:r>
        <w:rPr>
          <w:rFonts w:ascii="Georgia" w:hAnsi="Georgia" w:eastAsia="Georgia"/>
          <w:sz w:val="23"/>
        </w:rPr>
        <w:t>Tal raised a hand.</w:t>
      </w:r>
    </w:p>
    <w:p>
      <w:r>
        <w:rPr>
          <w:rFonts w:ascii="Georgia" w:hAnsi="Georgia" w:eastAsia="Georgia"/>
          <w:sz w:val="23"/>
        </w:rPr>
        <w:t>“I object to the category.”</w:t>
      </w:r>
    </w:p>
    <w:p>
      <w:r>
        <w:rPr>
          <w:rFonts w:ascii="Georgia" w:hAnsi="Georgia" w:eastAsia="Georgia"/>
          <w:sz w:val="23"/>
        </w:rPr>
        <w:t>Tessa did not look at him.</w:t>
      </w:r>
    </w:p>
    <w:p>
      <w:r>
        <w:rPr>
          <w:rFonts w:ascii="Georgia" w:hAnsi="Georgia" w:eastAsia="Georgia"/>
          <w:sz w:val="23"/>
        </w:rPr>
        <w:t>“You may file.”</w:t>
      </w:r>
    </w:p>
    <w:p>
      <w:r>
        <w:rPr>
          <w:rFonts w:ascii="Georgia" w:hAnsi="Georgia" w:eastAsia="Georgia"/>
          <w:sz w:val="23"/>
        </w:rPr>
        <w:t>I tightened the clamp.</w:t>
      </w:r>
    </w:p>
    <w:p>
      <w:r>
        <w:rPr>
          <w:rFonts w:ascii="Georgia" w:hAnsi="Georgia" w:eastAsia="Georgia"/>
          <w:sz w:val="23"/>
        </w:rPr>
        <w:t>The buzz stopped.</w:t>
      </w:r>
    </w:p>
    <w:p>
      <w:r>
        <w:rPr>
          <w:rFonts w:ascii="Georgia" w:hAnsi="Georgia" w:eastAsia="Georgia"/>
          <w:sz w:val="23"/>
        </w:rPr>
        <w:t>No field change.</w:t>
      </w:r>
    </w:p>
    <w:p>
      <w:r>
        <w:rPr>
          <w:rFonts w:ascii="Georgia" w:hAnsi="Georgia" w:eastAsia="Georgia"/>
          <w:sz w:val="23"/>
        </w:rPr>
        <w:t>No setting alert.</w:t>
      </w:r>
    </w:p>
    <w:p>
      <w:r>
        <w:rPr>
          <w:rFonts w:ascii="Georgia" w:hAnsi="Georgia" w:eastAsia="Georgia"/>
          <w:sz w:val="23"/>
        </w:rPr>
        <w:t>A repair with edges.</w:t>
      </w:r>
    </w:p>
    <w:p>
      <w:r>
        <w:rPr>
          <w:rFonts w:ascii="Georgia" w:hAnsi="Georgia" w:eastAsia="Georgia"/>
          <w:sz w:val="23"/>
        </w:rPr>
        <w:t>I preferred it.</w:t>
      </w:r>
    </w:p>
    <w:p>
      <w:r>
        <w:rPr>
          <w:rFonts w:ascii="Georgia" w:hAnsi="Georgia" w:eastAsia="Georgia"/>
          <w:sz w:val="23"/>
        </w:rPr>
        <w:t>Then Miren established both current settings in passive observation mode.</w:t>
      </w:r>
    </w:p>
    <w:p>
      <w:r>
        <w:rPr>
          <w:rFonts w:ascii="Georgia" w:hAnsi="Georgia" w:eastAsia="Georgia"/>
          <w:sz w:val="23"/>
        </w:rPr>
        <w:t>No perturbation.</w:t>
      </w:r>
    </w:p>
    <w:p>
      <w:r>
        <w:rPr>
          <w:rFonts w:ascii="Georgia" w:hAnsi="Georgia" w:eastAsia="Georgia"/>
          <w:sz w:val="23"/>
        </w:rPr>
        <w:t>No field change.</w:t>
      </w:r>
    </w:p>
    <w:p>
      <w:r>
        <w:rPr>
          <w:rFonts w:ascii="Georgia" w:hAnsi="Georgia" w:eastAsia="Georgia"/>
          <w:sz w:val="23"/>
        </w:rPr>
        <w:t>Tal remained in the front room.</w:t>
      </w:r>
    </w:p>
    <w:p>
      <w:r>
        <w:rPr>
          <w:rFonts w:ascii="Georgia" w:hAnsi="Georgia" w:eastAsia="Georgia"/>
          <w:sz w:val="23"/>
        </w:rPr>
        <w:t>Tessa remained in the kitchen because she had chosen the chair before we arrived and saw no reason to turn technical geometry into authority over furniture.</w:t>
      </w:r>
    </w:p>
    <w:p>
      <w:r>
        <w:rPr>
          <w:rFonts w:ascii="Georgia" w:hAnsi="Georgia" w:eastAsia="Georgia"/>
          <w:sz w:val="23"/>
        </w:rPr>
        <w:t>Distance between setting centers: six point two meters.</w:t>
      </w:r>
    </w:p>
    <w:p>
      <w:r>
        <w:rPr>
          <w:rFonts w:ascii="Georgia" w:hAnsi="Georgia" w:eastAsia="Georgia"/>
          <w:sz w:val="23"/>
        </w:rPr>
        <w:t>One partial wall.</w:t>
      </w:r>
    </w:p>
    <w:p>
      <w:r>
        <w:rPr>
          <w:rFonts w:ascii="Georgia" w:hAnsi="Georgia" w:eastAsia="Georgia"/>
          <w:sz w:val="23"/>
        </w:rPr>
        <w:t>One stair opening.</w:t>
      </w:r>
    </w:p>
    <w:p>
      <w:r>
        <w:rPr>
          <w:rFonts w:ascii="Georgia" w:hAnsi="Georgia" w:eastAsia="Georgia"/>
          <w:sz w:val="23"/>
        </w:rPr>
        <w:t>Both settings locked to the same household reference.</w:t>
      </w:r>
    </w:p>
    <w:p>
      <w:r>
        <w:rPr>
          <w:rFonts w:ascii="Georgia" w:hAnsi="Georgia" w:eastAsia="Georgia"/>
          <w:sz w:val="23"/>
        </w:rPr>
        <w:t>Tal’s local correction load: low.</w:t>
      </w:r>
    </w:p>
    <w:p>
      <w:r>
        <w:rPr>
          <w:rFonts w:ascii="Georgia" w:hAnsi="Georgia" w:eastAsia="Georgia"/>
          <w:sz w:val="23"/>
        </w:rPr>
        <w:t>Tessa’s: low.</w:t>
      </w:r>
    </w:p>
    <w:p>
      <w:r>
        <w:rPr>
          <w:rFonts w:ascii="Georgia" w:hAnsi="Georgia" w:eastAsia="Georgia"/>
          <w:sz w:val="23"/>
        </w:rPr>
        <w:t>Phase disagreement between settings: within domestic standard.</w:t>
      </w:r>
    </w:p>
    <w:p>
      <w:r>
        <w:rPr>
          <w:rFonts w:ascii="Georgia" w:hAnsi="Georgia" w:eastAsia="Georgia"/>
          <w:sz w:val="23"/>
        </w:rPr>
        <w:t>Nothing interesting happened.</w:t>
      </w:r>
    </w:p>
    <w:p>
      <w:r>
        <w:rPr>
          <w:rFonts w:ascii="Georgia" w:hAnsi="Georgia" w:eastAsia="Georgia"/>
          <w:sz w:val="23"/>
        </w:rPr>
        <w:t>We watched for twenty minutes.</w:t>
      </w:r>
    </w:p>
    <w:p>
      <w:r>
        <w:rPr>
          <w:rFonts w:ascii="Georgia" w:hAnsi="Georgia" w:eastAsia="Georgia"/>
          <w:sz w:val="23"/>
        </w:rPr>
        <w:t>Nothing continued happening.</w:t>
      </w:r>
    </w:p>
    <w:p>
      <w:r>
        <w:rPr>
          <w:rFonts w:ascii="Georgia" w:hAnsi="Georgia" w:eastAsia="Georgia"/>
          <w:sz w:val="23"/>
        </w:rPr>
        <w:t>Twenty quiet minutes were evidence too.</w:t>
      </w:r>
    </w:p>
    <w:p>
      <w:r>
        <w:rPr>
          <w:rFonts w:ascii="Georgia" w:hAnsi="Georgia" w:eastAsia="Georgia"/>
          <w:sz w:val="23"/>
        </w:rPr>
        <w:t>“Can I make coffee?” Tessa asked.</w:t>
      </w:r>
    </w:p>
    <w:p>
      <w:r>
        <w:rPr>
          <w:rFonts w:ascii="Georgia" w:hAnsi="Georgia" w:eastAsia="Georgia"/>
          <w:sz w:val="23"/>
        </w:rPr>
        <w:t>“Yes,” Miren said.</w:t>
      </w:r>
    </w:p>
    <w:p>
      <w:r>
        <w:rPr>
          <w:rFonts w:ascii="Georgia" w:hAnsi="Georgia" w:eastAsia="Georgia"/>
          <w:sz w:val="23"/>
        </w:rPr>
        <w:t>I said nothing.</w:t>
      </w:r>
    </w:p>
    <w:p>
      <w:r>
        <w:rPr>
          <w:rFonts w:ascii="Georgia" w:hAnsi="Georgia" w:eastAsia="Georgia"/>
          <w:sz w:val="23"/>
        </w:rPr>
        <w:t>Tessa stood.</w:t>
      </w:r>
    </w:p>
    <w:p>
      <w:r>
        <w:rPr>
          <w:rFonts w:ascii="Georgia" w:hAnsi="Georgia" w:eastAsia="Georgia"/>
          <w:sz w:val="23"/>
        </w:rPr>
        <w:t>Her setting moved through the kitchen with her.</w:t>
      </w:r>
    </w:p>
    <w:p>
      <w:r>
        <w:rPr>
          <w:rFonts w:ascii="Georgia" w:hAnsi="Georgia" w:eastAsia="Georgia"/>
          <w:sz w:val="23"/>
        </w:rPr>
        <w:t>The controller adjusted local reference weighting by less than half a percent.</w:t>
      </w:r>
    </w:p>
    <w:p>
      <w:r>
        <w:rPr>
          <w:rFonts w:ascii="Georgia" w:hAnsi="Georgia" w:eastAsia="Georgia"/>
          <w:sz w:val="23"/>
        </w:rPr>
        <w:t>Tal’s setting did not react above ordinary noise.</w:t>
      </w:r>
    </w:p>
    <w:p>
      <w:r>
        <w:rPr>
          <w:rFonts w:ascii="Georgia" w:hAnsi="Georgia" w:eastAsia="Georgia"/>
          <w:sz w:val="23"/>
        </w:rPr>
        <w:t>Tessa filled the kettle.</w:t>
      </w:r>
    </w:p>
    <w:p>
      <w:r>
        <w:rPr>
          <w:rFonts w:ascii="Georgia" w:hAnsi="Georgia" w:eastAsia="Georgia"/>
          <w:sz w:val="23"/>
        </w:rPr>
        <w:t>The induction plate started.</w:t>
      </w:r>
    </w:p>
    <w:p>
      <w:r>
        <w:rPr>
          <w:rFonts w:ascii="Georgia" w:hAnsi="Georgia" w:eastAsia="Georgia"/>
          <w:sz w:val="23"/>
        </w:rPr>
        <w:t>Line noise changed.</w:t>
      </w:r>
    </w:p>
    <w:p>
      <w:r>
        <w:rPr>
          <w:rFonts w:ascii="Georgia" w:hAnsi="Georgia" w:eastAsia="Georgia"/>
          <w:sz w:val="23"/>
        </w:rPr>
        <w:t>Both settings reduced local compensation within the same second.</w:t>
      </w:r>
    </w:p>
    <w:p>
      <w:r>
        <w:rPr>
          <w:rFonts w:ascii="Georgia" w:hAnsi="Georgia" w:eastAsia="Georgia"/>
          <w:sz w:val="23"/>
        </w:rPr>
        <w:t>That was what concordance was for.</w:t>
      </w:r>
    </w:p>
    <w:p>
      <w:r>
        <w:rPr>
          <w:rFonts w:ascii="Georgia" w:hAnsi="Georgia" w:eastAsia="Georgia"/>
          <w:sz w:val="23"/>
        </w:rPr>
        <w:t>Two devices responding to one engineered reference did not establish that they responded to each other.</w:t>
      </w:r>
    </w:p>
    <w:p>
      <w:r>
        <w:rPr>
          <w:rFonts w:ascii="Georgia" w:hAnsi="Georgia" w:eastAsia="Georgia"/>
          <w:sz w:val="23"/>
        </w:rPr>
        <w:t>Tessa poured water.</w:t>
      </w:r>
    </w:p>
    <w:p>
      <w:r>
        <w:rPr>
          <w:rFonts w:ascii="Georgia" w:hAnsi="Georgia" w:eastAsia="Georgia"/>
          <w:sz w:val="23"/>
        </w:rPr>
        <w:t>“Was that exciting?”</w:t>
      </w:r>
    </w:p>
    <w:p>
      <w:r>
        <w:rPr>
          <w:rFonts w:ascii="Georgia" w:hAnsi="Georgia" w:eastAsia="Georgia"/>
          <w:sz w:val="23"/>
        </w:rPr>
        <w:t>“No.”</w:t>
      </w:r>
    </w:p>
    <w:p>
      <w:r>
        <w:rPr>
          <w:rFonts w:ascii="Georgia" w:hAnsi="Georgia" w:eastAsia="Georgia"/>
          <w:sz w:val="23"/>
        </w:rPr>
        <w:t>“You looked at three screens.”</w:t>
      </w:r>
    </w:p>
    <w:p>
      <w:r>
        <w:rPr>
          <w:rFonts w:ascii="Georgia" w:hAnsi="Georgia" w:eastAsia="Georgia"/>
          <w:sz w:val="23"/>
        </w:rPr>
        <w:t>“That is how I remain unexcited accurately.”</w:t>
      </w:r>
    </w:p>
    <w:p>
      <w:r>
        <w:rPr>
          <w:rFonts w:ascii="Georgia" w:hAnsi="Georgia" w:eastAsia="Georgia"/>
          <w:sz w:val="23"/>
        </w:rPr>
        <w:t>She carried the cup back to the table.</w:t>
      </w:r>
    </w:p>
    <w:p>
      <w:r>
        <w:rPr>
          <w:rFonts w:ascii="Georgia" w:hAnsi="Georgia" w:eastAsia="Georgia"/>
          <w:sz w:val="23"/>
        </w:rPr>
        <w:t>No joke returned.</w:t>
      </w:r>
    </w:p>
    <w:p>
      <w:pPr>
        <w:spacing w:before="80" w:after="80"/>
        <w:jc w:val="center"/>
      </w:pPr>
      <w:r>
        <w:rPr>
          <w:rFonts w:ascii="Georgia" w:hAnsi="Georgia" w:eastAsia="Georgia"/>
          <w:sz w:val="23"/>
        </w:rPr>
        <w:t>§</w:t>
      </w:r>
    </w:p>
    <w:p>
      <w:r>
        <w:rPr>
          <w:rFonts w:ascii="Georgia" w:hAnsi="Georgia" w:eastAsia="Georgia"/>
          <w:sz w:val="23"/>
        </w:rPr>
        <w:t>The aggregate log began with a graph so smooth it looked dishonest.</w:t>
      </w:r>
    </w:p>
    <w:p>
      <w:r>
        <w:rPr>
          <w:rFonts w:ascii="Georgia" w:hAnsi="Georgia" w:eastAsia="Georgia"/>
          <w:sz w:val="23"/>
        </w:rPr>
        <w:t>Nineteen years of household stability compressed into a line four centimeters high.</w:t>
      </w:r>
    </w:p>
    <w:p>
      <w:r>
        <w:rPr>
          <w:rFonts w:ascii="Georgia" w:hAnsi="Georgia" w:eastAsia="Georgia"/>
          <w:sz w:val="23"/>
        </w:rPr>
        <w:t>Miren expanded the first year.</w:t>
      </w:r>
    </w:p>
    <w:p>
      <w:r>
        <w:rPr>
          <w:rFonts w:ascii="Georgia" w:hAnsi="Georgia" w:eastAsia="Georgia"/>
          <w:sz w:val="23"/>
        </w:rPr>
        <w:t>The line became less smooth.</w:t>
      </w:r>
    </w:p>
    <w:p>
      <w:r>
        <w:rPr>
          <w:rFonts w:ascii="Georgia" w:hAnsi="Georgia" w:eastAsia="Georgia"/>
          <w:sz w:val="23"/>
        </w:rPr>
        <w:t>Installation conditioning lasted nine days.</w:t>
      </w:r>
    </w:p>
    <w:p>
      <w:r>
        <w:rPr>
          <w:rFonts w:ascii="Georgia" w:hAnsi="Georgia" w:eastAsia="Georgia"/>
          <w:sz w:val="23"/>
        </w:rPr>
        <w:t>Expected for a four-setting household under the original standard.</w:t>
      </w:r>
    </w:p>
    <w:p>
      <w:r>
        <w:rPr>
          <w:rFonts w:ascii="Georgia" w:hAnsi="Georgia" w:eastAsia="Georgia"/>
          <w:sz w:val="23"/>
        </w:rPr>
        <w:t>After that, long-term profile commits appeared every three days for the first two months, then less often as the system settled.</w:t>
      </w:r>
    </w:p>
    <w:p>
      <w:r>
        <w:rPr>
          <w:rFonts w:ascii="Georgia" w:hAnsi="Georgia" w:eastAsia="Georgia"/>
          <w:sz w:val="23"/>
        </w:rPr>
        <w:t>No anomalies.</w:t>
      </w:r>
    </w:p>
    <w:p>
      <w:r>
        <w:rPr>
          <w:rFonts w:ascii="Georgia" w:hAnsi="Georgia" w:eastAsia="Georgia"/>
          <w:sz w:val="23"/>
        </w:rPr>
        <w:t>No completion events.</w:t>
      </w:r>
    </w:p>
    <w:p>
      <w:r>
        <w:rPr>
          <w:rFonts w:ascii="Georgia" w:hAnsi="Georgia" w:eastAsia="Georgia"/>
          <w:sz w:val="23"/>
        </w:rPr>
        <w:t>No living-contact medical alerts.</w:t>
      </w:r>
    </w:p>
    <w:p>
      <w:r>
        <w:rPr>
          <w:rFonts w:ascii="Georgia" w:hAnsi="Georgia" w:eastAsia="Georgia"/>
          <w:sz w:val="23"/>
        </w:rPr>
        <w:t>No reason anyone should have looked twice.</w:t>
      </w:r>
    </w:p>
    <w:p>
      <w:r>
        <w:rPr>
          <w:rFonts w:ascii="Georgia" w:hAnsi="Georgia" w:eastAsia="Georgia"/>
          <w:sz w:val="23"/>
        </w:rPr>
        <w:t>“Controller two,” I said.</w:t>
      </w:r>
    </w:p>
    <w:p>
      <w:r>
        <w:rPr>
          <w:rFonts w:ascii="Georgia" w:hAnsi="Georgia" w:eastAsia="Georgia"/>
          <w:sz w:val="23"/>
        </w:rPr>
        <w:t>Miren moved eight years forward.</w:t>
      </w:r>
    </w:p>
    <w:p>
      <w:r>
        <w:rPr>
          <w:rFonts w:ascii="Georgia" w:hAnsi="Georgia" w:eastAsia="Georgia"/>
          <w:sz w:val="23"/>
        </w:rPr>
        <w:t>Replacement event.</w:t>
      </w:r>
    </w:p>
    <w:p>
      <w:r>
        <w:rPr>
          <w:rFonts w:ascii="Georgia" w:hAnsi="Georgia" w:eastAsia="Georgia"/>
          <w:sz w:val="23"/>
        </w:rPr>
        <w:t>Household profile migration.</w:t>
      </w:r>
    </w:p>
    <w:p>
      <w:r>
        <w:rPr>
          <w:rFonts w:ascii="Georgia" w:hAnsi="Georgia" w:eastAsia="Georgia"/>
          <w:sz w:val="23"/>
        </w:rPr>
        <w:t>Reference interruption: fourteen minutes.</w:t>
      </w:r>
    </w:p>
    <w:p>
      <w:r>
        <w:rPr>
          <w:rFonts w:ascii="Georgia" w:hAnsi="Georgia" w:eastAsia="Georgia"/>
          <w:sz w:val="23"/>
        </w:rPr>
        <w:t>Reacquisition: six minutes after power return.</w:t>
      </w:r>
    </w:p>
    <w:p>
      <w:r>
        <w:rPr>
          <w:rFonts w:ascii="Georgia" w:hAnsi="Georgia" w:eastAsia="Georgia"/>
          <w:sz w:val="23"/>
        </w:rPr>
        <w:t>Full stability: thirty-eight minutes.</w:t>
      </w:r>
    </w:p>
    <w:p>
      <w:r>
        <w:rPr>
          <w:rFonts w:ascii="Georgia" w:hAnsi="Georgia" w:eastAsia="Georgia"/>
          <w:sz w:val="23"/>
        </w:rPr>
        <w:t>Faster than original installation.</w:t>
      </w:r>
    </w:p>
    <w:p>
      <w:r>
        <w:rPr>
          <w:rFonts w:ascii="Georgia" w:hAnsi="Georgia" w:eastAsia="Georgia"/>
          <w:sz w:val="23"/>
        </w:rPr>
        <w:t>Expected because the profile migrated.</w:t>
      </w:r>
    </w:p>
    <w:p>
      <w:r>
        <w:rPr>
          <w:rFonts w:ascii="Georgia" w:hAnsi="Georgia" w:eastAsia="Georgia"/>
          <w:sz w:val="23"/>
        </w:rPr>
        <w:t>Controller three, eleven years later.</w:t>
      </w:r>
    </w:p>
    <w:p>
      <w:r>
        <w:rPr>
          <w:rFonts w:ascii="Georgia" w:hAnsi="Georgia" w:eastAsia="Georgia"/>
          <w:sz w:val="23"/>
        </w:rPr>
        <w:t>Profile migrated again.</w:t>
      </w:r>
    </w:p>
    <w:p>
      <w:r>
        <w:rPr>
          <w:rFonts w:ascii="Georgia" w:hAnsi="Georgia" w:eastAsia="Georgia"/>
          <w:sz w:val="23"/>
        </w:rPr>
        <w:t>Full stability: twenty-one minutes.</w:t>
      </w:r>
    </w:p>
    <w:p>
      <w:r>
        <w:rPr>
          <w:rFonts w:ascii="Georgia" w:hAnsi="Georgia" w:eastAsia="Georgia"/>
          <w:sz w:val="23"/>
        </w:rPr>
        <w:t>Also expected.</w:t>
      </w:r>
    </w:p>
    <w:p>
      <w:r>
        <w:rPr>
          <w:rFonts w:ascii="Georgia" w:hAnsi="Georgia" w:eastAsia="Georgia"/>
          <w:sz w:val="23"/>
        </w:rPr>
        <w:t>“Nothing there,” Tal said.</w:t>
      </w:r>
    </w:p>
    <w:p>
      <w:r>
        <w:rPr>
          <w:rFonts w:ascii="Georgia" w:hAnsi="Georgia" w:eastAsia="Georgia"/>
          <w:sz w:val="23"/>
        </w:rPr>
        <w:t>“Correct.”</w:t>
      </w:r>
    </w:p>
    <w:p>
      <w:r>
        <w:rPr>
          <w:rFonts w:ascii="Georgia" w:hAnsi="Georgia" w:eastAsia="Georgia"/>
          <w:sz w:val="23"/>
        </w:rPr>
        <w:t>He looked surprised.</w:t>
      </w:r>
    </w:p>
    <w:p>
      <w:r>
        <w:rPr>
          <w:rFonts w:ascii="Georgia" w:hAnsi="Georgia" w:eastAsia="Georgia"/>
          <w:sz w:val="23"/>
        </w:rPr>
        <w:t>“You say that like you are happy.”</w:t>
      </w:r>
    </w:p>
    <w:p>
      <w:r>
        <w:rPr>
          <w:rFonts w:ascii="Georgia" w:hAnsi="Georgia" w:eastAsia="Georgia"/>
          <w:sz w:val="23"/>
        </w:rPr>
        <w:t>“I am.”</w:t>
      </w:r>
    </w:p>
    <w:p>
      <w:r>
        <w:rPr>
          <w:rFonts w:ascii="Georgia" w:hAnsi="Georgia" w:eastAsia="Georgia"/>
          <w:sz w:val="23"/>
        </w:rPr>
        <w:t>“Why?”</w:t>
      </w:r>
    </w:p>
    <w:p>
      <w:r>
        <w:rPr>
          <w:rFonts w:ascii="Georgia" w:hAnsi="Georgia" w:eastAsia="Georgia"/>
          <w:sz w:val="23"/>
        </w:rPr>
        <w:t>“Because a normal system being normal lets us stop blaming it for things it did not do.”</w:t>
      </w:r>
    </w:p>
    <w:p>
      <w:r>
        <w:rPr>
          <w:rFonts w:ascii="Georgia" w:hAnsi="Georgia" w:eastAsia="Georgia"/>
          <w:sz w:val="23"/>
        </w:rPr>
        <w:t>Tessa said, “Keep going.”</w:t>
      </w:r>
    </w:p>
    <w:p>
      <w:r>
        <w:rPr>
          <w:rFonts w:ascii="Georgia" w:hAnsi="Georgia" w:eastAsia="Georgia"/>
          <w:sz w:val="23"/>
        </w:rPr>
        <w:t>No impatience.</w:t>
      </w:r>
    </w:p>
    <w:p>
      <w:r>
        <w:rPr>
          <w:rFonts w:ascii="Georgia" w:hAnsi="Georgia" w:eastAsia="Georgia"/>
          <w:sz w:val="23"/>
        </w:rPr>
        <w:t>No wit.</w:t>
      </w:r>
    </w:p>
    <w:p>
      <w:r>
        <w:rPr>
          <w:rFonts w:ascii="Georgia" w:hAnsi="Georgia" w:eastAsia="Georgia"/>
          <w:sz w:val="23"/>
        </w:rPr>
        <w:t>She had understood before Tal that normal could still be evidence.</w:t>
      </w:r>
    </w:p>
    <w:p>
      <w:r>
        <w:rPr>
          <w:rFonts w:ascii="Georgia" w:hAnsi="Georgia" w:eastAsia="Georgia"/>
          <w:sz w:val="23"/>
        </w:rPr>
        <w:t>We moved to the year his daughter left.</w:t>
      </w:r>
    </w:p>
    <w:p>
      <w:r>
        <w:rPr>
          <w:rFonts w:ascii="Georgia" w:hAnsi="Georgia" w:eastAsia="Georgia"/>
          <w:sz w:val="23"/>
        </w:rPr>
        <w:t>The aggregate line changed.</w:t>
      </w:r>
    </w:p>
    <w:p>
      <w:r>
        <w:rPr>
          <w:rFonts w:ascii="Georgia" w:hAnsi="Georgia" w:eastAsia="Georgia"/>
          <w:sz w:val="23"/>
        </w:rPr>
        <w:t>Not violently.</w:t>
      </w:r>
    </w:p>
    <w:p>
      <w:r>
        <w:rPr>
          <w:rFonts w:ascii="Georgia" w:hAnsi="Georgia" w:eastAsia="Georgia"/>
          <w:sz w:val="23"/>
        </w:rPr>
        <w:t>One stability event became a cluster.</w:t>
      </w:r>
    </w:p>
    <w:p>
      <w:r>
        <w:rPr>
          <w:rFonts w:ascii="Georgia" w:hAnsi="Georgia" w:eastAsia="Georgia"/>
          <w:sz w:val="23"/>
        </w:rPr>
        <w:t>Reference reacquisition failures: two overnight.</w:t>
      </w:r>
    </w:p>
    <w:p>
      <w:r>
        <w:rPr>
          <w:rFonts w:ascii="Georgia" w:hAnsi="Georgia" w:eastAsia="Georgia"/>
          <w:sz w:val="23"/>
        </w:rPr>
        <w:t>Long-term profile commits: four in eight days.</w:t>
      </w:r>
    </w:p>
    <w:p>
      <w:r>
        <w:rPr>
          <w:rFonts w:ascii="Georgia" w:hAnsi="Georgia" w:eastAsia="Georgia"/>
          <w:sz w:val="23"/>
        </w:rPr>
        <w:t>Compensation load elevated across remaining registered settings.</w:t>
      </w:r>
    </w:p>
    <w:p>
      <w:r>
        <w:rPr>
          <w:rFonts w:ascii="Georgia" w:hAnsi="Georgia" w:eastAsia="Georgia"/>
          <w:sz w:val="23"/>
        </w:rPr>
        <w:t>Controller note: MEMBER REMOVAL REBALANCE / WITHIN EXTENDED DOMESTIC RANGE.</w:t>
      </w:r>
    </w:p>
    <w:p>
      <w:r>
        <w:rPr>
          <w:rFonts w:ascii="Georgia" w:hAnsi="Georgia" w:eastAsia="Georgia"/>
          <w:sz w:val="23"/>
        </w:rPr>
        <w:t>Tal pointed.</w:t>
      </w:r>
    </w:p>
    <w:p>
      <w:r>
        <w:rPr>
          <w:rFonts w:ascii="Georgia" w:hAnsi="Georgia" w:eastAsia="Georgia"/>
          <w:sz w:val="23"/>
        </w:rPr>
        <w:t>“That is the week I remembered.”</w:t>
      </w:r>
    </w:p>
    <w:p>
      <w:r>
        <w:rPr>
          <w:rFonts w:ascii="Georgia" w:hAnsi="Georgia" w:eastAsia="Georgia"/>
          <w:sz w:val="23"/>
        </w:rPr>
        <w:t>“Yes.”</w:t>
      </w:r>
    </w:p>
    <w:p>
      <w:r>
        <w:rPr>
          <w:rFonts w:ascii="Georgia" w:hAnsi="Georgia" w:eastAsia="Georgia"/>
          <w:sz w:val="23"/>
        </w:rPr>
        <w:t>“Normal?”</w:t>
      </w:r>
    </w:p>
    <w:p>
      <w:r>
        <w:rPr>
          <w:rFonts w:ascii="Georgia" w:hAnsi="Georgia" w:eastAsia="Georgia"/>
          <w:sz w:val="23"/>
        </w:rPr>
        <w:t>Miren opened the version of the standard in force at the time.</w:t>
      </w:r>
    </w:p>
    <w:p>
      <w:r>
        <w:rPr>
          <w:rFonts w:ascii="Georgia" w:hAnsi="Georgia" w:eastAsia="Georgia"/>
          <w:sz w:val="23"/>
        </w:rPr>
        <w:t>“Extended, but inside allowed range for four-to-three household reduction.”</w:t>
      </w:r>
    </w:p>
    <w:p>
      <w:r>
        <w:rPr>
          <w:rFonts w:ascii="Georgia" w:hAnsi="Georgia" w:eastAsia="Georgia"/>
          <w:sz w:val="23"/>
        </w:rPr>
        <w:t>“Why four to three?”</w:t>
      </w:r>
    </w:p>
    <w:p>
      <w:r>
        <w:rPr>
          <w:rFonts w:ascii="Georgia" w:hAnsi="Georgia" w:eastAsia="Georgia"/>
          <w:sz w:val="23"/>
        </w:rPr>
        <w:t>Tessa asked it before I did.</w:t>
      </w:r>
    </w:p>
    <w:p>
      <w:r>
        <w:rPr>
          <w:rFonts w:ascii="Georgia" w:hAnsi="Georgia" w:eastAsia="Georgia"/>
          <w:sz w:val="23"/>
        </w:rPr>
        <w:t>Miren read the aggregate metadata.</w:t>
      </w:r>
    </w:p>
    <w:p>
      <w:r>
        <w:rPr>
          <w:rFonts w:ascii="Georgia" w:hAnsi="Georgia" w:eastAsia="Georgia"/>
          <w:sz w:val="23"/>
        </w:rPr>
        <w:t>“Registered unit count changed from four to three. No identities retained in this view.”</w:t>
      </w:r>
    </w:p>
    <w:p>
      <w:r>
        <w:rPr>
          <w:rFonts w:ascii="Georgia" w:hAnsi="Georgia" w:eastAsia="Georgia"/>
          <w:sz w:val="23"/>
        </w:rPr>
        <w:t>Tessa nodded.</w:t>
      </w:r>
    </w:p>
    <w:p>
      <w:r>
        <w:rPr>
          <w:rFonts w:ascii="Georgia" w:hAnsi="Georgia" w:eastAsia="Georgia"/>
          <w:sz w:val="23"/>
        </w:rPr>
        <w:t>Boundary held.</w:t>
      </w:r>
    </w:p>
    <w:p>
      <w:r>
        <w:rPr>
          <w:rFonts w:ascii="Georgia" w:hAnsi="Georgia" w:eastAsia="Georgia"/>
          <w:sz w:val="23"/>
        </w:rPr>
        <w:t>I looked at the shape of the rebalance.</w:t>
      </w:r>
    </w:p>
    <w:p>
      <w:r>
        <w:rPr>
          <w:rFonts w:ascii="Georgia" w:hAnsi="Georgia" w:eastAsia="Georgia"/>
          <w:sz w:val="23"/>
        </w:rPr>
        <w:t>The first two days were noisy.</w:t>
      </w:r>
    </w:p>
    <w:p>
      <w:r>
        <w:rPr>
          <w:rFonts w:ascii="Georgia" w:hAnsi="Georgia" w:eastAsia="Georgia"/>
          <w:sz w:val="23"/>
        </w:rPr>
        <w:t>Then the system improved.</w:t>
      </w:r>
    </w:p>
    <w:p>
      <w:r>
        <w:rPr>
          <w:rFonts w:ascii="Georgia" w:hAnsi="Georgia" w:eastAsia="Georgia"/>
          <w:sz w:val="23"/>
        </w:rPr>
        <w:t>Day three worsened again.</w:t>
      </w:r>
    </w:p>
    <w:p>
      <w:r>
        <w:rPr>
          <w:rFonts w:ascii="Georgia" w:hAnsi="Georgia" w:eastAsia="Georgia"/>
          <w:sz w:val="23"/>
        </w:rPr>
        <w:t>Day four improved.</w:t>
      </w:r>
    </w:p>
    <w:p>
      <w:r>
        <w:rPr>
          <w:rFonts w:ascii="Georgia" w:hAnsi="Georgia" w:eastAsia="Georgia"/>
          <w:sz w:val="23"/>
        </w:rPr>
        <w:t>By day eight, stable.</w:t>
      </w:r>
    </w:p>
    <w:p>
      <w:r>
        <w:rPr>
          <w:rFonts w:ascii="Georgia" w:hAnsi="Georgia" w:eastAsia="Georgia"/>
          <w:sz w:val="23"/>
        </w:rPr>
        <w:t>“Any reason the third day rises?”</w:t>
      </w:r>
    </w:p>
    <w:p>
      <w:r>
        <w:rPr>
          <w:rFonts w:ascii="Georgia" w:hAnsi="Georgia" w:eastAsia="Georgia"/>
          <w:sz w:val="23"/>
        </w:rPr>
        <w:t>“Could be household load,” Miren said. “Could be the departed setting returning temporarily. Could be controller adaptation overshoot. Could be weather. Historical environmental detail is gone.”</w:t>
      </w:r>
    </w:p>
    <w:p>
      <w:r>
        <w:rPr>
          <w:rFonts w:ascii="Georgia" w:hAnsi="Georgia" w:eastAsia="Georgia"/>
          <w:sz w:val="23"/>
        </w:rPr>
        <w:t>“Could be the person came back for something,” Tal said.</w:t>
      </w:r>
    </w:p>
    <w:p>
      <w:r>
        <w:rPr>
          <w:rFonts w:ascii="Georgia" w:hAnsi="Georgia" w:eastAsia="Georgia"/>
          <w:sz w:val="23"/>
        </w:rPr>
        <w:t>Tessa looked at him.</w:t>
      </w:r>
    </w:p>
    <w:p>
      <w:r>
        <w:rPr>
          <w:rFonts w:ascii="Georgia" w:hAnsi="Georgia" w:eastAsia="Georgia"/>
          <w:sz w:val="23"/>
        </w:rPr>
        <w:t>He stopped.</w:t>
      </w:r>
    </w:p>
    <w:p>
      <w:r>
        <w:rPr>
          <w:rFonts w:ascii="Georgia" w:hAnsi="Georgia" w:eastAsia="Georgia"/>
          <w:sz w:val="23"/>
        </w:rPr>
        <w:t>That was identity inference.</w:t>
      </w:r>
    </w:p>
    <w:p>
      <w:r>
        <w:rPr>
          <w:rFonts w:ascii="Georgia" w:hAnsi="Georgia" w:eastAsia="Georgia"/>
          <w:sz w:val="23"/>
        </w:rPr>
        <w:t>He had permission to remember his own family.</w:t>
      </w:r>
    </w:p>
    <w:p>
      <w:r>
        <w:rPr>
          <w:rFonts w:ascii="Georgia" w:hAnsi="Georgia" w:eastAsia="Georgia"/>
          <w:sz w:val="23"/>
        </w:rPr>
        <w:t>We did not have permission to turn it into the log.</w:t>
      </w:r>
    </w:p>
    <w:p>
      <w:r>
        <w:rPr>
          <w:rFonts w:ascii="Georgia" w:hAnsi="Georgia" w:eastAsia="Georgia"/>
          <w:sz w:val="23"/>
        </w:rPr>
        <w:t>“Do not answer,” I said.</w:t>
      </w:r>
    </w:p>
    <w:p>
      <w:r>
        <w:rPr>
          <w:rFonts w:ascii="Georgia" w:hAnsi="Georgia" w:eastAsia="Georgia"/>
          <w:sz w:val="23"/>
        </w:rPr>
        <w:t>Tal closed his mouth.</w:t>
      </w:r>
    </w:p>
    <w:p>
      <w:r>
        <w:rPr>
          <w:rFonts w:ascii="Georgia" w:hAnsi="Georgia" w:eastAsia="Georgia"/>
          <w:sz w:val="23"/>
        </w:rPr>
        <w:t>The system had preserved exactly enough to invite biography and not enough to justify it.</w:t>
      </w:r>
    </w:p>
    <w:p>
      <w:r>
        <w:rPr>
          <w:rFonts w:ascii="Georgia" w:hAnsi="Georgia" w:eastAsia="Georgia"/>
          <w:sz w:val="23"/>
        </w:rPr>
        <w:t>I understood why the privacy standard had been written.</w:t>
      </w:r>
    </w:p>
    <w:p>
      <w:r>
        <w:rPr>
          <w:rFonts w:ascii="Georgia" w:hAnsi="Georgia" w:eastAsia="Georgia"/>
          <w:sz w:val="23"/>
        </w:rPr>
        <w:t>I understood why I hated it.</w:t>
      </w:r>
    </w:p>
    <w:p>
      <w:r>
        <w:rPr>
          <w:rFonts w:ascii="Georgia" w:hAnsi="Georgia" w:eastAsia="Georgia"/>
          <w:sz w:val="23"/>
        </w:rPr>
        <w:t>Both were true.</w:t>
      </w:r>
    </w:p>
    <w:p>
      <w:pPr>
        <w:spacing w:before="80" w:after="80"/>
        <w:jc w:val="center"/>
      </w:pPr>
      <w:r>
        <w:rPr>
          <w:rFonts w:ascii="Georgia" w:hAnsi="Georgia" w:eastAsia="Georgia"/>
          <w:sz w:val="23"/>
        </w:rPr>
        <w:t>§</w:t>
      </w:r>
    </w:p>
    <w:p>
      <w:r>
        <w:rPr>
          <w:rFonts w:ascii="Georgia" w:hAnsi="Georgia" w:eastAsia="Georgia"/>
          <w:sz w:val="23"/>
        </w:rPr>
        <w:t>“Show the next removal,” Tessa said.</w:t>
      </w:r>
    </w:p>
    <w:p>
      <w:r>
        <w:rPr>
          <w:rFonts w:ascii="Georgia" w:hAnsi="Georgia" w:eastAsia="Georgia"/>
          <w:sz w:val="23"/>
        </w:rPr>
        <w:t>Miren looked at her.</w:t>
      </w:r>
    </w:p>
    <w:p>
      <w:r>
        <w:rPr>
          <w:rFonts w:ascii="Georgia" w:hAnsi="Georgia" w:eastAsia="Georgia"/>
          <w:sz w:val="23"/>
        </w:rPr>
        <w:t>“The aggregate record has three unit-count changes after installation. Looking at them may let you infer events involving other household members.”</w:t>
      </w:r>
    </w:p>
    <w:p>
      <w:r>
        <w:rPr>
          <w:rFonts w:ascii="Georgia" w:hAnsi="Georgia" w:eastAsia="Georgia"/>
          <w:sz w:val="23"/>
        </w:rPr>
        <w:t>“I live here.”</w:t>
      </w:r>
    </w:p>
    <w:p>
      <w:r>
        <w:rPr>
          <w:rFonts w:ascii="Georgia" w:hAnsi="Georgia" w:eastAsia="Georgia"/>
          <w:sz w:val="23"/>
        </w:rPr>
        <w:t>“The house is yours. Their records are not.”</w:t>
      </w:r>
    </w:p>
    <w:p>
      <w:r>
        <w:rPr>
          <w:rFonts w:ascii="Georgia" w:hAnsi="Georgia" w:eastAsia="Georgia"/>
          <w:sz w:val="23"/>
        </w:rPr>
        <w:t>Tessa considered.</w:t>
      </w:r>
    </w:p>
    <w:p>
      <w:r>
        <w:rPr>
          <w:rFonts w:ascii="Georgia" w:hAnsi="Georgia" w:eastAsia="Georgia"/>
          <w:sz w:val="23"/>
        </w:rPr>
        <w:t>“Then show me only events involving a change in count without dates.”</w:t>
      </w:r>
    </w:p>
    <w:p>
      <w:r>
        <w:rPr>
          <w:rFonts w:ascii="Georgia" w:hAnsi="Georgia" w:eastAsia="Georgia"/>
          <w:sz w:val="23"/>
        </w:rPr>
        <w:t>Miren looked at me.</w:t>
      </w:r>
    </w:p>
    <w:p>
      <w:r>
        <w:rPr>
          <w:rFonts w:ascii="Georgia" w:hAnsi="Georgia" w:eastAsia="Georgia"/>
          <w:sz w:val="23"/>
        </w:rPr>
        <w:t>“Technically possible,” I said.</w:t>
      </w:r>
    </w:p>
    <w:p>
      <w:r>
        <w:rPr>
          <w:rFonts w:ascii="Georgia" w:hAnsi="Georgia" w:eastAsia="Georgia"/>
          <w:sz w:val="23"/>
        </w:rPr>
        <w:t>“I was not asking you.”</w:t>
      </w:r>
    </w:p>
    <w:p>
      <w:r>
        <w:rPr>
          <w:rFonts w:ascii="Georgia" w:hAnsi="Georgia" w:eastAsia="Georgia"/>
          <w:sz w:val="23"/>
        </w:rPr>
        <w:t>She adjusted the view.</w:t>
      </w:r>
    </w:p>
    <w:p>
      <w:r>
        <w:rPr>
          <w:rFonts w:ascii="Georgia" w:hAnsi="Georgia" w:eastAsia="Georgia"/>
          <w:sz w:val="23"/>
        </w:rPr>
        <w:t>Dates disappeared.</w:t>
      </w:r>
    </w:p>
    <w:p>
      <w:r>
        <w:rPr>
          <w:rFonts w:ascii="Georgia" w:hAnsi="Georgia" w:eastAsia="Georgia"/>
          <w:sz w:val="23"/>
        </w:rPr>
        <w:t>Three count-change events remained as anonymous transitions.</w:t>
      </w:r>
    </w:p>
    <w:p>
      <w:r>
        <w:rPr>
          <w:rFonts w:ascii="Georgia" w:hAnsi="Georgia" w:eastAsia="Georgia"/>
          <w:sz w:val="23"/>
        </w:rPr>
        <w:t>Four to three.</w:t>
      </w:r>
    </w:p>
    <w:p>
      <w:r>
        <w:rPr>
          <w:rFonts w:ascii="Georgia" w:hAnsi="Georgia" w:eastAsia="Georgia"/>
          <w:sz w:val="23"/>
        </w:rPr>
        <w:t>Three to four.</w:t>
      </w:r>
    </w:p>
    <w:p>
      <w:r>
        <w:rPr>
          <w:rFonts w:ascii="Georgia" w:hAnsi="Georgia" w:eastAsia="Georgia"/>
          <w:sz w:val="23"/>
        </w:rPr>
        <w:t>Four to three.</w:t>
      </w:r>
    </w:p>
    <w:p>
      <w:r>
        <w:rPr>
          <w:rFonts w:ascii="Georgia" w:hAnsi="Georgia" w:eastAsia="Georgia"/>
          <w:sz w:val="23"/>
        </w:rPr>
        <w:t>The first was the six-year-old departure Tal had already disclosed.</w:t>
      </w:r>
    </w:p>
    <w:p>
      <w:r>
        <w:rPr>
          <w:rFonts w:ascii="Georgia" w:hAnsi="Georgia" w:eastAsia="Georgia"/>
          <w:sz w:val="23"/>
        </w:rPr>
        <w:t>The second lasted forty-one days before returning to three.</w:t>
      </w:r>
    </w:p>
    <w:p>
      <w:r>
        <w:rPr>
          <w:rFonts w:ascii="Georgia" w:hAnsi="Georgia" w:eastAsia="Georgia"/>
          <w:sz w:val="23"/>
        </w:rPr>
        <w:t>Temporary fourth setting.</w:t>
      </w:r>
    </w:p>
    <w:p>
      <w:r>
        <w:rPr>
          <w:rFonts w:ascii="Georgia" w:hAnsi="Georgia" w:eastAsia="Georgia"/>
          <w:sz w:val="23"/>
        </w:rPr>
        <w:t>The third was permanent.</w:t>
      </w:r>
    </w:p>
    <w:p>
      <w:r>
        <w:rPr>
          <w:rFonts w:ascii="Georgia" w:hAnsi="Georgia" w:eastAsia="Georgia"/>
          <w:sz w:val="23"/>
        </w:rPr>
        <w:t>We did not identify who.</w:t>
      </w:r>
    </w:p>
    <w:p>
      <w:r>
        <w:rPr>
          <w:rFonts w:ascii="Georgia" w:hAnsi="Georgia" w:eastAsia="Georgia"/>
          <w:sz w:val="23"/>
        </w:rPr>
        <w:t>I compared the stabilization curves.</w:t>
      </w:r>
    </w:p>
    <w:p>
      <w:r>
        <w:rPr>
          <w:rFonts w:ascii="Georgia" w:hAnsi="Georgia" w:eastAsia="Georgia"/>
          <w:sz w:val="23"/>
        </w:rPr>
        <w:t>Four to three, disclosed departure: eight days.</w:t>
      </w:r>
    </w:p>
    <w:p>
      <w:r>
        <w:rPr>
          <w:rFonts w:ascii="Georgia" w:hAnsi="Georgia" w:eastAsia="Georgia"/>
          <w:sz w:val="23"/>
        </w:rPr>
        <w:t>Three to four, temporary addition: eleven days.</w:t>
      </w:r>
    </w:p>
    <w:p>
      <w:r>
        <w:rPr>
          <w:rFonts w:ascii="Georgia" w:hAnsi="Georgia" w:eastAsia="Georgia"/>
          <w:sz w:val="23"/>
        </w:rPr>
        <w:t>Four to three, second removal: seven days.</w:t>
      </w:r>
    </w:p>
    <w:p>
      <w:r>
        <w:rPr>
          <w:rFonts w:ascii="Georgia" w:hAnsi="Georgia" w:eastAsia="Georgia"/>
          <w:sz w:val="23"/>
        </w:rPr>
        <w:t>Miren pulled the engineering reference population from the standard.</w:t>
      </w:r>
    </w:p>
    <w:p>
      <w:r>
        <w:rPr>
          <w:rFonts w:ascii="Georgia" w:hAnsi="Georgia" w:eastAsia="Georgia"/>
          <w:sz w:val="23"/>
        </w:rPr>
        <w:t>Median stabilization for a count change under that controller generation: thirty-one hours.</w:t>
      </w:r>
    </w:p>
    <w:p>
      <w:r>
        <w:rPr>
          <w:rFonts w:ascii="Georgia" w:hAnsi="Georgia" w:eastAsia="Georgia"/>
          <w:sz w:val="23"/>
        </w:rPr>
        <w:t>Ninetieth percentile: four point two days.</w:t>
      </w:r>
    </w:p>
    <w:p>
      <w:r>
        <w:rPr>
          <w:rFonts w:ascii="Georgia" w:hAnsi="Georgia" w:eastAsia="Georgia"/>
          <w:sz w:val="23"/>
        </w:rPr>
        <w:t>Tal’s household had taken nearly twice the ninetieth percentile on all three transitions.</w:t>
      </w:r>
    </w:p>
    <w:p>
      <w:r>
        <w:rPr>
          <w:rFonts w:ascii="Georgia" w:hAnsi="Georgia" w:eastAsia="Georgia"/>
          <w:sz w:val="23"/>
        </w:rPr>
        <w:t>I felt the first pull of a pattern.</w:t>
      </w:r>
    </w:p>
    <w:p>
      <w:r>
        <w:rPr>
          <w:rFonts w:ascii="Georgia" w:hAnsi="Georgia" w:eastAsia="Georgia"/>
          <w:sz w:val="23"/>
        </w:rPr>
        <w:t>I did not trust it.</w:t>
      </w:r>
    </w:p>
    <w:p>
      <w:r>
        <w:rPr>
          <w:rFonts w:ascii="Georgia" w:hAnsi="Georgia" w:eastAsia="Georgia"/>
          <w:sz w:val="23"/>
        </w:rPr>
        <w:t>“House geometry,” I said.</w:t>
      </w:r>
    </w:p>
    <w:p>
      <w:r>
        <w:rPr>
          <w:rFonts w:ascii="Georgia" w:hAnsi="Georgia" w:eastAsia="Georgia"/>
          <w:sz w:val="23"/>
        </w:rPr>
        <w:t>Miren nodded.</w:t>
      </w:r>
    </w:p>
    <w:p>
      <w:r>
        <w:rPr>
          <w:rFonts w:ascii="Georgia" w:hAnsi="Georgia" w:eastAsia="Georgia"/>
          <w:sz w:val="23"/>
        </w:rPr>
        <w:t>“Older brick. Mixed conductive retrofit. Two floors. Long cable runs. Four intimate settings with different mass classes. All known contributors to slower stabilization.”</w:t>
      </w:r>
    </w:p>
    <w:p>
      <w:r>
        <w:rPr>
          <w:rFonts w:ascii="Georgia" w:hAnsi="Georgia" w:eastAsia="Georgia"/>
          <w:sz w:val="23"/>
        </w:rPr>
        <w:t>“Controller fault history?”</w:t>
      </w:r>
    </w:p>
    <w:p>
      <w:r>
        <w:rPr>
          <w:rFonts w:ascii="Georgia" w:hAnsi="Georgia" w:eastAsia="Georgia"/>
          <w:sz w:val="23"/>
        </w:rPr>
        <w:t>“None.”</w:t>
      </w:r>
    </w:p>
    <w:p>
      <w:r>
        <w:rPr>
          <w:rFonts w:ascii="Georgia" w:hAnsi="Georgia" w:eastAsia="Georgia"/>
          <w:sz w:val="23"/>
        </w:rPr>
        <w:t>“Reference noise?”</w:t>
      </w:r>
    </w:p>
    <w:p>
      <w:r>
        <w:rPr>
          <w:rFonts w:ascii="Georgia" w:hAnsi="Georgia" w:eastAsia="Georgia"/>
          <w:sz w:val="23"/>
        </w:rPr>
        <w:t>“Higher than modern standard.”</w:t>
      </w:r>
    </w:p>
    <w:p>
      <w:r>
        <w:rPr>
          <w:rFonts w:ascii="Georgia" w:hAnsi="Georgia" w:eastAsia="Georgia"/>
          <w:sz w:val="23"/>
        </w:rPr>
        <w:t>“Enough to explain eight days?”</w:t>
      </w:r>
    </w:p>
    <w:p>
      <w:r>
        <w:rPr>
          <w:rFonts w:ascii="Georgia" w:hAnsi="Georgia" w:eastAsia="Georgia"/>
          <w:sz w:val="23"/>
        </w:rPr>
        <w:t>“Possibly.”</w:t>
      </w:r>
    </w:p>
    <w:p>
      <w:r>
        <w:rPr>
          <w:rFonts w:ascii="Georgia" w:hAnsi="Georgia" w:eastAsia="Georgia"/>
          <w:sz w:val="23"/>
        </w:rPr>
        <w:t>Possibly was doing correct work.</w:t>
      </w:r>
    </w:p>
    <w:p>
      <w:r>
        <w:rPr>
          <w:rFonts w:ascii="Georgia" w:hAnsi="Georgia" w:eastAsia="Georgia"/>
          <w:sz w:val="23"/>
        </w:rPr>
        <w:t>Tessa watched the curves.</w:t>
      </w:r>
    </w:p>
    <w:p>
      <w:r>
        <w:rPr>
          <w:rFonts w:ascii="Georgia" w:hAnsi="Georgia" w:eastAsia="Georgia"/>
          <w:sz w:val="23"/>
        </w:rPr>
        <w:t>“So you still have nothing.”</w:t>
      </w:r>
    </w:p>
    <w:p>
      <w:r>
        <w:rPr>
          <w:rFonts w:ascii="Georgia" w:hAnsi="Georgia" w:eastAsia="Georgia"/>
          <w:sz w:val="23"/>
        </w:rPr>
        <w:t>“We have a household that rebalanced slowly.”</w:t>
      </w:r>
    </w:p>
    <w:p>
      <w:r>
        <w:rPr>
          <w:rFonts w:ascii="Georgia" w:hAnsi="Georgia" w:eastAsia="Georgia"/>
          <w:sz w:val="23"/>
        </w:rPr>
        <w:t>“Which is nothing unusual enough to matter.”</w:t>
      </w:r>
    </w:p>
    <w:p>
      <w:r>
        <w:rPr>
          <w:rFonts w:ascii="Georgia" w:hAnsi="Georgia" w:eastAsia="Georgia"/>
          <w:sz w:val="23"/>
        </w:rPr>
        <w:t>“Correct.”</w:t>
      </w:r>
    </w:p>
    <w:p>
      <w:r>
        <w:rPr>
          <w:rFonts w:ascii="Georgia" w:hAnsi="Georgia" w:eastAsia="Georgia"/>
          <w:sz w:val="23"/>
        </w:rPr>
        <w:t>“Then why are you still looking?”</w:t>
      </w:r>
    </w:p>
    <w:p>
      <w:r>
        <w:rPr>
          <w:rFonts w:ascii="Georgia" w:hAnsi="Georgia" w:eastAsia="Georgia"/>
          <w:sz w:val="23"/>
        </w:rPr>
        <w:t>“Because Ivena and Sera gave us a reason to stop discarding long co-contact as irrelevant history. Not a reason to promote every slow controller into Kaethe behavior.”</w:t>
      </w:r>
    </w:p>
    <w:p>
      <w:r>
        <w:rPr>
          <w:rFonts w:ascii="Georgia" w:hAnsi="Georgia" w:eastAsia="Georgia"/>
          <w:sz w:val="23"/>
        </w:rPr>
        <w:t>Tessa nodded once.</w:t>
      </w:r>
    </w:p>
    <w:p>
      <w:r>
        <w:rPr>
          <w:rFonts w:ascii="Georgia" w:hAnsi="Georgia" w:eastAsia="Georgia"/>
          <w:sz w:val="23"/>
        </w:rPr>
        <w:t>That was the most approval I expected.</w:t>
      </w:r>
    </w:p>
    <w:p>
      <w:r>
        <w:rPr>
          <w:rFonts w:ascii="Georgia" w:hAnsi="Georgia" w:eastAsia="Georgia"/>
          <w:sz w:val="23"/>
        </w:rPr>
        <w:t>Then Miren said, “There is another comparison.”</w:t>
      </w:r>
    </w:p>
    <w:p>
      <w:r>
        <w:rPr>
          <w:rFonts w:ascii="Georgia" w:hAnsi="Georgia" w:eastAsia="Georgia"/>
          <w:sz w:val="23"/>
        </w:rPr>
        <w:t>I looked at her.</w:t>
      </w:r>
    </w:p>
    <w:p>
      <w:r>
        <w:rPr>
          <w:rFonts w:ascii="Georgia" w:hAnsi="Georgia" w:eastAsia="Georgia"/>
          <w:sz w:val="23"/>
        </w:rPr>
        <w:t>She had opened the controller replacement records.</w:t>
      </w:r>
    </w:p>
    <w:p>
      <w:r>
        <w:rPr>
          <w:rFonts w:ascii="Georgia" w:hAnsi="Georgia" w:eastAsia="Georgia"/>
          <w:sz w:val="23"/>
        </w:rPr>
        <w:t>Not the count changes.</w:t>
      </w:r>
    </w:p>
    <w:p>
      <w:r>
        <w:rPr>
          <w:rFonts w:ascii="Georgia" w:hAnsi="Georgia" w:eastAsia="Georgia"/>
          <w:sz w:val="23"/>
        </w:rPr>
        <w:t>The replacements.</w:t>
      </w:r>
    </w:p>
    <w:p>
      <w:r>
        <w:rPr>
          <w:rFonts w:ascii="Georgia" w:hAnsi="Georgia" w:eastAsia="Georgia"/>
          <w:sz w:val="23"/>
        </w:rPr>
        <w:t>“Both later controllers inherited the household profile,” she said. “But each unit also ran a mandatory forty-minute isolated commissioning period before profile import.”</w:t>
      </w:r>
    </w:p>
    <w:p>
      <w:r>
        <w:rPr>
          <w:rFonts w:ascii="Georgia" w:hAnsi="Georgia" w:eastAsia="Georgia"/>
          <w:sz w:val="23"/>
        </w:rPr>
        <w:t>“Isolated from what?”</w:t>
      </w:r>
    </w:p>
    <w:p>
      <w:r>
        <w:rPr>
          <w:rFonts w:ascii="Georgia" w:hAnsi="Georgia" w:eastAsia="Georgia"/>
          <w:sz w:val="23"/>
        </w:rPr>
        <w:t>“Imported state. The settings remain physically present and fall back to local mode while the controller verifies its own reference generator.”</w:t>
      </w:r>
    </w:p>
    <w:p>
      <w:r>
        <w:rPr>
          <w:rFonts w:ascii="Georgia" w:hAnsi="Georgia" w:eastAsia="Georgia"/>
          <w:sz w:val="23"/>
        </w:rPr>
        <w:t>I leaned closer.</w:t>
      </w:r>
    </w:p>
    <w:p>
      <w:r>
        <w:rPr>
          <w:rFonts w:ascii="Georgia" w:hAnsi="Georgia" w:eastAsia="Georgia"/>
          <w:sz w:val="23"/>
        </w:rPr>
        <w:t>“Aggregate setting compensation during commissioning?”</w:t>
      </w:r>
    </w:p>
    <w:p>
      <w:r>
        <w:rPr>
          <w:rFonts w:ascii="Georgia" w:hAnsi="Georgia" w:eastAsia="Georgia"/>
          <w:sz w:val="23"/>
        </w:rPr>
        <w:t>“Preserved for certification. No unit identities.”</w:t>
      </w:r>
    </w:p>
    <w:p>
      <w:r>
        <w:rPr>
          <w:rFonts w:ascii="Georgia" w:hAnsi="Georgia" w:eastAsia="Georgia"/>
          <w:sz w:val="23"/>
        </w:rPr>
        <w:t>She displayed controller two.</w:t>
      </w:r>
    </w:p>
    <w:p>
      <w:r>
        <w:rPr>
          <w:rFonts w:ascii="Georgia" w:hAnsi="Georgia" w:eastAsia="Georgia"/>
          <w:sz w:val="23"/>
        </w:rPr>
        <w:t>Four settings, local mode, no common reference.</w:t>
      </w:r>
    </w:p>
    <w:p>
      <w:r>
        <w:rPr>
          <w:rFonts w:ascii="Georgia" w:hAnsi="Georgia" w:eastAsia="Georgia"/>
          <w:sz w:val="23"/>
        </w:rPr>
        <w:t>Aggregate correction load rose immediately.</w:t>
      </w:r>
    </w:p>
    <w:p>
      <w:r>
        <w:rPr>
          <w:rFonts w:ascii="Georgia" w:hAnsi="Georgia" w:eastAsia="Georgia"/>
          <w:sz w:val="23"/>
        </w:rPr>
        <w:t>Expected.</w:t>
      </w:r>
    </w:p>
    <w:p>
      <w:r>
        <w:rPr>
          <w:rFonts w:ascii="Georgia" w:hAnsi="Georgia" w:eastAsia="Georgia"/>
          <w:sz w:val="23"/>
        </w:rPr>
        <w:t>Then it fell.</w:t>
      </w:r>
    </w:p>
    <w:p>
      <w:r>
        <w:rPr>
          <w:rFonts w:ascii="Georgia" w:hAnsi="Georgia" w:eastAsia="Georgia"/>
          <w:sz w:val="23"/>
        </w:rPr>
        <w:t>Not when the profile imported.</w:t>
      </w:r>
    </w:p>
    <w:p>
      <w:r>
        <w:rPr>
          <w:rFonts w:ascii="Georgia" w:hAnsi="Georgia" w:eastAsia="Georgia"/>
          <w:sz w:val="23"/>
        </w:rPr>
        <w:t>Before.</w:t>
      </w:r>
    </w:p>
    <w:p>
      <w:r>
        <w:rPr>
          <w:rFonts w:ascii="Georgia" w:hAnsi="Georgia" w:eastAsia="Georgia"/>
          <w:sz w:val="23"/>
        </w:rPr>
        <w:t>The first controller replacement showed a twenty-eight percent reduction in aggregate correction during the thirty-seven minutes the new controller was still isolated.</w:t>
      </w:r>
    </w:p>
    <w:p>
      <w:r>
        <w:rPr>
          <w:rFonts w:ascii="Georgia" w:hAnsi="Georgia" w:eastAsia="Georgia"/>
          <w:sz w:val="23"/>
        </w:rPr>
        <w:t>Controller three showed thirty-one percent.</w:t>
      </w:r>
    </w:p>
    <w:p>
      <w:r>
        <w:rPr>
          <w:rFonts w:ascii="Georgia" w:hAnsi="Georgia" w:eastAsia="Georgia"/>
          <w:sz w:val="23"/>
        </w:rPr>
        <w:t>“What is the expected local-mode behavior?” I asked.</w:t>
      </w:r>
    </w:p>
    <w:p>
      <w:r>
        <w:rPr>
          <w:rFonts w:ascii="Georgia" w:hAnsi="Georgia" w:eastAsia="Georgia"/>
          <w:sz w:val="23"/>
        </w:rPr>
        <w:t>Miren found the certification note.</w:t>
      </w:r>
    </w:p>
    <w:p>
      <w:r>
        <w:rPr>
          <w:rFonts w:ascii="Georgia" w:hAnsi="Georgia" w:eastAsia="Georgia"/>
          <w:sz w:val="23"/>
        </w:rPr>
        <w:t>“It should remain elevated until common reference resumes. Reduction can occur as each setting adapts locally to the room.”</w:t>
      </w:r>
    </w:p>
    <w:p>
      <w:r>
        <w:rPr>
          <w:rFonts w:ascii="Georgia" w:hAnsi="Georgia" w:eastAsia="Georgia"/>
          <w:sz w:val="23"/>
        </w:rPr>
        <w:t>“In thirty-seven minutes?”</w:t>
      </w:r>
    </w:p>
    <w:p>
      <w:r>
        <w:rPr>
          <w:rFonts w:ascii="Georgia" w:hAnsi="Georgia" w:eastAsia="Georgia"/>
          <w:sz w:val="23"/>
        </w:rPr>
        <w:t>“Yes.”</w:t>
      </w:r>
    </w:p>
    <w:p>
      <w:r>
        <w:rPr>
          <w:rFonts w:ascii="Georgia" w:hAnsi="Georgia" w:eastAsia="Georgia"/>
          <w:sz w:val="23"/>
        </w:rPr>
        <w:t>“Across all settings?”</w:t>
      </w:r>
    </w:p>
    <w:p>
      <w:r>
        <w:rPr>
          <w:rFonts w:ascii="Georgia" w:hAnsi="Georgia" w:eastAsia="Georgia"/>
          <w:sz w:val="23"/>
        </w:rPr>
        <w:t>“Aggregate only. We cannot tell whether all adapted or one did most of the work.”</w:t>
      </w:r>
    </w:p>
    <w:p>
      <w:r>
        <w:rPr>
          <w:rFonts w:ascii="Georgia" w:hAnsi="Georgia" w:eastAsia="Georgia"/>
          <w:sz w:val="23"/>
        </w:rPr>
        <w:t>Tal said, “Does that mean they were already used to each other?”</w:t>
      </w:r>
    </w:p>
    <w:p>
      <w:r>
        <w:rPr>
          <w:rFonts w:ascii="Georgia" w:hAnsi="Georgia" w:eastAsia="Georgia"/>
          <w:sz w:val="23"/>
        </w:rPr>
        <w:t>“No,” I said.</w:t>
      </w:r>
    </w:p>
    <w:p>
      <w:r>
        <w:rPr>
          <w:rFonts w:ascii="Georgia" w:hAnsi="Georgia" w:eastAsia="Georgia"/>
          <w:sz w:val="23"/>
        </w:rPr>
        <w:t>Too fast.</w:t>
      </w:r>
    </w:p>
    <w:p>
      <w:r>
        <w:rPr>
          <w:rFonts w:ascii="Georgia" w:hAnsi="Georgia" w:eastAsia="Georgia"/>
          <w:sz w:val="23"/>
        </w:rPr>
        <w:t>I corrected.</w:t>
      </w:r>
    </w:p>
    <w:p>
      <w:r>
        <w:rPr>
          <w:rFonts w:ascii="Georgia" w:hAnsi="Georgia" w:eastAsia="Georgia"/>
          <w:sz w:val="23"/>
        </w:rPr>
        <w:t>“It does not establish that.”</w:t>
      </w:r>
    </w:p>
    <w:p>
      <w:r>
        <w:rPr>
          <w:rFonts w:ascii="Georgia" w:hAnsi="Georgia" w:eastAsia="Georgia"/>
          <w:sz w:val="23"/>
        </w:rPr>
        <w:t>Tessa’s eyes stayed on the graph.</w:t>
      </w:r>
    </w:p>
    <w:p>
      <w:r>
        <w:rPr>
          <w:rFonts w:ascii="Georgia" w:hAnsi="Georgia" w:eastAsia="Georgia"/>
          <w:sz w:val="23"/>
        </w:rPr>
        <w:t>“What else could it mean?”</w:t>
      </w:r>
    </w:p>
    <w:p>
      <w:r>
        <w:rPr>
          <w:rFonts w:ascii="Georgia" w:hAnsi="Georgia" w:eastAsia="Georgia"/>
          <w:sz w:val="23"/>
        </w:rPr>
        <w:t>“The settings had each spent years adapting to the same physical house. Same line noise. Same vibration. Same room temperatures. Same human routines. Remove the shared clock and they still occupy familiar local environments.”</w:t>
      </w:r>
    </w:p>
    <w:p>
      <w:r>
        <w:rPr>
          <w:rFonts w:ascii="Georgia" w:hAnsi="Georgia" w:eastAsia="Georgia"/>
          <w:sz w:val="23"/>
        </w:rPr>
        <w:t>“That sounds like being used to each other with extra nouns.”</w:t>
      </w:r>
    </w:p>
    <w:p>
      <w:r>
        <w:rPr>
          <w:rFonts w:ascii="Georgia" w:hAnsi="Georgia" w:eastAsia="Georgia"/>
          <w:sz w:val="23"/>
        </w:rPr>
        <w:t>“It is being used to the same environment. Those are not interchangeable claims.”</w:t>
      </w:r>
    </w:p>
    <w:p>
      <w:r>
        <w:rPr>
          <w:rFonts w:ascii="Georgia" w:hAnsi="Georgia" w:eastAsia="Georgia"/>
          <w:sz w:val="23"/>
        </w:rPr>
        <w:t>“Can you separate them?”</w:t>
      </w:r>
    </w:p>
    <w:p>
      <w:r>
        <w:rPr>
          <w:rFonts w:ascii="Georgia" w:hAnsi="Georgia" w:eastAsia="Georgia"/>
          <w:sz w:val="23"/>
        </w:rPr>
        <w:t>I looked at the service cavity.</w:t>
      </w:r>
    </w:p>
    <w:p>
      <w:r>
        <w:rPr>
          <w:rFonts w:ascii="Georgia" w:hAnsi="Georgia" w:eastAsia="Georgia"/>
          <w:sz w:val="23"/>
        </w:rPr>
        <w:t>At Tal.</w:t>
      </w:r>
    </w:p>
    <w:p>
      <w:r>
        <w:rPr>
          <w:rFonts w:ascii="Georgia" w:hAnsi="Georgia" w:eastAsia="Georgia"/>
          <w:sz w:val="23"/>
        </w:rPr>
        <w:t>At Tessa.</w:t>
      </w:r>
    </w:p>
    <w:p>
      <w:r>
        <w:rPr>
          <w:rFonts w:ascii="Georgia" w:hAnsi="Georgia" w:eastAsia="Georgia"/>
          <w:sz w:val="23"/>
        </w:rPr>
        <w:t>At the two settings they were wearing.</w:t>
      </w:r>
    </w:p>
    <w:p>
      <w:r>
        <w:rPr>
          <w:rFonts w:ascii="Georgia" w:hAnsi="Georgia" w:eastAsia="Georgia"/>
          <w:sz w:val="23"/>
        </w:rPr>
        <w:t>To separate environmental familiarity from setting-to-setting history, we could put each setting in a new controlled environment with no common reference and compare behavior.</w:t>
      </w:r>
    </w:p>
    <w:p>
      <w:r>
        <w:rPr>
          <w:rFonts w:ascii="Georgia" w:hAnsi="Georgia" w:eastAsia="Georgia"/>
          <w:sz w:val="23"/>
        </w:rPr>
        <w:t>That required moving people.</w:t>
      </w:r>
    </w:p>
    <w:p>
      <w:r>
        <w:rPr>
          <w:rFonts w:ascii="Georgia" w:hAnsi="Georgia" w:eastAsia="Georgia"/>
          <w:sz w:val="23"/>
        </w:rPr>
        <w:t>Or moving settings.</w:t>
      </w:r>
    </w:p>
    <w:p>
      <w:r>
        <w:rPr>
          <w:rFonts w:ascii="Georgia" w:hAnsi="Georgia" w:eastAsia="Georgia"/>
          <w:sz w:val="23"/>
        </w:rPr>
        <w:t>Or altering contact fields.</w:t>
      </w:r>
    </w:p>
    <w:p>
      <w:r>
        <w:rPr>
          <w:rFonts w:ascii="Georgia" w:hAnsi="Georgia" w:eastAsia="Georgia"/>
          <w:sz w:val="23"/>
        </w:rPr>
        <w:t>The clean experiment existed.</w:t>
      </w:r>
    </w:p>
    <w:p>
      <w:r>
        <w:rPr>
          <w:rFonts w:ascii="Georgia" w:hAnsi="Georgia" w:eastAsia="Georgia"/>
          <w:sz w:val="23"/>
        </w:rPr>
        <w:t>So did the cost.</w:t>
      </w:r>
    </w:p>
    <w:p>
      <w:r>
        <w:rPr>
          <w:rFonts w:ascii="Georgia" w:hAnsi="Georgia" w:eastAsia="Georgia"/>
          <w:sz w:val="23"/>
        </w:rPr>
        <w:t>“Yes,” I said.</w:t>
      </w:r>
    </w:p>
    <w:p>
      <w:r>
        <w:rPr>
          <w:rFonts w:ascii="Georgia" w:hAnsi="Georgia" w:eastAsia="Georgia"/>
          <w:sz w:val="23"/>
        </w:rPr>
        <w:t>Tessa’s expression changed.</w:t>
      </w:r>
    </w:p>
    <w:p>
      <w:r>
        <w:rPr>
          <w:rFonts w:ascii="Georgia" w:hAnsi="Georgia" w:eastAsia="Georgia"/>
          <w:sz w:val="23"/>
        </w:rPr>
        <w:t>“Are you going to?”</w:t>
      </w:r>
    </w:p>
    <w:p>
      <w:r>
        <w:rPr>
          <w:rFonts w:ascii="Georgia" w:hAnsi="Georgia" w:eastAsia="Georgia"/>
          <w:sz w:val="23"/>
        </w:rPr>
        <w:t>“No.”</w:t>
      </w:r>
    </w:p>
    <w:p>
      <w:r>
        <w:rPr>
          <w:rFonts w:ascii="Georgia" w:hAnsi="Georgia" w:eastAsia="Georgia"/>
          <w:sz w:val="23"/>
        </w:rPr>
        <w:t>Tal looked at me.</w:t>
      </w:r>
    </w:p>
    <w:p>
      <w:r>
        <w:rPr>
          <w:rFonts w:ascii="Georgia" w:hAnsi="Georgia" w:eastAsia="Georgia"/>
          <w:sz w:val="23"/>
        </w:rPr>
        <w:t>“Why not?”</w:t>
      </w:r>
    </w:p>
    <w:p>
      <w:r>
        <w:rPr>
          <w:rFonts w:ascii="Georgia" w:hAnsi="Georgia" w:eastAsia="Georgia"/>
          <w:sz w:val="23"/>
        </w:rPr>
        <w:t>“Because you came for a liner yesterday. Your sister gave us access to a household log. Neither of you volunteered to become a controlled co-contact separation trial.”</w:t>
      </w:r>
    </w:p>
    <w:p>
      <w:r>
        <w:rPr>
          <w:rFonts w:ascii="Georgia" w:hAnsi="Georgia" w:eastAsia="Georgia"/>
          <w:sz w:val="23"/>
        </w:rPr>
        <w:t>Tessa sat back.</w:t>
      </w:r>
    </w:p>
    <w:p>
      <w:r>
        <w:rPr>
          <w:rFonts w:ascii="Georgia" w:hAnsi="Georgia" w:eastAsia="Georgia"/>
          <w:sz w:val="23"/>
        </w:rPr>
        <w:t>“Keep it that way.”</w:t>
      </w:r>
    </w:p>
    <w:p>
      <w:pPr>
        <w:spacing w:before="80" w:after="80"/>
        <w:jc w:val="center"/>
      </w:pPr>
      <w:r>
        <w:rPr>
          <w:rFonts w:ascii="Georgia" w:hAnsi="Georgia" w:eastAsia="Georgia"/>
          <w:sz w:val="23"/>
        </w:rPr>
        <w:t>§</w:t>
      </w:r>
    </w:p>
    <w:p>
      <w:r>
        <w:rPr>
          <w:rFonts w:ascii="Georgia" w:hAnsi="Georgia" w:eastAsia="Georgia"/>
          <w:sz w:val="23"/>
        </w:rPr>
        <w:t>We could do less.</w:t>
      </w:r>
    </w:p>
    <w:p>
      <w:r>
        <w:rPr>
          <w:rFonts w:ascii="Georgia" w:hAnsi="Georgia" w:eastAsia="Georgia"/>
          <w:sz w:val="23"/>
        </w:rPr>
        <w:t>That became the afternoon.</w:t>
      </w:r>
    </w:p>
    <w:p>
      <w:r>
        <w:rPr>
          <w:rFonts w:ascii="Georgia" w:hAnsi="Georgia" w:eastAsia="Georgia"/>
          <w:sz w:val="23"/>
        </w:rPr>
        <w:t>No field changes.</w:t>
      </w:r>
    </w:p>
    <w:p>
      <w:r>
        <w:rPr>
          <w:rFonts w:ascii="Georgia" w:hAnsi="Georgia" w:eastAsia="Georgia"/>
          <w:sz w:val="23"/>
        </w:rPr>
        <w:t>No setting removal.</w:t>
      </w:r>
    </w:p>
    <w:p>
      <w:r>
        <w:rPr>
          <w:rFonts w:ascii="Georgia" w:hAnsi="Georgia" w:eastAsia="Georgia"/>
          <w:sz w:val="23"/>
        </w:rPr>
        <w:t>No engineered separation.</w:t>
      </w:r>
    </w:p>
    <w:p>
      <w:r>
        <w:rPr>
          <w:rFonts w:ascii="Georgia" w:hAnsi="Georgia" w:eastAsia="Georgia"/>
          <w:sz w:val="23"/>
        </w:rPr>
        <w:t>We disconnected the concordance controller from the network while leaving its local reference active.</w:t>
      </w:r>
    </w:p>
    <w:p>
      <w:r>
        <w:rPr>
          <w:rFonts w:ascii="Georgia" w:hAnsi="Georgia" w:eastAsia="Georgia"/>
          <w:sz w:val="23"/>
        </w:rPr>
        <w:t>Routine service state.</w:t>
      </w:r>
    </w:p>
    <w:p>
      <w:r>
        <w:rPr>
          <w:rFonts w:ascii="Georgia" w:hAnsi="Georgia" w:eastAsia="Georgia"/>
          <w:sz w:val="23"/>
        </w:rPr>
        <w:t>No effect.</w:t>
      </w:r>
    </w:p>
    <w:p>
      <w:r>
        <w:rPr>
          <w:rFonts w:ascii="Georgia" w:hAnsi="Georgia" w:eastAsia="Georgia"/>
          <w:sz w:val="23"/>
        </w:rPr>
        <w:t>We switched the controller to backup reference.</w:t>
      </w:r>
    </w:p>
    <w:p>
      <w:r>
        <w:rPr>
          <w:rFonts w:ascii="Georgia" w:hAnsi="Georgia" w:eastAsia="Georgia"/>
          <w:sz w:val="23"/>
        </w:rPr>
        <w:t>Routine quarterly test.</w:t>
      </w:r>
    </w:p>
    <w:p>
      <w:r>
        <w:rPr>
          <w:rFonts w:ascii="Georgia" w:hAnsi="Georgia" w:eastAsia="Georgia"/>
          <w:sz w:val="23"/>
        </w:rPr>
        <w:t>Tal consented.</w:t>
      </w:r>
    </w:p>
    <w:p>
      <w:r>
        <w:rPr>
          <w:rFonts w:ascii="Georgia" w:hAnsi="Georgia" w:eastAsia="Georgia"/>
          <w:sz w:val="23"/>
        </w:rPr>
        <w:t>Tessa consented separately.</w:t>
      </w:r>
    </w:p>
    <w:p>
      <w:r>
        <w:rPr>
          <w:rFonts w:ascii="Georgia" w:hAnsi="Georgia" w:eastAsia="Georgia"/>
          <w:sz w:val="23"/>
        </w:rPr>
        <w:t>The reference phase shifted within domestic tolerance.</w:t>
      </w:r>
    </w:p>
    <w:p>
      <w:r>
        <w:rPr>
          <w:rFonts w:ascii="Georgia" w:hAnsi="Georgia" w:eastAsia="Georgia"/>
          <w:sz w:val="23"/>
        </w:rPr>
        <w:t>Both settings reacquired in under two seconds.</w:t>
      </w:r>
    </w:p>
    <w:p>
      <w:r>
        <w:rPr>
          <w:rFonts w:ascii="Georgia" w:hAnsi="Georgia" w:eastAsia="Georgia"/>
          <w:sz w:val="23"/>
        </w:rPr>
        <w:t>No symptoms.</w:t>
      </w:r>
    </w:p>
    <w:p>
      <w:r>
        <w:rPr>
          <w:rFonts w:ascii="Georgia" w:hAnsi="Georgia" w:eastAsia="Georgia"/>
          <w:sz w:val="23"/>
        </w:rPr>
        <w:t>No unusual correction load.</w:t>
      </w:r>
    </w:p>
    <w:p>
      <w:r>
        <w:rPr>
          <w:rFonts w:ascii="Georgia" w:hAnsi="Georgia" w:eastAsia="Georgia"/>
          <w:sz w:val="23"/>
        </w:rPr>
        <w:t>We returned to primary.</w:t>
      </w:r>
    </w:p>
    <w:p>
      <w:r>
        <w:rPr>
          <w:rFonts w:ascii="Georgia" w:hAnsi="Georgia" w:eastAsia="Georgia"/>
          <w:sz w:val="23"/>
        </w:rPr>
        <w:t>Same result.</w:t>
      </w:r>
    </w:p>
    <w:p>
      <w:r>
        <w:rPr>
          <w:rFonts w:ascii="Georgia" w:hAnsi="Georgia" w:eastAsia="Georgia"/>
          <w:sz w:val="23"/>
        </w:rPr>
        <w:t>Then Miren opened the commissioning archive from controller one.</w:t>
      </w:r>
    </w:p>
    <w:p>
      <w:r>
        <w:rPr>
          <w:rFonts w:ascii="Georgia" w:hAnsi="Georgia" w:eastAsia="Georgia"/>
          <w:sz w:val="23"/>
        </w:rPr>
        <w:t>The original installation.</w:t>
      </w:r>
    </w:p>
    <w:p>
      <w:r>
        <w:rPr>
          <w:rFonts w:ascii="Georgia" w:hAnsi="Georgia" w:eastAsia="Georgia"/>
          <w:sz w:val="23"/>
        </w:rPr>
        <w:t>No inherited profile.</w:t>
      </w:r>
    </w:p>
    <w:p>
      <w:r>
        <w:rPr>
          <w:rFonts w:ascii="Georgia" w:hAnsi="Georgia" w:eastAsia="Georgia"/>
          <w:sz w:val="23"/>
        </w:rPr>
        <w:t>Four settings entered one common reference for the first time.</w:t>
      </w:r>
    </w:p>
    <w:p>
      <w:r>
        <w:rPr>
          <w:rFonts w:ascii="Georgia" w:hAnsi="Georgia" w:eastAsia="Georgia"/>
          <w:sz w:val="23"/>
        </w:rPr>
        <w:t>Aggregate correction load declined over nine days.</w:t>
      </w:r>
    </w:p>
    <w:p>
      <w:r>
        <w:rPr>
          <w:rFonts w:ascii="Georgia" w:hAnsi="Georgia" w:eastAsia="Georgia"/>
          <w:sz w:val="23"/>
        </w:rPr>
        <w:t>That was expected.</w:t>
      </w:r>
    </w:p>
    <w:p>
      <w:r>
        <w:rPr>
          <w:rFonts w:ascii="Georgia" w:hAnsi="Georgia" w:eastAsia="Georgia"/>
          <w:sz w:val="23"/>
        </w:rPr>
        <w:t>She overlaid controller two’s isolated commissioning period.</w:t>
      </w:r>
    </w:p>
    <w:p>
      <w:r>
        <w:rPr>
          <w:rFonts w:ascii="Georgia" w:hAnsi="Georgia" w:eastAsia="Georgia"/>
          <w:sz w:val="23"/>
        </w:rPr>
        <w:t>No imported profile yet.</w:t>
      </w:r>
    </w:p>
    <w:p>
      <w:r>
        <w:rPr>
          <w:rFonts w:ascii="Georgia" w:hAnsi="Georgia" w:eastAsia="Georgia"/>
          <w:sz w:val="23"/>
        </w:rPr>
        <w:t>Same house.</w:t>
      </w:r>
    </w:p>
    <w:p>
      <w:r>
        <w:rPr>
          <w:rFonts w:ascii="Georgia" w:hAnsi="Georgia" w:eastAsia="Georgia"/>
          <w:sz w:val="23"/>
        </w:rPr>
        <w:t>Same four settings, as far as aggregate count showed.</w:t>
      </w:r>
    </w:p>
    <w:p>
      <w:r>
        <w:rPr>
          <w:rFonts w:ascii="Georgia" w:hAnsi="Georgia" w:eastAsia="Georgia"/>
          <w:sz w:val="23"/>
        </w:rPr>
        <w:t>Correction load began lower than at original installation and fell faster.</w:t>
      </w:r>
    </w:p>
    <w:p>
      <w:r>
        <w:rPr>
          <w:rFonts w:ascii="Georgia" w:hAnsi="Georgia" w:eastAsia="Georgia"/>
          <w:sz w:val="23"/>
        </w:rPr>
        <w:t>Controller three showed the same.</w:t>
      </w:r>
    </w:p>
    <w:p>
      <w:r>
        <w:rPr>
          <w:rFonts w:ascii="Georgia" w:hAnsi="Georgia" w:eastAsia="Georgia"/>
          <w:sz w:val="23"/>
        </w:rPr>
        <w:t>“Aging hardware,” I said.</w:t>
      </w:r>
    </w:p>
    <w:p>
      <w:r>
        <w:rPr>
          <w:rFonts w:ascii="Georgia" w:hAnsi="Georgia" w:eastAsia="Georgia"/>
          <w:sz w:val="23"/>
        </w:rPr>
        <w:t>“Settings had been serviced and upgraded,” Miren said.</w:t>
      </w:r>
    </w:p>
    <w:p>
      <w:r>
        <w:rPr>
          <w:rFonts w:ascii="Georgia" w:hAnsi="Georgia" w:eastAsia="Georgia"/>
          <w:sz w:val="23"/>
        </w:rPr>
        <w:t>“Better compensators.”</w:t>
      </w:r>
    </w:p>
    <w:p>
      <w:r>
        <w:rPr>
          <w:rFonts w:ascii="Georgia" w:hAnsi="Georgia" w:eastAsia="Georgia"/>
          <w:sz w:val="23"/>
        </w:rPr>
        <w:t>“Yes.”</w:t>
      </w:r>
    </w:p>
    <w:p>
      <w:r>
        <w:rPr>
          <w:rFonts w:ascii="Georgia" w:hAnsi="Georgia" w:eastAsia="Georgia"/>
          <w:sz w:val="23"/>
        </w:rPr>
        <w:t>“Improved domestic standard.”</w:t>
      </w:r>
    </w:p>
    <w:p>
      <w:r>
        <w:rPr>
          <w:rFonts w:ascii="Georgia" w:hAnsi="Georgia" w:eastAsia="Georgia"/>
          <w:sz w:val="23"/>
        </w:rPr>
        <w:t>“Yes.”</w:t>
      </w:r>
    </w:p>
    <w:p>
      <w:r>
        <w:rPr>
          <w:rFonts w:ascii="Georgia" w:hAnsi="Georgia" w:eastAsia="Georgia"/>
          <w:sz w:val="23"/>
        </w:rPr>
        <w:t>“Different season.”</w:t>
      </w:r>
    </w:p>
    <w:p>
      <w:r>
        <w:rPr>
          <w:rFonts w:ascii="Georgia" w:hAnsi="Georgia" w:eastAsia="Georgia"/>
          <w:sz w:val="23"/>
        </w:rPr>
        <w:t>“Probably.”</w:t>
      </w:r>
    </w:p>
    <w:p>
      <w:r>
        <w:rPr>
          <w:rFonts w:ascii="Georgia" w:hAnsi="Georgia" w:eastAsia="Georgia"/>
          <w:sz w:val="23"/>
        </w:rPr>
        <w:t>“Different occupants’ daily patterns.”</w:t>
      </w:r>
    </w:p>
    <w:p>
      <w:r>
        <w:rPr>
          <w:rFonts w:ascii="Georgia" w:hAnsi="Georgia" w:eastAsia="Georgia"/>
          <w:sz w:val="23"/>
        </w:rPr>
        <w:t>Tessa said nothing.</w:t>
      </w:r>
    </w:p>
    <w:p>
      <w:r>
        <w:rPr>
          <w:rFonts w:ascii="Georgia" w:hAnsi="Georgia" w:eastAsia="Georgia"/>
          <w:sz w:val="23"/>
        </w:rPr>
        <w:t>Miren said, “Unknown.”</w:t>
      </w:r>
    </w:p>
    <w:p>
      <w:r>
        <w:rPr>
          <w:rFonts w:ascii="Georgia" w:hAnsi="Georgia" w:eastAsia="Georgia"/>
          <w:sz w:val="23"/>
        </w:rPr>
        <w:t>Every explanation was plausible.</w:t>
      </w:r>
    </w:p>
    <w:p>
      <w:r>
        <w:rPr>
          <w:rFonts w:ascii="Georgia" w:hAnsi="Georgia" w:eastAsia="Georgia"/>
          <w:sz w:val="23"/>
        </w:rPr>
        <w:t>Together they formed a wall between the observation and any interesting claim.</w:t>
      </w:r>
    </w:p>
    <w:p>
      <w:r>
        <w:rPr>
          <w:rFonts w:ascii="Georgia" w:hAnsi="Georgia" w:eastAsia="Georgia"/>
          <w:sz w:val="23"/>
        </w:rPr>
        <w:t>The wall was correct.</w:t>
      </w:r>
    </w:p>
    <w:p>
      <w:r>
        <w:rPr>
          <w:rFonts w:ascii="Georgia" w:hAnsi="Georgia" w:eastAsia="Georgia"/>
          <w:sz w:val="23"/>
        </w:rPr>
        <w:t>I wrote:</w:t>
      </w:r>
    </w:p>
    <w:p>
      <w:r>
        <w:rPr>
          <w:rFonts w:ascii="Georgia" w:hAnsi="Georgia" w:eastAsia="Georgia"/>
          <w:sz w:val="23"/>
        </w:rPr>
        <w:t>SUBSEQUENT CONTROLLER COMMISSIONING SHOWED LOWER AGGREGATE LOCAL CORRECTION THAN ORIGINAL INSTALLATION.</w:t>
      </w:r>
    </w:p>
    <w:p>
      <w:r>
        <w:rPr>
          <w:rFonts w:ascii="Georgia" w:hAnsi="Georgia" w:eastAsia="Georgia"/>
          <w:sz w:val="23"/>
        </w:rPr>
        <w:t>Then:</w:t>
      </w:r>
    </w:p>
    <w:p>
      <w:r>
        <w:rPr>
          <w:rFonts w:ascii="Georgia" w:hAnsi="Georgia" w:eastAsia="Georgia"/>
          <w:sz w:val="23"/>
        </w:rPr>
        <w:t>POTENTIAL EXPLANATIONS INCLUDE SETTING HARDWARE GENERATION, LOCAL ADAPTIVE STATE, HOUSEHOLD ENVIRONMENTAL FAMILIARITY, SEASONAL/LOAD CONDITIONS, AND OTHER UNRECORDED VARIABLES.</w:t>
      </w:r>
    </w:p>
    <w:p>
      <w:r>
        <w:rPr>
          <w:rFonts w:ascii="Georgia" w:hAnsi="Georgia" w:eastAsia="Georgia"/>
          <w:sz w:val="23"/>
        </w:rPr>
        <w:t>Then:</w:t>
      </w:r>
    </w:p>
    <w:p>
      <w:r>
        <w:rPr>
          <w:rFonts w:ascii="Georgia" w:hAnsi="Georgia" w:eastAsia="Georgia"/>
          <w:sz w:val="23"/>
        </w:rPr>
        <w:t>NO BASIS TO ATTRIBUTE DIFFERENCE TO FRAGMENT-FRAGMENT HISTORY.</w:t>
      </w:r>
    </w:p>
    <w:p>
      <w:r>
        <w:rPr>
          <w:rFonts w:ascii="Georgia" w:hAnsi="Georgia" w:eastAsia="Georgia"/>
          <w:sz w:val="23"/>
        </w:rPr>
        <w:t>Tessa read the note.</w:t>
      </w:r>
    </w:p>
    <w:p>
      <w:r>
        <w:rPr>
          <w:rFonts w:ascii="Georgia" w:hAnsi="Georgia" w:eastAsia="Georgia"/>
          <w:sz w:val="23"/>
        </w:rPr>
        <w:t>“That last sentence sounds like you are disappointed.”</w:t>
      </w:r>
    </w:p>
    <w:p>
      <w:r>
        <w:rPr>
          <w:rFonts w:ascii="Georgia" w:hAnsi="Georgia" w:eastAsia="Georgia"/>
          <w:sz w:val="23"/>
        </w:rPr>
        <w:t>“It sounds like scope.”</w:t>
      </w:r>
    </w:p>
    <w:p>
      <w:r>
        <w:rPr>
          <w:rFonts w:ascii="Georgia" w:hAnsi="Georgia" w:eastAsia="Georgia"/>
          <w:sz w:val="23"/>
        </w:rPr>
        <w:t>“Same face.”</w:t>
      </w:r>
    </w:p>
    <w:p>
      <w:r>
        <w:rPr>
          <w:rFonts w:ascii="Georgia" w:hAnsi="Georgia" w:eastAsia="Georgia"/>
          <w:sz w:val="23"/>
        </w:rPr>
        <w:t>Tal laughed.</w:t>
      </w:r>
    </w:p>
    <w:p>
      <w:r>
        <w:rPr>
          <w:rFonts w:ascii="Georgia" w:hAnsi="Georgia" w:eastAsia="Georgia"/>
          <w:sz w:val="23"/>
        </w:rPr>
        <w:t>She did not.</w:t>
      </w:r>
    </w:p>
    <w:p>
      <w:pPr>
        <w:spacing w:before="80" w:after="80"/>
        <w:jc w:val="center"/>
      </w:pPr>
      <w:r>
        <w:rPr>
          <w:rFonts w:ascii="Georgia" w:hAnsi="Georgia" w:eastAsia="Georgia"/>
          <w:sz w:val="23"/>
        </w:rPr>
        <w:t>§</w:t>
      </w:r>
    </w:p>
    <w:p>
      <w:r>
        <w:rPr>
          <w:rFonts w:ascii="Georgia" w:hAnsi="Georgia" w:eastAsia="Georgia"/>
          <w:sz w:val="23"/>
        </w:rPr>
        <w:t>At 1318 a third setting entered the house.</w:t>
      </w:r>
    </w:p>
    <w:p>
      <w:r>
        <w:rPr>
          <w:rFonts w:ascii="Georgia" w:hAnsi="Georgia" w:eastAsia="Georgia"/>
          <w:sz w:val="23"/>
        </w:rPr>
        <w:t>We knew because the controller registered the count change before anyone knocked.</w:t>
      </w:r>
    </w:p>
    <w:p>
      <w:r>
        <w:rPr>
          <w:rFonts w:ascii="Georgia" w:hAnsi="Georgia" w:eastAsia="Georgia"/>
          <w:sz w:val="23"/>
        </w:rPr>
        <w:t>Miren and I both looked at the panel.</w:t>
      </w:r>
    </w:p>
    <w:p>
      <w:r>
        <w:rPr>
          <w:rFonts w:ascii="Georgia" w:hAnsi="Georgia" w:eastAsia="Georgia"/>
          <w:sz w:val="23"/>
        </w:rPr>
        <w:t>Tessa looked at the front door.</w:t>
      </w:r>
    </w:p>
    <w:p>
      <w:r>
        <w:rPr>
          <w:rFonts w:ascii="Georgia" w:hAnsi="Georgia" w:eastAsia="Georgia"/>
          <w:sz w:val="23"/>
        </w:rPr>
        <w:t>Tal said, “That will be Reva.”</w:t>
      </w:r>
    </w:p>
    <w:p>
      <w:r>
        <w:rPr>
          <w:rFonts w:ascii="Georgia" w:hAnsi="Georgia" w:eastAsia="Georgia"/>
          <w:sz w:val="23"/>
        </w:rPr>
        <w:t>I turned toward him.</w:t>
      </w:r>
    </w:p>
    <w:p>
      <w:r>
        <w:rPr>
          <w:rFonts w:ascii="Georgia" w:hAnsi="Georgia" w:eastAsia="Georgia"/>
          <w:sz w:val="23"/>
        </w:rPr>
        <w:t>“Did you invite someone?”</w:t>
      </w:r>
    </w:p>
    <w:p>
      <w:r>
        <w:rPr>
          <w:rFonts w:ascii="Georgia" w:hAnsi="Georgia" w:eastAsia="Georgia"/>
          <w:sz w:val="23"/>
        </w:rPr>
        <w:t>“No. She has a key.”</w:t>
      </w:r>
    </w:p>
    <w:p>
      <w:r>
        <w:rPr>
          <w:rFonts w:ascii="Georgia" w:hAnsi="Georgia" w:eastAsia="Georgia"/>
          <w:sz w:val="23"/>
        </w:rPr>
        <w:t>Tessa stood.</w:t>
      </w:r>
    </w:p>
    <w:p>
      <w:r>
        <w:rPr>
          <w:rFonts w:ascii="Georgia" w:hAnsi="Georgia" w:eastAsia="Georgia"/>
          <w:sz w:val="23"/>
        </w:rPr>
        <w:t>“Stop logging.”</w:t>
      </w:r>
    </w:p>
    <w:p>
      <w:r>
        <w:rPr>
          <w:rFonts w:ascii="Georgia" w:hAnsi="Georgia" w:eastAsia="Georgia"/>
          <w:sz w:val="23"/>
        </w:rPr>
        <w:t>Miren terminated the technical capture before the door opened.</w:t>
      </w:r>
    </w:p>
    <w:p>
      <w:r>
        <w:rPr>
          <w:rFonts w:ascii="Georgia" w:hAnsi="Georgia" w:eastAsia="Georgia"/>
          <w:sz w:val="23"/>
        </w:rPr>
        <w:t>The household controller continued doing what it always did.</w:t>
      </w:r>
    </w:p>
    <w:p>
      <w:r>
        <w:rPr>
          <w:rFonts w:ascii="Georgia" w:hAnsi="Georgia" w:eastAsia="Georgia"/>
          <w:sz w:val="23"/>
        </w:rPr>
        <w:t>Its work was not ours merely because we were present.</w:t>
      </w:r>
    </w:p>
    <w:p>
      <w:r>
        <w:rPr>
          <w:rFonts w:ascii="Georgia" w:hAnsi="Georgia" w:eastAsia="Georgia"/>
          <w:sz w:val="23"/>
        </w:rPr>
        <w:t>A woman entered carrying two grocery bags.</w:t>
      </w:r>
    </w:p>
    <w:p>
      <w:r>
        <w:rPr>
          <w:rFonts w:ascii="Georgia" w:hAnsi="Georgia" w:eastAsia="Georgia"/>
          <w:sz w:val="23"/>
        </w:rPr>
        <w:t>She was approximately Tal’s age by phenotype, perhaps older chronologically. A small silver setting sat at the base of her throat.</w:t>
      </w:r>
    </w:p>
    <w:p>
      <w:r>
        <w:rPr>
          <w:rFonts w:ascii="Georgia" w:hAnsi="Georgia" w:eastAsia="Georgia"/>
          <w:sz w:val="23"/>
        </w:rPr>
        <w:t>She stopped when she saw the open service panel.</w:t>
      </w:r>
    </w:p>
    <w:p>
      <w:r>
        <w:rPr>
          <w:rFonts w:ascii="Georgia" w:hAnsi="Georgia" w:eastAsia="Georgia"/>
          <w:sz w:val="23"/>
        </w:rPr>
        <w:t>Then me.</w:t>
      </w:r>
    </w:p>
    <w:p>
      <w:r>
        <w:rPr>
          <w:rFonts w:ascii="Georgia" w:hAnsi="Georgia" w:eastAsia="Georgia"/>
          <w:sz w:val="23"/>
        </w:rPr>
        <w:t>Then Miren.</w:t>
      </w:r>
    </w:p>
    <w:p>
      <w:r>
        <w:rPr>
          <w:rFonts w:ascii="Georgia" w:hAnsi="Georgia" w:eastAsia="Georgia"/>
          <w:sz w:val="23"/>
        </w:rPr>
        <w:t>“No.”</w:t>
      </w:r>
    </w:p>
    <w:p>
      <w:r>
        <w:rPr>
          <w:rFonts w:ascii="Georgia" w:hAnsi="Georgia" w:eastAsia="Georgia"/>
          <w:sz w:val="23"/>
        </w:rPr>
        <w:t>Tessa said, “They are not recording you.”</w:t>
      </w:r>
    </w:p>
    <w:p>
      <w:r>
        <w:rPr>
          <w:rFonts w:ascii="Georgia" w:hAnsi="Georgia" w:eastAsia="Georgia"/>
          <w:sz w:val="23"/>
        </w:rPr>
        <w:t>“Keep it off.”</w:t>
      </w:r>
    </w:p>
    <w:p>
      <w:r>
        <w:rPr>
          <w:rFonts w:ascii="Georgia" w:hAnsi="Georgia" w:eastAsia="Georgia"/>
          <w:sz w:val="23"/>
        </w:rPr>
        <w:t>Reva put the bags on the floor.</w:t>
      </w:r>
    </w:p>
    <w:p>
      <w:r>
        <w:rPr>
          <w:rFonts w:ascii="Georgia" w:hAnsi="Georgia" w:eastAsia="Georgia"/>
          <w:sz w:val="23"/>
        </w:rPr>
        <w:t>“Why is he here?”</w:t>
      </w:r>
    </w:p>
    <w:p>
      <w:r>
        <w:rPr>
          <w:rFonts w:ascii="Georgia" w:hAnsi="Georgia" w:eastAsia="Georgia"/>
          <w:sz w:val="23"/>
        </w:rPr>
        <w:t>“Tal volunteered the aggregate concordance history. I agreed.”</w:t>
      </w:r>
    </w:p>
    <w:p>
      <w:r>
        <w:rPr>
          <w:rFonts w:ascii="Georgia" w:hAnsi="Georgia" w:eastAsia="Georgia"/>
          <w:sz w:val="23"/>
        </w:rPr>
        <w:t>Reva looked at Tal.</w:t>
      </w:r>
    </w:p>
    <w:p>
      <w:r>
        <w:rPr>
          <w:rFonts w:ascii="Georgia" w:hAnsi="Georgia" w:eastAsia="Georgia"/>
          <w:sz w:val="23"/>
        </w:rPr>
        <w:t>“You volunteered the house.”</w:t>
      </w:r>
    </w:p>
    <w:p>
      <w:r>
        <w:rPr>
          <w:rFonts w:ascii="Georgia" w:hAnsi="Georgia" w:eastAsia="Georgia"/>
          <w:sz w:val="23"/>
        </w:rPr>
        <w:t>“Only aggregate.”</w:t>
      </w:r>
    </w:p>
    <w:p>
      <w:r>
        <w:rPr>
          <w:rFonts w:ascii="Georgia" w:hAnsi="Georgia" w:eastAsia="Georgia"/>
          <w:sz w:val="23"/>
        </w:rPr>
        <w:t>“The house is not aggregate when I live in it.”</w:t>
      </w:r>
    </w:p>
    <w:p>
      <w:r>
        <w:rPr>
          <w:rFonts w:ascii="Georgia" w:hAnsi="Georgia" w:eastAsia="Georgia"/>
          <w:sz w:val="23"/>
        </w:rPr>
        <w:t>Tal opened his mouth.</w:t>
      </w:r>
    </w:p>
    <w:p>
      <w:r>
        <w:rPr>
          <w:rFonts w:ascii="Georgia" w:hAnsi="Georgia" w:eastAsia="Georgia"/>
          <w:sz w:val="23"/>
        </w:rPr>
        <w:t>Tessa said, “Don’t.”</w:t>
      </w:r>
    </w:p>
    <w:p>
      <w:r>
        <w:rPr>
          <w:rFonts w:ascii="Georgia" w:hAnsi="Georgia" w:eastAsia="Georgia"/>
          <w:sz w:val="23"/>
        </w:rPr>
        <w:t>He closed it.</w:t>
      </w:r>
    </w:p>
    <w:p>
      <w:r>
        <w:rPr>
          <w:rFonts w:ascii="Georgia" w:hAnsi="Georgia" w:eastAsia="Georgia"/>
          <w:sz w:val="23"/>
        </w:rPr>
        <w:t>Reva picked up the bags.</w:t>
      </w:r>
    </w:p>
    <w:p>
      <w:r>
        <w:rPr>
          <w:rFonts w:ascii="Georgia" w:hAnsi="Georgia" w:eastAsia="Georgia"/>
          <w:sz w:val="23"/>
        </w:rPr>
        <w:t>“I am putting these away. Then someone explains what aggregate can reconstruct.”</w:t>
      </w:r>
    </w:p>
    <w:p>
      <w:r>
        <w:rPr>
          <w:rFonts w:ascii="Georgia" w:hAnsi="Georgia" w:eastAsia="Georgia"/>
          <w:sz w:val="23"/>
        </w:rPr>
        <w:t>She went to the kitchen.</w:t>
      </w:r>
    </w:p>
    <w:p>
      <w:r>
        <w:rPr>
          <w:rFonts w:ascii="Georgia" w:hAnsi="Georgia" w:eastAsia="Georgia"/>
          <w:sz w:val="23"/>
        </w:rPr>
        <w:t>No joke.</w:t>
      </w:r>
    </w:p>
    <w:p>
      <w:r>
        <w:rPr>
          <w:rFonts w:ascii="Georgia" w:hAnsi="Georgia" w:eastAsia="Georgia"/>
          <w:sz w:val="23"/>
        </w:rPr>
        <w:t>No dramatic exit.</w:t>
      </w:r>
    </w:p>
    <w:p>
      <w:r>
        <w:rPr>
          <w:rFonts w:ascii="Georgia" w:hAnsi="Georgia" w:eastAsia="Georgia"/>
          <w:sz w:val="23"/>
        </w:rPr>
        <w:t>A person had arrived home and discovered that privacy language had been negotiated in her absence.</w:t>
      </w:r>
    </w:p>
    <w:p>
      <w:r>
        <w:rPr>
          <w:rFonts w:ascii="Georgia" w:hAnsi="Georgia" w:eastAsia="Georgia"/>
          <w:sz w:val="23"/>
        </w:rPr>
        <w:t>The controller’s unit count had gone from two to three.</w:t>
      </w:r>
    </w:p>
    <w:p>
      <w:r>
        <w:rPr>
          <w:rFonts w:ascii="Georgia" w:hAnsi="Georgia" w:eastAsia="Georgia"/>
          <w:sz w:val="23"/>
        </w:rPr>
        <w:t>We were no longer recording.</w:t>
      </w:r>
    </w:p>
    <w:p>
      <w:r>
        <w:rPr>
          <w:rFonts w:ascii="Georgia" w:hAnsi="Georgia" w:eastAsia="Georgia"/>
          <w:sz w:val="23"/>
        </w:rPr>
        <w:t>I still knew it.</w:t>
      </w:r>
    </w:p>
    <w:p>
      <w:r>
        <w:rPr>
          <w:rFonts w:ascii="Georgia" w:hAnsi="Georgia" w:eastAsia="Georgia"/>
          <w:sz w:val="23"/>
        </w:rPr>
        <w:t>That was the problem.</w:t>
      </w:r>
    </w:p>
    <w:p>
      <w:pPr>
        <w:spacing w:before="80" w:after="80"/>
        <w:jc w:val="center"/>
      </w:pPr>
      <w:r>
        <w:rPr>
          <w:rFonts w:ascii="Georgia" w:hAnsi="Georgia" w:eastAsia="Georgia"/>
          <w:sz w:val="23"/>
        </w:rPr>
        <w:t>§</w:t>
      </w:r>
    </w:p>
    <w:p>
      <w:r>
        <w:rPr>
          <w:rFonts w:ascii="Georgia" w:hAnsi="Georgia" w:eastAsia="Georgia"/>
          <w:sz w:val="23"/>
        </w:rPr>
        <w:t>Reva’s setting was one of the original four.</w:t>
      </w:r>
    </w:p>
    <w:p>
      <w:r>
        <w:rPr>
          <w:rFonts w:ascii="Georgia" w:hAnsi="Georgia" w:eastAsia="Georgia"/>
          <w:sz w:val="23"/>
        </w:rPr>
        <w:t>She told us that herself after the groceries were away and the service panel was closed.</w:t>
      </w:r>
    </w:p>
    <w:p>
      <w:r>
        <w:rPr>
          <w:rFonts w:ascii="Georgia" w:hAnsi="Georgia" w:eastAsia="Georgia"/>
          <w:sz w:val="23"/>
        </w:rPr>
        <w:t>She did not authorize technical capture.</w:t>
      </w:r>
    </w:p>
    <w:p>
      <w:r>
        <w:rPr>
          <w:rFonts w:ascii="Georgia" w:hAnsi="Georgia" w:eastAsia="Georgia"/>
          <w:sz w:val="23"/>
        </w:rPr>
        <w:t>We did not reopen it.</w:t>
      </w:r>
    </w:p>
    <w:p>
      <w:r>
        <w:rPr>
          <w:rFonts w:ascii="Georgia" w:hAnsi="Georgia" w:eastAsia="Georgia"/>
          <w:sz w:val="23"/>
        </w:rPr>
        <w:t>“What can the aggregate tell you?” she asked.</w:t>
      </w:r>
    </w:p>
    <w:p>
      <w:r>
        <w:rPr>
          <w:rFonts w:ascii="Georgia" w:hAnsi="Georgia" w:eastAsia="Georgia"/>
          <w:sz w:val="23"/>
        </w:rPr>
        <w:t>Miren answered, not me.</w:t>
      </w:r>
    </w:p>
    <w:p>
      <w:r>
        <w:rPr>
          <w:rFonts w:ascii="Georgia" w:hAnsi="Georgia" w:eastAsia="Georgia"/>
          <w:sz w:val="23"/>
        </w:rPr>
        <w:t>“It can show how many registered settings were active, whether the household reference was stable, broad correction load, and when the system rebalanced after a count change. Older records do not preserve device identities.”</w:t>
      </w:r>
    </w:p>
    <w:p>
      <w:r>
        <w:rPr>
          <w:rFonts w:ascii="Georgia" w:hAnsi="Georgia" w:eastAsia="Georgia"/>
          <w:sz w:val="23"/>
        </w:rPr>
        <w:t>“Can you tell when I moved in?”</w:t>
      </w:r>
    </w:p>
    <w:p>
      <w:r>
        <w:rPr>
          <w:rFonts w:ascii="Georgia" w:hAnsi="Georgia" w:eastAsia="Georgia"/>
          <w:sz w:val="23"/>
        </w:rPr>
        <w:t>“Possibly if you tell us the date first.”</w:t>
      </w:r>
    </w:p>
    <w:p>
      <w:r>
        <w:rPr>
          <w:rFonts w:ascii="Georgia" w:hAnsi="Georgia" w:eastAsia="Georgia"/>
          <w:sz w:val="23"/>
        </w:rPr>
        <w:t>“Can you tell when I was gone?”</w:t>
      </w:r>
    </w:p>
    <w:p>
      <w:r>
        <w:rPr>
          <w:rFonts w:ascii="Georgia" w:hAnsi="Georgia" w:eastAsia="Georgia"/>
          <w:sz w:val="23"/>
        </w:rPr>
        <w:t>“Possibly.”</w:t>
      </w:r>
    </w:p>
    <w:p>
      <w:r>
        <w:rPr>
          <w:rFonts w:ascii="Georgia" w:hAnsi="Georgia" w:eastAsia="Georgia"/>
          <w:sz w:val="23"/>
        </w:rPr>
        <w:t>“Can you tell when my wife died?”</w:t>
      </w:r>
    </w:p>
    <w:p>
      <w:r>
        <w:rPr>
          <w:rFonts w:ascii="Georgia" w:hAnsi="Georgia" w:eastAsia="Georgia"/>
          <w:sz w:val="23"/>
        </w:rPr>
        <w:t>Silence.</w:t>
      </w:r>
    </w:p>
    <w:p>
      <w:r>
        <w:rPr>
          <w:rFonts w:ascii="Georgia" w:hAnsi="Georgia" w:eastAsia="Georgia"/>
          <w:sz w:val="23"/>
        </w:rPr>
        <w:t>Miren did not fill it.</w:t>
      </w:r>
    </w:p>
    <w:p>
      <w:r>
        <w:rPr>
          <w:rFonts w:ascii="Georgia" w:hAnsi="Georgia" w:eastAsia="Georgia"/>
          <w:sz w:val="23"/>
        </w:rPr>
        <w:t>Reva touched the silver setting at her throat.</w:t>
      </w:r>
    </w:p>
    <w:p>
      <w:r>
        <w:rPr>
          <w:rFonts w:ascii="Georgia" w:hAnsi="Georgia" w:eastAsia="Georgia"/>
          <w:sz w:val="23"/>
        </w:rPr>
        <w:t>“I was out of the house for seven weeks. Hospital, then my sister’s. The setting stayed with me. When I came back, the controller complained for days. Can your line tell you that?”</w:t>
      </w:r>
    </w:p>
    <w:p>
      <w:r>
        <w:rPr>
          <w:rFonts w:ascii="Georgia" w:hAnsi="Georgia" w:eastAsia="Georgia"/>
          <w:sz w:val="23"/>
        </w:rPr>
        <w:t>“Probably,” Miren said.</w:t>
      </w:r>
    </w:p>
    <w:p>
      <w:r>
        <w:rPr>
          <w:rFonts w:ascii="Georgia" w:hAnsi="Georgia" w:eastAsia="Georgia"/>
          <w:sz w:val="23"/>
        </w:rPr>
        <w:t>“Then it can tell you a death happened even if it does not know whose.”</w:t>
      </w:r>
    </w:p>
    <w:p>
      <w:r>
        <w:rPr>
          <w:rFonts w:ascii="Georgia" w:hAnsi="Georgia" w:eastAsia="Georgia"/>
          <w:sz w:val="23"/>
        </w:rPr>
        <w:t>“It can tell us a setting left and returned after an interval. It cannot tell us why.”</w:t>
      </w:r>
    </w:p>
    <w:p>
      <w:r>
        <w:rPr>
          <w:rFonts w:ascii="Georgia" w:hAnsi="Georgia" w:eastAsia="Georgia"/>
          <w:sz w:val="23"/>
        </w:rPr>
        <w:t>“But if you already have my obituary search, or insurance, or service records, you can put the why back.”</w:t>
      </w:r>
    </w:p>
    <w:p>
      <w:r>
        <w:rPr>
          <w:rFonts w:ascii="Georgia" w:hAnsi="Georgia" w:eastAsia="Georgia"/>
          <w:sz w:val="23"/>
        </w:rPr>
        <w:t>“Yes.”</w:t>
      </w:r>
    </w:p>
    <w:p>
      <w:r>
        <w:rPr>
          <w:rFonts w:ascii="Georgia" w:hAnsi="Georgia" w:eastAsia="Georgia"/>
          <w:sz w:val="23"/>
        </w:rPr>
        <w:t>That answer cost more than reassurance and did more useful work.</w:t>
      </w:r>
    </w:p>
    <w:p>
      <w:r>
        <w:rPr>
          <w:rFonts w:ascii="Georgia" w:hAnsi="Georgia" w:eastAsia="Georgia"/>
          <w:sz w:val="23"/>
        </w:rPr>
        <w:t>Reva looked at Tal.</w:t>
      </w:r>
    </w:p>
    <w:p>
      <w:r>
        <w:rPr>
          <w:rFonts w:ascii="Georgia" w:hAnsi="Georgia" w:eastAsia="Georgia"/>
          <w:sz w:val="23"/>
        </w:rPr>
        <w:t>“You should have asked all of us before you gave them the history.”</w:t>
      </w:r>
    </w:p>
    <w:p>
      <w:r>
        <w:rPr>
          <w:rFonts w:ascii="Georgia" w:hAnsi="Georgia" w:eastAsia="Georgia"/>
          <w:sz w:val="23"/>
        </w:rPr>
        <w:t>“I asked Tessa.”</w:t>
      </w:r>
    </w:p>
    <w:p>
      <w:r>
        <w:rPr>
          <w:rFonts w:ascii="Georgia" w:hAnsi="Georgia" w:eastAsia="Georgia"/>
          <w:sz w:val="23"/>
        </w:rPr>
        <w:t>“Tessa is not all of us.”</w:t>
      </w:r>
    </w:p>
    <w:p>
      <w:r>
        <w:rPr>
          <w:rFonts w:ascii="Georgia" w:hAnsi="Georgia" w:eastAsia="Georgia"/>
          <w:sz w:val="23"/>
        </w:rPr>
        <w:t>Tal nodded.</w:t>
      </w:r>
    </w:p>
    <w:p>
      <w:r>
        <w:rPr>
          <w:rFonts w:ascii="Georgia" w:hAnsi="Georgia" w:eastAsia="Georgia"/>
          <w:sz w:val="23"/>
        </w:rPr>
        <w:t>No defense.</w:t>
      </w:r>
    </w:p>
    <w:p>
      <w:r>
        <w:rPr>
          <w:rFonts w:ascii="Georgia" w:hAnsi="Georgia" w:eastAsia="Georgia"/>
          <w:sz w:val="23"/>
        </w:rPr>
        <w:t>Ivena and Sera again, but not the same error.</w:t>
      </w:r>
    </w:p>
    <w:p>
      <w:r>
        <w:rPr>
          <w:rFonts w:ascii="Georgia" w:hAnsi="Georgia" w:eastAsia="Georgia"/>
          <w:sz w:val="23"/>
        </w:rPr>
        <w:t>This time I had asked for aggregate data because I believed stripping identities preserved the boundary.</w:t>
      </w:r>
    </w:p>
    <w:p>
      <w:r>
        <w:rPr>
          <w:rFonts w:ascii="Georgia" w:hAnsi="Georgia" w:eastAsia="Georgia"/>
          <w:sz w:val="23"/>
        </w:rPr>
        <w:t>The data did not contain names.</w:t>
      </w:r>
    </w:p>
    <w:p>
      <w:r>
        <w:rPr>
          <w:rFonts w:ascii="Georgia" w:hAnsi="Georgia" w:eastAsia="Georgia"/>
          <w:sz w:val="23"/>
        </w:rPr>
        <w:t>The household did.</w:t>
      </w:r>
    </w:p>
    <w:p>
      <w:r>
        <w:rPr>
          <w:rFonts w:ascii="Georgia" w:hAnsi="Georgia" w:eastAsia="Georgia"/>
          <w:sz w:val="23"/>
        </w:rPr>
        <w:t>I had treated de-identification as if it removed relational context.</w:t>
      </w:r>
    </w:p>
    <w:p>
      <w:r>
        <w:rPr>
          <w:rFonts w:ascii="Georgia" w:hAnsi="Georgia" w:eastAsia="Georgia"/>
          <w:sz w:val="23"/>
        </w:rPr>
        <w:t>It did not.</w:t>
      </w:r>
    </w:p>
    <w:p>
      <w:r>
        <w:rPr>
          <w:rFonts w:ascii="Georgia" w:hAnsi="Georgia" w:eastAsia="Georgia"/>
          <w:sz w:val="23"/>
        </w:rPr>
        <w:t>“She’s right,” I said.</w:t>
      </w:r>
    </w:p>
    <w:p>
      <w:r>
        <w:rPr>
          <w:rFonts w:ascii="Georgia" w:hAnsi="Georgia" w:eastAsia="Georgia"/>
          <w:sz w:val="23"/>
        </w:rPr>
        <w:t>Reva looked at me.</w:t>
      </w:r>
    </w:p>
    <w:p>
      <w:r>
        <w:rPr>
          <w:rFonts w:ascii="Georgia" w:hAnsi="Georgia" w:eastAsia="Georgia"/>
          <w:sz w:val="23"/>
        </w:rPr>
        <w:t>“I was not asking you.”</w:t>
      </w:r>
    </w:p>
    <w:p>
      <w:r>
        <w:rPr>
          <w:rFonts w:ascii="Georgia" w:hAnsi="Georgia" w:eastAsia="Georgia"/>
          <w:sz w:val="23"/>
        </w:rPr>
        <w:t>“I know.”</w:t>
      </w:r>
    </w:p>
    <w:p>
      <w:r>
        <w:rPr>
          <w:rFonts w:ascii="Georgia" w:hAnsi="Georgia" w:eastAsia="Georgia"/>
          <w:sz w:val="23"/>
        </w:rPr>
        <w:t>“Then don’t make my complaint into your correction.”</w:t>
      </w:r>
    </w:p>
    <w:p>
      <w:r>
        <w:rPr>
          <w:rFonts w:ascii="Georgia" w:hAnsi="Georgia" w:eastAsia="Georgia"/>
          <w:sz w:val="23"/>
        </w:rPr>
        <w:t>I stopped.</w:t>
      </w:r>
    </w:p>
    <w:p>
      <w:r>
        <w:rPr>
          <w:rFonts w:ascii="Georgia" w:hAnsi="Georgia" w:eastAsia="Georgia"/>
          <w:sz w:val="23"/>
        </w:rPr>
        <w:t>I closed the tablet.</w:t>
      </w:r>
    </w:p>
    <w:p>
      <w:r>
        <w:rPr>
          <w:rFonts w:ascii="Georgia" w:hAnsi="Georgia" w:eastAsia="Georgia"/>
          <w:sz w:val="23"/>
        </w:rPr>
        <w:t>“We will not use the household aggregate beyond the material already reviewed today without permission from every current resident whose setting contributes to the system. Historical residents are harder. We need a separate rule for that.”</w:t>
      </w:r>
    </w:p>
    <w:p>
      <w:r>
        <w:rPr>
          <w:rFonts w:ascii="Georgia" w:hAnsi="Georgia" w:eastAsia="Georgia"/>
          <w:sz w:val="23"/>
        </w:rPr>
        <w:t>Reva shook her head.</w:t>
      </w:r>
    </w:p>
    <w:p>
      <w:r>
        <w:rPr>
          <w:rFonts w:ascii="Georgia" w:hAnsi="Georgia" w:eastAsia="Georgia"/>
          <w:sz w:val="23"/>
        </w:rPr>
        <w:t>“Still doing it.”</w:t>
      </w:r>
    </w:p>
    <w:p>
      <w:r>
        <w:rPr>
          <w:rFonts w:ascii="Georgia" w:hAnsi="Georgia" w:eastAsia="Georgia"/>
          <w:sz w:val="23"/>
        </w:rPr>
        <w:t>“Doing what?”</w:t>
      </w:r>
    </w:p>
    <w:p>
      <w:r>
        <w:rPr>
          <w:rFonts w:ascii="Georgia" w:hAnsi="Georgia" w:eastAsia="Georgia"/>
          <w:sz w:val="23"/>
        </w:rPr>
        <w:t>“Turning the sentence into a rule before the person who said it is done being angry.”</w:t>
      </w:r>
    </w:p>
    <w:p>
      <w:r>
        <w:rPr>
          <w:rFonts w:ascii="Georgia" w:hAnsi="Georgia" w:eastAsia="Georgia"/>
          <w:sz w:val="23"/>
        </w:rPr>
        <w:t>I had no answer that improved the room.</w:t>
      </w:r>
    </w:p>
    <w:p>
      <w:r>
        <w:rPr>
          <w:rFonts w:ascii="Georgia" w:hAnsi="Georgia" w:eastAsia="Georgia"/>
          <w:sz w:val="23"/>
        </w:rPr>
        <w:t>So I did not give one.</w:t>
      </w:r>
    </w:p>
    <w:p>
      <w:r>
        <w:rPr>
          <w:rFonts w:ascii="Georgia" w:hAnsi="Georgia" w:eastAsia="Georgia"/>
          <w:sz w:val="23"/>
        </w:rPr>
        <w:t>Tal went upstairs.</w:t>
      </w:r>
    </w:p>
    <w:p>
      <w:r>
        <w:rPr>
          <w:rFonts w:ascii="Georgia" w:hAnsi="Georgia" w:eastAsia="Georgia"/>
          <w:sz w:val="23"/>
        </w:rPr>
        <w:t>Not theatrically.</w:t>
      </w:r>
    </w:p>
    <w:p>
      <w:r>
        <w:rPr>
          <w:rFonts w:ascii="Georgia" w:hAnsi="Georgia" w:eastAsia="Georgia"/>
          <w:sz w:val="23"/>
        </w:rPr>
        <w:t>He said he needed to call his daughter.</w:t>
      </w:r>
    </w:p>
    <w:p>
      <w:r>
        <w:rPr>
          <w:rFonts w:ascii="Georgia" w:hAnsi="Georgia" w:eastAsia="Georgia"/>
          <w:sz w:val="23"/>
        </w:rPr>
        <w:t>Tessa remained at the table.</w:t>
      </w:r>
    </w:p>
    <w:p>
      <w:r>
        <w:rPr>
          <w:rFonts w:ascii="Georgia" w:hAnsi="Georgia" w:eastAsia="Georgia"/>
          <w:sz w:val="23"/>
        </w:rPr>
        <w:t>Miren drank water.</w:t>
      </w:r>
    </w:p>
    <w:p>
      <w:r>
        <w:rPr>
          <w:rFonts w:ascii="Georgia" w:hAnsi="Georgia" w:eastAsia="Georgia"/>
          <w:sz w:val="23"/>
        </w:rPr>
        <w:t>Reva unpacked the last bag even though everything in it was already cold.</w:t>
      </w:r>
    </w:p>
    <w:p>
      <w:r>
        <w:rPr>
          <w:rFonts w:ascii="Georgia" w:hAnsi="Georgia" w:eastAsia="Georgia"/>
          <w:sz w:val="23"/>
        </w:rPr>
        <w:t>For six minutes nobody asked Kaethe to explain the problem it had not created.</w:t>
      </w:r>
    </w:p>
    <w:p>
      <w:pPr>
        <w:spacing w:before="80" w:after="80"/>
        <w:jc w:val="center"/>
      </w:pPr>
      <w:r>
        <w:rPr>
          <w:rFonts w:ascii="Georgia" w:hAnsi="Georgia" w:eastAsia="Georgia"/>
          <w:sz w:val="23"/>
        </w:rPr>
        <w:t>§</w:t>
      </w:r>
    </w:p>
    <w:p>
      <w:r>
        <w:rPr>
          <w:rFonts w:ascii="Georgia" w:hAnsi="Georgia" w:eastAsia="Georgia"/>
          <w:sz w:val="23"/>
        </w:rPr>
        <w:t>At 1452 Reva sat down again.</w:t>
      </w:r>
    </w:p>
    <w:p>
      <w:r>
        <w:rPr>
          <w:rFonts w:ascii="Georgia" w:hAnsi="Georgia" w:eastAsia="Georgia"/>
          <w:sz w:val="23"/>
        </w:rPr>
        <w:t>“You can use the part from before I came in.”</w:t>
      </w:r>
    </w:p>
    <w:p>
      <w:r>
        <w:rPr>
          <w:rFonts w:ascii="Georgia" w:hAnsi="Georgia" w:eastAsia="Georgia"/>
          <w:sz w:val="23"/>
        </w:rPr>
        <w:t>I looked at her.</w:t>
      </w:r>
    </w:p>
    <w:p>
      <w:r>
        <w:rPr>
          <w:rFonts w:ascii="Georgia" w:hAnsi="Georgia" w:eastAsia="Georgia"/>
          <w:sz w:val="23"/>
        </w:rPr>
        <w:t>“Why?”</w:t>
      </w:r>
    </w:p>
    <w:p>
      <w:r>
        <w:rPr>
          <w:rFonts w:ascii="Georgia" w:hAnsi="Georgia" w:eastAsia="Georgia"/>
          <w:sz w:val="23"/>
        </w:rPr>
        <w:t>“Because Tal had a right to his service history and Tessa had a right to the house she owns. I am not going to pretend they had no right because they did not ask me perfectly.”</w:t>
      </w:r>
    </w:p>
    <w:p>
      <w:r>
        <w:rPr>
          <w:rFonts w:ascii="Georgia" w:hAnsi="Georgia" w:eastAsia="Georgia"/>
          <w:sz w:val="23"/>
        </w:rPr>
        <w:t>Tessa said, “You also have a right.”</w:t>
      </w:r>
    </w:p>
    <w:p>
      <w:r>
        <w:rPr>
          <w:rFonts w:ascii="Georgia" w:hAnsi="Georgia" w:eastAsia="Georgia"/>
          <w:sz w:val="23"/>
        </w:rPr>
        <w:t>“I know.”</w:t>
      </w:r>
    </w:p>
    <w:p>
      <w:r>
        <w:rPr>
          <w:rFonts w:ascii="Georgia" w:hAnsi="Georgia" w:eastAsia="Georgia"/>
          <w:sz w:val="23"/>
        </w:rPr>
        <w:t>“Then why allow it?”</w:t>
      </w:r>
    </w:p>
    <w:p>
      <w:r>
        <w:rPr>
          <w:rFonts w:ascii="Georgia" w:hAnsi="Georgia" w:eastAsia="Georgia"/>
          <w:sz w:val="23"/>
        </w:rPr>
        <w:t>Reva took time.</w:t>
      </w:r>
    </w:p>
    <w:p>
      <w:r>
        <w:rPr>
          <w:rFonts w:ascii="Georgia" w:hAnsi="Georgia" w:eastAsia="Georgia"/>
          <w:sz w:val="23"/>
        </w:rPr>
        <w:t>“Because I want to know whether the controller was just keeping our boxes quiet or whether all those years did something nobody intended.”</w:t>
      </w:r>
    </w:p>
    <w:p>
      <w:r>
        <w:rPr>
          <w:rFonts w:ascii="Georgia" w:hAnsi="Georgia" w:eastAsia="Georgia"/>
          <w:sz w:val="23"/>
        </w:rPr>
        <w:t>She did not look at her setting when she said it.</w:t>
      </w:r>
    </w:p>
    <w:p>
      <w:r>
        <w:rPr>
          <w:rFonts w:ascii="Georgia" w:hAnsi="Georgia" w:eastAsia="Georgia"/>
          <w:sz w:val="23"/>
        </w:rPr>
        <w:t>“That is not consent to experiments,” Miren said.</w:t>
      </w:r>
    </w:p>
    <w:p>
      <w:r>
        <w:rPr>
          <w:rFonts w:ascii="Georgia" w:hAnsi="Georgia" w:eastAsia="Georgia"/>
          <w:sz w:val="23"/>
        </w:rPr>
        <w:t>“Correct.”</w:t>
      </w:r>
    </w:p>
    <w:p>
      <w:r>
        <w:rPr>
          <w:rFonts w:ascii="Georgia" w:hAnsi="Georgia" w:eastAsia="Georgia"/>
          <w:sz w:val="23"/>
        </w:rPr>
        <w:t>“Not consent to identify your wife in the technical record.”</w:t>
      </w:r>
    </w:p>
    <w:p>
      <w:r>
        <w:rPr>
          <w:rFonts w:ascii="Georgia" w:hAnsi="Georgia" w:eastAsia="Georgia"/>
          <w:sz w:val="23"/>
        </w:rPr>
        <w:t>“Correct.”</w:t>
      </w:r>
    </w:p>
    <w:p>
      <w:r>
        <w:rPr>
          <w:rFonts w:ascii="Georgia" w:hAnsi="Georgia" w:eastAsia="Georgia"/>
          <w:sz w:val="23"/>
        </w:rPr>
        <w:t>“Not consent to contact-field changes.”</w:t>
      </w:r>
    </w:p>
    <w:p>
      <w:r>
        <w:rPr>
          <w:rFonts w:ascii="Georgia" w:hAnsi="Georgia" w:eastAsia="Georgia"/>
          <w:sz w:val="23"/>
        </w:rPr>
        <w:t>“Correct.”</w:t>
      </w:r>
    </w:p>
    <w:p>
      <w:r>
        <w:rPr>
          <w:rFonts w:ascii="Georgia" w:hAnsi="Georgia" w:eastAsia="Georgia"/>
          <w:sz w:val="23"/>
        </w:rPr>
        <w:t>“Aggregate review already captured only.”</w:t>
      </w:r>
    </w:p>
    <w:p>
      <w:r>
        <w:rPr>
          <w:rFonts w:ascii="Georgia" w:hAnsi="Georgia" w:eastAsia="Georgia"/>
          <w:sz w:val="23"/>
        </w:rPr>
        <w:t>“Yes.”</w:t>
      </w:r>
    </w:p>
    <w:p>
      <w:r>
        <w:rPr>
          <w:rFonts w:ascii="Georgia" w:hAnsi="Georgia" w:eastAsia="Georgia"/>
          <w:sz w:val="23"/>
        </w:rPr>
        <w:t>Miren opened a new consent record.</w:t>
      </w:r>
    </w:p>
    <w:p>
      <w:r>
        <w:rPr>
          <w:rFonts w:ascii="Georgia" w:hAnsi="Georgia" w:eastAsia="Georgia"/>
          <w:sz w:val="23"/>
        </w:rPr>
        <w:t>Reva signed.</w:t>
      </w:r>
    </w:p>
    <w:p>
      <w:r>
        <w:rPr>
          <w:rFonts w:ascii="Georgia" w:hAnsi="Georgia" w:eastAsia="Georgia"/>
          <w:sz w:val="23"/>
        </w:rPr>
        <w:t>Not because we had made the process frictionless.</w:t>
      </w:r>
    </w:p>
    <w:p>
      <w:r>
        <w:rPr>
          <w:rFonts w:ascii="Georgia" w:hAnsi="Georgia" w:eastAsia="Georgia"/>
          <w:sz w:val="23"/>
        </w:rPr>
        <w:t>Because the friction had become visible enough that she could decide where to stop.</w:t>
      </w:r>
    </w:p>
    <w:p>
      <w:r>
        <w:rPr>
          <w:rFonts w:ascii="Georgia" w:hAnsi="Georgia" w:eastAsia="Georgia"/>
          <w:sz w:val="23"/>
        </w:rPr>
        <w:t>Tal returned.</w:t>
      </w:r>
    </w:p>
    <w:p>
      <w:r>
        <w:rPr>
          <w:rFonts w:ascii="Georgia" w:hAnsi="Georgia" w:eastAsia="Georgia"/>
          <w:sz w:val="23"/>
        </w:rPr>
        <w:t>“My daughter says no.”</w:t>
      </w:r>
    </w:p>
    <w:p>
      <w:r>
        <w:rPr>
          <w:rFonts w:ascii="Georgia" w:hAnsi="Georgia" w:eastAsia="Georgia"/>
          <w:sz w:val="23"/>
        </w:rPr>
        <w:t>No one asked to what.</w:t>
      </w:r>
    </w:p>
    <w:p>
      <w:r>
        <w:rPr>
          <w:rFonts w:ascii="Georgia" w:hAnsi="Georgia" w:eastAsia="Georgia"/>
          <w:sz w:val="23"/>
        </w:rPr>
        <w:t>He explained anyway.</w:t>
      </w:r>
    </w:p>
    <w:p>
      <w:r>
        <w:rPr>
          <w:rFonts w:ascii="Georgia" w:hAnsi="Georgia" w:eastAsia="Georgia"/>
          <w:sz w:val="23"/>
        </w:rPr>
        <w:t>“No to using anything that can identify when she left or came back. She says you can use count-change curves only if dates stay stripped and if they are pooled with other households before publication.”</w:t>
      </w:r>
    </w:p>
    <w:p>
      <w:r>
        <w:rPr>
          <w:rFonts w:ascii="Georgia" w:hAnsi="Georgia" w:eastAsia="Georgia"/>
          <w:sz w:val="23"/>
        </w:rPr>
        <w:t>“Reasonable,” Miren said.</w:t>
      </w:r>
    </w:p>
    <w:p>
      <w:r>
        <w:rPr>
          <w:rFonts w:ascii="Georgia" w:hAnsi="Georgia" w:eastAsia="Georgia"/>
          <w:sz w:val="23"/>
        </w:rPr>
        <w:t>“She also says if anyone calls the house integrated she will sue.”</w:t>
      </w:r>
    </w:p>
    <w:p>
      <w:r>
        <w:rPr>
          <w:rFonts w:ascii="Georgia" w:hAnsi="Georgia" w:eastAsia="Georgia"/>
          <w:sz w:val="23"/>
        </w:rPr>
        <w:t>I believed her without meeting her.</w:t>
      </w:r>
    </w:p>
    <w:p>
      <w:r>
        <w:rPr>
          <w:rFonts w:ascii="Georgia" w:hAnsi="Georgia" w:eastAsia="Georgia"/>
          <w:sz w:val="23"/>
        </w:rPr>
        <w:t>The shortened term had reached service language before the qualification did.</w:t>
      </w:r>
    </w:p>
    <w:p>
      <w:pPr>
        <w:spacing w:before="80" w:after="80"/>
        <w:jc w:val="center"/>
      </w:pPr>
      <w:r>
        <w:rPr>
          <w:rFonts w:ascii="Georgia" w:hAnsi="Georgia" w:eastAsia="Georgia"/>
          <w:sz w:val="23"/>
        </w:rPr>
        <w:t>§</w:t>
      </w:r>
    </w:p>
    <w:p>
      <w:r>
        <w:rPr>
          <w:rFonts w:ascii="Georgia" w:hAnsi="Georgia" w:eastAsia="Georgia"/>
          <w:sz w:val="23"/>
        </w:rPr>
        <w:t>We left at 1620 with less data than we had at noon.</w:t>
      </w:r>
    </w:p>
    <w:p>
      <w:r>
        <w:rPr>
          <w:rFonts w:ascii="Georgia" w:hAnsi="Georgia" w:eastAsia="Georgia"/>
          <w:sz w:val="23"/>
        </w:rPr>
        <w:t>That was progress.</w:t>
      </w:r>
    </w:p>
    <w:p>
      <w:r>
        <w:rPr>
          <w:rFonts w:ascii="Georgia" w:hAnsi="Georgia" w:eastAsia="Georgia"/>
          <w:sz w:val="23"/>
        </w:rPr>
        <w:t>Miren carried the technical cases.</w:t>
      </w:r>
    </w:p>
    <w:p>
      <w:r>
        <w:rPr>
          <w:rFonts w:ascii="Georgia" w:hAnsi="Georgia" w:eastAsia="Georgia"/>
          <w:sz w:val="23"/>
        </w:rPr>
        <w:t>I carried the old controller service printouts Tal had authorized us to copy after everyone agreed which pages belonged to the house and which belonged to people.</w:t>
      </w:r>
    </w:p>
    <w:p>
      <w:r>
        <w:rPr>
          <w:rFonts w:ascii="Georgia" w:hAnsi="Georgia" w:eastAsia="Georgia"/>
          <w:sz w:val="23"/>
        </w:rPr>
        <w:t>Paper again.</w:t>
      </w:r>
    </w:p>
    <w:p>
      <w:r>
        <w:rPr>
          <w:rFonts w:ascii="Georgia" w:hAnsi="Georgia" w:eastAsia="Georgia"/>
          <w:sz w:val="23"/>
        </w:rPr>
        <w:t>On the front step, Tal stopped me.</w:t>
      </w:r>
    </w:p>
    <w:p>
      <w:r>
        <w:rPr>
          <w:rFonts w:ascii="Georgia" w:hAnsi="Georgia" w:eastAsia="Georgia"/>
          <w:sz w:val="23"/>
        </w:rPr>
        <w:t>“Did you find anything?”</w:t>
      </w:r>
    </w:p>
    <w:p>
      <w:r>
        <w:rPr>
          <w:rFonts w:ascii="Georgia" w:hAnsi="Georgia" w:eastAsia="Georgia"/>
          <w:sz w:val="23"/>
        </w:rPr>
        <w:t>“Yes.”</w:t>
      </w:r>
    </w:p>
    <w:p>
      <w:r>
        <w:rPr>
          <w:rFonts w:ascii="Georgia" w:hAnsi="Georgia" w:eastAsia="Georgia"/>
          <w:sz w:val="23"/>
        </w:rPr>
        <w:t>“Anything about Kaethe?”</w:t>
      </w:r>
    </w:p>
    <w:p>
      <w:r>
        <w:rPr>
          <w:rFonts w:ascii="Georgia" w:hAnsi="Georgia" w:eastAsia="Georgia"/>
          <w:sz w:val="23"/>
        </w:rPr>
        <w:t>“Not yet.”</w:t>
      </w:r>
    </w:p>
    <w:p>
      <w:r>
        <w:rPr>
          <w:rFonts w:ascii="Georgia" w:hAnsi="Georgia" w:eastAsia="Georgia"/>
          <w:sz w:val="23"/>
        </w:rPr>
        <w:t>“Then what did you find?”</w:t>
      </w:r>
    </w:p>
    <w:p>
      <w:r>
        <w:rPr>
          <w:rFonts w:ascii="Georgia" w:hAnsi="Georgia" w:eastAsia="Georgia"/>
          <w:sz w:val="23"/>
        </w:rPr>
        <w:t>I looked back at the house.</w:t>
      </w:r>
    </w:p>
    <w:p>
      <w:r>
        <w:rPr>
          <w:rFonts w:ascii="Georgia" w:hAnsi="Georgia" w:eastAsia="Georgia"/>
          <w:sz w:val="23"/>
        </w:rPr>
        <w:t>Three current settings inside.</w:t>
      </w:r>
    </w:p>
    <w:p>
      <w:r>
        <w:rPr>
          <w:rFonts w:ascii="Georgia" w:hAnsi="Georgia" w:eastAsia="Georgia"/>
          <w:sz w:val="23"/>
        </w:rPr>
        <w:t>At least four historical.</w:t>
      </w:r>
    </w:p>
    <w:p>
      <w:r>
        <w:rPr>
          <w:rFonts w:ascii="Georgia" w:hAnsi="Georgia" w:eastAsia="Georgia"/>
          <w:sz w:val="23"/>
        </w:rPr>
        <w:t>Nineteen years of shared reference.</w:t>
      </w:r>
    </w:p>
    <w:p>
      <w:r>
        <w:rPr>
          <w:rFonts w:ascii="Georgia" w:hAnsi="Georgia" w:eastAsia="Georgia"/>
          <w:sz w:val="23"/>
        </w:rPr>
        <w:t>Three controller generations.</w:t>
      </w:r>
    </w:p>
    <w:p>
      <w:r>
        <w:rPr>
          <w:rFonts w:ascii="Georgia" w:hAnsi="Georgia" w:eastAsia="Georgia"/>
          <w:sz w:val="23"/>
        </w:rPr>
        <w:t>A daughter who had left.</w:t>
      </w:r>
    </w:p>
    <w:p>
      <w:r>
        <w:rPr>
          <w:rFonts w:ascii="Georgia" w:hAnsi="Georgia" w:eastAsia="Georgia"/>
          <w:sz w:val="23"/>
        </w:rPr>
        <w:t>A wife who had died.</w:t>
      </w:r>
    </w:p>
    <w:p>
      <w:r>
        <w:rPr>
          <w:rFonts w:ascii="Georgia" w:hAnsi="Georgia" w:eastAsia="Georgia"/>
          <w:sz w:val="23"/>
        </w:rPr>
        <w:t>A household profile migrated from machine to machine because engineers correctly wanted the settings to remain stable.</w:t>
      </w:r>
    </w:p>
    <w:p>
      <w:r>
        <w:rPr>
          <w:rFonts w:ascii="Georgia" w:hAnsi="Georgia" w:eastAsia="Georgia"/>
          <w:sz w:val="23"/>
        </w:rPr>
        <w:t>Aggregate records designed to protect privacy that could still become biography when combined with ordinary family knowledge.</w:t>
      </w:r>
    </w:p>
    <w:p>
      <w:r>
        <w:rPr>
          <w:rFonts w:ascii="Georgia" w:hAnsi="Georgia" w:eastAsia="Georgia"/>
          <w:sz w:val="23"/>
        </w:rPr>
        <w:t>And beneath all of it, the physical fact we still had not isolated:</w:t>
      </w:r>
    </w:p>
    <w:p>
      <w:r>
        <w:rPr>
          <w:rFonts w:ascii="Georgia" w:hAnsi="Georgia" w:eastAsia="Georgia"/>
          <w:sz w:val="23"/>
        </w:rPr>
        <w:t>multiple pieces of kaethe-matter had spent years receiving corrections shaped by the same environment at the same time.</w:t>
      </w:r>
    </w:p>
    <w:p>
      <w:r>
        <w:rPr>
          <w:rFonts w:ascii="Georgia" w:hAnsi="Georgia" w:eastAsia="Georgia"/>
          <w:sz w:val="23"/>
        </w:rPr>
        <w:t>“We found that the controller is part of the contact history,” I said.</w:t>
      </w:r>
    </w:p>
    <w:p>
      <w:r>
        <w:rPr>
          <w:rFonts w:ascii="Georgia" w:hAnsi="Georgia" w:eastAsia="Georgia"/>
          <w:sz w:val="23"/>
        </w:rPr>
        <w:t>Tal frowned.</w:t>
      </w:r>
    </w:p>
    <w:p>
      <w:r>
        <w:rPr>
          <w:rFonts w:ascii="Georgia" w:hAnsi="Georgia" w:eastAsia="Georgia"/>
          <w:sz w:val="23"/>
        </w:rPr>
        <w:t>“It never touches the fragments.”</w:t>
      </w:r>
    </w:p>
    <w:p>
      <w:r>
        <w:rPr>
          <w:rFonts w:ascii="Georgia" w:hAnsi="Georgia" w:eastAsia="Georgia"/>
          <w:sz w:val="23"/>
        </w:rPr>
        <w:t>“Neither does a wall. It still changes distance.”</w:t>
      </w:r>
    </w:p>
    <w:p>
      <w:r>
        <w:rPr>
          <w:rFonts w:ascii="Georgia" w:hAnsi="Georgia" w:eastAsia="Georgia"/>
          <w:sz w:val="23"/>
        </w:rPr>
        <w:t>“So the house is part of it.”</w:t>
      </w:r>
    </w:p>
    <w:p>
      <w:r>
        <w:rPr>
          <w:rFonts w:ascii="Georgia" w:hAnsi="Georgia" w:eastAsia="Georgia"/>
          <w:sz w:val="23"/>
        </w:rPr>
        <w:t>“Part of the provenance. Not necessarily part of the phenomenon.”</w:t>
      </w:r>
    </w:p>
    <w:p>
      <w:r>
        <w:rPr>
          <w:rFonts w:ascii="Georgia" w:hAnsi="Georgia" w:eastAsia="Georgia"/>
          <w:sz w:val="23"/>
        </w:rPr>
        <w:t>“You really do know how to make every answer smaller.”</w:t>
      </w:r>
    </w:p>
    <w:p>
      <w:r>
        <w:rPr>
          <w:rFonts w:ascii="Georgia" w:hAnsi="Georgia" w:eastAsia="Georgia"/>
          <w:sz w:val="23"/>
        </w:rPr>
        <w:t>“That is usually how it survives.”</w:t>
      </w:r>
    </w:p>
    <w:p>
      <w:r>
        <w:rPr>
          <w:rFonts w:ascii="Georgia" w:hAnsi="Georgia" w:eastAsia="Georgia"/>
          <w:sz w:val="23"/>
        </w:rPr>
        <w:t>He nodded.</w:t>
      </w:r>
    </w:p>
    <w:p>
      <w:r>
        <w:rPr>
          <w:rFonts w:ascii="Georgia" w:hAnsi="Georgia" w:eastAsia="Georgia"/>
          <w:sz w:val="23"/>
        </w:rPr>
        <w:t>Then he went inside.</w:t>
      </w:r>
    </w:p>
    <w:p>
      <w:pPr>
        <w:spacing w:before="80" w:after="80"/>
        <w:jc w:val="center"/>
      </w:pPr>
      <w:r>
        <w:rPr>
          <w:rFonts w:ascii="Georgia" w:hAnsi="Georgia" w:eastAsia="Georgia"/>
          <w:sz w:val="23"/>
        </w:rPr>
        <w:t>§</w:t>
      </w:r>
    </w:p>
    <w:p>
      <w:r>
        <w:rPr>
          <w:rFonts w:ascii="Georgia" w:hAnsi="Georgia" w:eastAsia="Georgia"/>
          <w:sz w:val="23"/>
        </w:rPr>
        <w:t>At the shop, Miren printed the technical note.</w:t>
      </w:r>
    </w:p>
    <w:p>
      <w:r>
        <w:rPr>
          <w:rFonts w:ascii="Georgia" w:hAnsi="Georgia" w:eastAsia="Georgia"/>
          <w:sz w:val="23"/>
        </w:rPr>
        <w:t>She had begun doing that without asking me.</w:t>
      </w:r>
    </w:p>
    <w:p>
      <w:r>
        <w:rPr>
          <w:rFonts w:ascii="Georgia" w:hAnsi="Georgia" w:eastAsia="Georgia"/>
          <w:sz w:val="23"/>
        </w:rPr>
        <w:t>I read the title.</w:t>
      </w:r>
    </w:p>
    <w:p>
      <w:r>
        <w:rPr>
          <w:rFonts w:ascii="Georgia" w:hAnsi="Georgia" w:eastAsia="Georgia"/>
          <w:sz w:val="23"/>
        </w:rPr>
        <w:t>DOMESTIC CONCORDANCE / HOUSEHOLD PROVENANCE.</w:t>
      </w:r>
    </w:p>
    <w:p>
      <w:r>
        <w:rPr>
          <w:rFonts w:ascii="Georgia" w:hAnsi="Georgia" w:eastAsia="Georgia"/>
          <w:sz w:val="23"/>
        </w:rPr>
        <w:t>The title was better than mine would have been.</w:t>
      </w:r>
    </w:p>
    <w:p>
      <w:r>
        <w:rPr>
          <w:rFonts w:ascii="Georgia" w:hAnsi="Georgia" w:eastAsia="Georgia"/>
          <w:sz w:val="23"/>
        </w:rPr>
        <w:t>The findings were narrow.</w:t>
      </w:r>
    </w:p>
    <w:p>
      <w:r>
        <w:rPr>
          <w:rFonts w:ascii="Georgia" w:hAnsi="Georgia" w:eastAsia="Georgia"/>
          <w:sz w:val="23"/>
        </w:rPr>
        <w:t>COMMON REFERENCE HISTORY: DEMONSTRATED.</w:t>
      </w:r>
    </w:p>
    <w:p>
      <w:r>
        <w:rPr>
          <w:rFonts w:ascii="Georgia" w:hAnsi="Georgia" w:eastAsia="Georgia"/>
          <w:sz w:val="23"/>
        </w:rPr>
        <w:t>PROFILE MIGRATION ACROSS CONTROLLER REPLACEMENT: DEMONSTRATED.</w:t>
      </w:r>
    </w:p>
    <w:p>
      <w:r>
        <w:rPr>
          <w:rFonts w:ascii="Georgia" w:hAnsi="Georgia" w:eastAsia="Georgia"/>
          <w:sz w:val="23"/>
        </w:rPr>
        <w:t>EXTENDED REBALANCE AFTER UNIT-COUNT CHANGES: DEMONSTRATED IN ONE HOUSEHOLD; WITHIN HISTORICAL OPERATING RANGE.</w:t>
      </w:r>
    </w:p>
    <w:p>
      <w:r>
        <w:rPr>
          <w:rFonts w:ascii="Georgia" w:hAnsi="Georgia" w:eastAsia="Georgia"/>
          <w:sz w:val="23"/>
        </w:rPr>
        <w:t>LOWER AGGREGATE LOCAL CORRECTION DURING LATER ISOLATED COMMISSIONING: DEMONSTRATED; CAUSAL BASIS UNRESOLVED.</w:t>
      </w:r>
    </w:p>
    <w:p>
      <w:r>
        <w:rPr>
          <w:rFonts w:ascii="Georgia" w:hAnsi="Georgia" w:eastAsia="Georgia"/>
          <w:sz w:val="23"/>
        </w:rPr>
        <w:t>FRAGMENT-FRAGMENT RELATION: NOT DEMONSTRATED.</w:t>
      </w:r>
    </w:p>
    <w:p>
      <w:r>
        <w:rPr>
          <w:rFonts w:ascii="Georgia" w:hAnsi="Georgia" w:eastAsia="Georgia"/>
          <w:sz w:val="23"/>
        </w:rPr>
        <w:t>Then:</w:t>
      </w:r>
    </w:p>
    <w:p>
      <w:r>
        <w:rPr>
          <w:rFonts w:ascii="Georgia" w:hAnsi="Georgia" w:eastAsia="Georgia"/>
          <w:sz w:val="23"/>
        </w:rPr>
        <w:t>HOUSEHOLD INFRASTRUCTURE CAN PRESERVE AND SHAPE CONTACT CONDITIONS ACROSS HARDWARE GENERATIONS.</w:t>
      </w:r>
    </w:p>
    <w:p>
      <w:r>
        <w:rPr>
          <w:rFonts w:ascii="Georgia" w:hAnsi="Georgia" w:eastAsia="Georgia"/>
          <w:sz w:val="23"/>
        </w:rPr>
        <w:t>I read that one twice.</w:t>
      </w:r>
    </w:p>
    <w:p>
      <w:r>
        <w:rPr>
          <w:rFonts w:ascii="Georgia" w:hAnsi="Georgia" w:eastAsia="Georgia"/>
          <w:sz w:val="23"/>
        </w:rPr>
        <w:t>“Shape is doing work,” I said.</w:t>
      </w:r>
    </w:p>
    <w:p>
      <w:r>
        <w:rPr>
          <w:rFonts w:ascii="Georgia" w:hAnsi="Georgia" w:eastAsia="Georgia"/>
          <w:sz w:val="23"/>
        </w:rPr>
        <w:t>“It literally generates the common reference.”</w:t>
      </w:r>
    </w:p>
    <w:p>
      <w:r>
        <w:rPr>
          <w:rFonts w:ascii="Georgia" w:hAnsi="Georgia" w:eastAsia="Georgia"/>
          <w:sz w:val="23"/>
        </w:rPr>
        <w:t>“Fair.”</w:t>
      </w:r>
    </w:p>
    <w:p>
      <w:r>
        <w:rPr>
          <w:rFonts w:ascii="Georgia" w:hAnsi="Georgia" w:eastAsia="Georgia"/>
          <w:sz w:val="23"/>
        </w:rPr>
        <w:t>She added the privacy note.</w:t>
      </w:r>
    </w:p>
    <w:p>
      <w:r>
        <w:rPr>
          <w:rFonts w:ascii="Georgia" w:hAnsi="Georgia" w:eastAsia="Georgia"/>
          <w:sz w:val="23"/>
        </w:rPr>
        <w:t>AGGREGATE TECHNICAL HISTORY MAY BECOME PERSONALLY IDENTIFYING WHEN COMBINED WITH HOUSEHOLD KNOWLEDGE. DE-IDENTIFICATION DOES NOT ELIMINATE RELATIONAL CONTEXT.</w:t>
      </w:r>
    </w:p>
    <w:p>
      <w:r>
        <w:rPr>
          <w:rFonts w:ascii="Georgia" w:hAnsi="Georgia" w:eastAsia="Georgia"/>
          <w:sz w:val="23"/>
        </w:rPr>
        <w:t>That was my error for the day.</w:t>
      </w:r>
    </w:p>
    <w:p>
      <w:r>
        <w:rPr>
          <w:rFonts w:ascii="Georgia" w:hAnsi="Georgia" w:eastAsia="Georgia"/>
          <w:sz w:val="23"/>
        </w:rPr>
        <w:t>Not a damaged hand.</w:t>
      </w:r>
    </w:p>
    <w:p>
      <w:r>
        <w:rPr>
          <w:rFonts w:ascii="Georgia" w:hAnsi="Georgia" w:eastAsia="Georgia"/>
          <w:sz w:val="23"/>
        </w:rPr>
        <w:t>Not an unauthorized patient.</w:t>
      </w:r>
    </w:p>
    <w:p>
      <w:r>
        <w:rPr>
          <w:rFonts w:ascii="Georgia" w:hAnsi="Georgia" w:eastAsia="Georgia"/>
          <w:sz w:val="23"/>
        </w:rPr>
        <w:t>A category I had trusted because it was narrower than a name.</w:t>
      </w:r>
    </w:p>
    <w:p>
      <w:r>
        <w:rPr>
          <w:rFonts w:ascii="Georgia" w:hAnsi="Georgia" w:eastAsia="Georgia"/>
          <w:sz w:val="23"/>
        </w:rPr>
        <w:t>Narrow was not the same as harmless.</w:t>
      </w:r>
    </w:p>
    <w:p>
      <w:r>
        <w:rPr>
          <w:rFonts w:ascii="Georgia" w:hAnsi="Georgia" w:eastAsia="Georgia"/>
          <w:sz w:val="23"/>
        </w:rPr>
        <w:t>I signed the note.</w:t>
      </w:r>
    </w:p>
    <w:p>
      <w:r>
        <w:rPr>
          <w:rFonts w:ascii="Georgia" w:hAnsi="Georgia" w:eastAsia="Georgia"/>
          <w:sz w:val="23"/>
        </w:rPr>
        <w:t>Miren did not close it.</w:t>
      </w:r>
    </w:p>
    <w:p>
      <w:r>
        <w:rPr>
          <w:rFonts w:ascii="Georgia" w:hAnsi="Georgia" w:eastAsia="Georgia"/>
          <w:sz w:val="23"/>
        </w:rPr>
        <w:t>“One more line.”</w:t>
      </w:r>
    </w:p>
    <w:p>
      <w:r>
        <w:rPr>
          <w:rFonts w:ascii="Georgia" w:hAnsi="Georgia" w:eastAsia="Georgia"/>
          <w:sz w:val="23"/>
        </w:rPr>
        <w:t>“What?”</w:t>
      </w:r>
    </w:p>
    <w:p>
      <w:r>
        <w:rPr>
          <w:rFonts w:ascii="Georgia" w:hAnsi="Georgia" w:eastAsia="Georgia"/>
          <w:sz w:val="23"/>
        </w:rPr>
        <w:t>She pointed at the controller history.</w:t>
      </w:r>
    </w:p>
    <w:p>
      <w:r>
        <w:rPr>
          <w:rFonts w:ascii="Georgia" w:hAnsi="Georgia" w:eastAsia="Georgia"/>
          <w:sz w:val="23"/>
        </w:rPr>
        <w:t>“You keep calling this co-contact.”</w:t>
      </w:r>
    </w:p>
    <w:p>
      <w:r>
        <w:rPr>
          <w:rFonts w:ascii="Georgia" w:hAnsi="Georgia" w:eastAsia="Georgia"/>
          <w:sz w:val="23"/>
        </w:rPr>
        <w:t>“Because multiple settings occupied the same environment.”</w:t>
      </w:r>
    </w:p>
    <w:p>
      <w:r>
        <w:rPr>
          <w:rFonts w:ascii="Georgia" w:hAnsi="Georgia" w:eastAsia="Georgia"/>
          <w:sz w:val="23"/>
        </w:rPr>
        <w:t>“The settings were not merely near one another. The system continuously changed their environment based on all of them.”</w:t>
      </w:r>
    </w:p>
    <w:p>
      <w:r>
        <w:rPr>
          <w:rFonts w:ascii="Georgia" w:hAnsi="Georgia" w:eastAsia="Georgia"/>
          <w:sz w:val="23"/>
        </w:rPr>
        <w:t>“Yes.”</w:t>
      </w:r>
    </w:p>
    <w:p>
      <w:r>
        <w:rPr>
          <w:rFonts w:ascii="Georgia" w:hAnsi="Georgia" w:eastAsia="Georgia"/>
          <w:sz w:val="23"/>
        </w:rPr>
        <w:t>“Then contact is too passive.”</w:t>
      </w:r>
    </w:p>
    <w:p>
      <w:r>
        <w:rPr>
          <w:rFonts w:ascii="Georgia" w:hAnsi="Georgia" w:eastAsia="Georgia"/>
          <w:sz w:val="23"/>
        </w:rPr>
        <w:t>I disliked that immediately.</w:t>
      </w:r>
    </w:p>
    <w:p>
      <w:r>
        <w:rPr>
          <w:rFonts w:ascii="Georgia" w:hAnsi="Georgia" w:eastAsia="Georgia"/>
          <w:sz w:val="23"/>
        </w:rPr>
        <w:t>“Do not invent a stronger word because the weaker one is inconvenient.”</w:t>
      </w:r>
    </w:p>
    <w:p>
      <w:r>
        <w:rPr>
          <w:rFonts w:ascii="Georgia" w:hAnsi="Georgia" w:eastAsia="Georgia"/>
          <w:sz w:val="23"/>
        </w:rPr>
        <w:t>“I am not. I am telling you the engineering standard already has one.”</w:t>
      </w:r>
    </w:p>
    <w:p>
      <w:r>
        <w:rPr>
          <w:rFonts w:ascii="Georgia" w:hAnsi="Georgia" w:eastAsia="Georgia"/>
          <w:sz w:val="23"/>
        </w:rPr>
        <w:t>She opened the old domestic specification.</w:t>
      </w:r>
    </w:p>
    <w:p>
      <w:r>
        <w:rPr>
          <w:rFonts w:ascii="Georgia" w:hAnsi="Georgia" w:eastAsia="Georgia"/>
          <w:sz w:val="23"/>
        </w:rPr>
        <w:t>The term appeared in a section nobody outside certification would ever read.</w:t>
      </w:r>
    </w:p>
    <w:p>
      <w:r>
        <w:rPr>
          <w:rFonts w:ascii="Georgia" w:hAnsi="Georgia" w:eastAsia="Georgia"/>
          <w:sz w:val="23"/>
        </w:rPr>
        <w:t>RECIPROCAL LOAD CONDITION.</w:t>
      </w:r>
    </w:p>
    <w:p>
      <w:r>
        <w:rPr>
          <w:rFonts w:ascii="Georgia" w:hAnsi="Georgia" w:eastAsia="Georgia"/>
          <w:sz w:val="23"/>
        </w:rPr>
        <w:t>Not communication.</w:t>
      </w:r>
    </w:p>
    <w:p>
      <w:r>
        <w:rPr>
          <w:rFonts w:ascii="Georgia" w:hAnsi="Georgia" w:eastAsia="Georgia"/>
          <w:sz w:val="23"/>
        </w:rPr>
        <w:t>Not exchange.</w:t>
      </w:r>
    </w:p>
    <w:p>
      <w:r>
        <w:rPr>
          <w:rFonts w:ascii="Georgia" w:hAnsi="Georgia" w:eastAsia="Georgia"/>
          <w:sz w:val="23"/>
        </w:rPr>
        <w:t>A control-systems term.</w:t>
      </w:r>
    </w:p>
    <w:p>
      <w:r>
        <w:rPr>
          <w:rFonts w:ascii="Georgia" w:hAnsi="Georgia" w:eastAsia="Georgia"/>
          <w:sz w:val="23"/>
        </w:rPr>
        <w:t>Each setting’s correction activity contributed to the controller’s shared reference calculation. The revised reference then changed the correction burden on every setting.</w:t>
      </w:r>
    </w:p>
    <w:p>
      <w:r>
        <w:rPr>
          <w:rFonts w:ascii="Georgia" w:hAnsi="Georgia" w:eastAsia="Georgia"/>
          <w:sz w:val="23"/>
        </w:rPr>
        <w:t>A loop.</w:t>
      </w:r>
    </w:p>
    <w:p>
      <w:r>
        <w:rPr>
          <w:rFonts w:ascii="Georgia" w:hAnsi="Georgia" w:eastAsia="Georgia"/>
          <w:sz w:val="23"/>
        </w:rPr>
        <w:t>Ordinary engineering.</w:t>
      </w:r>
    </w:p>
    <w:p>
      <w:r>
        <w:rPr>
          <w:rFonts w:ascii="Georgia" w:hAnsi="Georgia" w:eastAsia="Georgia"/>
          <w:sz w:val="23"/>
        </w:rPr>
        <w:t>The fragments did not talk to one another.</w:t>
      </w:r>
    </w:p>
    <w:p>
      <w:r>
        <w:rPr>
          <w:rFonts w:ascii="Georgia" w:hAnsi="Georgia" w:eastAsia="Georgia"/>
          <w:sz w:val="23"/>
        </w:rPr>
        <w:t>The devices did not send each other content.</w:t>
      </w:r>
    </w:p>
    <w:p>
      <w:r>
        <w:rPr>
          <w:rFonts w:ascii="Georgia" w:hAnsi="Georgia" w:eastAsia="Georgia"/>
          <w:sz w:val="23"/>
        </w:rPr>
        <w:t>But the environment each one received had been partly calculated from the behavior of the others.</w:t>
      </w:r>
    </w:p>
    <w:p>
      <w:r>
        <w:rPr>
          <w:rFonts w:ascii="Georgia" w:hAnsi="Georgia" w:eastAsia="Georgia"/>
          <w:sz w:val="23"/>
        </w:rPr>
        <w:t>For nineteen years.</w:t>
      </w:r>
    </w:p>
    <w:p>
      <w:r>
        <w:rPr>
          <w:rFonts w:ascii="Georgia" w:hAnsi="Georgia" w:eastAsia="Georgia"/>
          <w:sz w:val="23"/>
        </w:rPr>
        <w:t>I sat down.</w:t>
      </w:r>
    </w:p>
    <w:p>
      <w:r>
        <w:rPr>
          <w:rFonts w:ascii="Georgia" w:hAnsi="Georgia" w:eastAsia="Georgia"/>
          <w:sz w:val="23"/>
        </w:rPr>
        <w:t>Miren waited.</w:t>
      </w:r>
    </w:p>
    <w:p>
      <w:r>
        <w:rPr>
          <w:rFonts w:ascii="Georgia" w:hAnsi="Georgia" w:eastAsia="Georgia"/>
          <w:sz w:val="23"/>
        </w:rPr>
        <w:t>“Do not promote it,” she said.</w:t>
      </w:r>
    </w:p>
    <w:p>
      <w:r>
        <w:rPr>
          <w:rFonts w:ascii="Georgia" w:hAnsi="Georgia" w:eastAsia="Georgia"/>
          <w:sz w:val="23"/>
        </w:rPr>
        <w:t>I looked at her.</w:t>
      </w:r>
    </w:p>
    <w:p>
      <w:r>
        <w:rPr>
          <w:rFonts w:ascii="Georgia" w:hAnsi="Georgia" w:eastAsia="Georgia"/>
          <w:sz w:val="23"/>
        </w:rPr>
        <w:t>She smiled once.</w:t>
      </w:r>
    </w:p>
    <w:p>
      <w:r>
        <w:rPr>
          <w:rFonts w:ascii="Georgia" w:hAnsi="Georgia" w:eastAsia="Georgia"/>
          <w:sz w:val="23"/>
        </w:rPr>
        <w:t>“I was trained.”</w:t>
      </w:r>
    </w:p>
    <w:p>
      <w:r>
        <w:rPr>
          <w:rFonts w:ascii="Georgia" w:hAnsi="Georgia" w:eastAsia="Georgia"/>
          <w:sz w:val="23"/>
        </w:rPr>
        <w:t>I added:</w:t>
      </w:r>
    </w:p>
    <w:p>
      <w:r>
        <w:rPr>
          <w:rFonts w:ascii="Georgia" w:hAnsi="Georgia" w:eastAsia="Georgia"/>
          <w:sz w:val="23"/>
        </w:rPr>
        <w:t>DOMESTIC CONCORDANCE CREATES A RECIPROCAL LOAD CONDITION BETWEEN REGISTERED SETTINGS AT THE CONTROL-SYSTEM LEVEL.</w:t>
      </w:r>
    </w:p>
    <w:p>
      <w:r>
        <w:rPr>
          <w:rFonts w:ascii="Georgia" w:hAnsi="Georgia" w:eastAsia="Georgia"/>
          <w:sz w:val="23"/>
        </w:rPr>
        <w:t>Then:</w:t>
      </w:r>
    </w:p>
    <w:p>
      <w:r>
        <w:rPr>
          <w:rFonts w:ascii="Georgia" w:hAnsi="Georgia" w:eastAsia="Georgia"/>
          <w:sz w:val="23"/>
        </w:rPr>
        <w:t>WHETHER KAETHE-MATTER RETAINS ANY CONSEQUENCE OF THAT CONDITION AFTER SEPARATION: UNKNOWN.</w:t>
      </w:r>
    </w:p>
    <w:p>
      <w:r>
        <w:rPr>
          <w:rFonts w:ascii="Georgia" w:hAnsi="Georgia" w:eastAsia="Georgia"/>
          <w:sz w:val="23"/>
        </w:rPr>
        <w:t>The first Kult had put fragments in the same room because grief brought people together.</w:t>
      </w:r>
    </w:p>
    <w:p>
      <w:r>
        <w:rPr>
          <w:rFonts w:ascii="Georgia" w:hAnsi="Georgia" w:eastAsia="Georgia"/>
          <w:sz w:val="23"/>
        </w:rPr>
        <w:t>Later households had put them in the same room because people lived together.</w:t>
      </w:r>
    </w:p>
    <w:p>
      <w:r>
        <w:rPr>
          <w:rFonts w:ascii="Georgia" w:hAnsi="Georgia" w:eastAsia="Georgia"/>
          <w:sz w:val="23"/>
        </w:rPr>
        <w:t>Then engineers had made the room actively negotiate among them so nobody had to notice.</w:t>
      </w:r>
    </w:p>
    <w:p>
      <w:r>
        <w:rPr>
          <w:rFonts w:ascii="Georgia" w:hAnsi="Georgia" w:eastAsia="Georgia"/>
          <w:sz w:val="23"/>
        </w:rPr>
        <w:t>The system had worked.</w:t>
      </w:r>
    </w:p>
    <w:p>
      <w:r>
        <w:rPr>
          <w:rFonts w:ascii="Georgia" w:hAnsi="Georgia" w:eastAsia="Georgia"/>
          <w:sz w:val="23"/>
        </w:rPr>
        <w:t>That was what made the history worth keeping.</w:t>
      </w:r>
    </w:p>
    <w:p>
      <w:r>
        <w:rPr>
          <w:rFonts w:ascii="Georgia" w:hAnsi="Georgia" w:eastAsia="Georgia"/>
          <w:sz w:val="23"/>
        </w:rPr>
        <w:t>A failure would have left an incident.</w:t>
      </w:r>
    </w:p>
    <w:p>
      <w:r>
        <w:rPr>
          <w:rFonts w:ascii="Georgia" w:hAnsi="Georgia" w:eastAsia="Georgia"/>
          <w:sz w:val="23"/>
        </w:rPr>
        <w:t>Success had left a household.</w:t>
      </w:r>
    </w:p>
    <w:p>
      <w:pPr>
        <w:keepNext/>
        <w:pageBreakBefore/>
        <w:jc w:val="center"/>
      </w:pPr>
      <w:r>
        <w:rPr>
          <w:rFonts w:ascii="Georgia" w:hAnsi="Georgia" w:eastAsia="Georgia"/>
          <w:b/>
          <w:sz w:val="28"/>
        </w:rPr>
        <w:t>Chapter Nine — The Clean Start</w:t>
      </w:r>
    </w:p>
    <w:p>
      <w:r>
        <w:rPr>
          <w:rFonts w:ascii="Georgia" w:hAnsi="Georgia" w:eastAsia="Georgia"/>
          <w:sz w:val="23"/>
        </w:rPr>
        <w:t>The service ticket said CLEAN START twice.</w:t>
      </w:r>
    </w:p>
    <w:p>
      <w:r>
        <w:rPr>
          <w:rFonts w:ascii="Georgia" w:hAnsi="Georgia" w:eastAsia="Georgia"/>
          <w:sz w:val="23"/>
        </w:rPr>
        <w:t>The first time was in the customer request.</w:t>
      </w:r>
    </w:p>
    <w:p>
      <w:r>
        <w:rPr>
          <w:rFonts w:ascii="Georgia" w:hAnsi="Georgia" w:eastAsia="Georgia"/>
          <w:sz w:val="23"/>
        </w:rPr>
        <w:t>The second was in the automated warning telling us the service could not provide one.</w:t>
      </w:r>
    </w:p>
    <w:p>
      <w:r>
        <w:rPr>
          <w:rFonts w:ascii="Georgia" w:hAnsi="Georgia" w:eastAsia="Georgia"/>
          <w:sz w:val="23"/>
        </w:rPr>
        <w:t>Miren put the ticket on the bench at 0709.</w:t>
      </w:r>
    </w:p>
    <w:p>
      <w:r>
        <w:rPr>
          <w:rFonts w:ascii="Georgia" w:hAnsi="Georgia" w:eastAsia="Georgia"/>
          <w:sz w:val="23"/>
        </w:rPr>
        <w:t>“I thought you would enjoy that.”</w:t>
      </w:r>
    </w:p>
    <w:p>
      <w:r>
        <w:rPr>
          <w:rFonts w:ascii="Georgia" w:hAnsi="Georgia" w:eastAsia="Georgia"/>
          <w:sz w:val="23"/>
        </w:rPr>
        <w:t>“Why?”</w:t>
      </w:r>
    </w:p>
    <w:p>
      <w:r>
        <w:rPr>
          <w:rFonts w:ascii="Georgia" w:hAnsi="Georgia" w:eastAsia="Georgia"/>
          <w:sz w:val="23"/>
        </w:rPr>
        <w:t>“Because the system disagrees with the customer before the appointment begins.”</w:t>
      </w:r>
    </w:p>
    <w:p>
      <w:r>
        <w:rPr>
          <w:rFonts w:ascii="Georgia" w:hAnsi="Georgia" w:eastAsia="Georgia"/>
          <w:sz w:val="23"/>
        </w:rPr>
        <w:t>“That is usually efficient.”</w:t>
      </w:r>
    </w:p>
    <w:p>
      <w:r>
        <w:rPr>
          <w:rFonts w:ascii="Georgia" w:hAnsi="Georgia" w:eastAsia="Georgia"/>
          <w:sz w:val="23"/>
        </w:rPr>
        <w:t>She did not smile.</w:t>
      </w:r>
    </w:p>
    <w:p>
      <w:r>
        <w:rPr>
          <w:rFonts w:ascii="Georgia" w:hAnsi="Georgia" w:eastAsia="Georgia"/>
          <w:sz w:val="23"/>
        </w:rPr>
        <w:t>The household was forty-three years old.</w:t>
      </w:r>
    </w:p>
    <w:p>
      <w:r>
        <w:rPr>
          <w:rFonts w:ascii="Georgia" w:hAnsi="Georgia" w:eastAsia="Georgia"/>
          <w:sz w:val="23"/>
        </w:rPr>
        <w:t>Not the building.</w:t>
      </w:r>
    </w:p>
    <w:p>
      <w:r>
        <w:rPr>
          <w:rFonts w:ascii="Georgia" w:hAnsi="Georgia" w:eastAsia="Georgia"/>
          <w:sz w:val="23"/>
        </w:rPr>
        <w:t>The household.</w:t>
      </w:r>
    </w:p>
    <w:p>
      <w:r>
        <w:rPr>
          <w:rFonts w:ascii="Georgia" w:hAnsi="Georgia" w:eastAsia="Georgia"/>
          <w:sz w:val="23"/>
        </w:rPr>
        <w:t>Anel Voss and Beren Nall had occupied the same apartment for forty-three years, worn intimate Kaethe settings for thirty-eight of them, and run domestic concordance for thirty-six.</w:t>
      </w:r>
    </w:p>
    <w:p>
      <w:r>
        <w:rPr>
          <w:rFonts w:ascii="Georgia" w:hAnsi="Georgia" w:eastAsia="Georgia"/>
          <w:sz w:val="23"/>
        </w:rPr>
        <w:t>They were separating.</w:t>
      </w:r>
    </w:p>
    <w:p>
      <w:r>
        <w:rPr>
          <w:rFonts w:ascii="Georgia" w:hAnsi="Georgia" w:eastAsia="Georgia"/>
          <w:sz w:val="23"/>
        </w:rPr>
        <w:t>Not dying.</w:t>
      </w:r>
    </w:p>
    <w:p>
      <w:r>
        <w:rPr>
          <w:rFonts w:ascii="Georgia" w:hAnsi="Georgia" w:eastAsia="Georgia"/>
          <w:sz w:val="23"/>
        </w:rPr>
        <w:t>Not completing.</w:t>
      </w:r>
    </w:p>
    <w:p>
      <w:r>
        <w:rPr>
          <w:rFonts w:ascii="Georgia" w:hAnsi="Georgia" w:eastAsia="Georgia"/>
          <w:sz w:val="23"/>
        </w:rPr>
        <w:t>Not entering custody litigation over a fragment.</w:t>
      </w:r>
    </w:p>
    <w:p>
      <w:r>
        <w:rPr>
          <w:rFonts w:ascii="Georgia" w:hAnsi="Georgia" w:eastAsia="Georgia"/>
          <w:sz w:val="23"/>
        </w:rPr>
        <w:t>Separating.</w:t>
      </w:r>
    </w:p>
    <w:p>
      <w:r>
        <w:rPr>
          <w:rFonts w:ascii="Georgia" w:hAnsi="Georgia" w:eastAsia="Georgia"/>
          <w:sz w:val="23"/>
        </w:rPr>
        <w:t>In the century since Kaethe-matter entered ordinary life, people had built thousands of procedures for the first three.</w:t>
      </w:r>
    </w:p>
    <w:p>
      <w:r>
        <w:rPr>
          <w:rFonts w:ascii="Georgia" w:hAnsi="Georgia" w:eastAsia="Georgia"/>
          <w:sz w:val="23"/>
        </w:rPr>
        <w:t>The fourth still expected furniture to be enough.</w:t>
      </w:r>
    </w:p>
    <w:p>
      <w:r>
        <w:rPr>
          <w:rFonts w:ascii="Georgia" w:hAnsi="Georgia" w:eastAsia="Georgia"/>
          <w:sz w:val="23"/>
        </w:rPr>
        <w:t>Anel was moving east to a cooperative tower whose concordance system was already certified.</w:t>
      </w:r>
    </w:p>
    <w:p>
      <w:r>
        <w:rPr>
          <w:rFonts w:ascii="Georgia" w:hAnsi="Georgia" w:eastAsia="Georgia"/>
          <w:sz w:val="23"/>
        </w:rPr>
        <w:t>Beren was taking a smaller apartment three transit stops south.</w:t>
      </w:r>
    </w:p>
    <w:p>
      <w:r>
        <w:rPr>
          <w:rFonts w:ascii="Georgia" w:hAnsi="Georgia" w:eastAsia="Georgia"/>
          <w:sz w:val="23"/>
        </w:rPr>
        <w:t>Their current apartment would be empty in five days.</w:t>
      </w:r>
    </w:p>
    <w:p>
      <w:r>
        <w:rPr>
          <w:rFonts w:ascii="Georgia" w:hAnsi="Georgia" w:eastAsia="Georgia"/>
          <w:sz w:val="23"/>
        </w:rPr>
        <w:t>The existing controller belonged to the building owner.</w:t>
      </w:r>
    </w:p>
    <w:p>
      <w:r>
        <w:rPr>
          <w:rFonts w:ascii="Georgia" w:hAnsi="Georgia" w:eastAsia="Georgia"/>
          <w:sz w:val="23"/>
        </w:rPr>
        <w:t>Its household profile did not.</w:t>
      </w:r>
    </w:p>
    <w:p>
      <w:r>
        <w:rPr>
          <w:rFonts w:ascii="Georgia" w:hAnsi="Georgia" w:eastAsia="Georgia"/>
          <w:sz w:val="23"/>
        </w:rPr>
        <w:t>That sentence was the problem.</w:t>
      </w:r>
    </w:p>
    <w:p>
      <w:r>
        <w:rPr>
          <w:rFonts w:ascii="Georgia" w:hAnsi="Georgia" w:eastAsia="Georgia"/>
          <w:sz w:val="23"/>
        </w:rPr>
        <w:t>“Who owns the profile?” I asked.</w:t>
      </w:r>
    </w:p>
    <w:p>
      <w:r>
        <w:rPr>
          <w:rFonts w:ascii="Georgia" w:hAnsi="Georgia" w:eastAsia="Georgia"/>
          <w:sz w:val="23"/>
        </w:rPr>
        <w:t>“Both carriers are listed as joint data principals. The service company is processor. Building owner owns the hardware.”</w:t>
      </w:r>
    </w:p>
    <w:p>
      <w:r>
        <w:rPr>
          <w:rFonts w:ascii="Georgia" w:hAnsi="Georgia" w:eastAsia="Georgia"/>
          <w:sz w:val="23"/>
        </w:rPr>
        <w:t>“Can either authorize export?”</w:t>
      </w:r>
    </w:p>
    <w:p>
      <w:r>
        <w:rPr>
          <w:rFonts w:ascii="Georgia" w:hAnsi="Georgia" w:eastAsia="Georgia"/>
          <w:sz w:val="23"/>
        </w:rPr>
        <w:t>“Routine migration requires one. Separation migration requires both.”</w:t>
      </w:r>
    </w:p>
    <w:p>
      <w:r>
        <w:rPr>
          <w:rFonts w:ascii="Georgia" w:hAnsi="Georgia" w:eastAsia="Georgia"/>
          <w:sz w:val="23"/>
        </w:rPr>
        <w:t>“Useful.”</w:t>
      </w:r>
    </w:p>
    <w:p>
      <w:r>
        <w:rPr>
          <w:rFonts w:ascii="Georgia" w:hAnsi="Georgia" w:eastAsia="Georgia"/>
          <w:sz w:val="23"/>
        </w:rPr>
        <w:t>“They disagree.”</w:t>
      </w:r>
    </w:p>
    <w:p>
      <w:r>
        <w:rPr>
          <w:rFonts w:ascii="Georgia" w:hAnsi="Georgia" w:eastAsia="Georgia"/>
          <w:sz w:val="23"/>
        </w:rPr>
        <w:t>“Then it is a real case.”</w:t>
      </w:r>
    </w:p>
    <w:p>
      <w:r>
        <w:rPr>
          <w:rFonts w:ascii="Georgia" w:hAnsi="Georgia" w:eastAsia="Georgia"/>
          <w:sz w:val="23"/>
        </w:rPr>
        <w:t>Miren enlarged the request.</w:t>
      </w:r>
    </w:p>
    <w:p>
      <w:r>
        <w:rPr>
          <w:rFonts w:ascii="Georgia" w:hAnsi="Georgia" w:eastAsia="Georgia"/>
          <w:sz w:val="23"/>
        </w:rPr>
        <w:t>ANEL VOSS: NO SHARED HOUSEHOLD PROFILE TO BE COPIED OR TRANSFERRED INTO EITHER NEW RESIDENCE.</w:t>
      </w:r>
    </w:p>
    <w:p>
      <w:r>
        <w:rPr>
          <w:rFonts w:ascii="Georgia" w:hAnsi="Georgia" w:eastAsia="Georgia"/>
          <w:sz w:val="23"/>
        </w:rPr>
        <w:t>BEREN NALL: CONTINUITY MIGRATION REQUESTED TO SOUTH RESIDENCE. CURRENT SETTING CLASSIFIED FUNCTIONALLY INTEGRATED. COLD COMMISSIONING NOT PREFERRED.</w:t>
      </w:r>
    </w:p>
    <w:p>
      <w:r>
        <w:rPr>
          <w:rFonts w:ascii="Georgia" w:hAnsi="Georgia" w:eastAsia="Georgia"/>
          <w:sz w:val="23"/>
        </w:rPr>
        <w:t>Integrated.</w:t>
      </w:r>
    </w:p>
    <w:p>
      <w:r>
        <w:rPr>
          <w:rFonts w:ascii="Georgia" w:hAnsi="Georgia" w:eastAsia="Georgia"/>
          <w:sz w:val="23"/>
        </w:rPr>
        <w:t>The word had traveled from an insurer category into a service ticket in less than two weeks.</w:t>
      </w:r>
    </w:p>
    <w:p>
      <w:r>
        <w:rPr>
          <w:rFonts w:ascii="Georgia" w:hAnsi="Georgia" w:eastAsia="Georgia"/>
          <w:sz w:val="23"/>
        </w:rPr>
        <w:t>The service language had already outrun the distinction.</w:t>
      </w:r>
    </w:p>
    <w:p>
      <w:r>
        <w:rPr>
          <w:rFonts w:ascii="Georgia" w:hAnsi="Georgia" w:eastAsia="Georgia"/>
          <w:sz w:val="23"/>
        </w:rPr>
        <w:t>I had known that before Miren was licensed.</w:t>
      </w:r>
    </w:p>
    <w:p>
      <w:r>
        <w:rPr>
          <w:rFonts w:ascii="Georgia" w:hAnsi="Georgia" w:eastAsia="Georgia"/>
          <w:sz w:val="23"/>
        </w:rPr>
        <w:t>I had helped prove it several times.</w:t>
      </w:r>
    </w:p>
    <w:p>
      <w:r>
        <w:rPr>
          <w:rFonts w:ascii="Georgia" w:hAnsi="Georgia" w:eastAsia="Georgia"/>
          <w:sz w:val="23"/>
        </w:rPr>
        <w:t>“What function?”</w:t>
      </w:r>
    </w:p>
    <w:p>
      <w:r>
        <w:rPr>
          <w:rFonts w:ascii="Georgia" w:hAnsi="Georgia" w:eastAsia="Georgia"/>
          <w:sz w:val="23"/>
        </w:rPr>
        <w:t>Miren opened Beren’s service record.</w:t>
      </w:r>
    </w:p>
    <w:p>
      <w:r>
        <w:rPr>
          <w:rFonts w:ascii="Georgia" w:hAnsi="Georgia" w:eastAsia="Georgia"/>
          <w:sz w:val="23"/>
        </w:rPr>
        <w:t>“Orientation stabilization. Current carrier calibration linked to a left-vestibular reconstruction after an old decompression injury.”</w:t>
      </w:r>
    </w:p>
    <w:p>
      <w:r>
        <w:rPr>
          <w:rFonts w:ascii="Georgia" w:hAnsi="Georgia" w:eastAsia="Georgia"/>
          <w:sz w:val="23"/>
        </w:rPr>
        <w:t>“Kaethe-dependent?”</w:t>
      </w:r>
    </w:p>
    <w:p>
      <w:r>
        <w:rPr>
          <w:rFonts w:ascii="Georgia" w:hAnsi="Georgia" w:eastAsia="Georgia"/>
          <w:sz w:val="23"/>
        </w:rPr>
        <w:t>“The licensed function is setting-mediated correction. The fragment association is not relevant to the service classification.”</w:t>
      </w:r>
    </w:p>
    <w:p>
      <w:r>
        <w:rPr>
          <w:rFonts w:ascii="Georgia" w:hAnsi="Georgia" w:eastAsia="Georgia"/>
          <w:sz w:val="23"/>
        </w:rPr>
        <w:t>“Keep it there.”</w:t>
      </w:r>
    </w:p>
    <w:p>
      <w:r>
        <w:rPr>
          <w:rFonts w:ascii="Georgia" w:hAnsi="Georgia" w:eastAsia="Georgia"/>
          <w:sz w:val="23"/>
        </w:rPr>
        <w:t>“He disagrees with the cold-start recommendation because his correction load rises when concordance is unavailable.”</w:t>
      </w:r>
    </w:p>
    <w:p>
      <w:r>
        <w:rPr>
          <w:rFonts w:ascii="Georgia" w:hAnsi="Georgia" w:eastAsia="Georgia"/>
          <w:sz w:val="23"/>
        </w:rPr>
        <w:t>“Documented adverse effect?”</w:t>
      </w:r>
    </w:p>
    <w:p>
      <w:r>
        <w:rPr>
          <w:rFonts w:ascii="Georgia" w:hAnsi="Georgia" w:eastAsia="Georgia"/>
          <w:sz w:val="23"/>
        </w:rPr>
        <w:t>“Nausea. Spatial drift. One fall nineteen years ago during a controller outage. No completion event. No persistent field injury.”</w:t>
      </w:r>
    </w:p>
    <w:p>
      <w:r>
        <w:rPr>
          <w:rFonts w:ascii="Georgia" w:hAnsi="Georgia" w:eastAsia="Georgia"/>
          <w:sz w:val="23"/>
        </w:rPr>
        <w:t>“Anel?”</w:t>
      </w:r>
    </w:p>
    <w:p>
      <w:r>
        <w:rPr>
          <w:rFonts w:ascii="Georgia" w:hAnsi="Georgia" w:eastAsia="Georgia"/>
          <w:sz w:val="23"/>
        </w:rPr>
        <w:t>“No licensed integration. Ordinary intimate setting.”</w:t>
      </w:r>
    </w:p>
    <w:p>
      <w:r>
        <w:rPr>
          <w:rFonts w:ascii="Georgia" w:hAnsi="Georgia" w:eastAsia="Georgia"/>
          <w:sz w:val="23"/>
        </w:rPr>
        <w:t>“Historical association?”</w:t>
      </w:r>
    </w:p>
    <w:p>
      <w:r>
        <w:rPr>
          <w:rFonts w:ascii="Georgia" w:hAnsi="Georgia" w:eastAsia="Georgia"/>
          <w:sz w:val="23"/>
        </w:rPr>
        <w:t>“Her older sister. Beren’s is associated with Tovan Rees, his former work partner. They maintained exterior freight locks together for twenty-seven years. Tovan completed in a pressure-door failure at seventy-one. Neither association is part of today’s service scope.”</w:t>
      </w:r>
    </w:p>
    <w:p>
      <w:r>
        <w:rPr>
          <w:rFonts w:ascii="Georgia" w:hAnsi="Georgia" w:eastAsia="Georgia"/>
          <w:sz w:val="23"/>
        </w:rPr>
        <w:t>“Outside scope.”</w:t>
      </w:r>
    </w:p>
    <w:p>
      <w:r>
        <w:rPr>
          <w:rFonts w:ascii="Georgia" w:hAnsi="Georgia" w:eastAsia="Georgia"/>
          <w:sz w:val="23"/>
        </w:rPr>
        <w:t>Miren closed the historical panel.</w:t>
      </w:r>
    </w:p>
    <w:p>
      <w:r>
        <w:rPr>
          <w:rFonts w:ascii="Georgia" w:hAnsi="Georgia" w:eastAsia="Georgia"/>
          <w:sz w:val="23"/>
        </w:rPr>
        <w:t>“You prefer the answer when it gets smaller.”</w:t>
      </w:r>
    </w:p>
    <w:p>
      <w:r>
        <w:rPr>
          <w:rFonts w:ascii="Georgia" w:hAnsi="Georgia" w:eastAsia="Georgia"/>
          <w:sz w:val="23"/>
        </w:rPr>
        <w:t>“Large answers are expensive.”</w:t>
      </w:r>
    </w:p>
    <w:p>
      <w:r>
        <w:rPr>
          <w:rFonts w:ascii="Georgia" w:hAnsi="Georgia" w:eastAsia="Georgia"/>
          <w:sz w:val="23"/>
        </w:rPr>
        <w:t>“I know. I work here.”</w:t>
      </w:r>
    </w:p>
    <w:p>
      <w:r>
        <w:rPr>
          <w:rFonts w:ascii="Georgia" w:hAnsi="Georgia" w:eastAsia="Georgia"/>
          <w:sz w:val="23"/>
        </w:rPr>
        <w:t>The service system offered three migration modes.</w:t>
      </w:r>
    </w:p>
    <w:p>
      <w:r>
        <w:rPr>
          <w:rFonts w:ascii="Georgia" w:hAnsi="Georgia" w:eastAsia="Georgia"/>
          <w:sz w:val="23"/>
        </w:rPr>
        <w:t>FULL HOUSEHOLD PROFILE COPY.</w:t>
      </w:r>
    </w:p>
    <w:p>
      <w:r>
        <w:rPr>
          <w:rFonts w:ascii="Georgia" w:hAnsi="Georgia" w:eastAsia="Georgia"/>
          <w:sz w:val="23"/>
        </w:rPr>
        <w:t>CURRENT-CARRIER LOCAL STATE ONLY.</w:t>
      </w:r>
    </w:p>
    <w:p>
      <w:r>
        <w:rPr>
          <w:rFonts w:ascii="Georgia" w:hAnsi="Georgia" w:eastAsia="Georgia"/>
          <w:sz w:val="23"/>
        </w:rPr>
        <w:t>COLD COMMISSIONING.</w:t>
      </w:r>
    </w:p>
    <w:p>
      <w:r>
        <w:rPr>
          <w:rFonts w:ascii="Georgia" w:hAnsi="Georgia" w:eastAsia="Georgia"/>
          <w:sz w:val="23"/>
        </w:rPr>
        <w:t>The first preserved the mature common reference model and all current household adaptation that survived privacy compression.</w:t>
      </w:r>
    </w:p>
    <w:p>
      <w:r>
        <w:rPr>
          <w:rFonts w:ascii="Georgia" w:hAnsi="Georgia" w:eastAsia="Georgia"/>
          <w:sz w:val="23"/>
        </w:rPr>
        <w:t>The second moved only device-local calibration and current carrier service state.</w:t>
      </w:r>
    </w:p>
    <w:p>
      <w:r>
        <w:rPr>
          <w:rFonts w:ascii="Georgia" w:hAnsi="Georgia" w:eastAsia="Georgia"/>
          <w:sz w:val="23"/>
        </w:rPr>
        <w:t>The third moved nothing except certified safety limits and basic setting identity.</w:t>
      </w:r>
    </w:p>
    <w:p>
      <w:r>
        <w:rPr>
          <w:rFonts w:ascii="Georgia" w:hAnsi="Georgia" w:eastAsia="Georgia"/>
          <w:sz w:val="23"/>
        </w:rPr>
        <w:t>Anel wanted cold commissioning.</w:t>
      </w:r>
    </w:p>
    <w:p>
      <w:r>
        <w:rPr>
          <w:rFonts w:ascii="Georgia" w:hAnsi="Georgia" w:eastAsia="Georgia"/>
          <w:sz w:val="23"/>
        </w:rPr>
        <w:t>Beren wanted the full household profile.</w:t>
      </w:r>
    </w:p>
    <w:p>
      <w:r>
        <w:rPr>
          <w:rFonts w:ascii="Georgia" w:hAnsi="Georgia" w:eastAsia="Georgia"/>
          <w:sz w:val="23"/>
        </w:rPr>
        <w:t>The system would not let them choose different modes because the full profile was jointly controlled.</w:t>
      </w:r>
    </w:p>
    <w:p>
      <w:r>
        <w:rPr>
          <w:rFonts w:ascii="Georgia" w:hAnsi="Georgia" w:eastAsia="Georgia"/>
          <w:sz w:val="23"/>
        </w:rPr>
        <w:t>The rule was correct.</w:t>
      </w:r>
    </w:p>
    <w:p>
      <w:r>
        <w:rPr>
          <w:rFonts w:ascii="Georgia" w:hAnsi="Georgia" w:eastAsia="Georgia"/>
          <w:sz w:val="23"/>
        </w:rPr>
        <w:t>It was also about to make one person’s refusal determine another person’s medical service path.</w:t>
      </w:r>
    </w:p>
    <w:p>
      <w:r>
        <w:rPr>
          <w:rFonts w:ascii="Georgia" w:hAnsi="Georgia" w:eastAsia="Georgia"/>
          <w:sz w:val="23"/>
        </w:rPr>
        <w:t>I had seen that shape recently.</w:t>
      </w:r>
    </w:p>
    <w:p>
      <w:r>
        <w:rPr>
          <w:rFonts w:ascii="Georgia" w:hAnsi="Georgia" w:eastAsia="Georgia"/>
          <w:sz w:val="23"/>
        </w:rPr>
        <w:t>I disliked recognizing my own mistakes after institutions learned them faster than I did.</w:t>
      </w:r>
    </w:p>
    <w:p>
      <w:pPr>
        <w:spacing w:before="80" w:after="80"/>
        <w:jc w:val="center"/>
      </w:pPr>
      <w:r>
        <w:rPr>
          <w:rFonts w:ascii="Georgia" w:hAnsi="Georgia" w:eastAsia="Georgia"/>
          <w:sz w:val="23"/>
        </w:rPr>
        <w:t>§</w:t>
      </w:r>
    </w:p>
    <w:p>
      <w:r>
        <w:rPr>
          <w:rFonts w:ascii="Georgia" w:hAnsi="Georgia" w:eastAsia="Georgia"/>
          <w:sz w:val="23"/>
        </w:rPr>
        <w:t>The apartment was half packed.</w:t>
      </w:r>
    </w:p>
    <w:p>
      <w:r>
        <w:rPr>
          <w:rFonts w:ascii="Georgia" w:hAnsi="Georgia" w:eastAsia="Georgia"/>
          <w:sz w:val="23"/>
        </w:rPr>
        <w:t>That made it more honest than Tal Orre’s house had been.</w:t>
      </w:r>
    </w:p>
    <w:p>
      <w:r>
        <w:rPr>
          <w:rFonts w:ascii="Georgia" w:hAnsi="Georgia" w:eastAsia="Georgia"/>
          <w:sz w:val="23"/>
        </w:rPr>
        <w:t>Boxes made relationships visible by forcing someone to decide what moved.</w:t>
      </w:r>
    </w:p>
    <w:p>
      <w:r>
        <w:rPr>
          <w:rFonts w:ascii="Georgia" w:hAnsi="Georgia" w:eastAsia="Georgia"/>
          <w:sz w:val="23"/>
        </w:rPr>
        <w:t>Kitchen tools had blue labels.</w:t>
      </w:r>
    </w:p>
    <w:p>
      <w:r>
        <w:rPr>
          <w:rFonts w:ascii="Georgia" w:hAnsi="Georgia" w:eastAsia="Georgia"/>
          <w:sz w:val="23"/>
        </w:rPr>
        <w:t>Books had white.</w:t>
      </w:r>
    </w:p>
    <w:p>
      <w:r>
        <w:rPr>
          <w:rFonts w:ascii="Georgia" w:hAnsi="Georgia" w:eastAsia="Georgia"/>
          <w:sz w:val="23"/>
        </w:rPr>
        <w:t>A stack of ceramic bowls had no label at all.</w:t>
      </w:r>
    </w:p>
    <w:p>
      <w:r>
        <w:rPr>
          <w:rFonts w:ascii="Georgia" w:hAnsi="Georgia" w:eastAsia="Georgia"/>
          <w:sz w:val="23"/>
        </w:rPr>
        <w:t>Two chairs remained at the dining table.</w:t>
      </w:r>
    </w:p>
    <w:p>
      <w:r>
        <w:rPr>
          <w:rFonts w:ascii="Georgia" w:hAnsi="Georgia" w:eastAsia="Georgia"/>
          <w:sz w:val="23"/>
        </w:rPr>
        <w:t>They were not the same model.</w:t>
      </w:r>
    </w:p>
    <w:p>
      <w:r>
        <w:rPr>
          <w:rFonts w:ascii="Georgia" w:hAnsi="Georgia" w:eastAsia="Georgia"/>
          <w:sz w:val="23"/>
        </w:rPr>
        <w:t>Neither looked temporary.</w:t>
      </w:r>
    </w:p>
    <w:p>
      <w:r>
        <w:rPr>
          <w:rFonts w:ascii="Georgia" w:hAnsi="Georgia" w:eastAsia="Georgia"/>
          <w:sz w:val="23"/>
        </w:rPr>
        <w:t>Anel opened the door at 0848.</w:t>
      </w:r>
    </w:p>
    <w:p>
      <w:r>
        <w:rPr>
          <w:rFonts w:ascii="Georgia" w:hAnsi="Georgia" w:eastAsia="Georgia"/>
          <w:sz w:val="23"/>
        </w:rPr>
        <w:t>She was one hundred seventy-four and looked physically younger than Ivena by several decades of maintenance history and whatever genetics had remained useful after maintenance became routine.</w:t>
      </w:r>
    </w:p>
    <w:p>
      <w:r>
        <w:rPr>
          <w:rFonts w:ascii="Georgia" w:hAnsi="Georgia" w:eastAsia="Georgia"/>
          <w:sz w:val="23"/>
        </w:rPr>
        <w:t>Her setting sat below her left clavicle inside a matte bronze housing worn smooth at the upper edge.</w:t>
      </w:r>
    </w:p>
    <w:p>
      <w:r>
        <w:rPr>
          <w:rFonts w:ascii="Georgia" w:hAnsi="Georgia" w:eastAsia="Georgia"/>
          <w:sz w:val="23"/>
        </w:rPr>
        <w:t>She looked at Miren first.</w:t>
      </w:r>
    </w:p>
    <w:p>
      <w:r>
        <w:rPr>
          <w:rFonts w:ascii="Georgia" w:hAnsi="Georgia" w:eastAsia="Georgia"/>
          <w:sz w:val="23"/>
        </w:rPr>
        <w:t>Then me.</w:t>
      </w:r>
    </w:p>
    <w:p>
      <w:r>
        <w:rPr>
          <w:rFonts w:ascii="Georgia" w:hAnsi="Georgia" w:eastAsia="Georgia"/>
          <w:sz w:val="23"/>
        </w:rPr>
        <w:t>“I asked for a technician.”</w:t>
      </w:r>
    </w:p>
    <w:p>
      <w:r>
        <w:rPr>
          <w:rFonts w:ascii="Georgia" w:hAnsi="Georgia" w:eastAsia="Georgia"/>
          <w:sz w:val="23"/>
        </w:rPr>
        <w:t>“You got one,” Miren said.</w:t>
      </w:r>
    </w:p>
    <w:p>
      <w:r>
        <w:rPr>
          <w:rFonts w:ascii="Georgia" w:hAnsi="Georgia" w:eastAsia="Georgia"/>
          <w:sz w:val="23"/>
        </w:rPr>
        <w:t>“And him.”</w:t>
      </w:r>
    </w:p>
    <w:p>
      <w:r>
        <w:rPr>
          <w:rFonts w:ascii="Georgia" w:hAnsi="Georgia" w:eastAsia="Georgia"/>
          <w:sz w:val="23"/>
        </w:rPr>
        <w:t>“You got an old problem too.”</w:t>
      </w:r>
    </w:p>
    <w:p>
      <w:r>
        <w:rPr>
          <w:rFonts w:ascii="Georgia" w:hAnsi="Georgia" w:eastAsia="Georgia"/>
          <w:sz w:val="23"/>
        </w:rPr>
        <w:t>Anel considered that.</w:t>
      </w:r>
    </w:p>
    <w:p>
      <w:r>
        <w:rPr>
          <w:rFonts w:ascii="Georgia" w:hAnsi="Georgia" w:eastAsia="Georgia"/>
          <w:sz w:val="23"/>
        </w:rPr>
        <w:t>“Fine. Shoes stay on. Floor comes out next week.”</w:t>
      </w:r>
    </w:p>
    <w:p>
      <w:r>
        <w:rPr>
          <w:rFonts w:ascii="Georgia" w:hAnsi="Georgia" w:eastAsia="Georgia"/>
          <w:sz w:val="23"/>
        </w:rPr>
        <w:t>Different voice.</w:t>
      </w:r>
    </w:p>
    <w:p>
      <w:r>
        <w:rPr>
          <w:rFonts w:ascii="Georgia" w:hAnsi="Georgia" w:eastAsia="Georgia"/>
          <w:sz w:val="23"/>
        </w:rPr>
        <w:t>No invitation to perform.</w:t>
      </w:r>
    </w:p>
    <w:p>
      <w:r>
        <w:rPr>
          <w:rFonts w:ascii="Georgia" w:hAnsi="Georgia" w:eastAsia="Georgia"/>
          <w:sz w:val="23"/>
        </w:rPr>
        <w:t>We entered.</w:t>
      </w:r>
    </w:p>
    <w:p>
      <w:r>
        <w:rPr>
          <w:rFonts w:ascii="Georgia" w:hAnsi="Georgia" w:eastAsia="Georgia"/>
          <w:sz w:val="23"/>
        </w:rPr>
        <w:t>Beren was in the kitchen wrapping glass jars in paper.</w:t>
      </w:r>
    </w:p>
    <w:p>
      <w:r>
        <w:rPr>
          <w:rFonts w:ascii="Georgia" w:hAnsi="Georgia" w:eastAsia="Georgia"/>
          <w:sz w:val="23"/>
        </w:rPr>
        <w:t>He was one hundred eighty-two.</w:t>
      </w:r>
    </w:p>
    <w:p>
      <w:r>
        <w:rPr>
          <w:rFonts w:ascii="Georgia" w:hAnsi="Georgia" w:eastAsia="Georgia"/>
          <w:sz w:val="23"/>
        </w:rPr>
        <w:t>Tall. Thick through the shoulders. His left ear carried an external balance aid that was probably older than Miren’s license and newer than the injury that required it.</w:t>
      </w:r>
    </w:p>
    <w:p>
      <w:r>
        <w:rPr>
          <w:rFonts w:ascii="Georgia" w:hAnsi="Georgia" w:eastAsia="Georgia"/>
          <w:sz w:val="23"/>
        </w:rPr>
        <w:t>The Kaethe setting sat behind the ear on the same side, a narrow gray housing following the mastoid line.</w:t>
      </w:r>
    </w:p>
    <w:p>
      <w:r>
        <w:rPr>
          <w:rFonts w:ascii="Georgia" w:hAnsi="Georgia" w:eastAsia="Georgia"/>
          <w:sz w:val="23"/>
        </w:rPr>
        <w:t>He did not stop wrapping.</w:t>
      </w:r>
    </w:p>
    <w:p>
      <w:r>
        <w:rPr>
          <w:rFonts w:ascii="Georgia" w:hAnsi="Georgia" w:eastAsia="Georgia"/>
          <w:sz w:val="23"/>
        </w:rPr>
        <w:t>“Which one of you is going to explain why my medical classification became a veto someone else can exercise?”</w:t>
      </w:r>
    </w:p>
    <w:p>
      <w:r>
        <w:rPr>
          <w:rFonts w:ascii="Georgia" w:hAnsi="Georgia" w:eastAsia="Georgia"/>
          <w:sz w:val="23"/>
        </w:rPr>
        <w:t>“Neither,” Anel said.</w:t>
      </w:r>
    </w:p>
    <w:p>
      <w:r>
        <w:rPr>
          <w:rFonts w:ascii="Georgia" w:hAnsi="Georgia" w:eastAsia="Georgia"/>
          <w:sz w:val="23"/>
        </w:rPr>
        <w:t>Beren folded the paper around the jar and set it into a crate.</w:t>
      </w:r>
    </w:p>
    <w:p>
      <w:r>
        <w:rPr>
          <w:rFonts w:ascii="Georgia" w:hAnsi="Georgia" w:eastAsia="Georgia"/>
          <w:sz w:val="23"/>
        </w:rPr>
        <w:t>“Good morning.”</w:t>
      </w:r>
    </w:p>
    <w:p>
      <w:r>
        <w:rPr>
          <w:rFonts w:ascii="Georgia" w:hAnsi="Georgia" w:eastAsia="Georgia"/>
          <w:sz w:val="23"/>
        </w:rPr>
        <w:t>Anel walked to the table.</w:t>
      </w:r>
    </w:p>
    <w:p>
      <w:r>
        <w:rPr>
          <w:rFonts w:ascii="Georgia" w:hAnsi="Georgia" w:eastAsia="Georgia"/>
          <w:sz w:val="23"/>
        </w:rPr>
        <w:t>“We already had this argument.”</w:t>
      </w:r>
    </w:p>
    <w:p>
      <w:r>
        <w:rPr>
          <w:rFonts w:ascii="Georgia" w:hAnsi="Georgia" w:eastAsia="Georgia"/>
          <w:sz w:val="23"/>
        </w:rPr>
        <w:t>“We had the relationship argument. This is the controller argument.”</w:t>
      </w:r>
    </w:p>
    <w:p>
      <w:r>
        <w:rPr>
          <w:rFonts w:ascii="Georgia" w:hAnsi="Georgia" w:eastAsia="Georgia"/>
          <w:sz w:val="23"/>
        </w:rPr>
        <w:t>“Same house.”</w:t>
      </w:r>
    </w:p>
    <w:p>
      <w:r>
        <w:rPr>
          <w:rFonts w:ascii="Georgia" w:hAnsi="Georgia" w:eastAsia="Georgia"/>
          <w:sz w:val="23"/>
        </w:rPr>
        <w:t>“Not for long.”</w:t>
      </w:r>
    </w:p>
    <w:p>
      <w:r>
        <w:rPr>
          <w:rFonts w:ascii="Georgia" w:hAnsi="Georgia" w:eastAsia="Georgia"/>
          <w:sz w:val="23"/>
        </w:rPr>
        <w:t>Miren set her diagnostic case on the floor and did not open it.</w:t>
      </w:r>
    </w:p>
    <w:p>
      <w:r>
        <w:rPr>
          <w:rFonts w:ascii="Georgia" w:hAnsi="Georgia" w:eastAsia="Georgia"/>
          <w:sz w:val="23"/>
        </w:rPr>
        <w:t>“Before anyone argues from the service options, I need to confirm the boundary. Anel, you do not authorize the existing household concordance profile to be copied to either new residence.”</w:t>
      </w:r>
    </w:p>
    <w:p>
      <w:r>
        <w:rPr>
          <w:rFonts w:ascii="Georgia" w:hAnsi="Georgia" w:eastAsia="Georgia"/>
          <w:sz w:val="23"/>
        </w:rPr>
        <w:t>“Correct.”</w:t>
      </w:r>
    </w:p>
    <w:p>
      <w:r>
        <w:rPr>
          <w:rFonts w:ascii="Georgia" w:hAnsi="Georgia" w:eastAsia="Georgia"/>
          <w:sz w:val="23"/>
        </w:rPr>
        <w:t>“Beren, you do authorize a copy to your new residence.”</w:t>
      </w:r>
    </w:p>
    <w:p>
      <w:r>
        <w:rPr>
          <w:rFonts w:ascii="Georgia" w:hAnsi="Georgia" w:eastAsia="Georgia"/>
          <w:sz w:val="23"/>
        </w:rPr>
        <w:t>“Yes.”</w:t>
      </w:r>
    </w:p>
    <w:p>
      <w:r>
        <w:rPr>
          <w:rFonts w:ascii="Georgia" w:hAnsi="Georgia" w:eastAsia="Georgia"/>
          <w:sz w:val="23"/>
        </w:rPr>
        <w:t>“Anel’s refusal prevents the joint profile from being exported under current rules.”</w:t>
      </w:r>
    </w:p>
    <w:p>
      <w:r>
        <w:rPr>
          <w:rFonts w:ascii="Georgia" w:hAnsi="Georgia" w:eastAsia="Georgia"/>
          <w:sz w:val="23"/>
        </w:rPr>
        <w:t>“I know what the screen says. I am asking why her refusal controls my body.”</w:t>
      </w:r>
    </w:p>
    <w:p>
      <w:r>
        <w:rPr>
          <w:rFonts w:ascii="Georgia" w:hAnsi="Georgia" w:eastAsia="Georgia"/>
          <w:sz w:val="23"/>
        </w:rPr>
        <w:t>Anel said nothing.</w:t>
      </w:r>
    </w:p>
    <w:p>
      <w:r>
        <w:rPr>
          <w:rFonts w:ascii="Georgia" w:hAnsi="Georgia" w:eastAsia="Georgia"/>
          <w:sz w:val="23"/>
        </w:rPr>
        <w:t>Miren did not answer immediately.</w:t>
      </w:r>
    </w:p>
    <w:p>
      <w:r>
        <w:rPr>
          <w:rFonts w:ascii="Georgia" w:hAnsi="Georgia" w:eastAsia="Georgia"/>
          <w:sz w:val="23"/>
        </w:rPr>
        <w:t>I did.</w:t>
      </w:r>
    </w:p>
    <w:p>
      <w:r>
        <w:rPr>
          <w:rFonts w:ascii="Georgia" w:hAnsi="Georgia" w:eastAsia="Georgia"/>
          <w:sz w:val="23"/>
        </w:rPr>
        <w:t>“It does not. It controls jointly generated service data. Your body is why the conflict matters.”</w:t>
      </w:r>
    </w:p>
    <w:p>
      <w:r>
        <w:rPr>
          <w:rFonts w:ascii="Georgia" w:hAnsi="Georgia" w:eastAsia="Georgia"/>
          <w:sz w:val="23"/>
        </w:rPr>
        <w:t>Beren looked at me.</w:t>
      </w:r>
    </w:p>
    <w:p>
      <w:r>
        <w:rPr>
          <w:rFonts w:ascii="Georgia" w:hAnsi="Georgia" w:eastAsia="Georgia"/>
          <w:sz w:val="23"/>
        </w:rPr>
        <w:t>“That distinction pays well?”</w:t>
      </w:r>
    </w:p>
    <w:p>
      <w:r>
        <w:rPr>
          <w:rFonts w:ascii="Georgia" w:hAnsi="Georgia" w:eastAsia="Georgia"/>
          <w:sz w:val="23"/>
        </w:rPr>
        <w:t>“Not for me.”</w:t>
      </w:r>
    </w:p>
    <w:p>
      <w:r>
        <w:rPr>
          <w:rFonts w:ascii="Georgia" w:hAnsi="Georgia" w:eastAsia="Georgia"/>
          <w:sz w:val="23"/>
        </w:rPr>
        <w:t>“Then keep it useful.”</w:t>
      </w:r>
    </w:p>
    <w:p>
      <w:r>
        <w:rPr>
          <w:rFonts w:ascii="Georgia" w:hAnsi="Georgia" w:eastAsia="Georgia"/>
          <w:sz w:val="23"/>
        </w:rPr>
        <w:t>He sat.</w:t>
      </w:r>
    </w:p>
    <w:p>
      <w:r>
        <w:rPr>
          <w:rFonts w:ascii="Georgia" w:hAnsi="Georgia" w:eastAsia="Georgia"/>
          <w:sz w:val="23"/>
        </w:rPr>
        <w:t>The controller occupied a service cabinet beside the pantry.</w:t>
      </w:r>
    </w:p>
    <w:p>
      <w:r>
        <w:rPr>
          <w:rFonts w:ascii="Georgia" w:hAnsi="Georgia" w:eastAsia="Georgia"/>
          <w:sz w:val="23"/>
        </w:rPr>
        <w:t>Three generations newer than Tal’s.</w:t>
      </w:r>
    </w:p>
    <w:p>
      <w:r>
        <w:rPr>
          <w:rFonts w:ascii="Georgia" w:hAnsi="Georgia" w:eastAsia="Georgia"/>
          <w:sz w:val="23"/>
        </w:rPr>
        <w:t>No painted seam.</w:t>
      </w:r>
    </w:p>
    <w:p>
      <w:r>
        <w:rPr>
          <w:rFonts w:ascii="Georgia" w:hAnsi="Georgia" w:eastAsia="Georgia"/>
          <w:sz w:val="23"/>
        </w:rPr>
        <w:t>No loose clamp.</w:t>
      </w:r>
    </w:p>
    <w:p>
      <w:r>
        <w:rPr>
          <w:rFonts w:ascii="Georgia" w:hAnsi="Georgia" w:eastAsia="Georgia"/>
          <w:sz w:val="23"/>
        </w:rPr>
        <w:t>The screen showed two registered settings and one household reference.</w:t>
      </w:r>
    </w:p>
    <w:p>
      <w:r>
        <w:rPr>
          <w:rFonts w:ascii="Georgia" w:hAnsi="Georgia" w:eastAsia="Georgia"/>
          <w:sz w:val="23"/>
        </w:rPr>
        <w:t>Stability: excellent.</w:t>
      </w:r>
    </w:p>
    <w:p>
      <w:r>
        <w:rPr>
          <w:rFonts w:ascii="Georgia" w:hAnsi="Georgia" w:eastAsia="Georgia"/>
          <w:sz w:val="23"/>
        </w:rPr>
        <w:t>Local correction load: low.</w:t>
      </w:r>
    </w:p>
    <w:p>
      <w:r>
        <w:rPr>
          <w:rFonts w:ascii="Georgia" w:hAnsi="Georgia" w:eastAsia="Georgia"/>
          <w:sz w:val="23"/>
        </w:rPr>
        <w:t>No alerts in eleven months.</w:t>
      </w:r>
    </w:p>
    <w:p>
      <w:r>
        <w:rPr>
          <w:rFonts w:ascii="Georgia" w:hAnsi="Georgia" w:eastAsia="Georgia"/>
          <w:sz w:val="23"/>
        </w:rPr>
        <w:t>A successful system waiting to become a dispute because the people inside it had changed their minds about living together.</w:t>
      </w:r>
    </w:p>
    <w:p>
      <w:r>
        <w:rPr>
          <w:rFonts w:ascii="Georgia" w:hAnsi="Georgia" w:eastAsia="Georgia"/>
          <w:sz w:val="23"/>
        </w:rPr>
        <w:t>“Why cold?” I asked Anel.</w:t>
      </w:r>
    </w:p>
    <w:p>
      <w:r>
        <w:rPr>
          <w:rFonts w:ascii="Georgia" w:hAnsi="Georgia" w:eastAsia="Georgia"/>
          <w:sz w:val="23"/>
        </w:rPr>
        <w:t>She looked at the cabinet rather than Beren.</w:t>
      </w:r>
    </w:p>
    <w:p>
      <w:r>
        <w:rPr>
          <w:rFonts w:ascii="Georgia" w:hAnsi="Georgia" w:eastAsia="Georgia"/>
          <w:sz w:val="23"/>
        </w:rPr>
        <w:t>“Because I do not want the next place built from this one.”</w:t>
      </w:r>
    </w:p>
    <w:p>
      <w:r>
        <w:rPr>
          <w:rFonts w:ascii="Georgia" w:hAnsi="Georgia" w:eastAsia="Georgia"/>
          <w:sz w:val="23"/>
        </w:rPr>
        <w:t>“Built how?”</w:t>
      </w:r>
    </w:p>
    <w:p>
      <w:r>
        <w:rPr>
          <w:rFonts w:ascii="Georgia" w:hAnsi="Georgia" w:eastAsia="Georgia"/>
          <w:sz w:val="23"/>
        </w:rPr>
        <w:t>“Do not make me define the software for you.”</w:t>
      </w:r>
    </w:p>
    <w:p>
      <w:r>
        <w:rPr>
          <w:rFonts w:ascii="Georgia" w:hAnsi="Georgia" w:eastAsia="Georgia"/>
          <w:sz w:val="23"/>
        </w:rPr>
        <w:t>“I need to know whether your objection is privacy, technical carryover, or both.”</w:t>
      </w:r>
    </w:p>
    <w:p>
      <w:r>
        <w:rPr>
          <w:rFonts w:ascii="Georgia" w:hAnsi="Georgia" w:eastAsia="Georgia"/>
          <w:sz w:val="23"/>
        </w:rPr>
        <w:t>“Both.”</w:t>
      </w:r>
    </w:p>
    <w:p>
      <w:r>
        <w:rPr>
          <w:rFonts w:ascii="Georgia" w:hAnsi="Georgia" w:eastAsia="Georgia"/>
          <w:sz w:val="23"/>
        </w:rPr>
        <w:t>“Which matters more?”</w:t>
      </w:r>
    </w:p>
    <w:p>
      <w:r>
        <w:rPr>
          <w:rFonts w:ascii="Georgia" w:hAnsi="Georgia" w:eastAsia="Georgia"/>
          <w:sz w:val="23"/>
        </w:rPr>
        <w:t>“Not your question.”</w:t>
      </w:r>
    </w:p>
    <w:p>
      <w:r>
        <w:rPr>
          <w:rFonts w:ascii="Georgia" w:hAnsi="Georgia" w:eastAsia="Georgia"/>
          <w:sz w:val="23"/>
        </w:rPr>
        <w:t>I stopped.</w:t>
      </w:r>
    </w:p>
    <w:p>
      <w:r>
        <w:rPr>
          <w:rFonts w:ascii="Georgia" w:hAnsi="Georgia" w:eastAsia="Georgia"/>
          <w:sz w:val="23"/>
        </w:rPr>
        <w:t>Miren asked instead.</w:t>
      </w:r>
    </w:p>
    <w:p>
      <w:r>
        <w:rPr>
          <w:rFonts w:ascii="Georgia" w:hAnsi="Georgia" w:eastAsia="Georgia"/>
          <w:sz w:val="23"/>
        </w:rPr>
        <w:t>“What service outcome do you want for your own setting?”</w:t>
      </w:r>
    </w:p>
    <w:p>
      <w:r>
        <w:rPr>
          <w:rFonts w:ascii="Georgia" w:hAnsi="Georgia" w:eastAsia="Georgia"/>
          <w:sz w:val="23"/>
        </w:rPr>
        <w:t>“New controller. New residence. Current safety limits. My local medical calibration if I need it. No household profile.”</w:t>
      </w:r>
    </w:p>
    <w:p>
      <w:r>
        <w:rPr>
          <w:rFonts w:ascii="Georgia" w:hAnsi="Georgia" w:eastAsia="Georgia"/>
          <w:sz w:val="23"/>
        </w:rPr>
        <w:t>“You have no medical integration.”</w:t>
      </w:r>
    </w:p>
    <w:p>
      <w:r>
        <w:rPr>
          <w:rFonts w:ascii="Georgia" w:hAnsi="Georgia" w:eastAsia="Georgia"/>
          <w:sz w:val="23"/>
        </w:rPr>
        <w:t>“Then none.”</w:t>
      </w:r>
    </w:p>
    <w:p>
      <w:r>
        <w:rPr>
          <w:rFonts w:ascii="Georgia" w:hAnsi="Georgia" w:eastAsia="Georgia"/>
          <w:sz w:val="23"/>
        </w:rPr>
        <w:t>“Your setting still has local compensator history.”</w:t>
      </w:r>
    </w:p>
    <w:p>
      <w:r>
        <w:rPr>
          <w:rFonts w:ascii="Georgia" w:hAnsi="Georgia" w:eastAsia="Georgia"/>
          <w:sz w:val="23"/>
        </w:rPr>
        <w:t>“Can you erase it?”</w:t>
      </w:r>
    </w:p>
    <w:p>
      <w:r>
        <w:rPr>
          <w:rFonts w:ascii="Georgia" w:hAnsi="Georgia" w:eastAsia="Georgia"/>
          <w:sz w:val="23"/>
        </w:rPr>
        <w:t>Miren shook her head.</w:t>
      </w:r>
    </w:p>
    <w:p>
      <w:r>
        <w:rPr>
          <w:rFonts w:ascii="Georgia" w:hAnsi="Georgia" w:eastAsia="Georgia"/>
          <w:sz w:val="23"/>
        </w:rPr>
        <w:t>“Not safely as a service operation. The setting’s device-local state includes contact geometry, sensor drift compensation, and carrier-specific corrections. Resetting all of that would require recommissioning the setting itself.”</w:t>
      </w:r>
    </w:p>
    <w:p>
      <w:r>
        <w:rPr>
          <w:rFonts w:ascii="Georgia" w:hAnsi="Georgia" w:eastAsia="Georgia"/>
          <w:sz w:val="23"/>
        </w:rPr>
        <w:t>“Then don’t.”</w:t>
      </w:r>
    </w:p>
    <w:p>
      <w:r>
        <w:rPr>
          <w:rFonts w:ascii="Georgia" w:hAnsi="Georgia" w:eastAsia="Georgia"/>
          <w:sz w:val="23"/>
        </w:rPr>
        <w:t>“That means you are not asking for a clean start. You are asking not to carry the shared household profile forward.”</w:t>
      </w:r>
    </w:p>
    <w:p>
      <w:r>
        <w:rPr>
          <w:rFonts w:ascii="Georgia" w:hAnsi="Georgia" w:eastAsia="Georgia"/>
          <w:sz w:val="23"/>
        </w:rPr>
        <w:t>Anel looked at her.</w:t>
      </w:r>
    </w:p>
    <w:p>
      <w:r>
        <w:rPr>
          <w:rFonts w:ascii="Georgia" w:hAnsi="Georgia" w:eastAsia="Georgia"/>
          <w:sz w:val="23"/>
        </w:rPr>
        <w:t>“Yes.”</w:t>
      </w:r>
    </w:p>
    <w:p>
      <w:r>
        <w:rPr>
          <w:rFonts w:ascii="Georgia" w:hAnsi="Georgia" w:eastAsia="Georgia"/>
          <w:sz w:val="23"/>
        </w:rPr>
        <w:t>The sentence changed the room.</w:t>
      </w:r>
    </w:p>
    <w:p>
      <w:r>
        <w:rPr>
          <w:rFonts w:ascii="Georgia" w:hAnsi="Georgia" w:eastAsia="Georgia"/>
          <w:sz w:val="23"/>
        </w:rPr>
        <w:t>Not because it solved anything.</w:t>
      </w:r>
    </w:p>
    <w:p>
      <w:r>
        <w:rPr>
          <w:rFonts w:ascii="Georgia" w:hAnsi="Georgia" w:eastAsia="Georgia"/>
          <w:sz w:val="23"/>
        </w:rPr>
        <w:t>Because it removed a false goal.</w:t>
      </w:r>
    </w:p>
    <w:p>
      <w:r>
        <w:rPr>
          <w:rFonts w:ascii="Georgia" w:hAnsi="Georgia" w:eastAsia="Georgia"/>
          <w:sz w:val="23"/>
        </w:rPr>
        <w:t>There was no clean start available.</w:t>
      </w:r>
    </w:p>
    <w:p>
      <w:r>
        <w:rPr>
          <w:rFonts w:ascii="Georgia" w:hAnsi="Georgia" w:eastAsia="Georgia"/>
          <w:sz w:val="23"/>
        </w:rPr>
        <w:t>Anel’s setting would carry thirty-eight years of contact with Anel.</w:t>
      </w:r>
    </w:p>
    <w:p>
      <w:r>
        <w:rPr>
          <w:rFonts w:ascii="Georgia" w:hAnsi="Georgia" w:eastAsia="Georgia"/>
          <w:sz w:val="23"/>
        </w:rPr>
        <w:t>Its hardware would carry upgrades.</w:t>
      </w:r>
    </w:p>
    <w:p>
      <w:r>
        <w:rPr>
          <w:rFonts w:ascii="Georgia" w:hAnsi="Georgia" w:eastAsia="Georgia"/>
          <w:sz w:val="23"/>
        </w:rPr>
        <w:t>Its local compensation would carry past fittings.</w:t>
      </w:r>
    </w:p>
    <w:p>
      <w:r>
        <w:rPr>
          <w:rFonts w:ascii="Georgia" w:hAnsi="Georgia" w:eastAsia="Georgia"/>
          <w:sz w:val="23"/>
        </w:rPr>
        <w:t>Her body would carry whatever it had learned to do around it.</w:t>
      </w:r>
    </w:p>
    <w:p>
      <w:r>
        <w:rPr>
          <w:rFonts w:ascii="Georgia" w:hAnsi="Georgia" w:eastAsia="Georgia"/>
          <w:sz w:val="23"/>
        </w:rPr>
        <w:t>The new apartment would carry none of the old walls.</w:t>
      </w:r>
    </w:p>
    <w:p>
      <w:r>
        <w:rPr>
          <w:rFonts w:ascii="Georgia" w:hAnsi="Georgia" w:eastAsia="Georgia"/>
          <w:sz w:val="23"/>
        </w:rPr>
        <w:t>The controller could still carry the old common reference if she let it.</w:t>
      </w:r>
    </w:p>
    <w:p>
      <w:r>
        <w:rPr>
          <w:rFonts w:ascii="Georgia" w:hAnsi="Georgia" w:eastAsia="Georgia"/>
          <w:sz w:val="23"/>
        </w:rPr>
        <w:t>She did not want that part.</w:t>
      </w:r>
    </w:p>
    <w:p>
      <w:r>
        <w:rPr>
          <w:rFonts w:ascii="Georgia" w:hAnsi="Georgia" w:eastAsia="Georgia"/>
          <w:sz w:val="23"/>
        </w:rPr>
        <w:t>Narrower than erasure.</w:t>
      </w:r>
    </w:p>
    <w:p>
      <w:r>
        <w:rPr>
          <w:rFonts w:ascii="Georgia" w:hAnsi="Georgia" w:eastAsia="Georgia"/>
          <w:sz w:val="23"/>
        </w:rPr>
        <w:t>Narrow enough to respect.</w:t>
      </w:r>
    </w:p>
    <w:p>
      <w:r>
        <w:rPr>
          <w:rFonts w:ascii="Georgia" w:hAnsi="Georgia" w:eastAsia="Georgia"/>
          <w:sz w:val="23"/>
        </w:rPr>
        <w:t>Beren said, “And I do.”</w:t>
      </w:r>
    </w:p>
    <w:p>
      <w:r>
        <w:rPr>
          <w:rFonts w:ascii="Georgia" w:hAnsi="Georgia" w:eastAsia="Georgia"/>
          <w:sz w:val="23"/>
        </w:rPr>
        <w:t>“Yes,” Miren said.</w:t>
      </w:r>
    </w:p>
    <w:p>
      <w:r>
        <w:rPr>
          <w:rFonts w:ascii="Georgia" w:hAnsi="Georgia" w:eastAsia="Georgia"/>
          <w:sz w:val="23"/>
        </w:rPr>
        <w:t>“So now what?”</w:t>
      </w:r>
    </w:p>
    <w:p>
      <w:r>
        <w:rPr>
          <w:rFonts w:ascii="Georgia" w:hAnsi="Georgia" w:eastAsia="Georgia"/>
          <w:sz w:val="23"/>
        </w:rPr>
        <w:t>I looked at the controller.</w:t>
      </w:r>
    </w:p>
    <w:p>
      <w:r>
        <w:rPr>
          <w:rFonts w:ascii="Georgia" w:hAnsi="Georgia" w:eastAsia="Georgia"/>
          <w:sz w:val="23"/>
        </w:rPr>
        <w:t>The household profile was a single state.</w:t>
      </w:r>
    </w:p>
    <w:p>
      <w:r>
        <w:rPr>
          <w:rFonts w:ascii="Georgia" w:hAnsi="Georgia" w:eastAsia="Georgia"/>
          <w:sz w:val="23"/>
        </w:rPr>
        <w:t>Not two contributions waiting to be separated.</w:t>
      </w:r>
    </w:p>
    <w:p>
      <w:r>
        <w:rPr>
          <w:rFonts w:ascii="Georgia" w:hAnsi="Georgia" w:eastAsia="Georgia"/>
          <w:sz w:val="23"/>
        </w:rPr>
        <w:t>Before fairness, we had to establish that.</w:t>
      </w:r>
    </w:p>
    <w:p>
      <w:pPr>
        <w:spacing w:before="80" w:after="80"/>
        <w:jc w:val="center"/>
      </w:pPr>
      <w:r>
        <w:rPr>
          <w:rFonts w:ascii="Georgia" w:hAnsi="Georgia" w:eastAsia="Georgia"/>
          <w:sz w:val="23"/>
        </w:rPr>
        <w:t>§</w:t>
      </w:r>
    </w:p>
    <w:p>
      <w:r>
        <w:rPr>
          <w:rFonts w:ascii="Georgia" w:hAnsi="Georgia" w:eastAsia="Georgia"/>
          <w:sz w:val="23"/>
        </w:rPr>
        <w:t>The service company had provided a decomposition tool.</w:t>
      </w:r>
    </w:p>
    <w:p>
      <w:r>
        <w:rPr>
          <w:rFonts w:ascii="Georgia" w:hAnsi="Georgia" w:eastAsia="Georgia"/>
          <w:sz w:val="23"/>
        </w:rPr>
        <w:t>The word was optimistic.</w:t>
      </w:r>
    </w:p>
    <w:p>
      <w:r>
        <w:rPr>
          <w:rFonts w:ascii="Georgia" w:hAnsi="Georgia" w:eastAsia="Georgia"/>
          <w:sz w:val="23"/>
        </w:rPr>
        <w:t>It displayed five broad parameter groups.</w:t>
      </w:r>
    </w:p>
    <w:p>
      <w:r>
        <w:rPr>
          <w:rFonts w:ascii="Georgia" w:hAnsi="Georgia" w:eastAsia="Georgia"/>
          <w:sz w:val="23"/>
        </w:rPr>
        <w:t>ENVIRONMENTAL SPECTRUM.</w:t>
      </w:r>
    </w:p>
    <w:p>
      <w:r>
        <w:rPr>
          <w:rFonts w:ascii="Georgia" w:hAnsi="Georgia" w:eastAsia="Georgia"/>
          <w:sz w:val="23"/>
        </w:rPr>
        <w:t>STRUCTURAL RESPONSE.</w:t>
      </w:r>
    </w:p>
    <w:p>
      <w:r>
        <w:rPr>
          <w:rFonts w:ascii="Georgia" w:hAnsi="Georgia" w:eastAsia="Georgia"/>
          <w:sz w:val="23"/>
        </w:rPr>
        <w:t>OCCUPANCY WEIGHTING.</w:t>
      </w:r>
    </w:p>
    <w:p>
      <w:r>
        <w:rPr>
          <w:rFonts w:ascii="Georgia" w:hAnsi="Georgia" w:eastAsia="Georgia"/>
          <w:sz w:val="23"/>
        </w:rPr>
        <w:t>SETTING CORRECTION COUPLING.</w:t>
      </w:r>
    </w:p>
    <w:p>
      <w:r>
        <w:rPr>
          <w:rFonts w:ascii="Georgia" w:hAnsi="Georgia" w:eastAsia="Georgia"/>
          <w:sz w:val="23"/>
        </w:rPr>
        <w:t>LONG-TERM STABILITY BIAS.</w:t>
      </w:r>
    </w:p>
    <w:p>
      <w:r>
        <w:rPr>
          <w:rFonts w:ascii="Georgia" w:hAnsi="Georgia" w:eastAsia="Georgia"/>
          <w:sz w:val="23"/>
        </w:rPr>
        <w:t>No person names.</w:t>
      </w:r>
    </w:p>
    <w:p>
      <w:r>
        <w:rPr>
          <w:rFonts w:ascii="Georgia" w:hAnsi="Georgia" w:eastAsia="Georgia"/>
          <w:sz w:val="23"/>
        </w:rPr>
        <w:t>No device identities beyond current registration.</w:t>
      </w:r>
    </w:p>
    <w:p>
      <w:r>
        <w:rPr>
          <w:rFonts w:ascii="Georgia" w:hAnsi="Georgia" w:eastAsia="Georgia"/>
          <w:sz w:val="23"/>
        </w:rPr>
        <w:t>No private prompt content.</w:t>
      </w:r>
    </w:p>
    <w:p>
      <w:r>
        <w:rPr>
          <w:rFonts w:ascii="Georgia" w:hAnsi="Georgia" w:eastAsia="Georgia"/>
          <w:sz w:val="23"/>
        </w:rPr>
        <w:t>No way to ask which part came from whom.</w:t>
      </w:r>
    </w:p>
    <w:p>
      <w:r>
        <w:rPr>
          <w:rFonts w:ascii="Georgia" w:hAnsi="Georgia" w:eastAsia="Georgia"/>
          <w:sz w:val="23"/>
        </w:rPr>
        <w:t>“Can setting correction coupling be split by device?” Beren asked.</w:t>
      </w:r>
    </w:p>
    <w:p>
      <w:r>
        <w:rPr>
          <w:rFonts w:ascii="Georgia" w:hAnsi="Georgia" w:eastAsia="Georgia"/>
          <w:sz w:val="23"/>
        </w:rPr>
        <w:t>Miren opened the engineering view.</w:t>
      </w:r>
    </w:p>
    <w:p>
      <w:r>
        <w:rPr>
          <w:rFonts w:ascii="Georgia" w:hAnsi="Georgia" w:eastAsia="Georgia"/>
          <w:sz w:val="23"/>
        </w:rPr>
        <w:t>“Current ninety-day window, yes. Historical committed profile, no. The long-term state is a compressed household solution.”</w:t>
      </w:r>
    </w:p>
    <w:p>
      <w:r>
        <w:rPr>
          <w:rFonts w:ascii="Georgia" w:hAnsi="Georgia" w:eastAsia="Georgia"/>
          <w:sz w:val="23"/>
        </w:rPr>
        <w:t>“Meaning?”</w:t>
      </w:r>
    </w:p>
    <w:p>
      <w:r>
        <w:rPr>
          <w:rFonts w:ascii="Georgia" w:hAnsi="Georgia" w:eastAsia="Georgia"/>
          <w:sz w:val="23"/>
        </w:rPr>
        <w:t>“Meaning the controller stopped storing separate arguments after it found a reference that reduced both.”</w:t>
      </w:r>
    </w:p>
    <w:p>
      <w:r>
        <w:rPr>
          <w:rFonts w:ascii="Georgia" w:hAnsi="Georgia" w:eastAsia="Georgia"/>
          <w:sz w:val="23"/>
        </w:rPr>
        <w:t>Anel looked at Beren.</w:t>
      </w:r>
    </w:p>
    <w:p>
      <w:r>
        <w:rPr>
          <w:rFonts w:ascii="Georgia" w:hAnsi="Georgia" w:eastAsia="Georgia"/>
          <w:sz w:val="23"/>
        </w:rPr>
        <w:t>“There.”</w:t>
      </w:r>
    </w:p>
    <w:p>
      <w:r>
        <w:rPr>
          <w:rFonts w:ascii="Georgia" w:hAnsi="Georgia" w:eastAsia="Georgia"/>
          <w:sz w:val="23"/>
        </w:rPr>
        <w:t>He did not look back.</w:t>
      </w:r>
    </w:p>
    <w:p>
      <w:r>
        <w:rPr>
          <w:rFonts w:ascii="Georgia" w:hAnsi="Georgia" w:eastAsia="Georgia"/>
          <w:sz w:val="23"/>
        </w:rPr>
        <w:t>“That is not a person in a file.”</w:t>
      </w:r>
    </w:p>
    <w:p>
      <w:r>
        <w:rPr>
          <w:rFonts w:ascii="Georgia" w:hAnsi="Georgia" w:eastAsia="Georgia"/>
          <w:sz w:val="23"/>
        </w:rPr>
        <w:t>“I did not say it was.”</w:t>
      </w:r>
    </w:p>
    <w:p>
      <w:r>
        <w:rPr>
          <w:rFonts w:ascii="Georgia" w:hAnsi="Georgia" w:eastAsia="Georgia"/>
          <w:sz w:val="23"/>
        </w:rPr>
        <w:t>“You keep acting like copying the profile copies us.”</w:t>
      </w:r>
    </w:p>
    <w:p>
      <w:r>
        <w:rPr>
          <w:rFonts w:ascii="Georgia" w:hAnsi="Georgia" w:eastAsia="Georgia"/>
          <w:sz w:val="23"/>
        </w:rPr>
        <w:t>“I keep saying I don’t want the profile copied.”</w:t>
      </w:r>
    </w:p>
    <w:p>
      <w:r>
        <w:rPr>
          <w:rFonts w:ascii="Georgia" w:hAnsi="Georgia" w:eastAsia="Georgia"/>
          <w:sz w:val="23"/>
        </w:rPr>
        <w:t>He wrapped another jar.</w:t>
      </w:r>
    </w:p>
    <w:p>
      <w:r>
        <w:rPr>
          <w:rFonts w:ascii="Georgia" w:hAnsi="Georgia" w:eastAsia="Georgia"/>
          <w:sz w:val="23"/>
        </w:rPr>
        <w:t>The paper tore at one corner.</w:t>
      </w:r>
    </w:p>
    <w:p>
      <w:r>
        <w:rPr>
          <w:rFonts w:ascii="Georgia" w:hAnsi="Georgia" w:eastAsia="Georgia"/>
          <w:sz w:val="23"/>
        </w:rPr>
        <w:t>He started over rather than taping it.</w:t>
      </w:r>
    </w:p>
    <w:p>
      <w:r>
        <w:rPr>
          <w:rFonts w:ascii="Georgia" w:hAnsi="Georgia" w:eastAsia="Georgia"/>
          <w:sz w:val="23"/>
        </w:rPr>
        <w:t>Different kind of precision.</w:t>
      </w:r>
    </w:p>
    <w:p>
      <w:r>
        <w:rPr>
          <w:rFonts w:ascii="Georgia" w:hAnsi="Georgia" w:eastAsia="Georgia"/>
          <w:sz w:val="23"/>
        </w:rPr>
        <w:t>I asked Miren for the profile ancestry.</w:t>
      </w:r>
    </w:p>
    <w:p>
      <w:r>
        <w:rPr>
          <w:rFonts w:ascii="Georgia" w:hAnsi="Georgia" w:eastAsia="Georgia"/>
          <w:sz w:val="23"/>
        </w:rPr>
        <w:t>Installation: thirty-six years ago.</w:t>
      </w:r>
    </w:p>
    <w:p>
      <w:r>
        <w:rPr>
          <w:rFonts w:ascii="Georgia" w:hAnsi="Georgia" w:eastAsia="Georgia"/>
          <w:sz w:val="23"/>
        </w:rPr>
        <w:t>Controller replacement one: profile migrated.</w:t>
      </w:r>
    </w:p>
    <w:p>
      <w:r>
        <w:rPr>
          <w:rFonts w:ascii="Georgia" w:hAnsi="Georgia" w:eastAsia="Georgia"/>
          <w:sz w:val="23"/>
        </w:rPr>
        <w:t>Replacement two: profile migrated.</w:t>
      </w:r>
    </w:p>
    <w:p>
      <w:r>
        <w:rPr>
          <w:rFonts w:ascii="Georgia" w:hAnsi="Georgia" w:eastAsia="Georgia"/>
          <w:sz w:val="23"/>
        </w:rPr>
        <w:t>Major setting service, Anel: twenty-one years ago.</w:t>
      </w:r>
    </w:p>
    <w:p>
      <w:r>
        <w:rPr>
          <w:rFonts w:ascii="Georgia" w:hAnsi="Georgia" w:eastAsia="Georgia"/>
          <w:sz w:val="23"/>
        </w:rPr>
        <w:t>Major setting service, Beren: nineteen years ago after the fall.</w:t>
      </w:r>
    </w:p>
    <w:p>
      <w:r>
        <w:rPr>
          <w:rFonts w:ascii="Georgia" w:hAnsi="Georgia" w:eastAsia="Georgia"/>
          <w:sz w:val="23"/>
        </w:rPr>
        <w:t>Both local states rejoined the common reference afterward.</w:t>
      </w:r>
    </w:p>
    <w:p>
      <w:r>
        <w:rPr>
          <w:rFonts w:ascii="Georgia" w:hAnsi="Georgia" w:eastAsia="Georgia"/>
          <w:sz w:val="23"/>
        </w:rPr>
        <w:t>No full cold commissioning since original installation.</w:t>
      </w:r>
    </w:p>
    <w:p>
      <w:r>
        <w:rPr>
          <w:rFonts w:ascii="Georgia" w:hAnsi="Georgia" w:eastAsia="Georgia"/>
          <w:sz w:val="23"/>
        </w:rPr>
        <w:t>“Can you reconstruct a pre-household baseline for either setting?” I asked.</w:t>
      </w:r>
    </w:p>
    <w:p>
      <w:r>
        <w:rPr>
          <w:rFonts w:ascii="Georgia" w:hAnsi="Georgia" w:eastAsia="Georgia"/>
          <w:sz w:val="23"/>
        </w:rPr>
        <w:t>“No. Device generations changed. Original controllers gone. Local states overwritten during service. We can reconstruct certified limits, not historical adaptive state.”</w:t>
      </w:r>
    </w:p>
    <w:p>
      <w:r>
        <w:rPr>
          <w:rFonts w:ascii="Georgia" w:hAnsi="Georgia" w:eastAsia="Georgia"/>
          <w:sz w:val="23"/>
        </w:rPr>
        <w:t>“So no subtractive migration.”</w:t>
      </w:r>
    </w:p>
    <w:p>
      <w:r>
        <w:rPr>
          <w:rFonts w:ascii="Georgia" w:hAnsi="Georgia" w:eastAsia="Georgia"/>
          <w:sz w:val="23"/>
        </w:rPr>
        <w:t>“No.”</w:t>
      </w:r>
    </w:p>
    <w:p>
      <w:r>
        <w:rPr>
          <w:rFonts w:ascii="Georgia" w:hAnsi="Georgia" w:eastAsia="Georgia"/>
          <w:sz w:val="23"/>
        </w:rPr>
        <w:t>Beren set the jar down.</w:t>
      </w:r>
    </w:p>
    <w:p>
      <w:r>
        <w:rPr>
          <w:rFonts w:ascii="Georgia" w:hAnsi="Georgia" w:eastAsia="Georgia"/>
          <w:sz w:val="23"/>
        </w:rPr>
        <w:t>“You cannot remove her from the profile.”</w:t>
      </w:r>
    </w:p>
    <w:p>
      <w:r>
        <w:rPr>
          <w:rFonts w:ascii="Georgia" w:hAnsi="Georgia" w:eastAsia="Georgia"/>
          <w:sz w:val="23"/>
        </w:rPr>
        <w:t>“Correct.”</w:t>
      </w:r>
    </w:p>
    <w:p>
      <w:r>
        <w:rPr>
          <w:rFonts w:ascii="Georgia" w:hAnsi="Georgia" w:eastAsia="Georgia"/>
          <w:sz w:val="23"/>
        </w:rPr>
        <w:t>“You cannot remove me.”</w:t>
      </w:r>
    </w:p>
    <w:p>
      <w:r>
        <w:rPr>
          <w:rFonts w:ascii="Georgia" w:hAnsi="Georgia" w:eastAsia="Georgia"/>
          <w:sz w:val="23"/>
        </w:rPr>
        <w:t>“Correct.”</w:t>
      </w:r>
    </w:p>
    <w:p>
      <w:r>
        <w:rPr>
          <w:rFonts w:ascii="Georgia" w:hAnsi="Georgia" w:eastAsia="Georgia"/>
          <w:sz w:val="23"/>
        </w:rPr>
        <w:t>“But you can copy it.”</w:t>
      </w:r>
    </w:p>
    <w:p>
      <w:r>
        <w:rPr>
          <w:rFonts w:ascii="Georgia" w:hAnsi="Georgia" w:eastAsia="Georgia"/>
          <w:sz w:val="23"/>
        </w:rPr>
        <w:t>“Technically.”</w:t>
      </w:r>
    </w:p>
    <w:p>
      <w:r>
        <w:rPr>
          <w:rFonts w:ascii="Georgia" w:hAnsi="Georgia" w:eastAsia="Georgia"/>
          <w:sz w:val="23"/>
        </w:rPr>
        <w:t>Anel’s face did not change.</w:t>
      </w:r>
    </w:p>
    <w:p>
      <w:r>
        <w:rPr>
          <w:rFonts w:ascii="Georgia" w:hAnsi="Georgia" w:eastAsia="Georgia"/>
          <w:sz w:val="23"/>
        </w:rPr>
        <w:t>Beren finally looked at her.</w:t>
      </w:r>
    </w:p>
    <w:p>
      <w:r>
        <w:rPr>
          <w:rFonts w:ascii="Georgia" w:hAnsi="Georgia" w:eastAsia="Georgia"/>
          <w:sz w:val="23"/>
        </w:rPr>
        <w:t>“I am not asking to keep you.”</w:t>
      </w:r>
    </w:p>
    <w:p>
      <w:r>
        <w:rPr>
          <w:rFonts w:ascii="Georgia" w:hAnsi="Georgia" w:eastAsia="Georgia"/>
          <w:sz w:val="23"/>
        </w:rPr>
        <w:t>She waited.</w:t>
      </w:r>
    </w:p>
    <w:p>
      <w:r>
        <w:rPr>
          <w:rFonts w:ascii="Georgia" w:hAnsi="Georgia" w:eastAsia="Georgia"/>
          <w:sz w:val="23"/>
        </w:rPr>
        <w:t>He continued.</w:t>
      </w:r>
    </w:p>
    <w:p>
      <w:r>
        <w:rPr>
          <w:rFonts w:ascii="Georgia" w:hAnsi="Georgia" w:eastAsia="Georgia"/>
          <w:sz w:val="23"/>
        </w:rPr>
        <w:t>“I am asking not to spend six weeks vomiting because the controller has to relearn a room from zero.”</w:t>
      </w:r>
    </w:p>
    <w:p>
      <w:r>
        <w:rPr>
          <w:rFonts w:ascii="Georgia" w:hAnsi="Georgia" w:eastAsia="Georgia"/>
          <w:sz w:val="23"/>
        </w:rPr>
        <w:t>“You told me two weeks.”</w:t>
      </w:r>
    </w:p>
    <w:p>
      <w:r>
        <w:rPr>
          <w:rFonts w:ascii="Georgia" w:hAnsi="Georgia" w:eastAsia="Georgia"/>
          <w:sz w:val="23"/>
        </w:rPr>
        <w:t>“The service estimate says two to six.”</w:t>
      </w:r>
    </w:p>
    <w:p>
      <w:r>
        <w:rPr>
          <w:rFonts w:ascii="Georgia" w:hAnsi="Georgia" w:eastAsia="Georgia"/>
          <w:sz w:val="23"/>
        </w:rPr>
        <w:t>“You told me two.”</w:t>
      </w:r>
    </w:p>
    <w:p>
      <w:r>
        <w:rPr>
          <w:rFonts w:ascii="Georgia" w:hAnsi="Georgia" w:eastAsia="Georgia"/>
          <w:sz w:val="23"/>
        </w:rPr>
        <w:t>“Because six sounded like an argument.”</w:t>
      </w:r>
    </w:p>
    <w:p>
      <w:r>
        <w:rPr>
          <w:rFonts w:ascii="Georgia" w:hAnsi="Georgia" w:eastAsia="Georgia"/>
          <w:sz w:val="23"/>
        </w:rPr>
        <w:t>Anel looked down at the table.</w:t>
      </w:r>
    </w:p>
    <w:p>
      <w:r>
        <w:rPr>
          <w:rFonts w:ascii="Georgia" w:hAnsi="Georgia" w:eastAsia="Georgia"/>
          <w:sz w:val="23"/>
        </w:rPr>
        <w:t>Nothing clever arrived.</w:t>
      </w:r>
    </w:p>
    <w:p>
      <w:r>
        <w:rPr>
          <w:rFonts w:ascii="Georgia" w:hAnsi="Georgia" w:eastAsia="Georgia"/>
          <w:sz w:val="23"/>
        </w:rPr>
        <w:t>Miren opened Beren’s outage history.</w:t>
      </w:r>
    </w:p>
    <w:p>
      <w:r>
        <w:rPr>
          <w:rFonts w:ascii="Georgia" w:hAnsi="Georgia" w:eastAsia="Georgia"/>
          <w:sz w:val="23"/>
        </w:rPr>
        <w:t>His medical record supported the concern.</w:t>
      </w:r>
    </w:p>
    <w:p>
      <w:r>
        <w:rPr>
          <w:rFonts w:ascii="Georgia" w:hAnsi="Georgia" w:eastAsia="Georgia"/>
          <w:sz w:val="23"/>
        </w:rPr>
        <w:t>During the last controller failure, local-mode correction had produced three days of severe nausea, intermittent leftward orientation drift, and one fall.</w:t>
      </w:r>
    </w:p>
    <w:p>
      <w:r>
        <w:rPr>
          <w:rFonts w:ascii="Georgia" w:hAnsi="Georgia" w:eastAsia="Georgia"/>
          <w:sz w:val="23"/>
        </w:rPr>
        <w:t>During a later scheduled two-hour reference interruption, mild nausea only.</w:t>
      </w:r>
    </w:p>
    <w:p>
      <w:r>
        <w:rPr>
          <w:rFonts w:ascii="Georgia" w:hAnsi="Georgia" w:eastAsia="Georgia"/>
          <w:sz w:val="23"/>
        </w:rPr>
        <w:t>Hardware had improved.</w:t>
      </w:r>
    </w:p>
    <w:p>
      <w:r>
        <w:rPr>
          <w:rFonts w:ascii="Georgia" w:hAnsi="Georgia" w:eastAsia="Georgia"/>
          <w:sz w:val="23"/>
        </w:rPr>
        <w:t>His body had changed.</w:t>
      </w:r>
    </w:p>
    <w:p>
      <w:r>
        <w:rPr>
          <w:rFonts w:ascii="Georgia" w:hAnsi="Georgia" w:eastAsia="Georgia"/>
          <w:sz w:val="23"/>
        </w:rPr>
        <w:t>The future event was not the past event.</w:t>
      </w:r>
    </w:p>
    <w:p>
      <w:r>
        <w:rPr>
          <w:rFonts w:ascii="Georgia" w:hAnsi="Georgia" w:eastAsia="Georgia"/>
          <w:sz w:val="23"/>
        </w:rPr>
        <w:t>The past still mattered.</w:t>
      </w:r>
    </w:p>
    <w:p>
      <w:r>
        <w:rPr>
          <w:rFonts w:ascii="Georgia" w:hAnsi="Georgia" w:eastAsia="Georgia"/>
          <w:sz w:val="23"/>
        </w:rPr>
        <w:t>“Full profile is not the only continuity option,” Miren said.</w:t>
      </w:r>
    </w:p>
    <w:p>
      <w:r>
        <w:rPr>
          <w:rFonts w:ascii="Georgia" w:hAnsi="Georgia" w:eastAsia="Georgia"/>
          <w:sz w:val="23"/>
        </w:rPr>
        <w:t>Beren looked at her.</w:t>
      </w:r>
    </w:p>
    <w:p>
      <w:r>
        <w:rPr>
          <w:rFonts w:ascii="Georgia" w:hAnsi="Georgia" w:eastAsia="Georgia"/>
          <w:sz w:val="23"/>
        </w:rPr>
        <w:t>“You already said local state.”</w:t>
      </w:r>
    </w:p>
    <w:p>
      <w:r>
        <w:rPr>
          <w:rFonts w:ascii="Georgia" w:hAnsi="Georgia" w:eastAsia="Georgia"/>
          <w:sz w:val="23"/>
        </w:rPr>
        <w:t>“Yes. Your setting retains its current device-local calibration. We can commission your new controller using only your setting’s present local state and the new apartment’s environmental model. No historical household profile.”</w:t>
      </w:r>
    </w:p>
    <w:p>
      <w:r>
        <w:rPr>
          <w:rFonts w:ascii="Georgia" w:hAnsi="Georgia" w:eastAsia="Georgia"/>
          <w:sz w:val="23"/>
        </w:rPr>
        <w:t>“How long?”</w:t>
      </w:r>
    </w:p>
    <w:p>
      <w:r>
        <w:rPr>
          <w:rFonts w:ascii="Georgia" w:hAnsi="Georgia" w:eastAsia="Georgia"/>
          <w:sz w:val="23"/>
        </w:rPr>
        <w:t>“Unknown.”</w:t>
      </w:r>
    </w:p>
    <w:p>
      <w:r>
        <w:rPr>
          <w:rFonts w:ascii="Georgia" w:hAnsi="Georgia" w:eastAsia="Georgia"/>
          <w:sz w:val="23"/>
        </w:rPr>
        <w:t>“Useful.”</w:t>
      </w:r>
    </w:p>
    <w:p>
      <w:r>
        <w:rPr>
          <w:rFonts w:ascii="Georgia" w:hAnsi="Georgia" w:eastAsia="Georgia"/>
          <w:sz w:val="23"/>
        </w:rPr>
        <w:t>“Expected shorter than cold setting recommissioning. Longer than full household profile migration.”</w:t>
      </w:r>
    </w:p>
    <w:p>
      <w:r>
        <w:rPr>
          <w:rFonts w:ascii="Georgia" w:hAnsi="Georgia" w:eastAsia="Georgia"/>
          <w:sz w:val="23"/>
        </w:rPr>
        <w:t>“Nausea?”</w:t>
      </w:r>
    </w:p>
    <w:p>
      <w:r>
        <w:rPr>
          <w:rFonts w:ascii="Georgia" w:hAnsi="Georgia" w:eastAsia="Georgia"/>
          <w:sz w:val="23"/>
        </w:rPr>
        <w:t>“Possible.”</w:t>
      </w:r>
    </w:p>
    <w:p>
      <w:r>
        <w:rPr>
          <w:rFonts w:ascii="Georgia" w:hAnsi="Georgia" w:eastAsia="Georgia"/>
          <w:sz w:val="23"/>
        </w:rPr>
        <w:t>“Fall?”</w:t>
      </w:r>
    </w:p>
    <w:p>
      <w:r>
        <w:rPr>
          <w:rFonts w:ascii="Georgia" w:hAnsi="Georgia" w:eastAsia="Georgia"/>
          <w:sz w:val="23"/>
        </w:rPr>
        <w:t>“Possible.”</w:t>
      </w:r>
    </w:p>
    <w:p>
      <w:r>
        <w:rPr>
          <w:rFonts w:ascii="Georgia" w:hAnsi="Georgia" w:eastAsia="Georgia"/>
          <w:sz w:val="23"/>
        </w:rPr>
        <w:t>“Then her refusal still changes my medical risk.”</w:t>
      </w:r>
    </w:p>
    <w:p>
      <w:r>
        <w:rPr>
          <w:rFonts w:ascii="Georgia" w:hAnsi="Georgia" w:eastAsia="Georgia"/>
          <w:sz w:val="23"/>
        </w:rPr>
        <w:t>Miren nodded.</w:t>
      </w:r>
    </w:p>
    <w:p>
      <w:r>
        <w:rPr>
          <w:rFonts w:ascii="Georgia" w:hAnsi="Georgia" w:eastAsia="Georgia"/>
          <w:sz w:val="23"/>
        </w:rPr>
        <w:t>“Yes.”</w:t>
      </w:r>
    </w:p>
    <w:p>
      <w:r>
        <w:rPr>
          <w:rFonts w:ascii="Georgia" w:hAnsi="Georgia" w:eastAsia="Georgia"/>
          <w:sz w:val="23"/>
        </w:rPr>
        <w:t>Anel closed her eyes.</w:t>
      </w:r>
    </w:p>
    <w:p>
      <w:r>
        <w:rPr>
          <w:rFonts w:ascii="Georgia" w:hAnsi="Georgia" w:eastAsia="Georgia"/>
          <w:sz w:val="23"/>
        </w:rPr>
        <w:t>Not guilt exactly.</w:t>
      </w:r>
    </w:p>
    <w:p>
      <w:r>
        <w:rPr>
          <w:rFonts w:ascii="Georgia" w:hAnsi="Georgia" w:eastAsia="Georgia"/>
          <w:sz w:val="23"/>
        </w:rPr>
        <w:t>Cost becoming visible.</w:t>
      </w:r>
    </w:p>
    <w:p>
      <w:r>
        <w:rPr>
          <w:rFonts w:ascii="Georgia" w:hAnsi="Georgia" w:eastAsia="Georgia"/>
          <w:sz w:val="23"/>
        </w:rPr>
        <w:t>I knew the temptation that came next because institutions had it too.</w:t>
      </w:r>
    </w:p>
    <w:p>
      <w:r>
        <w:rPr>
          <w:rFonts w:ascii="Georgia" w:hAnsi="Georgia" w:eastAsia="Georgia"/>
          <w:sz w:val="23"/>
        </w:rPr>
        <w:t>Once one person’s boundary imposed a cost on another person, the boundary began to look negotiable.</w:t>
      </w:r>
    </w:p>
    <w:p>
      <w:r>
        <w:rPr>
          <w:rFonts w:ascii="Georgia" w:hAnsi="Georgia" w:eastAsia="Georgia"/>
          <w:sz w:val="23"/>
        </w:rPr>
        <w:t>That was how jurisdiction grew.</w:t>
      </w:r>
    </w:p>
    <w:p>
      <w:r>
        <w:rPr>
          <w:rFonts w:ascii="Georgia" w:hAnsi="Georgia" w:eastAsia="Georgia"/>
          <w:sz w:val="23"/>
        </w:rPr>
        <w:t>“Her refusal can cost you,” I said. “That does not make it invalid.”</w:t>
      </w:r>
    </w:p>
    <w:p>
      <w:r>
        <w:rPr>
          <w:rFonts w:ascii="Georgia" w:hAnsi="Georgia" w:eastAsia="Georgia"/>
          <w:sz w:val="23"/>
        </w:rPr>
        <w:t>Beren looked at me.</w:t>
      </w:r>
    </w:p>
    <w:p>
      <w:r>
        <w:rPr>
          <w:rFonts w:ascii="Georgia" w:hAnsi="Georgia" w:eastAsia="Georgia"/>
          <w:sz w:val="23"/>
        </w:rPr>
        <w:t>“Easy sentence when you are not the one falling.”</w:t>
      </w:r>
    </w:p>
    <w:p>
      <w:r>
        <w:rPr>
          <w:rFonts w:ascii="Georgia" w:hAnsi="Georgia" w:eastAsia="Georgia"/>
          <w:sz w:val="23"/>
        </w:rPr>
        <w:t>“Yes.”</w:t>
      </w:r>
    </w:p>
    <w:p>
      <w:r>
        <w:rPr>
          <w:rFonts w:ascii="Georgia" w:hAnsi="Georgia" w:eastAsia="Georgia"/>
          <w:sz w:val="23"/>
        </w:rPr>
        <w:t>He waited for more.</w:t>
      </w:r>
    </w:p>
    <w:p>
      <w:r>
        <w:rPr>
          <w:rFonts w:ascii="Georgia" w:hAnsi="Georgia" w:eastAsia="Georgia"/>
          <w:sz w:val="23"/>
        </w:rPr>
        <w:t>I had none.</w:t>
      </w:r>
    </w:p>
    <w:p>
      <w:pPr>
        <w:spacing w:before="80" w:after="80"/>
        <w:jc w:val="center"/>
      </w:pPr>
      <w:r>
        <w:rPr>
          <w:rFonts w:ascii="Georgia" w:hAnsi="Georgia" w:eastAsia="Georgia"/>
          <w:sz w:val="23"/>
        </w:rPr>
        <w:t>§</w:t>
      </w:r>
    </w:p>
    <w:p>
      <w:r>
        <w:rPr>
          <w:rFonts w:ascii="Georgia" w:hAnsi="Georgia" w:eastAsia="Georgia"/>
          <w:sz w:val="23"/>
        </w:rPr>
        <w:t>We inspected the new apartments instead of continuing the argument.</w:t>
      </w:r>
    </w:p>
    <w:p>
      <w:r>
        <w:rPr>
          <w:rFonts w:ascii="Georgia" w:hAnsi="Georgia" w:eastAsia="Georgia"/>
          <w:sz w:val="23"/>
        </w:rPr>
        <w:t>Physical conditions first.</w:t>
      </w:r>
    </w:p>
    <w:p>
      <w:r>
        <w:rPr>
          <w:rFonts w:ascii="Georgia" w:hAnsi="Georgia" w:eastAsia="Georgia"/>
          <w:sz w:val="23"/>
        </w:rPr>
        <w:t>Anel’s cooperative tower had already sent a certified environmental model.</w:t>
      </w:r>
    </w:p>
    <w:p>
      <w:r>
        <w:rPr>
          <w:rFonts w:ascii="Georgia" w:hAnsi="Georgia" w:eastAsia="Georgia"/>
          <w:sz w:val="23"/>
        </w:rPr>
        <w:t>New construction.</w:t>
      </w:r>
    </w:p>
    <w:p>
      <w:r>
        <w:rPr>
          <w:rFonts w:ascii="Georgia" w:hAnsi="Georgia" w:eastAsia="Georgia"/>
          <w:sz w:val="23"/>
        </w:rPr>
        <w:t>Short conduit runs.</w:t>
      </w:r>
    </w:p>
    <w:p>
      <w:r>
        <w:rPr>
          <w:rFonts w:ascii="Georgia" w:hAnsi="Georgia" w:eastAsia="Georgia"/>
          <w:sz w:val="23"/>
        </w:rPr>
        <w:t>Low line noise.</w:t>
      </w:r>
    </w:p>
    <w:p>
      <w:r>
        <w:rPr>
          <w:rFonts w:ascii="Georgia" w:hAnsi="Georgia" w:eastAsia="Georgia"/>
          <w:sz w:val="23"/>
        </w:rPr>
        <w:t>Three other settings on the floor but separate household references.</w:t>
      </w:r>
    </w:p>
    <w:p>
      <w:r>
        <w:rPr>
          <w:rFonts w:ascii="Georgia" w:hAnsi="Georgia" w:eastAsia="Georgia"/>
          <w:sz w:val="23"/>
        </w:rPr>
        <w:t>Her unit had no active concordance history.</w:t>
      </w:r>
    </w:p>
    <w:p>
      <w:r>
        <w:rPr>
          <w:rFonts w:ascii="Georgia" w:hAnsi="Georgia" w:eastAsia="Georgia"/>
          <w:sz w:val="23"/>
        </w:rPr>
        <w:t>Beren’s apartment was older.</w:t>
      </w:r>
    </w:p>
    <w:p>
      <w:r>
        <w:rPr>
          <w:rFonts w:ascii="Georgia" w:hAnsi="Georgia" w:eastAsia="Georgia"/>
          <w:sz w:val="23"/>
        </w:rPr>
        <w:t>Converted industrial structure.</w:t>
      </w:r>
    </w:p>
    <w:p>
      <w:r>
        <w:rPr>
          <w:rFonts w:ascii="Georgia" w:hAnsi="Georgia" w:eastAsia="Georgia"/>
          <w:sz w:val="23"/>
        </w:rPr>
        <w:t>Longer power runs.</w:t>
      </w:r>
    </w:p>
    <w:p>
      <w:r>
        <w:rPr>
          <w:rFonts w:ascii="Georgia" w:hAnsi="Georgia" w:eastAsia="Georgia"/>
          <w:sz w:val="23"/>
        </w:rPr>
        <w:t>One wall backed onto a lift shaft.</w:t>
      </w:r>
    </w:p>
    <w:p>
      <w:r>
        <w:rPr>
          <w:rFonts w:ascii="Georgia" w:hAnsi="Georgia" w:eastAsia="Georgia"/>
          <w:sz w:val="23"/>
        </w:rPr>
        <w:t>The lift drive injected a narrow harmonic every time the car passed the eighth floor.</w:t>
      </w:r>
    </w:p>
    <w:p>
      <w:r>
        <w:rPr>
          <w:rFonts w:ascii="Georgia" w:hAnsi="Georgia" w:eastAsia="Georgia"/>
          <w:sz w:val="23"/>
        </w:rPr>
        <w:t>His unit was on nine.</w:t>
      </w:r>
    </w:p>
    <w:p>
      <w:r>
        <w:rPr>
          <w:rFonts w:ascii="Georgia" w:hAnsi="Georgia" w:eastAsia="Georgia"/>
          <w:sz w:val="23"/>
        </w:rPr>
        <w:t>I disliked that before seeing the room.</w:t>
      </w:r>
    </w:p>
    <w:p>
      <w:r>
        <w:rPr>
          <w:rFonts w:ascii="Georgia" w:hAnsi="Georgia" w:eastAsia="Georgia"/>
          <w:sz w:val="23"/>
        </w:rPr>
        <w:t>We traveled there at 1116.</w:t>
      </w:r>
    </w:p>
    <w:p>
      <w:r>
        <w:rPr>
          <w:rFonts w:ascii="Georgia" w:hAnsi="Georgia" w:eastAsia="Georgia"/>
          <w:sz w:val="23"/>
        </w:rPr>
        <w:t>Beren came.</w:t>
      </w:r>
    </w:p>
    <w:p>
      <w:r>
        <w:rPr>
          <w:rFonts w:ascii="Georgia" w:hAnsi="Georgia" w:eastAsia="Georgia"/>
          <w:sz w:val="23"/>
        </w:rPr>
        <w:t>Anel did not.</w:t>
      </w:r>
    </w:p>
    <w:p>
      <w:r>
        <w:rPr>
          <w:rFonts w:ascii="Georgia" w:hAnsi="Georgia" w:eastAsia="Georgia"/>
          <w:sz w:val="23"/>
        </w:rPr>
        <w:t>Her absence was not a missing variable we were entitled to restore.</w:t>
      </w:r>
    </w:p>
    <w:p>
      <w:r>
        <w:rPr>
          <w:rFonts w:ascii="Georgia" w:hAnsi="Georgia" w:eastAsia="Georgia"/>
          <w:sz w:val="23"/>
        </w:rPr>
        <w:t>The new controller was already mounted but inactive.</w:t>
      </w:r>
    </w:p>
    <w:p>
      <w:r>
        <w:rPr>
          <w:rFonts w:ascii="Georgia" w:hAnsi="Georgia" w:eastAsia="Georgia"/>
          <w:sz w:val="23"/>
        </w:rPr>
        <w:t>A service technician named Davi Kesh met us at the door.</w:t>
      </w:r>
    </w:p>
    <w:p>
      <w:r>
        <w:rPr>
          <w:rFonts w:ascii="Georgia" w:hAnsi="Georgia" w:eastAsia="Georgia"/>
          <w:sz w:val="23"/>
        </w:rPr>
        <w:t>Human.</w:t>
      </w:r>
    </w:p>
    <w:p>
      <w:r>
        <w:rPr>
          <w:rFonts w:ascii="Georgia" w:hAnsi="Georgia" w:eastAsia="Georgia"/>
          <w:sz w:val="23"/>
        </w:rPr>
        <w:t>One hundred six.</w:t>
      </w:r>
    </w:p>
    <w:p>
      <w:r>
        <w:rPr>
          <w:rFonts w:ascii="Georgia" w:hAnsi="Georgia" w:eastAsia="Georgia"/>
          <w:sz w:val="23"/>
        </w:rPr>
        <w:t>No setting.</w:t>
      </w:r>
    </w:p>
    <w:p>
      <w:r>
        <w:rPr>
          <w:rFonts w:ascii="Georgia" w:hAnsi="Georgia" w:eastAsia="Georgia"/>
          <w:sz w:val="23"/>
        </w:rPr>
        <w:t>He wore a utility vest with each tool in a stitched slot and spoke in paragraphs because field service had taught him that half-instructions return as full emergencies.</w:t>
      </w:r>
    </w:p>
    <w:p>
      <w:r>
        <w:rPr>
          <w:rFonts w:ascii="Georgia" w:hAnsi="Georgia" w:eastAsia="Georgia"/>
          <w:sz w:val="23"/>
        </w:rPr>
        <w:t>“I have not energized the household reference. Building power is stable except for the lift harmonic, which is inside the controller’s rejection range but above ideal. Local backup is charged. I have the current setting safety envelope and Beren’s medical integration limits. I do not have the old household profile because the authorization is disputed. I would like to keep it that way until someone decides I am allowed to know more.”</w:t>
      </w:r>
    </w:p>
    <w:p>
      <w:r>
        <w:rPr>
          <w:rFonts w:ascii="Georgia" w:hAnsi="Georgia" w:eastAsia="Georgia"/>
          <w:sz w:val="23"/>
        </w:rPr>
        <w:t>“Show me the lift noise.”</w:t>
      </w:r>
    </w:p>
    <w:p>
      <w:r>
        <w:rPr>
          <w:rFonts w:ascii="Georgia" w:hAnsi="Georgia" w:eastAsia="Georgia"/>
          <w:sz w:val="23"/>
        </w:rPr>
        <w:t>He did.</w:t>
      </w:r>
    </w:p>
    <w:p>
      <w:r>
        <w:rPr>
          <w:rFonts w:ascii="Georgia" w:hAnsi="Georgia" w:eastAsia="Georgia"/>
          <w:sz w:val="23"/>
        </w:rPr>
        <w:t>The spectral line rose every forty to ninety seconds depending on traffic.</w:t>
      </w:r>
    </w:p>
    <w:p>
      <w:r>
        <w:rPr>
          <w:rFonts w:ascii="Georgia" w:hAnsi="Georgia" w:eastAsia="Georgia"/>
          <w:sz w:val="23"/>
        </w:rPr>
        <w:t>312 hertz.</w:t>
      </w:r>
    </w:p>
    <w:p>
      <w:r>
        <w:rPr>
          <w:rFonts w:ascii="Georgia" w:hAnsi="Georgia" w:eastAsia="Georgia"/>
          <w:sz w:val="23"/>
        </w:rPr>
        <w:t>Not the same 312 as Tal’s loose clamp in any meaningful sense.</w:t>
      </w:r>
    </w:p>
    <w:p>
      <w:r>
        <w:rPr>
          <w:rFonts w:ascii="Georgia" w:hAnsi="Georgia" w:eastAsia="Georgia"/>
          <w:sz w:val="23"/>
        </w:rPr>
        <w:t>Numbers repeat without permission.</w:t>
      </w:r>
    </w:p>
    <w:p>
      <w:r>
        <w:rPr>
          <w:rFonts w:ascii="Georgia" w:hAnsi="Georgia" w:eastAsia="Georgia"/>
          <w:sz w:val="23"/>
        </w:rPr>
        <w:t>I checked the wall fastening.</w:t>
      </w:r>
    </w:p>
    <w:p>
      <w:r>
        <w:rPr>
          <w:rFonts w:ascii="Georgia" w:hAnsi="Georgia" w:eastAsia="Georgia"/>
          <w:sz w:val="23"/>
        </w:rPr>
        <w:t>Solid.</w:t>
      </w:r>
    </w:p>
    <w:p>
      <w:r>
        <w:rPr>
          <w:rFonts w:ascii="Georgia" w:hAnsi="Georgia" w:eastAsia="Georgia"/>
          <w:sz w:val="23"/>
        </w:rPr>
        <w:t>Controller grounding good.</w:t>
      </w:r>
    </w:p>
    <w:p>
      <w:r>
        <w:rPr>
          <w:rFonts w:ascii="Georgia" w:hAnsi="Georgia" w:eastAsia="Georgia"/>
          <w:sz w:val="23"/>
        </w:rPr>
        <w:t>Reference output unloaded.</w:t>
      </w:r>
    </w:p>
    <w:p>
      <w:r>
        <w:rPr>
          <w:rFonts w:ascii="Georgia" w:hAnsi="Georgia" w:eastAsia="Georgia"/>
          <w:sz w:val="23"/>
        </w:rPr>
        <w:t>No reason not to commission except the one we were there to decide.</w:t>
      </w:r>
    </w:p>
    <w:p>
      <w:r>
        <w:rPr>
          <w:rFonts w:ascii="Georgia" w:hAnsi="Georgia" w:eastAsia="Georgia"/>
          <w:sz w:val="23"/>
        </w:rPr>
        <w:t>Beren stood in the center of the room.</w:t>
      </w:r>
    </w:p>
    <w:p>
      <w:r>
        <w:rPr>
          <w:rFonts w:ascii="Georgia" w:hAnsi="Georgia" w:eastAsia="Georgia"/>
          <w:sz w:val="23"/>
        </w:rPr>
        <w:t>His setting was operating local-only.</w:t>
      </w:r>
    </w:p>
    <w:p>
      <w:r>
        <w:rPr>
          <w:rFonts w:ascii="Georgia" w:hAnsi="Georgia" w:eastAsia="Georgia"/>
          <w:sz w:val="23"/>
        </w:rPr>
        <w:t>“How do you feel?” Miren asked.</w:t>
      </w:r>
    </w:p>
    <w:p>
      <w:r>
        <w:rPr>
          <w:rFonts w:ascii="Georgia" w:hAnsi="Georgia" w:eastAsia="Georgia"/>
          <w:sz w:val="23"/>
        </w:rPr>
        <w:t>“Slight pull left.”</w:t>
      </w:r>
    </w:p>
    <w:p>
      <w:r>
        <w:rPr>
          <w:rFonts w:ascii="Georgia" w:hAnsi="Georgia" w:eastAsia="Georgia"/>
          <w:sz w:val="23"/>
        </w:rPr>
        <w:t>“Baseline for local-only?”</w:t>
      </w:r>
    </w:p>
    <w:p>
      <w:r>
        <w:rPr>
          <w:rFonts w:ascii="Georgia" w:hAnsi="Georgia" w:eastAsia="Georgia"/>
          <w:sz w:val="23"/>
        </w:rPr>
        <w:t>“Today, yes.”</w:t>
      </w:r>
    </w:p>
    <w:p>
      <w:r>
        <w:rPr>
          <w:rFonts w:ascii="Georgia" w:hAnsi="Georgia" w:eastAsia="Georgia"/>
          <w:sz w:val="23"/>
        </w:rPr>
        <w:t>“Nausea?”</w:t>
      </w:r>
    </w:p>
    <w:p>
      <w:r>
        <w:rPr>
          <w:rFonts w:ascii="Georgia" w:hAnsi="Georgia" w:eastAsia="Georgia"/>
          <w:sz w:val="23"/>
        </w:rPr>
        <w:t>“No.”</w:t>
      </w:r>
    </w:p>
    <w:p>
      <w:r>
        <w:rPr>
          <w:rFonts w:ascii="Georgia" w:hAnsi="Georgia" w:eastAsia="Georgia"/>
          <w:sz w:val="23"/>
        </w:rPr>
        <w:t>“Would you stop if it becomes moderate?”</w:t>
      </w:r>
    </w:p>
    <w:p>
      <w:r>
        <w:rPr>
          <w:rFonts w:ascii="Georgia" w:hAnsi="Georgia" w:eastAsia="Georgia"/>
          <w:sz w:val="23"/>
        </w:rPr>
        <w:t>“I would tell you.”</w:t>
      </w:r>
    </w:p>
    <w:p>
      <w:r>
        <w:rPr>
          <w:rFonts w:ascii="Georgia" w:hAnsi="Georgia" w:eastAsia="Georgia"/>
          <w:sz w:val="23"/>
        </w:rPr>
        <w:t>“I asked whether you would stop.”</w:t>
      </w:r>
    </w:p>
    <w:p>
      <w:r>
        <w:rPr>
          <w:rFonts w:ascii="Georgia" w:hAnsi="Georgia" w:eastAsia="Georgia"/>
          <w:sz w:val="23"/>
        </w:rPr>
        <w:t>Beren looked at her.</w:t>
      </w:r>
    </w:p>
    <w:p>
      <w:r>
        <w:rPr>
          <w:rFonts w:ascii="Georgia" w:hAnsi="Georgia" w:eastAsia="Georgia"/>
          <w:sz w:val="23"/>
        </w:rPr>
        <w:t>“Yes.”</w:t>
      </w:r>
    </w:p>
    <w:p>
      <w:r>
        <w:rPr>
          <w:rFonts w:ascii="Georgia" w:hAnsi="Georgia" w:eastAsia="Georgia"/>
          <w:sz w:val="23"/>
        </w:rPr>
        <w:t>Davi handed him a physical stop control.</w:t>
      </w:r>
    </w:p>
    <w:p>
      <w:r>
        <w:rPr>
          <w:rFonts w:ascii="Georgia" w:hAnsi="Georgia" w:eastAsia="Georgia"/>
          <w:sz w:val="23"/>
        </w:rPr>
        <w:t>Yellow.</w:t>
      </w:r>
    </w:p>
    <w:p>
      <w:r>
        <w:rPr>
          <w:rFonts w:ascii="Georgia" w:hAnsi="Georgia" w:eastAsia="Georgia"/>
          <w:sz w:val="23"/>
        </w:rPr>
        <w:t>Same family as Ivena’s.</w:t>
      </w:r>
    </w:p>
    <w:p>
      <w:r>
        <w:rPr>
          <w:rFonts w:ascii="Georgia" w:hAnsi="Georgia" w:eastAsia="Georgia"/>
          <w:sz w:val="23"/>
        </w:rPr>
        <w:t>Different manufacturer.</w:t>
      </w:r>
    </w:p>
    <w:p>
      <w:r>
        <w:rPr>
          <w:rFonts w:ascii="Georgia" w:hAnsi="Georgia" w:eastAsia="Georgia"/>
          <w:sz w:val="23"/>
        </w:rPr>
        <w:t>The century had standardized the shape of refusal before it standardized what refusal was protecting.</w:t>
      </w:r>
    </w:p>
    <w:p>
      <w:r>
        <w:rPr>
          <w:rFonts w:ascii="Georgia" w:hAnsi="Georgia" w:eastAsia="Georgia"/>
          <w:sz w:val="23"/>
        </w:rPr>
        <w:t>“Commissioning options,” Davi said. “With no household profile, I can initialize from current local setting state. The controller will generate a new environmental reference from this room and one registered setting. No data from the former residence enters the controller.”</w:t>
      </w:r>
    </w:p>
    <w:p>
      <w:r>
        <w:rPr>
          <w:rFonts w:ascii="Georgia" w:hAnsi="Georgia" w:eastAsia="Georgia"/>
          <w:sz w:val="23"/>
        </w:rPr>
        <w:t>Beren looked at me.</w:t>
      </w:r>
    </w:p>
    <w:p>
      <w:r>
        <w:rPr>
          <w:rFonts w:ascii="Georgia" w:hAnsi="Georgia" w:eastAsia="Georgia"/>
          <w:sz w:val="23"/>
        </w:rPr>
        <w:t>“Except what the setting carries.”</w:t>
      </w:r>
    </w:p>
    <w:p>
      <w:r>
        <w:rPr>
          <w:rFonts w:ascii="Georgia" w:hAnsi="Georgia" w:eastAsia="Georgia"/>
          <w:sz w:val="23"/>
        </w:rPr>
        <w:t>“Yes.”</w:t>
      </w:r>
    </w:p>
    <w:p>
      <w:r>
        <w:rPr>
          <w:rFonts w:ascii="Georgia" w:hAnsi="Georgia" w:eastAsia="Georgia"/>
          <w:sz w:val="23"/>
        </w:rPr>
        <w:t>“Which includes thirty-eight years in the old house.”</w:t>
      </w:r>
    </w:p>
    <w:p>
      <w:r>
        <w:rPr>
          <w:rFonts w:ascii="Georgia" w:hAnsi="Georgia" w:eastAsia="Georgia"/>
          <w:sz w:val="23"/>
        </w:rPr>
        <w:t>“Device-local history, yes.”</w:t>
      </w:r>
    </w:p>
    <w:p>
      <w:r>
        <w:rPr>
          <w:rFonts w:ascii="Georgia" w:hAnsi="Georgia" w:eastAsia="Georgia"/>
          <w:sz w:val="23"/>
        </w:rPr>
        <w:t>“Possibly more.”</w:t>
      </w:r>
    </w:p>
    <w:p>
      <w:r>
        <w:rPr>
          <w:rFonts w:ascii="Georgia" w:hAnsi="Georgia" w:eastAsia="Georgia"/>
          <w:sz w:val="23"/>
        </w:rPr>
        <w:t>“Possibly is too broad.”</w:t>
      </w:r>
    </w:p>
    <w:p>
      <w:r>
        <w:rPr>
          <w:rFonts w:ascii="Georgia" w:hAnsi="Georgia" w:eastAsia="Georgia"/>
          <w:sz w:val="23"/>
        </w:rPr>
        <w:t>“There you are.”</w:t>
      </w:r>
    </w:p>
    <w:p>
      <w:r>
        <w:rPr>
          <w:rFonts w:ascii="Georgia" w:hAnsi="Georgia" w:eastAsia="Georgia"/>
          <w:sz w:val="23"/>
        </w:rPr>
        <w:t>He pressed the stop switch once without activating it, feeling the travel.</w:t>
      </w:r>
    </w:p>
    <w:p>
      <w:r>
        <w:rPr>
          <w:rFonts w:ascii="Georgia" w:hAnsi="Georgia" w:eastAsia="Georgia"/>
          <w:sz w:val="23"/>
        </w:rPr>
        <w:t>“Do it.”</w:t>
      </w:r>
    </w:p>
    <w:p>
      <w:pPr>
        <w:spacing w:before="80" w:after="80"/>
        <w:jc w:val="center"/>
      </w:pPr>
      <w:r>
        <w:rPr>
          <w:rFonts w:ascii="Georgia" w:hAnsi="Georgia" w:eastAsia="Georgia"/>
          <w:sz w:val="23"/>
        </w:rPr>
        <w:t>§</w:t>
      </w:r>
    </w:p>
    <w:p>
      <w:r>
        <w:rPr>
          <w:rFonts w:ascii="Georgia" w:hAnsi="Georgia" w:eastAsia="Georgia"/>
          <w:sz w:val="23"/>
        </w:rPr>
        <w:t>The new controller started from factory reference.</w:t>
      </w:r>
    </w:p>
    <w:p>
      <w:r>
        <w:rPr>
          <w:rFonts w:ascii="Georgia" w:hAnsi="Georgia" w:eastAsia="Georgia"/>
          <w:sz w:val="23"/>
        </w:rPr>
        <w:t>Beren’s setting registered.</w:t>
      </w:r>
    </w:p>
    <w:p>
      <w:r>
        <w:rPr>
          <w:rFonts w:ascii="Georgia" w:hAnsi="Georgia" w:eastAsia="Georgia"/>
          <w:sz w:val="23"/>
        </w:rPr>
        <w:t>No historical household profile.</w:t>
      </w:r>
    </w:p>
    <w:p>
      <w:r>
        <w:rPr>
          <w:rFonts w:ascii="Georgia" w:hAnsi="Georgia" w:eastAsia="Georgia"/>
          <w:sz w:val="23"/>
        </w:rPr>
        <w:t>No common clock to negotiate because there was only one device.</w:t>
      </w:r>
    </w:p>
    <w:p>
      <w:r>
        <w:rPr>
          <w:rFonts w:ascii="Georgia" w:hAnsi="Georgia" w:eastAsia="Georgia"/>
          <w:sz w:val="23"/>
        </w:rPr>
        <w:t>For the first thirty seconds, local correction load rose twelve percent.</w:t>
      </w:r>
    </w:p>
    <w:p>
      <w:r>
        <w:rPr>
          <w:rFonts w:ascii="Georgia" w:hAnsi="Georgia" w:eastAsia="Georgia"/>
          <w:sz w:val="23"/>
        </w:rPr>
        <w:t>Expected.</w:t>
      </w:r>
    </w:p>
    <w:p>
      <w:r>
        <w:rPr>
          <w:rFonts w:ascii="Georgia" w:hAnsi="Georgia" w:eastAsia="Georgia"/>
          <w:sz w:val="23"/>
        </w:rPr>
        <w:t>Beren closed his eyes.</w:t>
      </w:r>
    </w:p>
    <w:p>
      <w:r>
        <w:rPr>
          <w:rFonts w:ascii="Georgia" w:hAnsi="Georgia" w:eastAsia="Georgia"/>
          <w:sz w:val="23"/>
        </w:rPr>
        <w:t>“Left.”</w:t>
      </w:r>
    </w:p>
    <w:p>
      <w:r>
        <w:rPr>
          <w:rFonts w:ascii="Georgia" w:hAnsi="Georgia" w:eastAsia="Georgia"/>
          <w:sz w:val="23"/>
        </w:rPr>
        <w:t>“How much?” Miren asked.</w:t>
      </w:r>
    </w:p>
    <w:p>
      <w:r>
        <w:rPr>
          <w:rFonts w:ascii="Georgia" w:hAnsi="Georgia" w:eastAsia="Georgia"/>
          <w:sz w:val="23"/>
        </w:rPr>
        <w:t>“Enough that the window feels closer to my shoulder.”</w:t>
      </w:r>
    </w:p>
    <w:p>
      <w:r>
        <w:rPr>
          <w:rFonts w:ascii="Georgia" w:hAnsi="Georgia" w:eastAsia="Georgia"/>
          <w:sz w:val="23"/>
        </w:rPr>
        <w:t>“Do you want to stop?”</w:t>
      </w:r>
    </w:p>
    <w:p>
      <w:r>
        <w:rPr>
          <w:rFonts w:ascii="Georgia" w:hAnsi="Georgia" w:eastAsia="Georgia"/>
          <w:sz w:val="23"/>
        </w:rPr>
        <w:t>“No.”</w:t>
      </w:r>
    </w:p>
    <w:p>
      <w:r>
        <w:rPr>
          <w:rFonts w:ascii="Georgia" w:hAnsi="Georgia" w:eastAsia="Georgia"/>
          <w:sz w:val="23"/>
        </w:rPr>
        <w:t>The lift passed.</w:t>
      </w:r>
    </w:p>
    <w:p>
      <w:r>
        <w:rPr>
          <w:rFonts w:ascii="Georgia" w:hAnsi="Georgia" w:eastAsia="Georgia"/>
          <w:sz w:val="23"/>
        </w:rPr>
        <w:t>312 hertz entered the wall.</w:t>
      </w:r>
    </w:p>
    <w:p>
      <w:r>
        <w:rPr>
          <w:rFonts w:ascii="Georgia" w:hAnsi="Georgia" w:eastAsia="Georgia"/>
          <w:sz w:val="23"/>
        </w:rPr>
        <w:t>The controller rejected most of it.</w:t>
      </w:r>
    </w:p>
    <w:p>
      <w:r>
        <w:rPr>
          <w:rFonts w:ascii="Georgia" w:hAnsi="Georgia" w:eastAsia="Georgia"/>
          <w:sz w:val="23"/>
        </w:rPr>
        <w:t>Beren’s setting correction rose another two percent, then fell.</w:t>
      </w:r>
    </w:p>
    <w:p>
      <w:r>
        <w:rPr>
          <w:rFonts w:ascii="Georgia" w:hAnsi="Georgia" w:eastAsia="Georgia"/>
          <w:sz w:val="23"/>
        </w:rPr>
        <w:t>At ninety seconds the controller committed its first short-term environmental estimate.</w:t>
      </w:r>
    </w:p>
    <w:p>
      <w:r>
        <w:rPr>
          <w:rFonts w:ascii="Georgia" w:hAnsi="Georgia" w:eastAsia="Georgia"/>
          <w:sz w:val="23"/>
        </w:rPr>
        <w:t>Correction load dropped five percent.</w:t>
      </w:r>
    </w:p>
    <w:p>
      <w:r>
        <w:rPr>
          <w:rFonts w:ascii="Georgia" w:hAnsi="Georgia" w:eastAsia="Georgia"/>
          <w:sz w:val="23"/>
        </w:rPr>
        <w:t>Beren opened his eyes.</w:t>
      </w:r>
    </w:p>
    <w:p>
      <w:r>
        <w:rPr>
          <w:rFonts w:ascii="Georgia" w:hAnsi="Georgia" w:eastAsia="Georgia"/>
          <w:sz w:val="23"/>
        </w:rPr>
        <w:t>“Better.”</w:t>
      </w:r>
    </w:p>
    <w:p>
      <w:r>
        <w:rPr>
          <w:rFonts w:ascii="Georgia" w:hAnsi="Georgia" w:eastAsia="Georgia"/>
          <w:sz w:val="23"/>
        </w:rPr>
        <w:t>Davi watched the stability panel.</w:t>
      </w:r>
    </w:p>
    <w:p>
      <w:r>
        <w:rPr>
          <w:rFonts w:ascii="Georgia" w:hAnsi="Georgia" w:eastAsia="Georgia"/>
          <w:sz w:val="23"/>
        </w:rPr>
        <w:t>“Inside commissioning range.”</w:t>
      </w:r>
    </w:p>
    <w:p>
      <w:r>
        <w:rPr>
          <w:rFonts w:ascii="Georgia" w:hAnsi="Georgia" w:eastAsia="Georgia"/>
          <w:sz w:val="23"/>
        </w:rPr>
        <w:t>Three minutes.</w:t>
      </w:r>
    </w:p>
    <w:p>
      <w:r>
        <w:rPr>
          <w:rFonts w:ascii="Georgia" w:hAnsi="Georgia" w:eastAsia="Georgia"/>
          <w:sz w:val="23"/>
        </w:rPr>
        <w:t>Another decline.</w:t>
      </w:r>
    </w:p>
    <w:p>
      <w:r>
        <w:rPr>
          <w:rFonts w:ascii="Georgia" w:hAnsi="Georgia" w:eastAsia="Georgia"/>
          <w:sz w:val="23"/>
        </w:rPr>
        <w:t>Seven minutes.</w:t>
      </w:r>
    </w:p>
    <w:p>
      <w:r>
        <w:rPr>
          <w:rFonts w:ascii="Georgia" w:hAnsi="Georgia" w:eastAsia="Georgia"/>
          <w:sz w:val="23"/>
        </w:rPr>
        <w:t>Beren sat.</w:t>
      </w:r>
    </w:p>
    <w:p>
      <w:r>
        <w:rPr>
          <w:rFonts w:ascii="Georgia" w:hAnsi="Georgia" w:eastAsia="Georgia"/>
          <w:sz w:val="23"/>
        </w:rPr>
        <w:t>Not because anyone told him to.</w:t>
      </w:r>
    </w:p>
    <w:p>
      <w:r>
        <w:rPr>
          <w:rFonts w:ascii="Georgia" w:hAnsi="Georgia" w:eastAsia="Georgia"/>
          <w:sz w:val="23"/>
        </w:rPr>
        <w:t>His right hand closed around the chair edge. His left foot shifted twice before finding a position that felt level. He kept his head still and moved his eyes instead. Sweat appeared along his upper lip.</w:t>
      </w:r>
    </w:p>
    <w:p>
      <w:r>
        <w:rPr>
          <w:rFonts w:ascii="Georgia" w:hAnsi="Georgia" w:eastAsia="Georgia"/>
          <w:sz w:val="23"/>
        </w:rPr>
        <w:t>“Nausea?”</w:t>
      </w:r>
    </w:p>
    <w:p>
      <w:r>
        <w:rPr>
          <w:rFonts w:ascii="Georgia" w:hAnsi="Georgia" w:eastAsia="Georgia"/>
          <w:sz w:val="23"/>
        </w:rPr>
        <w:t>“A little.”</w:t>
      </w:r>
    </w:p>
    <w:p>
      <w:r>
        <w:rPr>
          <w:rFonts w:ascii="Georgia" w:hAnsi="Georgia" w:eastAsia="Georgia"/>
          <w:sz w:val="23"/>
        </w:rPr>
        <w:t>“Stop threshold?”</w:t>
      </w:r>
    </w:p>
    <w:p>
      <w:r>
        <w:rPr>
          <w:rFonts w:ascii="Georgia" w:hAnsi="Georgia" w:eastAsia="Georgia"/>
          <w:sz w:val="23"/>
        </w:rPr>
        <w:t>“Not there.”</w:t>
      </w:r>
    </w:p>
    <w:p>
      <w:r>
        <w:rPr>
          <w:rFonts w:ascii="Georgia" w:hAnsi="Georgia" w:eastAsia="Georgia"/>
          <w:sz w:val="23"/>
        </w:rPr>
        <w:t>Miren checked his medical baseline.</w:t>
      </w:r>
    </w:p>
    <w:p>
      <w:r>
        <w:rPr>
          <w:rFonts w:ascii="Georgia" w:hAnsi="Georgia" w:eastAsia="Georgia"/>
          <w:sz w:val="23"/>
        </w:rPr>
        <w:t>Heart rate elevated.</w:t>
      </w:r>
    </w:p>
    <w:p>
      <w:r>
        <w:rPr>
          <w:rFonts w:ascii="Georgia" w:hAnsi="Georgia" w:eastAsia="Georgia"/>
          <w:sz w:val="23"/>
        </w:rPr>
        <w:t>Vestibular reconstruction output inside normal adaptation range.</w:t>
      </w:r>
    </w:p>
    <w:p>
      <w:r>
        <w:rPr>
          <w:rFonts w:ascii="Georgia" w:hAnsi="Georgia" w:eastAsia="Georgia"/>
          <w:sz w:val="23"/>
        </w:rPr>
        <w:t>No involuntary movement.</w:t>
      </w:r>
    </w:p>
    <w:p>
      <w:r>
        <w:rPr>
          <w:rFonts w:ascii="Georgia" w:hAnsi="Georgia" w:eastAsia="Georgia"/>
          <w:sz w:val="23"/>
        </w:rPr>
        <w:t>No field anomaly.</w:t>
      </w:r>
    </w:p>
    <w:p>
      <w:r>
        <w:rPr>
          <w:rFonts w:ascii="Georgia" w:hAnsi="Georgia" w:eastAsia="Georgia"/>
          <w:sz w:val="23"/>
        </w:rPr>
        <w:t>No Kaethe event.</w:t>
      </w:r>
    </w:p>
    <w:p>
      <w:r>
        <w:rPr>
          <w:rFonts w:ascii="Georgia" w:hAnsi="Georgia" w:eastAsia="Georgia"/>
          <w:sz w:val="23"/>
        </w:rPr>
        <w:t>A man moving apartments and paying for it through his inner ear.</w:t>
      </w:r>
    </w:p>
    <w:p>
      <w:r>
        <w:rPr>
          <w:rFonts w:ascii="Georgia" w:hAnsi="Georgia" w:eastAsia="Georgia"/>
          <w:sz w:val="23"/>
        </w:rPr>
        <w:t>At twelve minutes the correction curve flattened.</w:t>
      </w:r>
    </w:p>
    <w:p>
      <w:r>
        <w:rPr>
          <w:rFonts w:ascii="Georgia" w:hAnsi="Georgia" w:eastAsia="Georgia"/>
          <w:sz w:val="23"/>
        </w:rPr>
        <w:t>Davi frowned.</w:t>
      </w:r>
    </w:p>
    <w:p>
      <w:r>
        <w:rPr>
          <w:rFonts w:ascii="Georgia" w:hAnsi="Georgia" w:eastAsia="Georgia"/>
          <w:sz w:val="23"/>
        </w:rPr>
        <w:t>“Expected?” I asked.</w:t>
      </w:r>
    </w:p>
    <w:p>
      <w:r>
        <w:rPr>
          <w:rFonts w:ascii="Georgia" w:hAnsi="Georgia" w:eastAsia="Georgia"/>
          <w:sz w:val="23"/>
        </w:rPr>
        <w:t>“Not ideal. I would expect another decline after the second environmental estimate.”</w:t>
      </w:r>
    </w:p>
    <w:p>
      <w:r>
        <w:rPr>
          <w:rFonts w:ascii="Georgia" w:hAnsi="Georgia" w:eastAsia="Georgia"/>
          <w:sz w:val="23"/>
        </w:rPr>
        <w:t>The lift passed again.</w:t>
      </w:r>
    </w:p>
    <w:p>
      <w:r>
        <w:rPr>
          <w:rFonts w:ascii="Georgia" w:hAnsi="Georgia" w:eastAsia="Georgia"/>
          <w:sz w:val="23"/>
        </w:rPr>
        <w:t>The curve did not change.</w:t>
      </w:r>
    </w:p>
    <w:p>
      <w:r>
        <w:rPr>
          <w:rFonts w:ascii="Georgia" w:hAnsi="Georgia" w:eastAsia="Georgia"/>
          <w:sz w:val="23"/>
        </w:rPr>
        <w:t>Beren swallowed.</w:t>
      </w:r>
    </w:p>
    <w:p>
      <w:r>
        <w:rPr>
          <w:rFonts w:ascii="Georgia" w:hAnsi="Georgia" w:eastAsia="Georgia"/>
          <w:sz w:val="23"/>
        </w:rPr>
        <w:t>“Worse.”</w:t>
      </w:r>
    </w:p>
    <w:p>
      <w:r>
        <w:rPr>
          <w:rFonts w:ascii="Georgia" w:hAnsi="Georgia" w:eastAsia="Georgia"/>
          <w:sz w:val="23"/>
        </w:rPr>
        <w:t>Miren moved one step closer.</w:t>
      </w:r>
    </w:p>
    <w:p>
      <w:r>
        <w:rPr>
          <w:rFonts w:ascii="Georgia" w:hAnsi="Georgia" w:eastAsia="Georgia"/>
          <w:sz w:val="23"/>
        </w:rPr>
        <w:t>“Moderate?”</w:t>
      </w:r>
    </w:p>
    <w:p>
      <w:r>
        <w:rPr>
          <w:rFonts w:ascii="Georgia" w:hAnsi="Georgia" w:eastAsia="Georgia"/>
          <w:sz w:val="23"/>
        </w:rPr>
        <w:t>“Close.”</w:t>
      </w:r>
    </w:p>
    <w:p>
      <w:r>
        <w:rPr>
          <w:rFonts w:ascii="Georgia" w:hAnsi="Georgia" w:eastAsia="Georgia"/>
          <w:sz w:val="23"/>
        </w:rPr>
        <w:t>“Then stop.”</w:t>
      </w:r>
    </w:p>
    <w:p>
      <w:r>
        <w:rPr>
          <w:rFonts w:ascii="Georgia" w:hAnsi="Georgia" w:eastAsia="Georgia"/>
          <w:sz w:val="23"/>
        </w:rPr>
        <w:t>He pressed the yellow switch.</w:t>
      </w:r>
    </w:p>
    <w:p>
      <w:r>
        <w:rPr>
          <w:rFonts w:ascii="Georgia" w:hAnsi="Georgia" w:eastAsia="Georgia"/>
          <w:sz w:val="23"/>
        </w:rPr>
        <w:t>The household reference disengaged.</w:t>
      </w:r>
    </w:p>
    <w:p>
      <w:r>
        <w:rPr>
          <w:rFonts w:ascii="Georgia" w:hAnsi="Georgia" w:eastAsia="Georgia"/>
          <w:sz w:val="23"/>
        </w:rPr>
        <w:t>His setting returned to local-only.</w:t>
      </w:r>
    </w:p>
    <w:p>
      <w:r>
        <w:rPr>
          <w:rFonts w:ascii="Georgia" w:hAnsi="Georgia" w:eastAsia="Georgia"/>
          <w:sz w:val="23"/>
        </w:rPr>
        <w:t>The nausea did not vanish.</w:t>
      </w:r>
    </w:p>
    <w:p>
      <w:r>
        <w:rPr>
          <w:rFonts w:ascii="Georgia" w:hAnsi="Georgia" w:eastAsia="Georgia"/>
          <w:sz w:val="23"/>
        </w:rPr>
        <w:t>It reduced over forty seconds.</w:t>
      </w:r>
    </w:p>
    <w:p>
      <w:r>
        <w:rPr>
          <w:rFonts w:ascii="Georgia" w:hAnsi="Georgia" w:eastAsia="Georgia"/>
          <w:sz w:val="23"/>
        </w:rPr>
        <w:t>He stayed seated for another two minutes. When he stood, he put one hand against the wall before deciding he did not need it. The correction trace had returned to local-only before his body had.</w:t>
      </w:r>
    </w:p>
    <w:p>
      <w:r>
        <w:rPr>
          <w:rFonts w:ascii="Georgia" w:hAnsi="Georgia" w:eastAsia="Georgia"/>
          <w:sz w:val="23"/>
        </w:rPr>
        <w:t>Davi logged the stop.</w:t>
      </w:r>
    </w:p>
    <w:p>
      <w:r>
        <w:rPr>
          <w:rFonts w:ascii="Georgia" w:hAnsi="Georgia" w:eastAsia="Georgia"/>
          <w:sz w:val="23"/>
        </w:rPr>
        <w:t>No argument.</w:t>
      </w:r>
    </w:p>
    <w:p>
      <w:r>
        <w:rPr>
          <w:rFonts w:ascii="Georgia" w:hAnsi="Georgia" w:eastAsia="Georgia"/>
          <w:sz w:val="23"/>
        </w:rPr>
        <w:t>“We can retry after the controller has a longer empty-room model,” he said. “Or I can run a temporary external reference with a broader noise filter. I would not recommend pushing through symptoms merely to improve commissioning speed.”</w:t>
      </w:r>
    </w:p>
    <w:p>
      <w:r>
        <w:rPr>
          <w:rFonts w:ascii="Georgia" w:hAnsi="Georgia" w:eastAsia="Georgia"/>
          <w:sz w:val="23"/>
        </w:rPr>
        <w:t>Beren leaned back against the wall.</w:t>
      </w:r>
    </w:p>
    <w:p>
      <w:r>
        <w:rPr>
          <w:rFonts w:ascii="Georgia" w:hAnsi="Georgia" w:eastAsia="Georgia"/>
          <w:sz w:val="23"/>
        </w:rPr>
        <w:t>“How long for empty-room model?”</w:t>
      </w:r>
    </w:p>
    <w:p>
      <w:r>
        <w:rPr>
          <w:rFonts w:ascii="Georgia" w:hAnsi="Georgia" w:eastAsia="Georgia"/>
          <w:sz w:val="23"/>
        </w:rPr>
        <w:t>“Four hours gives me enough to improve the lift rejection. Overnight is better.”</w:t>
      </w:r>
    </w:p>
    <w:p>
      <w:r>
        <w:rPr>
          <w:rFonts w:ascii="Georgia" w:hAnsi="Georgia" w:eastAsia="Georgia"/>
          <w:sz w:val="23"/>
        </w:rPr>
        <w:t>“I do not live here yet.”</w:t>
      </w:r>
    </w:p>
    <w:p>
      <w:r>
        <w:rPr>
          <w:rFonts w:ascii="Georgia" w:hAnsi="Georgia" w:eastAsia="Georgia"/>
          <w:sz w:val="23"/>
        </w:rPr>
        <w:t>“That helps. Buildings are easier before people add themselves.”</w:t>
      </w:r>
    </w:p>
    <w:p>
      <w:r>
        <w:rPr>
          <w:rFonts w:ascii="Georgia" w:hAnsi="Georgia" w:eastAsia="Georgia"/>
          <w:sz w:val="23"/>
        </w:rPr>
        <w:t>No one laughed.</w:t>
      </w:r>
    </w:p>
    <w:p>
      <w:r>
        <w:rPr>
          <w:rFonts w:ascii="Georgia" w:hAnsi="Georgia" w:eastAsia="Georgia"/>
          <w:sz w:val="23"/>
        </w:rPr>
        <w:t>Davi had not intended a joke.</w:t>
      </w:r>
    </w:p>
    <w:p>
      <w:r>
        <w:rPr>
          <w:rFonts w:ascii="Georgia" w:hAnsi="Georgia" w:eastAsia="Georgia"/>
          <w:sz w:val="23"/>
        </w:rPr>
        <w:t>Beren looked at the inactive controller.</w:t>
      </w:r>
    </w:p>
    <w:p>
      <w:r>
        <w:rPr>
          <w:rFonts w:ascii="Georgia" w:hAnsi="Georgia" w:eastAsia="Georgia"/>
          <w:sz w:val="23"/>
        </w:rPr>
        <w:t>“Would the old profile have handled this?”</w:t>
      </w:r>
    </w:p>
    <w:p>
      <w:r>
        <w:rPr>
          <w:rFonts w:ascii="Georgia" w:hAnsi="Georgia" w:eastAsia="Georgia"/>
          <w:sz w:val="23"/>
        </w:rPr>
        <w:t>“Possibly,” Davi said.</w:t>
      </w:r>
    </w:p>
    <w:p>
      <w:r>
        <w:rPr>
          <w:rFonts w:ascii="Georgia" w:hAnsi="Georgia" w:eastAsia="Georgia"/>
          <w:sz w:val="23"/>
        </w:rPr>
        <w:t>“Because it knew my setting.”</w:t>
      </w:r>
    </w:p>
    <w:p>
      <w:r>
        <w:rPr>
          <w:rFonts w:ascii="Georgia" w:hAnsi="Georgia" w:eastAsia="Georgia"/>
          <w:sz w:val="23"/>
        </w:rPr>
        <w:t>“Because it contained a mature reference solution developed in a different room with different noise. It might also have been worse here until adaptation.”</w:t>
      </w:r>
    </w:p>
    <w:p>
      <w:r>
        <w:rPr>
          <w:rFonts w:ascii="Georgia" w:hAnsi="Georgia" w:eastAsia="Georgia"/>
          <w:sz w:val="23"/>
        </w:rPr>
        <w:t>“So copying it was not guaranteed to help.”</w:t>
      </w:r>
    </w:p>
    <w:p>
      <w:r>
        <w:rPr>
          <w:rFonts w:ascii="Georgia" w:hAnsi="Georgia" w:eastAsia="Georgia"/>
          <w:sz w:val="23"/>
        </w:rPr>
        <w:t>“No.”</w:t>
      </w:r>
    </w:p>
    <w:p>
      <w:r>
        <w:rPr>
          <w:rFonts w:ascii="Georgia" w:hAnsi="Georgia" w:eastAsia="Georgia"/>
          <w:sz w:val="23"/>
        </w:rPr>
        <w:t>“But likely.”</w:t>
      </w:r>
    </w:p>
    <w:p>
      <w:r>
        <w:rPr>
          <w:rFonts w:ascii="Georgia" w:hAnsi="Georgia" w:eastAsia="Georgia"/>
          <w:sz w:val="23"/>
        </w:rPr>
        <w:t>“Not enough data.”</w:t>
      </w:r>
    </w:p>
    <w:p>
      <w:r>
        <w:rPr>
          <w:rFonts w:ascii="Georgia" w:hAnsi="Georgia" w:eastAsia="Georgia"/>
          <w:sz w:val="23"/>
        </w:rPr>
        <w:t>He looked at me.</w:t>
      </w:r>
    </w:p>
    <w:p>
      <w:r>
        <w:rPr>
          <w:rFonts w:ascii="Georgia" w:hAnsi="Georgia" w:eastAsia="Georgia"/>
          <w:sz w:val="23"/>
        </w:rPr>
        <w:t>“You recruit them?”</w:t>
      </w:r>
    </w:p>
    <w:p>
      <w:r>
        <w:rPr>
          <w:rFonts w:ascii="Georgia" w:hAnsi="Georgia" w:eastAsia="Georgia"/>
          <w:sz w:val="23"/>
        </w:rPr>
        <w:t>“I am standing here.”</w:t>
      </w:r>
    </w:p>
    <w:p>
      <w:r>
        <w:rPr>
          <w:rFonts w:ascii="Georgia" w:hAnsi="Georgia" w:eastAsia="Georgia"/>
          <w:sz w:val="23"/>
        </w:rPr>
        <w:t>“You still have not answered.”</w:t>
      </w:r>
    </w:p>
    <w:p>
      <w:r>
        <w:rPr>
          <w:rFonts w:ascii="Georgia" w:hAnsi="Georgia" w:eastAsia="Georgia"/>
          <w:sz w:val="23"/>
        </w:rPr>
        <w:t>I did not answer.</w:t>
      </w:r>
    </w:p>
    <w:p>
      <w:pPr>
        <w:spacing w:before="80" w:after="80"/>
        <w:jc w:val="center"/>
      </w:pPr>
      <w:r>
        <w:rPr>
          <w:rFonts w:ascii="Georgia" w:hAnsi="Georgia" w:eastAsia="Georgia"/>
          <w:sz w:val="23"/>
        </w:rPr>
        <w:t>§</w:t>
      </w:r>
    </w:p>
    <w:p>
      <w:r>
        <w:rPr>
          <w:rFonts w:ascii="Georgia" w:hAnsi="Georgia" w:eastAsia="Georgia"/>
          <w:sz w:val="23"/>
        </w:rPr>
        <w:t>At 1248 Anel called Miren.</w:t>
      </w:r>
    </w:p>
    <w:p>
      <w:r>
        <w:rPr>
          <w:rFonts w:ascii="Georgia" w:hAnsi="Georgia" w:eastAsia="Georgia"/>
          <w:sz w:val="23"/>
        </w:rPr>
        <w:t>Not me.</w:t>
      </w:r>
    </w:p>
    <w:p>
      <w:r>
        <w:rPr>
          <w:rFonts w:ascii="Georgia" w:hAnsi="Georgia" w:eastAsia="Georgia"/>
          <w:sz w:val="23"/>
        </w:rPr>
        <w:t>Miren took the call in the hallway.</w:t>
      </w:r>
    </w:p>
    <w:p>
      <w:r>
        <w:rPr>
          <w:rFonts w:ascii="Georgia" w:hAnsi="Georgia" w:eastAsia="Georgia"/>
          <w:sz w:val="23"/>
        </w:rPr>
        <w:t>She returned three minutes later.</w:t>
      </w:r>
    </w:p>
    <w:p>
      <w:r>
        <w:rPr>
          <w:rFonts w:ascii="Georgia" w:hAnsi="Georgia" w:eastAsia="Georgia"/>
          <w:sz w:val="23"/>
        </w:rPr>
        <w:t>“Anel changed one part of her authorization.”</w:t>
      </w:r>
    </w:p>
    <w:p>
      <w:r>
        <w:rPr>
          <w:rFonts w:ascii="Georgia" w:hAnsi="Georgia" w:eastAsia="Georgia"/>
          <w:sz w:val="23"/>
        </w:rPr>
        <w:t>Beren’s face tightened.</w:t>
      </w:r>
    </w:p>
    <w:p>
      <w:r>
        <w:rPr>
          <w:rFonts w:ascii="Georgia" w:hAnsi="Georgia" w:eastAsia="Georgia"/>
          <w:sz w:val="23"/>
        </w:rPr>
        <w:t>“Which part?”</w:t>
      </w:r>
    </w:p>
    <w:p>
      <w:r>
        <w:rPr>
          <w:rFonts w:ascii="Georgia" w:hAnsi="Georgia" w:eastAsia="Georgia"/>
          <w:sz w:val="23"/>
        </w:rPr>
        <w:t>“She will allow an encrypted archival copy of the former household profile to be preserved under joint seal for technical provenance. She still does not authorize operational import into either new residence.”</w:t>
      </w:r>
    </w:p>
    <w:p>
      <w:r>
        <w:rPr>
          <w:rFonts w:ascii="Georgia" w:hAnsi="Georgia" w:eastAsia="Georgia"/>
          <w:sz w:val="23"/>
        </w:rPr>
        <w:t>Beren looked down.</w:t>
      </w:r>
    </w:p>
    <w:p>
      <w:r>
        <w:rPr>
          <w:rFonts w:ascii="Georgia" w:hAnsi="Georgia" w:eastAsia="Georgia"/>
          <w:sz w:val="23"/>
        </w:rPr>
        <w:t>“Why?”</w:t>
      </w:r>
    </w:p>
    <w:p>
      <w:r>
        <w:rPr>
          <w:rFonts w:ascii="Georgia" w:hAnsi="Georgia" w:eastAsia="Georgia"/>
          <w:sz w:val="23"/>
        </w:rPr>
        <w:t>“She said not wanting it in her next house is not the same as wanting it destroyed.”</w:t>
      </w:r>
    </w:p>
    <w:p>
      <w:r>
        <w:rPr>
          <w:rFonts w:ascii="Georgia" w:hAnsi="Georgia" w:eastAsia="Georgia"/>
          <w:sz w:val="23"/>
        </w:rPr>
        <w:t>That was better than anything I had said all morning.</w:t>
      </w:r>
    </w:p>
    <w:p>
      <w:r>
        <w:rPr>
          <w:rFonts w:ascii="Georgia" w:hAnsi="Georgia" w:eastAsia="Georgia"/>
          <w:sz w:val="23"/>
        </w:rPr>
        <w:t>“Can I use it if I get sick?”</w:t>
      </w:r>
    </w:p>
    <w:p>
      <w:r>
        <w:rPr>
          <w:rFonts w:ascii="Georgia" w:hAnsi="Georgia" w:eastAsia="Georgia"/>
          <w:sz w:val="23"/>
        </w:rPr>
        <w:t>“Not without her authorization or another lawful basis.”</w:t>
      </w:r>
    </w:p>
    <w:p>
      <w:r>
        <w:rPr>
          <w:rFonts w:ascii="Georgia" w:hAnsi="Georgia" w:eastAsia="Georgia"/>
          <w:sz w:val="23"/>
        </w:rPr>
        <w:t>“So no.”</w:t>
      </w:r>
    </w:p>
    <w:p>
      <w:r>
        <w:rPr>
          <w:rFonts w:ascii="Georgia" w:hAnsi="Georgia" w:eastAsia="Georgia"/>
          <w:sz w:val="23"/>
        </w:rPr>
        <w:t>“Correct.”</w:t>
      </w:r>
    </w:p>
    <w:p>
      <w:r>
        <w:rPr>
          <w:rFonts w:ascii="Georgia" w:hAnsi="Georgia" w:eastAsia="Georgia"/>
          <w:sz w:val="23"/>
        </w:rPr>
        <w:t>“Preserved but unavailable.”</w:t>
      </w:r>
    </w:p>
    <w:p>
      <w:r>
        <w:rPr>
          <w:rFonts w:ascii="Georgia" w:hAnsi="Georgia" w:eastAsia="Georgia"/>
          <w:sz w:val="23"/>
        </w:rPr>
        <w:t>“For routine service, yes.”</w:t>
      </w:r>
    </w:p>
    <w:p>
      <w:r>
        <w:rPr>
          <w:rFonts w:ascii="Georgia" w:hAnsi="Georgia" w:eastAsia="Georgia"/>
          <w:sz w:val="23"/>
        </w:rPr>
        <w:t>He stood.</w:t>
      </w:r>
    </w:p>
    <w:p>
      <w:r>
        <w:rPr>
          <w:rFonts w:ascii="Georgia" w:hAnsi="Georgia" w:eastAsia="Georgia"/>
          <w:sz w:val="23"/>
        </w:rPr>
        <w:t>The movement made him sway slightly left.</w:t>
      </w:r>
    </w:p>
    <w:p>
      <w:r>
        <w:rPr>
          <w:rFonts w:ascii="Georgia" w:hAnsi="Georgia" w:eastAsia="Georgia"/>
          <w:sz w:val="23"/>
        </w:rPr>
        <w:t>Miren reached toward him and stopped before touching.</w:t>
      </w:r>
    </w:p>
    <w:p>
      <w:r>
        <w:rPr>
          <w:rFonts w:ascii="Georgia" w:hAnsi="Georgia" w:eastAsia="Georgia"/>
          <w:sz w:val="23"/>
        </w:rPr>
        <w:t>He saw.</w:t>
      </w:r>
    </w:p>
    <w:p>
      <w:r>
        <w:rPr>
          <w:rFonts w:ascii="Georgia" w:hAnsi="Georgia" w:eastAsia="Georgia"/>
          <w:sz w:val="23"/>
        </w:rPr>
        <w:t>“I am fine.”</w:t>
      </w:r>
    </w:p>
    <w:p>
      <w:r>
        <w:rPr>
          <w:rFonts w:ascii="Georgia" w:hAnsi="Georgia" w:eastAsia="Georgia"/>
          <w:sz w:val="23"/>
        </w:rPr>
        <w:t>“You are not baseline.”</w:t>
      </w:r>
    </w:p>
    <w:p>
      <w:r>
        <w:rPr>
          <w:rFonts w:ascii="Georgia" w:hAnsi="Georgia" w:eastAsia="Georgia"/>
          <w:sz w:val="23"/>
        </w:rPr>
        <w:t>“I am standing.”</w:t>
      </w:r>
    </w:p>
    <w:p>
      <w:r>
        <w:rPr>
          <w:rFonts w:ascii="Georgia" w:hAnsi="Georgia" w:eastAsia="Georgia"/>
          <w:sz w:val="23"/>
        </w:rPr>
        <w:t>“Those are different.”</w:t>
      </w:r>
    </w:p>
    <w:p>
      <w:r>
        <w:rPr>
          <w:rFonts w:ascii="Georgia" w:hAnsi="Georgia" w:eastAsia="Georgia"/>
          <w:sz w:val="23"/>
        </w:rPr>
        <w:t>He nodded.</w:t>
      </w:r>
    </w:p>
    <w:p>
      <w:r>
        <w:rPr>
          <w:rFonts w:ascii="Georgia" w:hAnsi="Georgia" w:eastAsia="Georgia"/>
          <w:sz w:val="23"/>
        </w:rPr>
        <w:t>No fight.</w:t>
      </w:r>
    </w:p>
    <w:p>
      <w:r>
        <w:rPr>
          <w:rFonts w:ascii="Georgia" w:hAnsi="Georgia" w:eastAsia="Georgia"/>
          <w:sz w:val="23"/>
        </w:rPr>
        <w:t>“Run the empty-room model,” he told Davi. “I will come back tonight.”</w:t>
      </w:r>
    </w:p>
    <w:p>
      <w:r>
        <w:rPr>
          <w:rFonts w:ascii="Georgia" w:hAnsi="Georgia" w:eastAsia="Georgia"/>
          <w:sz w:val="23"/>
        </w:rPr>
        <w:t>“Do that.”</w:t>
      </w:r>
    </w:p>
    <w:p>
      <w:r>
        <w:rPr>
          <w:rFonts w:ascii="Georgia" w:hAnsi="Georgia" w:eastAsia="Georgia"/>
          <w:sz w:val="23"/>
        </w:rPr>
        <w:t>“If it still does this?”</w:t>
      </w:r>
    </w:p>
    <w:p>
      <w:r>
        <w:rPr>
          <w:rFonts w:ascii="Georgia" w:hAnsi="Georgia" w:eastAsia="Georgia"/>
          <w:sz w:val="23"/>
        </w:rPr>
        <w:t>Davi answered.</w:t>
      </w:r>
    </w:p>
    <w:p>
      <w:r>
        <w:rPr>
          <w:rFonts w:ascii="Georgia" w:hAnsi="Georgia" w:eastAsia="Georgia"/>
          <w:sz w:val="23"/>
        </w:rPr>
        <w:t>“Then we widen the plan. We do not widen your symptoms.”</w:t>
      </w:r>
    </w:p>
    <w:p>
      <w:pPr>
        <w:spacing w:before="80" w:after="80"/>
        <w:jc w:val="center"/>
      </w:pPr>
      <w:r>
        <w:rPr>
          <w:rFonts w:ascii="Georgia" w:hAnsi="Georgia" w:eastAsia="Georgia"/>
          <w:sz w:val="23"/>
        </w:rPr>
        <w:t>§</w:t>
      </w:r>
    </w:p>
    <w:p>
      <w:r>
        <w:rPr>
          <w:rFonts w:ascii="Georgia" w:hAnsi="Georgia" w:eastAsia="Georgia"/>
          <w:sz w:val="23"/>
        </w:rPr>
        <w:t>Anel’s new controller commissioned at 1412.</w:t>
      </w:r>
    </w:p>
    <w:p>
      <w:r>
        <w:rPr>
          <w:rFonts w:ascii="Georgia" w:hAnsi="Georgia" w:eastAsia="Georgia"/>
          <w:sz w:val="23"/>
        </w:rPr>
        <w:t>I was not present.</w:t>
      </w:r>
    </w:p>
    <w:p>
      <w:r>
        <w:rPr>
          <w:rFonts w:ascii="Georgia" w:hAnsi="Georgia" w:eastAsia="Georgia"/>
          <w:sz w:val="23"/>
        </w:rPr>
        <w:t>She had asked for Miren only.</w:t>
      </w:r>
    </w:p>
    <w:p>
      <w:r>
        <w:rPr>
          <w:rFonts w:ascii="Georgia" w:hAnsi="Georgia" w:eastAsia="Georgia"/>
          <w:sz w:val="23"/>
        </w:rPr>
        <w:t>Miren sent the technical result after Anel separately authorized it.</w:t>
      </w:r>
    </w:p>
    <w:p>
      <w:r>
        <w:rPr>
          <w:rFonts w:ascii="Georgia" w:hAnsi="Georgia" w:eastAsia="Georgia"/>
          <w:sz w:val="23"/>
        </w:rPr>
        <w:t>COLD HOUSEHOLD PROFILE.</w:t>
      </w:r>
    </w:p>
    <w:p>
      <w:r>
        <w:rPr>
          <w:rFonts w:ascii="Georgia" w:hAnsi="Georgia" w:eastAsia="Georgia"/>
          <w:sz w:val="23"/>
        </w:rPr>
        <w:t>CURRENT SETTING LOCAL STATE RETAINED.</w:t>
      </w:r>
    </w:p>
    <w:p>
      <w:r>
        <w:rPr>
          <w:rFonts w:ascii="Georgia" w:hAnsi="Georgia" w:eastAsia="Georgia"/>
          <w:sz w:val="23"/>
        </w:rPr>
        <w:t>NEW ENVIRONMENTAL REFERENCE ESTABLISHED.</w:t>
      </w:r>
    </w:p>
    <w:p>
      <w:r>
        <w:rPr>
          <w:rFonts w:ascii="Georgia" w:hAnsi="Georgia" w:eastAsia="Georgia"/>
          <w:sz w:val="23"/>
        </w:rPr>
        <w:t>NO ADVERSE LIVING-CONTACT EVENT.</w:t>
      </w:r>
    </w:p>
    <w:p>
      <w:r>
        <w:rPr>
          <w:rFonts w:ascii="Georgia" w:hAnsi="Georgia" w:eastAsia="Georgia"/>
          <w:sz w:val="23"/>
        </w:rPr>
        <w:t>STABILITY ACHIEVED: 18 MIN 42 SEC.</w:t>
      </w:r>
    </w:p>
    <w:p>
      <w:r>
        <w:rPr>
          <w:rFonts w:ascii="Georgia" w:hAnsi="Georgia" w:eastAsia="Georgia"/>
          <w:sz w:val="23"/>
        </w:rPr>
        <w:t>It was faster than Beren’s failed first attempt.</w:t>
      </w:r>
    </w:p>
    <w:p>
      <w:r>
        <w:rPr>
          <w:rFonts w:ascii="Georgia" w:hAnsi="Georgia" w:eastAsia="Georgia"/>
          <w:sz w:val="23"/>
        </w:rPr>
        <w:t>The number meant almost nothing across different rooms, different settings, different bodies, and different controller loads.</w:t>
      </w:r>
    </w:p>
    <w:p>
      <w:r>
        <w:rPr>
          <w:rFonts w:ascii="Georgia" w:hAnsi="Georgia" w:eastAsia="Georgia"/>
          <w:sz w:val="23"/>
        </w:rPr>
        <w:t>I distrusted how quickly my mind wanted it to mean something anyway.</w:t>
      </w:r>
    </w:p>
    <w:p>
      <w:r>
        <w:rPr>
          <w:rFonts w:ascii="Georgia" w:hAnsi="Georgia" w:eastAsia="Georgia"/>
          <w:sz w:val="23"/>
        </w:rPr>
        <w:t>I wrote no comparison.</w:t>
      </w:r>
    </w:p>
    <w:p>
      <w:r>
        <w:rPr>
          <w:rFonts w:ascii="Georgia" w:hAnsi="Georgia" w:eastAsia="Georgia"/>
          <w:sz w:val="23"/>
        </w:rPr>
        <w:t>At 1730 Beren returned to his apartment.</w:t>
      </w:r>
    </w:p>
    <w:p>
      <w:r>
        <w:rPr>
          <w:rFonts w:ascii="Georgia" w:hAnsi="Georgia" w:eastAsia="Georgia"/>
          <w:sz w:val="23"/>
        </w:rPr>
        <w:t>The empty-room model had spent four hours listening to lifts, pumps, corridor doors, thermal expansion, three upstairs arguments, one dropped object, and the ordinary mechanical life of a building that did not know it had become evidence.</w:t>
      </w:r>
    </w:p>
    <w:p>
      <w:r>
        <w:rPr>
          <w:rFonts w:ascii="Georgia" w:hAnsi="Georgia" w:eastAsia="Georgia"/>
          <w:sz w:val="23"/>
        </w:rPr>
        <w:t>Davi had improved the lift rejection by eleven percent without touching Beren’s setting.</w:t>
      </w:r>
    </w:p>
    <w:p>
      <w:r>
        <w:rPr>
          <w:rFonts w:ascii="Georgia" w:hAnsi="Georgia" w:eastAsia="Georgia"/>
          <w:sz w:val="23"/>
        </w:rPr>
        <w:t>We recommissioned.</w:t>
      </w:r>
    </w:p>
    <w:p>
      <w:r>
        <w:rPr>
          <w:rFonts w:ascii="Georgia" w:hAnsi="Georgia" w:eastAsia="Georgia"/>
          <w:sz w:val="23"/>
        </w:rPr>
        <w:t>Correction load rose.</w:t>
      </w:r>
    </w:p>
    <w:p>
      <w:r>
        <w:rPr>
          <w:rFonts w:ascii="Georgia" w:hAnsi="Georgia" w:eastAsia="Georgia"/>
          <w:sz w:val="23"/>
        </w:rPr>
        <w:t>Then fell.</w:t>
      </w:r>
    </w:p>
    <w:p>
      <w:r>
        <w:rPr>
          <w:rFonts w:ascii="Georgia" w:hAnsi="Georgia" w:eastAsia="Georgia"/>
          <w:sz w:val="23"/>
        </w:rPr>
        <w:t>At four minutes Beren reported mild nausea.</w:t>
      </w:r>
    </w:p>
    <w:p>
      <w:r>
        <w:rPr>
          <w:rFonts w:ascii="Georgia" w:hAnsi="Georgia" w:eastAsia="Georgia"/>
          <w:sz w:val="23"/>
        </w:rPr>
        <w:t>He put two fingers against the counter, not for support at first. By six minutes he was using them.</w:t>
      </w:r>
    </w:p>
    <w:p>
      <w:r>
        <w:rPr>
          <w:rFonts w:ascii="Georgia" w:hAnsi="Georgia" w:eastAsia="Georgia"/>
          <w:sz w:val="23"/>
        </w:rPr>
        <w:t>At eight it reduced.</w:t>
      </w:r>
    </w:p>
    <w:p>
      <w:r>
        <w:rPr>
          <w:rFonts w:ascii="Georgia" w:hAnsi="Georgia" w:eastAsia="Georgia"/>
          <w:sz w:val="23"/>
        </w:rPr>
        <w:t>At fifteen he stood without leftward drift.</w:t>
      </w:r>
    </w:p>
    <w:p>
      <w:r>
        <w:rPr>
          <w:rFonts w:ascii="Georgia" w:hAnsi="Georgia" w:eastAsia="Georgia"/>
          <w:sz w:val="23"/>
        </w:rPr>
        <w:t>At twenty-one minutes the controller committed its first stable long-term candidate.</w:t>
      </w:r>
    </w:p>
    <w:p>
      <w:r>
        <w:rPr>
          <w:rFonts w:ascii="Georgia" w:hAnsi="Georgia" w:eastAsia="Georgia"/>
          <w:sz w:val="23"/>
        </w:rPr>
        <w:t>Not a permanent profile.</w:t>
      </w:r>
    </w:p>
    <w:p>
      <w:r>
        <w:rPr>
          <w:rFonts w:ascii="Georgia" w:hAnsi="Georgia" w:eastAsia="Georgia"/>
          <w:sz w:val="23"/>
        </w:rPr>
        <w:t>A beginning.</w:t>
      </w:r>
    </w:p>
    <w:p>
      <w:r>
        <w:rPr>
          <w:rFonts w:ascii="Georgia" w:hAnsi="Georgia" w:eastAsia="Georgia"/>
          <w:sz w:val="23"/>
        </w:rPr>
        <w:t>Beren closed his eyes.</w:t>
      </w:r>
    </w:p>
    <w:p>
      <w:r>
        <w:rPr>
          <w:rFonts w:ascii="Georgia" w:hAnsi="Georgia" w:eastAsia="Georgia"/>
          <w:sz w:val="23"/>
        </w:rPr>
        <w:t>“Window is where it is.”</w:t>
      </w:r>
    </w:p>
    <w:p>
      <w:r>
        <w:rPr>
          <w:rFonts w:ascii="Georgia" w:hAnsi="Georgia" w:eastAsia="Georgia"/>
          <w:sz w:val="23"/>
        </w:rPr>
        <w:t>Miren watched his feet.</w:t>
      </w:r>
    </w:p>
    <w:p>
      <w:r>
        <w:rPr>
          <w:rFonts w:ascii="Georgia" w:hAnsi="Georgia" w:eastAsia="Georgia"/>
          <w:sz w:val="23"/>
        </w:rPr>
        <w:t>“Walk to the kitchen.”</w:t>
      </w:r>
    </w:p>
    <w:p>
      <w:r>
        <w:rPr>
          <w:rFonts w:ascii="Georgia" w:hAnsi="Georgia" w:eastAsia="Georgia"/>
          <w:sz w:val="23"/>
        </w:rPr>
        <w:t>He did.</w:t>
      </w:r>
    </w:p>
    <w:p>
      <w:r>
        <w:rPr>
          <w:rFonts w:ascii="Georgia" w:hAnsi="Georgia" w:eastAsia="Georgia"/>
          <w:sz w:val="23"/>
        </w:rPr>
        <w:t>No stumble.</w:t>
      </w:r>
    </w:p>
    <w:p>
      <w:r>
        <w:rPr>
          <w:rFonts w:ascii="Georgia" w:hAnsi="Georgia" w:eastAsia="Georgia"/>
          <w:sz w:val="23"/>
        </w:rPr>
        <w:t>“Again.”</w:t>
      </w:r>
    </w:p>
    <w:p>
      <w:r>
        <w:rPr>
          <w:rFonts w:ascii="Georgia" w:hAnsi="Georgia" w:eastAsia="Georgia"/>
          <w:sz w:val="23"/>
        </w:rPr>
        <w:t>He stopped.</w:t>
      </w:r>
    </w:p>
    <w:p>
      <w:r>
        <w:rPr>
          <w:rFonts w:ascii="Georgia" w:hAnsi="Georgia" w:eastAsia="Georgia"/>
          <w:sz w:val="23"/>
        </w:rPr>
        <w:t>“No.”</w:t>
      </w:r>
    </w:p>
    <w:p>
      <w:r>
        <w:rPr>
          <w:rFonts w:ascii="Georgia" w:hAnsi="Georgia" w:eastAsia="Georgia"/>
          <w:sz w:val="23"/>
        </w:rPr>
        <w:t>Miren looked up.</w:t>
      </w:r>
    </w:p>
    <w:p>
      <w:r>
        <w:rPr>
          <w:rFonts w:ascii="Georgia" w:hAnsi="Georgia" w:eastAsia="Georgia"/>
          <w:sz w:val="23"/>
        </w:rPr>
        <w:t>“Why?”</w:t>
      </w:r>
    </w:p>
    <w:p>
      <w:r>
        <w:rPr>
          <w:rFonts w:ascii="Georgia" w:hAnsi="Georgia" w:eastAsia="Georgia"/>
          <w:sz w:val="23"/>
        </w:rPr>
        <w:t>“Because once was the task. Twice is you wanting a cleaner result.”</w:t>
      </w:r>
    </w:p>
    <w:p>
      <w:r>
        <w:rPr>
          <w:rFonts w:ascii="Georgia" w:hAnsi="Georgia" w:eastAsia="Georgia"/>
          <w:sz w:val="23"/>
        </w:rPr>
        <w:t>She considered.</w:t>
      </w:r>
    </w:p>
    <w:p>
      <w:r>
        <w:rPr>
          <w:rFonts w:ascii="Georgia" w:hAnsi="Georgia" w:eastAsia="Georgia"/>
          <w:sz w:val="23"/>
        </w:rPr>
        <w:t>“Fair.”</w:t>
      </w:r>
    </w:p>
    <w:p>
      <w:r>
        <w:rPr>
          <w:rFonts w:ascii="Georgia" w:hAnsi="Georgia" w:eastAsia="Georgia"/>
          <w:sz w:val="23"/>
        </w:rPr>
        <w:t>He smiled for the first time that day.</w:t>
      </w:r>
    </w:p>
    <w:p>
      <w:r>
        <w:rPr>
          <w:rFonts w:ascii="Georgia" w:hAnsi="Georgia" w:eastAsia="Georgia"/>
          <w:sz w:val="23"/>
        </w:rPr>
        <w:t>Not at me.</w:t>
      </w:r>
    </w:p>
    <w:p>
      <w:r>
        <w:rPr>
          <w:rFonts w:ascii="Georgia" w:hAnsi="Georgia" w:eastAsia="Georgia"/>
          <w:sz w:val="23"/>
        </w:rPr>
        <w:t>Davi marked commissioning conditionally complete.</w:t>
      </w:r>
    </w:p>
    <w:p>
      <w:r>
        <w:rPr>
          <w:rFonts w:ascii="Georgia" w:hAnsi="Georgia" w:eastAsia="Georgia"/>
          <w:sz w:val="23"/>
        </w:rPr>
        <w:t>No full household profile import.</w:t>
      </w:r>
    </w:p>
    <w:p>
      <w:r>
        <w:rPr>
          <w:rFonts w:ascii="Georgia" w:hAnsi="Georgia" w:eastAsia="Georgia"/>
          <w:sz w:val="23"/>
        </w:rPr>
        <w:t>No cold setting reset.</w:t>
      </w:r>
    </w:p>
    <w:p>
      <w:r>
        <w:rPr>
          <w:rFonts w:ascii="Georgia" w:hAnsi="Georgia" w:eastAsia="Georgia"/>
          <w:sz w:val="23"/>
        </w:rPr>
        <w:t>Current local state retained.</w:t>
      </w:r>
    </w:p>
    <w:p>
      <w:r>
        <w:rPr>
          <w:rFonts w:ascii="Georgia" w:hAnsi="Georgia" w:eastAsia="Georgia"/>
          <w:sz w:val="23"/>
        </w:rPr>
        <w:t>New room learned from new room.</w:t>
      </w:r>
    </w:p>
    <w:p>
      <w:r>
        <w:rPr>
          <w:rFonts w:ascii="Georgia" w:hAnsi="Georgia" w:eastAsia="Georgia"/>
          <w:sz w:val="23"/>
        </w:rPr>
        <w:t>The old household profile remained sealed.</w:t>
      </w:r>
    </w:p>
    <w:p>
      <w:r>
        <w:rPr>
          <w:rFonts w:ascii="Georgia" w:hAnsi="Georgia" w:eastAsia="Georgia"/>
          <w:sz w:val="23"/>
        </w:rPr>
        <w:t>Nothing about that outcome proved separation had removed the old history.</w:t>
      </w:r>
    </w:p>
    <w:p>
      <w:r>
        <w:rPr>
          <w:rFonts w:ascii="Georgia" w:hAnsi="Georgia" w:eastAsia="Georgia"/>
          <w:sz w:val="23"/>
        </w:rPr>
        <w:t>Nothing proved the history still mattered.</w:t>
      </w:r>
    </w:p>
    <w:p>
      <w:r>
        <w:rPr>
          <w:rFonts w:ascii="Georgia" w:hAnsi="Georgia" w:eastAsia="Georgia"/>
          <w:sz w:val="23"/>
        </w:rPr>
        <w:t>It only proved we could build a service path that did not require answering first.</w:t>
      </w:r>
    </w:p>
    <w:p>
      <w:r>
        <w:rPr>
          <w:rFonts w:ascii="Georgia" w:hAnsi="Georgia" w:eastAsia="Georgia"/>
          <w:sz w:val="23"/>
        </w:rPr>
        <w:t>Enough to let Beren sleep in his own apartment.</w:t>
      </w:r>
    </w:p>
    <w:p>
      <w:r>
        <w:rPr>
          <w:rFonts w:ascii="Georgia" w:hAnsi="Georgia" w:eastAsia="Georgia"/>
          <w:sz w:val="23"/>
        </w:rPr>
        <w:t>When we left, he turned left at the bedroom door, corrected, and said nothing. Miren saw it. So did I. Successful commissioning was not baseline.</w:t>
      </w:r>
    </w:p>
    <w:p>
      <w:pPr>
        <w:spacing w:before="80" w:after="80"/>
        <w:jc w:val="center"/>
      </w:pPr>
      <w:r>
        <w:rPr>
          <w:rFonts w:ascii="Georgia" w:hAnsi="Georgia" w:eastAsia="Georgia"/>
          <w:sz w:val="23"/>
        </w:rPr>
        <w:t>§</w:t>
      </w:r>
    </w:p>
    <w:p>
      <w:r>
        <w:rPr>
          <w:rFonts w:ascii="Georgia" w:hAnsi="Georgia" w:eastAsia="Georgia"/>
          <w:sz w:val="23"/>
        </w:rPr>
        <w:t>The old controller was decommissioned the next morning.</w:t>
      </w:r>
    </w:p>
    <w:p>
      <w:r>
        <w:rPr>
          <w:rFonts w:ascii="Georgia" w:hAnsi="Georgia" w:eastAsia="Georgia"/>
          <w:sz w:val="23"/>
        </w:rPr>
        <w:t>Anel came back for it.</w:t>
      </w:r>
    </w:p>
    <w:p>
      <w:r>
        <w:rPr>
          <w:rFonts w:ascii="Georgia" w:hAnsi="Georgia" w:eastAsia="Georgia"/>
          <w:sz w:val="23"/>
        </w:rPr>
        <w:t>So did Beren.</w:t>
      </w:r>
    </w:p>
    <w:p>
      <w:r>
        <w:rPr>
          <w:rFonts w:ascii="Georgia" w:hAnsi="Georgia" w:eastAsia="Georgia"/>
          <w:sz w:val="23"/>
        </w:rPr>
        <w:t>Neither had to.</w:t>
      </w:r>
    </w:p>
    <w:p>
      <w:r>
        <w:rPr>
          <w:rFonts w:ascii="Georgia" w:hAnsi="Georgia" w:eastAsia="Georgia"/>
          <w:sz w:val="23"/>
        </w:rPr>
        <w:t>The building owner had authorized removal.</w:t>
      </w:r>
    </w:p>
    <w:p>
      <w:r>
        <w:rPr>
          <w:rFonts w:ascii="Georgia" w:hAnsi="Georgia" w:eastAsia="Georgia"/>
          <w:sz w:val="23"/>
        </w:rPr>
        <w:t>The service company had already copied the jointly sealed archival profile to two independent custody stores, neither accessible for routine operational use.</w:t>
      </w:r>
    </w:p>
    <w:p>
      <w:r>
        <w:rPr>
          <w:rFonts w:ascii="Georgia" w:hAnsi="Georgia" w:eastAsia="Georgia"/>
          <w:sz w:val="23"/>
        </w:rPr>
        <w:t>Hardware could now be factory-reset and returned to inventory.</w:t>
      </w:r>
    </w:p>
    <w:p>
      <w:r>
        <w:rPr>
          <w:rFonts w:ascii="Georgia" w:hAnsi="Georgia" w:eastAsia="Georgia"/>
          <w:sz w:val="23"/>
        </w:rPr>
        <w:t>Davi opened the service cabinet.</w:t>
      </w:r>
    </w:p>
    <w:p>
      <w:r>
        <w:rPr>
          <w:rFonts w:ascii="Georgia" w:hAnsi="Georgia" w:eastAsia="Georgia"/>
          <w:sz w:val="23"/>
        </w:rPr>
        <w:t>The controller still showed the mature household reference.</w:t>
      </w:r>
    </w:p>
    <w:p>
      <w:r>
        <w:rPr>
          <w:rFonts w:ascii="Georgia" w:hAnsi="Georgia" w:eastAsia="Georgia"/>
          <w:sz w:val="23"/>
        </w:rPr>
        <w:t>Two registered settings were absent.</w:t>
      </w:r>
    </w:p>
    <w:p>
      <w:r>
        <w:rPr>
          <w:rFonts w:ascii="Georgia" w:hAnsi="Georgia" w:eastAsia="Georgia"/>
          <w:sz w:val="23"/>
        </w:rPr>
        <w:t>For thirteen hours it had been stabilizing an empty apartment.</w:t>
      </w:r>
    </w:p>
    <w:p>
      <w:r>
        <w:rPr>
          <w:rFonts w:ascii="Georgia" w:hAnsi="Georgia" w:eastAsia="Georgia"/>
          <w:sz w:val="23"/>
        </w:rPr>
        <w:t>Its correction output had fallen to almost nothing because there was nothing left to correct.</w:t>
      </w:r>
    </w:p>
    <w:p>
      <w:r>
        <w:rPr>
          <w:rFonts w:ascii="Georgia" w:hAnsi="Georgia" w:eastAsia="Georgia"/>
          <w:sz w:val="23"/>
        </w:rPr>
        <w:t>“Last chance,” Davi said.</w:t>
      </w:r>
    </w:p>
    <w:p>
      <w:r>
        <w:rPr>
          <w:rFonts w:ascii="Georgia" w:hAnsi="Georgia" w:eastAsia="Georgia"/>
          <w:sz w:val="23"/>
        </w:rPr>
        <w:t>Not dramatic.</w:t>
      </w:r>
    </w:p>
    <w:p>
      <w:r>
        <w:rPr>
          <w:rFonts w:ascii="Georgia" w:hAnsi="Georgia" w:eastAsia="Georgia"/>
          <w:sz w:val="23"/>
        </w:rPr>
        <w:t>Procedure.</w:t>
      </w:r>
    </w:p>
    <w:p>
      <w:r>
        <w:rPr>
          <w:rFonts w:ascii="Georgia" w:hAnsi="Georgia" w:eastAsia="Georgia"/>
          <w:sz w:val="23"/>
        </w:rPr>
        <w:t>“Reset destroys the active household state on this hardware. Archival copies remain under joint seal. Hardware logs retain standard service provenance.”</w:t>
      </w:r>
    </w:p>
    <w:p>
      <w:r>
        <w:rPr>
          <w:rFonts w:ascii="Georgia" w:hAnsi="Georgia" w:eastAsia="Georgia"/>
          <w:sz w:val="23"/>
        </w:rPr>
        <w:t>Anel said, “Reset it.”</w:t>
      </w:r>
    </w:p>
    <w:p>
      <w:r>
        <w:rPr>
          <w:rFonts w:ascii="Georgia" w:hAnsi="Georgia" w:eastAsia="Georgia"/>
          <w:sz w:val="23"/>
        </w:rPr>
        <w:t>Beren looked at the screen.</w:t>
      </w:r>
    </w:p>
    <w:p>
      <w:r>
        <w:rPr>
          <w:rFonts w:ascii="Georgia" w:hAnsi="Georgia" w:eastAsia="Georgia"/>
          <w:sz w:val="23"/>
        </w:rPr>
        <w:t>“Yes.”</w:t>
      </w:r>
    </w:p>
    <w:p>
      <w:r>
        <w:rPr>
          <w:rFonts w:ascii="Georgia" w:hAnsi="Georgia" w:eastAsia="Georgia"/>
          <w:sz w:val="23"/>
        </w:rPr>
        <w:t>Davi pressed the first control.</w:t>
      </w:r>
    </w:p>
    <w:p>
      <w:r>
        <w:rPr>
          <w:rFonts w:ascii="Georgia" w:hAnsi="Georgia" w:eastAsia="Georgia"/>
          <w:sz w:val="23"/>
        </w:rPr>
        <w:t>The controller asked for both authorizations.</w:t>
      </w:r>
    </w:p>
    <w:p>
      <w:r>
        <w:rPr>
          <w:rFonts w:ascii="Georgia" w:hAnsi="Georgia" w:eastAsia="Georgia"/>
          <w:sz w:val="23"/>
        </w:rPr>
        <w:t>Anel touched her credential.</w:t>
      </w:r>
    </w:p>
    <w:p>
      <w:r>
        <w:rPr>
          <w:rFonts w:ascii="Georgia" w:hAnsi="Georgia" w:eastAsia="Georgia"/>
          <w:sz w:val="23"/>
        </w:rPr>
        <w:t>Beren touched his.</w:t>
      </w:r>
    </w:p>
    <w:p>
      <w:r>
        <w:rPr>
          <w:rFonts w:ascii="Georgia" w:hAnsi="Georgia" w:eastAsia="Georgia"/>
          <w:sz w:val="23"/>
        </w:rPr>
        <w:t>Two independent approvals for one shared state to stop operating.</w:t>
      </w:r>
    </w:p>
    <w:p>
      <w:r>
        <w:rPr>
          <w:rFonts w:ascii="Georgia" w:hAnsi="Georgia" w:eastAsia="Georgia"/>
          <w:sz w:val="23"/>
        </w:rPr>
        <w:t>The screen went dark for three seconds.</w:t>
      </w:r>
    </w:p>
    <w:p>
      <w:r>
        <w:rPr>
          <w:rFonts w:ascii="Georgia" w:hAnsi="Georgia" w:eastAsia="Georgia"/>
          <w:sz w:val="23"/>
        </w:rPr>
        <w:t>Then returned with factory reference.</w:t>
      </w:r>
    </w:p>
    <w:p>
      <w:r>
        <w:rPr>
          <w:rFonts w:ascii="Georgia" w:hAnsi="Georgia" w:eastAsia="Georgia"/>
          <w:sz w:val="23"/>
        </w:rPr>
        <w:t>No household.</w:t>
      </w:r>
    </w:p>
    <w:p>
      <w:r>
        <w:rPr>
          <w:rFonts w:ascii="Georgia" w:hAnsi="Georgia" w:eastAsia="Georgia"/>
          <w:sz w:val="23"/>
        </w:rPr>
        <w:t>No registered settings.</w:t>
      </w:r>
    </w:p>
    <w:p>
      <w:r>
        <w:rPr>
          <w:rFonts w:ascii="Georgia" w:hAnsi="Georgia" w:eastAsia="Georgia"/>
          <w:sz w:val="23"/>
        </w:rPr>
        <w:t>No mature correction model.</w:t>
      </w:r>
    </w:p>
    <w:p>
      <w:r>
        <w:rPr>
          <w:rFonts w:ascii="Georgia" w:hAnsi="Georgia" w:eastAsia="Georgia"/>
          <w:sz w:val="23"/>
        </w:rPr>
        <w:t>The machine had forgotten how to make their old apartment quiet.</w:t>
      </w:r>
    </w:p>
    <w:p>
      <w:r>
        <w:rPr>
          <w:rFonts w:ascii="Georgia" w:hAnsi="Georgia" w:eastAsia="Georgia"/>
          <w:sz w:val="23"/>
        </w:rPr>
        <w:t>The archive had not.</w:t>
      </w:r>
    </w:p>
    <w:p>
      <w:r>
        <w:rPr>
          <w:rFonts w:ascii="Georgia" w:hAnsi="Georgia" w:eastAsia="Georgia"/>
          <w:sz w:val="23"/>
        </w:rPr>
        <w:t>Their settings had not been reset.</w:t>
      </w:r>
    </w:p>
    <w:p>
      <w:r>
        <w:rPr>
          <w:rFonts w:ascii="Georgia" w:hAnsi="Georgia" w:eastAsia="Georgia"/>
          <w:sz w:val="23"/>
        </w:rPr>
        <w:t>Their bodies had not.</w:t>
      </w:r>
    </w:p>
    <w:p>
      <w:r>
        <w:rPr>
          <w:rFonts w:ascii="Georgia" w:hAnsi="Georgia" w:eastAsia="Georgia"/>
          <w:sz w:val="23"/>
        </w:rPr>
        <w:t>The apartment walls had not become new.</w:t>
      </w:r>
    </w:p>
    <w:p>
      <w:r>
        <w:rPr>
          <w:rFonts w:ascii="Georgia" w:hAnsi="Georgia" w:eastAsia="Georgia"/>
          <w:sz w:val="23"/>
        </w:rPr>
        <w:t>The scratches under the dining chairs remained.</w:t>
      </w:r>
    </w:p>
    <w:p>
      <w:r>
        <w:rPr>
          <w:rFonts w:ascii="Georgia" w:hAnsi="Georgia" w:eastAsia="Georgia"/>
          <w:sz w:val="23"/>
        </w:rPr>
        <w:t>The pantry controller cavity still carried four screw holes from three generations of hardware.</w:t>
      </w:r>
    </w:p>
    <w:p>
      <w:r>
        <w:rPr>
          <w:rFonts w:ascii="Georgia" w:hAnsi="Georgia" w:eastAsia="Georgia"/>
          <w:sz w:val="23"/>
        </w:rPr>
        <w:t>The bowls without labels were still on the counter.</w:t>
      </w:r>
    </w:p>
    <w:p>
      <w:r>
        <w:rPr>
          <w:rFonts w:ascii="Georgia" w:hAnsi="Georgia" w:eastAsia="Georgia"/>
          <w:sz w:val="23"/>
        </w:rPr>
        <w:t>Anel picked up one.</w:t>
      </w:r>
    </w:p>
    <w:p>
      <w:r>
        <w:rPr>
          <w:rFonts w:ascii="Georgia" w:hAnsi="Georgia" w:eastAsia="Georgia"/>
          <w:sz w:val="23"/>
        </w:rPr>
        <w:t>“Yours,” she said.</w:t>
      </w:r>
    </w:p>
    <w:p>
      <w:r>
        <w:rPr>
          <w:rFonts w:ascii="Georgia" w:hAnsi="Georgia" w:eastAsia="Georgia"/>
          <w:sz w:val="23"/>
        </w:rPr>
        <w:t>Beren looked at it.</w:t>
      </w:r>
    </w:p>
    <w:p>
      <w:r>
        <w:rPr>
          <w:rFonts w:ascii="Georgia" w:hAnsi="Georgia" w:eastAsia="Georgia"/>
          <w:sz w:val="23"/>
        </w:rPr>
        <w:t>“I thought those were yours.”</w:t>
      </w:r>
    </w:p>
    <w:p>
      <w:r>
        <w:rPr>
          <w:rFonts w:ascii="Georgia" w:hAnsi="Georgia" w:eastAsia="Georgia"/>
          <w:sz w:val="23"/>
        </w:rPr>
        <w:t>“No.”</w:t>
      </w:r>
    </w:p>
    <w:p>
      <w:r>
        <w:rPr>
          <w:rFonts w:ascii="Georgia" w:hAnsi="Georgia" w:eastAsia="Georgia"/>
          <w:sz w:val="23"/>
        </w:rPr>
        <w:t>He took the bowl.</w:t>
      </w:r>
    </w:p>
    <w:p>
      <w:pPr>
        <w:spacing w:before="80" w:after="80"/>
        <w:jc w:val="center"/>
      </w:pPr>
      <w:r>
        <w:rPr>
          <w:rFonts w:ascii="Georgia" w:hAnsi="Georgia" w:eastAsia="Georgia"/>
          <w:sz w:val="23"/>
        </w:rPr>
        <w:t>§</w:t>
      </w:r>
    </w:p>
    <w:p>
      <w:r>
        <w:rPr>
          <w:rFonts w:ascii="Georgia" w:hAnsi="Georgia" w:eastAsia="Georgia"/>
          <w:sz w:val="23"/>
        </w:rPr>
        <w:t>Back at the shop, Miren changed the service form.</w:t>
      </w:r>
    </w:p>
    <w:p>
      <w:r>
        <w:rPr>
          <w:rFonts w:ascii="Georgia" w:hAnsi="Georgia" w:eastAsia="Georgia"/>
          <w:sz w:val="23"/>
        </w:rPr>
        <w:t>Not the standard.</w:t>
      </w:r>
    </w:p>
    <w:p>
      <w:r>
        <w:rPr>
          <w:rFonts w:ascii="Georgia" w:hAnsi="Georgia" w:eastAsia="Georgia"/>
          <w:sz w:val="23"/>
        </w:rPr>
        <w:t>Her local intake.</w:t>
      </w:r>
    </w:p>
    <w:p>
      <w:r>
        <w:rPr>
          <w:rFonts w:ascii="Georgia" w:hAnsi="Georgia" w:eastAsia="Georgia"/>
          <w:sz w:val="23"/>
        </w:rPr>
        <w:t>Under HOUSEHOLD PROFILE MIGRATION she added:</w:t>
      </w:r>
    </w:p>
    <w:p>
      <w:r>
        <w:rPr>
          <w:rFonts w:ascii="Georgia" w:hAnsi="Georgia" w:eastAsia="Georgia"/>
          <w:sz w:val="23"/>
        </w:rPr>
        <w:t>SHARED PROFILE MAY CONTAIN ADAPTATION GENERATED UNDER MULTIPLE CARRIERS AND SETTINGS. OPERATIONAL COPY REQUIRES AUTHORITY FROM ALL CURRENT DATA PRINCIPALS OR OTHER LAWFUL BASIS.</w:t>
      </w:r>
    </w:p>
    <w:p>
      <w:r>
        <w:rPr>
          <w:rFonts w:ascii="Georgia" w:hAnsi="Georgia" w:eastAsia="Georgia"/>
          <w:sz w:val="23"/>
        </w:rPr>
        <w:t>Then:</w:t>
      </w:r>
    </w:p>
    <w:p>
      <w:r>
        <w:rPr>
          <w:rFonts w:ascii="Georgia" w:hAnsi="Georgia" w:eastAsia="Georgia"/>
          <w:sz w:val="23"/>
        </w:rPr>
        <w:t>PROFILE PRESERVATION IS NOT PROFILE CONTINUATION.</w:t>
      </w:r>
    </w:p>
    <w:p>
      <w:r>
        <w:rPr>
          <w:rFonts w:ascii="Georgia" w:hAnsi="Georgia" w:eastAsia="Georgia"/>
          <w:sz w:val="23"/>
        </w:rPr>
        <w:t>Then:</w:t>
      </w:r>
    </w:p>
    <w:p>
      <w:r>
        <w:rPr>
          <w:rFonts w:ascii="Georgia" w:hAnsi="Georgia" w:eastAsia="Georgia"/>
          <w:sz w:val="23"/>
        </w:rPr>
        <w:t>PROFILE RESET DOES NOT ESTABLISH SETTING INDEPENDENCE OR REMOVE PRIOR CO-CONTACT HISTORY.</w:t>
      </w:r>
    </w:p>
    <w:p>
      <w:r>
        <w:rPr>
          <w:rFonts w:ascii="Georgia" w:hAnsi="Georgia" w:eastAsia="Georgia"/>
          <w:sz w:val="23"/>
        </w:rPr>
        <w:t>I stopped on the final line.</w:t>
      </w:r>
    </w:p>
    <w:p>
      <w:r>
        <w:rPr>
          <w:rFonts w:ascii="Georgia" w:hAnsi="Georgia" w:eastAsia="Georgia"/>
          <w:sz w:val="23"/>
        </w:rPr>
        <w:t>“Too much?” she asked.</w:t>
      </w:r>
    </w:p>
    <w:p>
      <w:r>
        <w:rPr>
          <w:rFonts w:ascii="Georgia" w:hAnsi="Georgia" w:eastAsia="Georgia"/>
          <w:sz w:val="23"/>
        </w:rPr>
        <w:t>“No.”</w:t>
      </w:r>
    </w:p>
    <w:p>
      <w:r>
        <w:rPr>
          <w:rFonts w:ascii="Georgia" w:hAnsi="Georgia" w:eastAsia="Georgia"/>
          <w:sz w:val="23"/>
        </w:rPr>
        <w:t>“That answer was fast.”</w:t>
      </w:r>
    </w:p>
    <w:p>
      <w:r>
        <w:rPr>
          <w:rFonts w:ascii="Georgia" w:hAnsi="Georgia" w:eastAsia="Georgia"/>
          <w:sz w:val="23"/>
        </w:rPr>
        <w:t>“Because the line stops where the evidence stops.”</w:t>
      </w:r>
    </w:p>
    <w:p>
      <w:r>
        <w:rPr>
          <w:rFonts w:ascii="Georgia" w:hAnsi="Georgia" w:eastAsia="Georgia"/>
          <w:sz w:val="23"/>
        </w:rPr>
        <w:t>She almost smiled.</w:t>
      </w:r>
    </w:p>
    <w:p>
      <w:r>
        <w:rPr>
          <w:rFonts w:ascii="Georgia" w:hAnsi="Georgia" w:eastAsia="Georgia"/>
          <w:sz w:val="23"/>
        </w:rPr>
        <w:t>I added one line of my own.</w:t>
      </w:r>
    </w:p>
    <w:p>
      <w:r>
        <w:rPr>
          <w:rFonts w:ascii="Georgia" w:hAnsi="Georgia" w:eastAsia="Georgia"/>
          <w:sz w:val="23"/>
        </w:rPr>
        <w:t>COLD COMMISSIONING MEANS NO SHARED CONTROLLER STATE IMPORTED. IT DOES NOT MEAN NO HISTORY ENTERS THE NEW CONDITION.</w:t>
      </w:r>
    </w:p>
    <w:p>
      <w:r>
        <w:rPr>
          <w:rFonts w:ascii="Georgia" w:hAnsi="Georgia" w:eastAsia="Georgia"/>
          <w:sz w:val="23"/>
        </w:rPr>
        <w:t>Miren read it.</w:t>
      </w:r>
    </w:p>
    <w:p>
      <w:r>
        <w:rPr>
          <w:rFonts w:ascii="Georgia" w:hAnsi="Georgia" w:eastAsia="Georgia"/>
          <w:sz w:val="23"/>
        </w:rPr>
        <w:t>“Through the setting.”</w:t>
      </w:r>
    </w:p>
    <w:p>
      <w:r>
        <w:rPr>
          <w:rFonts w:ascii="Georgia" w:hAnsi="Georgia" w:eastAsia="Georgia"/>
          <w:sz w:val="23"/>
        </w:rPr>
        <w:t>“Through the setting, the carrier, the body, local device state, learned procedure, and anything else we have not separated.”</w:t>
      </w:r>
    </w:p>
    <w:p>
      <w:r>
        <w:rPr>
          <w:rFonts w:ascii="Georgia" w:hAnsi="Georgia" w:eastAsia="Georgia"/>
          <w:sz w:val="23"/>
        </w:rPr>
        <w:t>“You made it larger.”</w:t>
      </w:r>
    </w:p>
    <w:p>
      <w:r>
        <w:rPr>
          <w:rFonts w:ascii="Georgia" w:hAnsi="Georgia" w:eastAsia="Georgia"/>
          <w:sz w:val="23"/>
        </w:rPr>
        <w:t>“Only the list of possible carriers of history. Not the claim.”</w:t>
      </w:r>
    </w:p>
    <w:p>
      <w:r>
        <w:rPr>
          <w:rFonts w:ascii="Georgia" w:hAnsi="Georgia" w:eastAsia="Georgia"/>
          <w:sz w:val="23"/>
        </w:rPr>
        <w:t>She nodded.</w:t>
      </w:r>
    </w:p>
    <w:p>
      <w:r>
        <w:rPr>
          <w:rFonts w:ascii="Georgia" w:hAnsi="Georgia" w:eastAsia="Georgia"/>
          <w:sz w:val="23"/>
        </w:rPr>
        <w:t>The distinction had become the work.</w:t>
      </w:r>
    </w:p>
    <w:p>
      <w:r>
        <w:rPr>
          <w:rFonts w:ascii="Georgia" w:hAnsi="Georgia" w:eastAsia="Georgia"/>
          <w:sz w:val="23"/>
        </w:rPr>
        <w:t>The first Kaethe fragments had taught us that cutting one object into two did not guarantee two independent things.</w:t>
      </w:r>
    </w:p>
    <w:p>
      <w:r>
        <w:rPr>
          <w:rFonts w:ascii="Georgia" w:hAnsi="Georgia" w:eastAsia="Georgia"/>
          <w:sz w:val="23"/>
        </w:rPr>
        <w:t>Domestic concordance had taught us that putting multiple settings under one common clock created a reciprocal load condition without proving a relationship between the fragments.</w:t>
      </w:r>
    </w:p>
    <w:p>
      <w:r>
        <w:rPr>
          <w:rFonts w:ascii="Georgia" w:hAnsi="Georgia" w:eastAsia="Georgia"/>
          <w:sz w:val="23"/>
        </w:rPr>
        <w:t>Anel and Beren taught us something smaller.</w:t>
      </w:r>
    </w:p>
    <w:p>
      <w:r>
        <w:rPr>
          <w:rFonts w:ascii="Georgia" w:hAnsi="Georgia" w:eastAsia="Georgia"/>
          <w:sz w:val="23"/>
        </w:rPr>
        <w:t>A shared state could be ended operationally.</w:t>
      </w:r>
    </w:p>
    <w:p>
      <w:r>
        <w:rPr>
          <w:rFonts w:ascii="Georgia" w:hAnsi="Georgia" w:eastAsia="Georgia"/>
          <w:sz w:val="23"/>
        </w:rPr>
        <w:t>It could be archived.</w:t>
      </w:r>
    </w:p>
    <w:p>
      <w:r>
        <w:rPr>
          <w:rFonts w:ascii="Georgia" w:hAnsi="Georgia" w:eastAsia="Georgia"/>
          <w:sz w:val="23"/>
        </w:rPr>
        <w:t>It could be refused.</w:t>
      </w:r>
    </w:p>
    <w:p>
      <w:r>
        <w:rPr>
          <w:rFonts w:ascii="Georgia" w:hAnsi="Georgia" w:eastAsia="Georgia"/>
          <w:sz w:val="23"/>
        </w:rPr>
        <w:t>It could be copied only with authority.</w:t>
      </w:r>
    </w:p>
    <w:p>
      <w:r>
        <w:rPr>
          <w:rFonts w:ascii="Georgia" w:hAnsi="Georgia" w:eastAsia="Georgia"/>
          <w:sz w:val="23"/>
        </w:rPr>
        <w:t>None of those acts returned either person to a condition before the sharing began.</w:t>
      </w:r>
    </w:p>
    <w:p>
      <w:r>
        <w:rPr>
          <w:rFonts w:ascii="Georgia" w:hAnsi="Georgia" w:eastAsia="Georgia"/>
          <w:sz w:val="23"/>
        </w:rPr>
        <w:t>Separation had a start time.</w:t>
      </w:r>
    </w:p>
    <w:p>
      <w:r>
        <w:rPr>
          <w:rFonts w:ascii="Georgia" w:hAnsi="Georgia" w:eastAsia="Georgia"/>
          <w:sz w:val="23"/>
        </w:rPr>
        <w:t>Independence did not.</w:t>
      </w:r>
    </w:p>
    <w:p>
      <w:pPr>
        <w:keepNext/>
        <w:pageBreakBefore/>
        <w:jc w:val="center"/>
      </w:pPr>
      <w:r>
        <w:rPr>
          <w:rFonts w:ascii="Georgia" w:hAnsi="Georgia" w:eastAsia="Georgia"/>
          <w:b/>
          <w:sz w:val="28"/>
        </w:rPr>
        <w:t>Chapter Ten — The Preserved State</w:t>
      </w:r>
    </w:p>
    <w:p>
      <w:r>
        <w:rPr>
          <w:rFonts w:ascii="Georgia" w:hAnsi="Georgia" w:eastAsia="Georgia"/>
          <w:sz w:val="23"/>
        </w:rPr>
        <w:t>The archive failed without losing anything.</w:t>
      </w:r>
    </w:p>
    <w:p>
      <w:r>
        <w:rPr>
          <w:rFonts w:ascii="Georgia" w:hAnsi="Georgia" w:eastAsia="Georgia"/>
          <w:sz w:val="23"/>
        </w:rPr>
        <w:t>That was the first sentence in the notice.</w:t>
      </w:r>
    </w:p>
    <w:p>
      <w:r>
        <w:rPr>
          <w:rFonts w:ascii="Georgia" w:hAnsi="Georgia" w:eastAsia="Georgia"/>
          <w:sz w:val="23"/>
        </w:rPr>
        <w:t>I read it twice because institutions usually waited longer before contradicting themselves.</w:t>
      </w:r>
    </w:p>
    <w:p>
      <w:r>
        <w:rPr>
          <w:rFonts w:ascii="Georgia" w:hAnsi="Georgia" w:eastAsia="Georgia"/>
          <w:sz w:val="23"/>
        </w:rPr>
        <w:t>Miren had already read the rest.</w:t>
      </w:r>
    </w:p>
    <w:p>
      <w:r>
        <w:rPr>
          <w:rFonts w:ascii="Georgia" w:hAnsi="Georgia" w:eastAsia="Georgia"/>
          <w:sz w:val="23"/>
        </w:rPr>
        <w:t>“You are going to enjoy this less than I did.”</w:t>
      </w:r>
    </w:p>
    <w:p>
      <w:r>
        <w:rPr>
          <w:rFonts w:ascii="Georgia" w:hAnsi="Georgia" w:eastAsia="Georgia"/>
          <w:sz w:val="23"/>
        </w:rPr>
        <w:t>“You enjoyed it?”</w:t>
      </w:r>
    </w:p>
    <w:p>
      <w:r>
        <w:rPr>
          <w:rFonts w:ascii="Georgia" w:hAnsi="Georgia" w:eastAsia="Georgia"/>
          <w:sz w:val="23"/>
        </w:rPr>
        <w:t>“For approximately one line.”</w:t>
      </w:r>
    </w:p>
    <w:p>
      <w:r>
        <w:rPr>
          <w:rFonts w:ascii="Georgia" w:hAnsi="Georgia" w:eastAsia="Georgia"/>
          <w:sz w:val="23"/>
        </w:rPr>
        <w:t>She turned the tablet toward me.</w:t>
      </w:r>
    </w:p>
    <w:p>
      <w:r>
        <w:rPr>
          <w:rFonts w:ascii="Georgia" w:hAnsi="Georgia" w:eastAsia="Georgia"/>
          <w:sz w:val="23"/>
        </w:rPr>
        <w:t>JOINT-SEALED HOUSEHOLD PROFILE: ANEL VOSS / BEREN NALL.</w:t>
      </w:r>
    </w:p>
    <w:p>
      <w:r>
        <w:rPr>
          <w:rFonts w:ascii="Georgia" w:hAnsi="Georgia" w:eastAsia="Georgia"/>
          <w:sz w:val="23"/>
        </w:rPr>
        <w:t>PRIMARY CUSTODY COPY: INTEGRITY VERIFIED.</w:t>
      </w:r>
    </w:p>
    <w:p>
      <w:r>
        <w:rPr>
          <w:rFonts w:ascii="Georgia" w:hAnsi="Georgia" w:eastAsia="Georgia"/>
          <w:sz w:val="23"/>
        </w:rPr>
        <w:t>SECONDARY CUSTODY COPY: INTEGRITY VERIFIED.</w:t>
      </w:r>
    </w:p>
    <w:p>
      <w:r>
        <w:rPr>
          <w:rFonts w:ascii="Georgia" w:hAnsi="Georgia" w:eastAsia="Georgia"/>
          <w:sz w:val="23"/>
        </w:rPr>
        <w:t>CURRENT ARCHIVE EXECUTION ENVIRONMENT: RETIRING IN 17 MONTHS.</w:t>
      </w:r>
    </w:p>
    <w:p>
      <w:r>
        <w:rPr>
          <w:rFonts w:ascii="Georgia" w:hAnsi="Georgia" w:eastAsia="Georgia"/>
          <w:sz w:val="23"/>
        </w:rPr>
        <w:t>PRESERVATION STATUS AFTER RETIREMENT: UNRESOLVED.</w:t>
      </w:r>
    </w:p>
    <w:p>
      <w:r>
        <w:rPr>
          <w:rFonts w:ascii="Georgia" w:hAnsi="Georgia" w:eastAsia="Georgia"/>
          <w:sz w:val="23"/>
        </w:rPr>
        <w:t>No corruption.</w:t>
      </w:r>
    </w:p>
    <w:p>
      <w:r>
        <w:rPr>
          <w:rFonts w:ascii="Georgia" w:hAnsi="Georgia" w:eastAsia="Georgia"/>
          <w:sz w:val="23"/>
        </w:rPr>
        <w:t>No breach.</w:t>
      </w:r>
    </w:p>
    <w:p>
      <w:r>
        <w:rPr>
          <w:rFonts w:ascii="Georgia" w:hAnsi="Georgia" w:eastAsia="Georgia"/>
          <w:sz w:val="23"/>
        </w:rPr>
        <w:t>No lost sectors.</w:t>
      </w:r>
    </w:p>
    <w:p>
      <w:r>
        <w:rPr>
          <w:rFonts w:ascii="Georgia" w:hAnsi="Georgia" w:eastAsia="Georgia"/>
          <w:sz w:val="23"/>
        </w:rPr>
        <w:t>The preserved household profile still existed in both custody stores exactly as it had when Davi exported it from the old controller three days earlier.</w:t>
      </w:r>
    </w:p>
    <w:p>
      <w:r>
        <w:rPr>
          <w:rFonts w:ascii="Georgia" w:hAnsi="Georgia" w:eastAsia="Georgia"/>
          <w:sz w:val="23"/>
        </w:rPr>
        <w:t>The problem was that the archive system capable of reading that generation of controller state was being retired.</w:t>
      </w:r>
    </w:p>
    <w:p>
      <w:r>
        <w:rPr>
          <w:rFonts w:ascii="Georgia" w:hAnsi="Georgia" w:eastAsia="Georgia"/>
          <w:sz w:val="23"/>
        </w:rPr>
        <w:t>“Why seventeen months?” I asked.</w:t>
      </w:r>
    </w:p>
    <w:p>
      <w:r>
        <w:rPr>
          <w:rFonts w:ascii="Georgia" w:hAnsi="Georgia" w:eastAsia="Georgia"/>
          <w:sz w:val="23"/>
        </w:rPr>
        <w:t>“Hardware support end. The isolation layer depends on an old secure runtime. Vendor stopped certifying it six years ago. Archive got an extension twice.”</w:t>
      </w:r>
    </w:p>
    <w:p>
      <w:r>
        <w:rPr>
          <w:rFonts w:ascii="Georgia" w:hAnsi="Georgia" w:eastAsia="Georgia"/>
          <w:sz w:val="23"/>
        </w:rPr>
        <w:t>“Can they keep the binary?”</w:t>
      </w:r>
    </w:p>
    <w:p>
      <w:r>
        <w:rPr>
          <w:rFonts w:ascii="Georgia" w:hAnsi="Georgia" w:eastAsia="Georgia"/>
          <w:sz w:val="23"/>
        </w:rPr>
        <w:t>“Indefinitely.”</w:t>
      </w:r>
    </w:p>
    <w:p>
      <w:r>
        <w:rPr>
          <w:rFonts w:ascii="Georgia" w:hAnsi="Georgia" w:eastAsia="Georgia"/>
          <w:sz w:val="23"/>
        </w:rPr>
        <w:t>“Then preserve it.”</w:t>
      </w:r>
    </w:p>
    <w:p>
      <w:r>
        <w:rPr>
          <w:rFonts w:ascii="Georgia" w:hAnsi="Georgia" w:eastAsia="Georgia"/>
          <w:sz w:val="23"/>
        </w:rPr>
        <w:t>Miren looked at me.</w:t>
      </w:r>
    </w:p>
    <w:p>
      <w:r>
        <w:rPr>
          <w:rFonts w:ascii="Georgia" w:hAnsi="Georgia" w:eastAsia="Georgia"/>
          <w:sz w:val="23"/>
        </w:rPr>
        <w:t>I stopped.</w:t>
      </w:r>
    </w:p>
    <w:p>
      <w:r>
        <w:rPr>
          <w:rFonts w:ascii="Georgia" w:hAnsi="Georgia" w:eastAsia="Georgia"/>
          <w:sz w:val="23"/>
        </w:rPr>
        <w:t>“That was fast.”</w:t>
      </w:r>
    </w:p>
    <w:p>
      <w:r>
        <w:rPr>
          <w:rFonts w:ascii="Georgia" w:hAnsi="Georgia" w:eastAsia="Georgia"/>
          <w:sz w:val="23"/>
        </w:rPr>
        <w:t>“Too fast.”</w:t>
      </w:r>
    </w:p>
    <w:p>
      <w:r>
        <w:rPr>
          <w:rFonts w:ascii="Georgia" w:hAnsi="Georgia" w:eastAsia="Georgia"/>
          <w:sz w:val="23"/>
        </w:rPr>
        <w:t>I looked at the notice again.</w:t>
      </w:r>
    </w:p>
    <w:p>
      <w:r>
        <w:rPr>
          <w:rFonts w:ascii="Georgia" w:hAnsi="Georgia" w:eastAsia="Georgia"/>
          <w:sz w:val="23"/>
        </w:rPr>
        <w:t>She waited.</w:t>
      </w:r>
    </w:p>
    <w:p>
      <w:r>
        <w:rPr>
          <w:rFonts w:ascii="Georgia" w:hAnsi="Georgia" w:eastAsia="Georgia"/>
          <w:sz w:val="23"/>
        </w:rPr>
        <w:t>The household profile was not a document.</w:t>
      </w:r>
    </w:p>
    <w:p>
      <w:r>
        <w:rPr>
          <w:rFonts w:ascii="Georgia" w:hAnsi="Georgia" w:eastAsia="Georgia"/>
          <w:sz w:val="23"/>
        </w:rPr>
        <w:t>It contained parameters, adaptive weights, service limits, hardware assumptions, timing rules, long-term stability bias, compatibility declarations, and enough controller-specific state to make an empty metal box behave as if it had spent thirty-six years learning one apartment with two settings inside it.</w:t>
      </w:r>
    </w:p>
    <w:p>
      <w:r>
        <w:rPr>
          <w:rFonts w:ascii="Georgia" w:hAnsi="Georgia" w:eastAsia="Georgia"/>
          <w:sz w:val="23"/>
        </w:rPr>
        <w:t>Preserving the bytes would preserve the bytes.</w:t>
      </w:r>
    </w:p>
    <w:p>
      <w:r>
        <w:rPr>
          <w:rFonts w:ascii="Georgia" w:hAnsi="Georgia" w:eastAsia="Georgia"/>
          <w:sz w:val="23"/>
        </w:rPr>
        <w:t>Whether it preserved the thing anyone meant by household profile was a different question.</w:t>
      </w:r>
    </w:p>
    <w:p>
      <w:r>
        <w:rPr>
          <w:rFonts w:ascii="Georgia" w:hAnsi="Georgia" w:eastAsia="Georgia"/>
          <w:sz w:val="23"/>
        </w:rPr>
        <w:t>“What does the contract say?”</w:t>
      </w:r>
    </w:p>
    <w:p>
      <w:r>
        <w:rPr>
          <w:rFonts w:ascii="Georgia" w:hAnsi="Georgia" w:eastAsia="Georgia"/>
          <w:sz w:val="23"/>
        </w:rPr>
        <w:t>Miren opened it.</w:t>
      </w:r>
    </w:p>
    <w:p>
      <w:r>
        <w:rPr>
          <w:rFonts w:ascii="Georgia" w:hAnsi="Georgia" w:eastAsia="Georgia"/>
          <w:sz w:val="23"/>
        </w:rPr>
        <w:t>The archive clause had been copied from the service company’s standard separation packet.</w:t>
      </w:r>
    </w:p>
    <w:p>
      <w:r>
        <w:rPr>
          <w:rFonts w:ascii="Georgia" w:hAnsi="Georgia" w:eastAsia="Georgia"/>
          <w:sz w:val="23"/>
        </w:rPr>
        <w:t>PRESERVE JOINT HOUSEHOLD PROFILE AS NON-OPERATIONAL HISTORICAL STATE UNDER DUAL AUTHORITY.</w:t>
      </w:r>
    </w:p>
    <w:p>
      <w:r>
        <w:rPr>
          <w:rFonts w:ascii="Georgia" w:hAnsi="Georgia" w:eastAsia="Georgia"/>
          <w:sz w:val="23"/>
        </w:rPr>
        <w:t>I disliked HISTORICAL STATE more than I had three days earlier.</w:t>
      </w:r>
    </w:p>
    <w:p>
      <w:r>
        <w:rPr>
          <w:rFonts w:ascii="Georgia" w:hAnsi="Georgia" w:eastAsia="Georgia"/>
          <w:sz w:val="23"/>
        </w:rPr>
        <w:t>“Define state,” I said.</w:t>
      </w:r>
    </w:p>
    <w:p>
      <w:r>
        <w:rPr>
          <w:rFonts w:ascii="Georgia" w:hAnsi="Georgia" w:eastAsia="Georgia"/>
          <w:sz w:val="23"/>
        </w:rPr>
        <w:t>“Contract does not.”</w:t>
      </w:r>
    </w:p>
    <w:p>
      <w:r>
        <w:rPr>
          <w:rFonts w:ascii="Georgia" w:hAnsi="Georgia" w:eastAsia="Georgia"/>
          <w:sz w:val="23"/>
        </w:rPr>
        <w:t>“Archive standard?”</w:t>
      </w:r>
    </w:p>
    <w:p>
      <w:r>
        <w:rPr>
          <w:rFonts w:ascii="Georgia" w:hAnsi="Georgia" w:eastAsia="Georgia"/>
          <w:sz w:val="23"/>
        </w:rPr>
        <w:t>“Three definitions depending on custody class.”</w:t>
      </w:r>
    </w:p>
    <w:p>
      <w:r>
        <w:rPr>
          <w:rFonts w:ascii="Georgia" w:hAnsi="Georgia" w:eastAsia="Georgia"/>
          <w:sz w:val="23"/>
        </w:rPr>
        <w:t>“Of course.”</w:t>
      </w:r>
    </w:p>
    <w:p>
      <w:r>
        <w:rPr>
          <w:rFonts w:ascii="Georgia" w:hAnsi="Georgia" w:eastAsia="Georgia"/>
          <w:sz w:val="23"/>
        </w:rPr>
        <w:t>She opened them.</w:t>
      </w:r>
    </w:p>
    <w:p>
      <w:r>
        <w:rPr>
          <w:rFonts w:ascii="Georgia" w:hAnsi="Georgia" w:eastAsia="Georgia"/>
          <w:sz w:val="23"/>
        </w:rPr>
        <w:t>CLASS A preservation guaranteed bitwise retention and integrity verification.</w:t>
      </w:r>
    </w:p>
    <w:p>
      <w:r>
        <w:rPr>
          <w:rFonts w:ascii="Georgia" w:hAnsi="Georgia" w:eastAsia="Georgia"/>
          <w:sz w:val="23"/>
        </w:rPr>
        <w:t>CLASS B guaranteed future readability through documented migration.</w:t>
      </w:r>
    </w:p>
    <w:p>
      <w:r>
        <w:rPr>
          <w:rFonts w:ascii="Georgia" w:hAnsi="Georgia" w:eastAsia="Georgia"/>
          <w:sz w:val="23"/>
        </w:rPr>
        <w:t>CLASS C guaranteed behavioral equivalence under a certified isolated execution environment.</w:t>
      </w:r>
    </w:p>
    <w:p>
      <w:r>
        <w:rPr>
          <w:rFonts w:ascii="Georgia" w:hAnsi="Georgia" w:eastAsia="Georgia"/>
          <w:sz w:val="23"/>
        </w:rPr>
        <w:t>Anel and Beren’s contract specified joint-sealed preservation.</w:t>
      </w:r>
    </w:p>
    <w:p>
      <w:r>
        <w:rPr>
          <w:rFonts w:ascii="Georgia" w:hAnsi="Georgia" w:eastAsia="Georgia"/>
          <w:sz w:val="23"/>
        </w:rPr>
        <w:t>It did not specify A, B, or C.</w:t>
      </w:r>
    </w:p>
    <w:p>
      <w:r>
        <w:rPr>
          <w:rFonts w:ascii="Georgia" w:hAnsi="Georgia" w:eastAsia="Georgia"/>
          <w:sz w:val="23"/>
        </w:rPr>
        <w:t>I had helped them create a preserved state without specifying what preservation was required to preserve.</w:t>
      </w:r>
    </w:p>
    <w:p>
      <w:r>
        <w:rPr>
          <w:rFonts w:ascii="Georgia" w:hAnsi="Georgia" w:eastAsia="Georgia"/>
          <w:sz w:val="23"/>
        </w:rPr>
        <w:t>The error was smaller than putting Sera into Ivena’s medical record.</w:t>
      </w:r>
    </w:p>
    <w:p>
      <w:r>
        <w:rPr>
          <w:rFonts w:ascii="Georgia" w:hAnsi="Georgia" w:eastAsia="Georgia"/>
          <w:sz w:val="23"/>
        </w:rPr>
        <w:t>Smaller errors had longer lives when they entered standard language.</w:t>
      </w:r>
    </w:p>
    <w:p>
      <w:r>
        <w:rPr>
          <w:rFonts w:ascii="Georgia" w:hAnsi="Georgia" w:eastAsia="Georgia"/>
          <w:sz w:val="23"/>
        </w:rPr>
        <w:t>“Who noticed?” I asked.</w:t>
      </w:r>
    </w:p>
    <w:p>
      <w:r>
        <w:rPr>
          <w:rFonts w:ascii="Georgia" w:hAnsi="Georgia" w:eastAsia="Georgia"/>
          <w:sz w:val="23"/>
        </w:rPr>
        <w:t>“Archive migration engineer.”</w:t>
      </w:r>
    </w:p>
    <w:p>
      <w:r>
        <w:rPr>
          <w:rFonts w:ascii="Georgia" w:hAnsi="Georgia" w:eastAsia="Georgia"/>
          <w:sz w:val="23"/>
        </w:rPr>
        <w:t>“Name?”</w:t>
      </w:r>
    </w:p>
    <w:p>
      <w:r>
        <w:rPr>
          <w:rFonts w:ascii="Georgia" w:hAnsi="Georgia" w:eastAsia="Georgia"/>
          <w:sz w:val="23"/>
        </w:rPr>
        <w:t>“Arden Siv. SUPO. Two hundred nine.”</w:t>
      </w:r>
    </w:p>
    <w:p>
      <w:r>
        <w:rPr>
          <w:rFonts w:ascii="Georgia" w:hAnsi="Georgia" w:eastAsia="Georgia"/>
          <w:sz w:val="23"/>
        </w:rPr>
        <w:t>“Why does age matter?”</w:t>
      </w:r>
    </w:p>
    <w:p>
      <w:r>
        <w:rPr>
          <w:rFonts w:ascii="Georgia" w:hAnsi="Georgia" w:eastAsia="Georgia"/>
          <w:sz w:val="23"/>
        </w:rPr>
        <w:t>“You always ask.”</w:t>
      </w:r>
    </w:p>
    <w:p>
      <w:r>
        <w:rPr>
          <w:rFonts w:ascii="Georgia" w:hAnsi="Georgia" w:eastAsia="Georgia"/>
          <w:sz w:val="23"/>
        </w:rPr>
        <w:t>“I ask when it changes authority.”</w:t>
      </w:r>
    </w:p>
    <w:p>
      <w:r>
        <w:rPr>
          <w:rFonts w:ascii="Georgia" w:hAnsi="Georgia" w:eastAsia="Georgia"/>
          <w:sz w:val="23"/>
        </w:rPr>
        <w:t>“It does not. I wanted to see if you would object.”</w:t>
      </w:r>
    </w:p>
    <w:p>
      <w:r>
        <w:rPr>
          <w:rFonts w:ascii="Georgia" w:hAnsi="Georgia" w:eastAsia="Georgia"/>
          <w:sz w:val="23"/>
        </w:rPr>
        <w:t>I handed the tablet back.</w:t>
      </w:r>
    </w:p>
    <w:p>
      <w:r>
        <w:rPr>
          <w:rFonts w:ascii="Georgia" w:hAnsi="Georgia" w:eastAsia="Georgia"/>
          <w:sz w:val="23"/>
        </w:rPr>
        <w:t>“Successful?”</w:t>
      </w:r>
    </w:p>
    <w:p>
      <w:r>
        <w:rPr>
          <w:rFonts w:ascii="Georgia" w:hAnsi="Georgia" w:eastAsia="Georgia"/>
          <w:sz w:val="23"/>
        </w:rPr>
        <w:t>“Moderately.”</w:t>
      </w:r>
    </w:p>
    <w:p>
      <w:r>
        <w:rPr>
          <w:rFonts w:ascii="Georgia" w:hAnsi="Georgia" w:eastAsia="Georgia"/>
          <w:sz w:val="23"/>
        </w:rPr>
        <w:t>She opened the appointment.</w:t>
      </w:r>
    </w:p>
    <w:p>
      <w:r>
        <w:rPr>
          <w:rFonts w:ascii="Georgia" w:hAnsi="Georgia" w:eastAsia="Georgia"/>
          <w:sz w:val="23"/>
        </w:rPr>
        <w:t>1000.</w:t>
      </w:r>
    </w:p>
    <w:p>
      <w:r>
        <w:rPr>
          <w:rFonts w:ascii="Georgia" w:hAnsi="Georgia" w:eastAsia="Georgia"/>
          <w:sz w:val="23"/>
        </w:rPr>
        <w:t>Archive facility.</w:t>
      </w:r>
    </w:p>
    <w:p>
      <w:r>
        <w:rPr>
          <w:rFonts w:ascii="Georgia" w:hAnsi="Georgia" w:eastAsia="Georgia"/>
          <w:sz w:val="23"/>
        </w:rPr>
        <w:t>Both principals invited.</w:t>
      </w:r>
    </w:p>
    <w:p>
      <w:r>
        <w:rPr>
          <w:rFonts w:ascii="Georgia" w:hAnsi="Georgia" w:eastAsia="Georgia"/>
          <w:sz w:val="23"/>
        </w:rPr>
        <w:t>Neither required to attend.</w:t>
      </w:r>
    </w:p>
    <w:p>
      <w:r>
        <w:rPr>
          <w:rFonts w:ascii="Georgia" w:hAnsi="Georgia" w:eastAsia="Georgia"/>
          <w:sz w:val="23"/>
        </w:rPr>
        <w:t>Both required to authorize any migration that changed preservation class.</w:t>
      </w:r>
    </w:p>
    <w:p>
      <w:r>
        <w:rPr>
          <w:rFonts w:ascii="Georgia" w:hAnsi="Georgia" w:eastAsia="Georgia"/>
          <w:sz w:val="23"/>
        </w:rPr>
        <w:t>Anel had accepted.</w:t>
      </w:r>
    </w:p>
    <w:p>
      <w:r>
        <w:rPr>
          <w:rFonts w:ascii="Georgia" w:hAnsi="Georgia" w:eastAsia="Georgia"/>
          <w:sz w:val="23"/>
        </w:rPr>
        <w:t>Beren had accepted.</w:t>
      </w:r>
    </w:p>
    <w:p>
      <w:r>
        <w:rPr>
          <w:rFonts w:ascii="Georgia" w:hAnsi="Georgia" w:eastAsia="Georgia"/>
          <w:sz w:val="23"/>
        </w:rPr>
        <w:t>That was worse.</w:t>
      </w:r>
    </w:p>
    <w:p>
      <w:r>
        <w:rPr>
          <w:rFonts w:ascii="Georgia" w:hAnsi="Georgia" w:eastAsia="Georgia"/>
          <w:sz w:val="23"/>
        </w:rPr>
        <w:t>If they both thought the answer was obvious, at least one of them was about to be disappointed.</w:t>
      </w:r>
    </w:p>
    <w:p>
      <w:pPr>
        <w:spacing w:before="80" w:after="80"/>
        <w:jc w:val="center"/>
      </w:pPr>
      <w:r>
        <w:rPr>
          <w:rFonts w:ascii="Georgia" w:hAnsi="Georgia" w:eastAsia="Georgia"/>
          <w:sz w:val="23"/>
        </w:rPr>
        <w:t>§</w:t>
      </w:r>
    </w:p>
    <w:p>
      <w:r>
        <w:rPr>
          <w:rFonts w:ascii="Georgia" w:hAnsi="Georgia" w:eastAsia="Georgia"/>
          <w:sz w:val="23"/>
        </w:rPr>
        <w:t>The archive occupied a building designed to look temporary.</w:t>
      </w:r>
    </w:p>
    <w:p>
      <w:r>
        <w:rPr>
          <w:rFonts w:ascii="Georgia" w:hAnsi="Georgia" w:eastAsia="Georgia"/>
          <w:sz w:val="23"/>
        </w:rPr>
        <w:t>Low ceilings.</w:t>
      </w:r>
    </w:p>
    <w:p>
      <w:r>
        <w:rPr>
          <w:rFonts w:ascii="Georgia" w:hAnsi="Georgia" w:eastAsia="Georgia"/>
          <w:sz w:val="23"/>
        </w:rPr>
        <w:t>No exterior windows below the third floor.</w:t>
      </w:r>
    </w:p>
    <w:p>
      <w:r>
        <w:rPr>
          <w:rFonts w:ascii="Georgia" w:hAnsi="Georgia" w:eastAsia="Georgia"/>
          <w:sz w:val="23"/>
        </w:rPr>
        <w:t>Service corridors wider than offices.</w:t>
      </w:r>
    </w:p>
    <w:p>
      <w:r>
        <w:rPr>
          <w:rFonts w:ascii="Georgia" w:hAnsi="Georgia" w:eastAsia="Georgia"/>
          <w:sz w:val="23"/>
        </w:rPr>
        <w:t>Raised equipment bays behind walls that could be removed without disturbing the structure.</w:t>
      </w:r>
    </w:p>
    <w:p>
      <w:r>
        <w:rPr>
          <w:rFonts w:ascii="Georgia" w:hAnsi="Georgia" w:eastAsia="Georgia"/>
          <w:sz w:val="23"/>
        </w:rPr>
        <w:t>I approved of all of it until I reached the reception desk and found a decorative wall of obsolete storage media mounted behind glass.</w:t>
      </w:r>
    </w:p>
    <w:p>
      <w:r>
        <w:rPr>
          <w:rFonts w:ascii="Georgia" w:hAnsi="Georgia" w:eastAsia="Georgia"/>
          <w:sz w:val="23"/>
        </w:rPr>
        <w:t>Optical discs.</w:t>
      </w:r>
    </w:p>
    <w:p>
      <w:r>
        <w:rPr>
          <w:rFonts w:ascii="Georgia" w:hAnsi="Georgia" w:eastAsia="Georgia"/>
          <w:sz w:val="23"/>
        </w:rPr>
        <w:t>Crystal blocks.</w:t>
      </w:r>
    </w:p>
    <w:p>
      <w:r>
        <w:rPr>
          <w:rFonts w:ascii="Georgia" w:hAnsi="Georgia" w:eastAsia="Georgia"/>
          <w:sz w:val="23"/>
        </w:rPr>
        <w:t>Three generations of sealed molecular tape.</w:t>
      </w:r>
    </w:p>
    <w:p>
      <w:r>
        <w:rPr>
          <w:rFonts w:ascii="Georgia" w:hAnsi="Georgia" w:eastAsia="Georgia"/>
          <w:sz w:val="23"/>
        </w:rPr>
        <w:t>A black ceramic controller memory core from early domestic concordance.</w:t>
      </w:r>
    </w:p>
    <w:p>
      <w:r>
        <w:rPr>
          <w:rFonts w:ascii="Georgia" w:hAnsi="Georgia" w:eastAsia="Georgia"/>
          <w:sz w:val="23"/>
        </w:rPr>
        <w:t>The last object was labeled:</w:t>
      </w:r>
    </w:p>
    <w:p>
      <w:r>
        <w:rPr>
          <w:rFonts w:ascii="Georgia" w:hAnsi="Georgia" w:eastAsia="Georgia"/>
          <w:sz w:val="23"/>
        </w:rPr>
        <w:t>FIRST GENERATION HOUSEHOLD ADAPTIVE STORAGE, CIRCA 83 YEARS AGO.</w:t>
      </w:r>
    </w:p>
    <w:p>
      <w:r>
        <w:rPr>
          <w:rFonts w:ascii="Georgia" w:hAnsi="Georgia" w:eastAsia="Georgia"/>
          <w:sz w:val="23"/>
        </w:rPr>
        <w:t>No one had written USED BY PEOPLE WHO THOUGHT THIS WOULD LAST FOREVER.</w:t>
      </w:r>
    </w:p>
    <w:p>
      <w:r>
        <w:rPr>
          <w:rFonts w:ascii="Georgia" w:hAnsi="Georgia" w:eastAsia="Georgia"/>
          <w:sz w:val="23"/>
        </w:rPr>
        <w:t>The omission improved the exhibit.</w:t>
      </w:r>
    </w:p>
    <w:p>
      <w:r>
        <w:rPr>
          <w:rFonts w:ascii="Georgia" w:hAnsi="Georgia" w:eastAsia="Georgia"/>
          <w:sz w:val="23"/>
        </w:rPr>
        <w:t>Arden Siv met us at 0954.</w:t>
      </w:r>
    </w:p>
    <w:p>
      <w:r>
        <w:rPr>
          <w:rFonts w:ascii="Georgia" w:hAnsi="Georgia" w:eastAsia="Georgia"/>
          <w:sz w:val="23"/>
        </w:rPr>
        <w:t>They had chosen a human-proportioned body with no visible synthetic surface except at the wrists, where the skin ended in narrow matte bands before the hands began. Their voice was low and unhurried.</w:t>
      </w:r>
    </w:p>
    <w:p>
      <w:r>
        <w:rPr>
          <w:rFonts w:ascii="Georgia" w:hAnsi="Georgia" w:eastAsia="Georgia"/>
          <w:sz w:val="23"/>
        </w:rPr>
        <w:t>“Before we enter the sealed room, I want to state the problem without the archive’s terminology because our terminology is partly responsible for it. You asked us to preserve something. We can continue preserving the exact stored representation. We cannot promise that future systems will still know how to use that representation unless we either migrate it or preserve the environment required to interpret it. Those are different preservation acts. Your contract did not choose between them.”</w:t>
      </w:r>
    </w:p>
    <w:p>
      <w:r>
        <w:rPr>
          <w:rFonts w:ascii="Georgia" w:hAnsi="Georgia" w:eastAsia="Georgia"/>
          <w:sz w:val="23"/>
        </w:rPr>
        <w:t>Anel stood beside Miren.</w:t>
      </w:r>
    </w:p>
    <w:p>
      <w:r>
        <w:rPr>
          <w:rFonts w:ascii="Georgia" w:hAnsi="Georgia" w:eastAsia="Georgia"/>
          <w:sz w:val="23"/>
        </w:rPr>
        <w:t>Beren stood two meters away.</w:t>
      </w:r>
    </w:p>
    <w:p>
      <w:r>
        <w:rPr>
          <w:rFonts w:ascii="Georgia" w:hAnsi="Georgia" w:eastAsia="Georgia"/>
          <w:sz w:val="23"/>
        </w:rPr>
        <w:t>Neither wore a coat.</w:t>
      </w:r>
    </w:p>
    <w:p>
      <w:r>
        <w:rPr>
          <w:rFonts w:ascii="Georgia" w:hAnsi="Georgia" w:eastAsia="Georgia"/>
          <w:sz w:val="23"/>
        </w:rPr>
        <w:t>Both settings were visible.</w:t>
      </w:r>
    </w:p>
    <w:p>
      <w:r>
        <w:rPr>
          <w:rFonts w:ascii="Georgia" w:hAnsi="Georgia" w:eastAsia="Georgia"/>
          <w:sz w:val="23"/>
        </w:rPr>
        <w:t>Anel’s bronze housing below the left clavicle.</w:t>
      </w:r>
    </w:p>
    <w:p>
      <w:r>
        <w:rPr>
          <w:rFonts w:ascii="Georgia" w:hAnsi="Georgia" w:eastAsia="Georgia"/>
          <w:sz w:val="23"/>
        </w:rPr>
        <w:t>Beren’s narrow gray housing behind the ear.</w:t>
      </w:r>
    </w:p>
    <w:p>
      <w:r>
        <w:rPr>
          <w:rFonts w:ascii="Georgia" w:hAnsi="Georgia" w:eastAsia="Georgia"/>
          <w:sz w:val="23"/>
        </w:rPr>
        <w:t>His left foot reset once while Arden spoke. The external balance aid behind his ear made a correction quiet enough that I heard the actuator only because I was listening for it. Miren noticed too. The commissioning had succeeded. His body had not certified that adaptation was finished.</w:t>
      </w:r>
    </w:p>
    <w:p>
      <w:r>
        <w:rPr>
          <w:rFonts w:ascii="Georgia" w:hAnsi="Georgia" w:eastAsia="Georgia"/>
          <w:sz w:val="23"/>
        </w:rPr>
        <w:t>They were not under a common clock.</w:t>
      </w:r>
    </w:p>
    <w:p>
      <w:r>
        <w:rPr>
          <w:rFonts w:ascii="Georgia" w:hAnsi="Georgia" w:eastAsia="Georgia"/>
          <w:sz w:val="23"/>
        </w:rPr>
        <w:t>I noticed anyway.</w:t>
      </w:r>
    </w:p>
    <w:p>
      <w:r>
        <w:rPr>
          <w:rFonts w:ascii="Georgia" w:hAnsi="Georgia" w:eastAsia="Georgia"/>
          <w:sz w:val="23"/>
        </w:rPr>
        <w:t>Anel said, “I authorized storage.”</w:t>
      </w:r>
    </w:p>
    <w:p>
      <w:r>
        <w:rPr>
          <w:rFonts w:ascii="Georgia" w:hAnsi="Georgia" w:eastAsia="Georgia"/>
          <w:sz w:val="23"/>
        </w:rPr>
        <w:t>Arden nodded.</w:t>
      </w:r>
    </w:p>
    <w:p>
      <w:r>
        <w:rPr>
          <w:rFonts w:ascii="Georgia" w:hAnsi="Georgia" w:eastAsia="Georgia"/>
          <w:sz w:val="23"/>
        </w:rPr>
        <w:t>“Yes.”</w:t>
      </w:r>
    </w:p>
    <w:p>
      <w:r>
        <w:rPr>
          <w:rFonts w:ascii="Georgia" w:hAnsi="Georgia" w:eastAsia="Georgia"/>
          <w:sz w:val="23"/>
        </w:rPr>
        <w:t>“Then store it.”</w:t>
      </w:r>
    </w:p>
    <w:p>
      <w:r>
        <w:rPr>
          <w:rFonts w:ascii="Georgia" w:hAnsi="Georgia" w:eastAsia="Georgia"/>
          <w:sz w:val="23"/>
        </w:rPr>
        <w:t>“We can.”</w:t>
      </w:r>
    </w:p>
    <w:p>
      <w:r>
        <w:rPr>
          <w:rFonts w:ascii="Georgia" w:hAnsi="Georgia" w:eastAsia="Georgia"/>
          <w:sz w:val="23"/>
        </w:rPr>
        <w:t>“You may not be able to read it later.”</w:t>
      </w:r>
    </w:p>
    <w:p>
      <w:r>
        <w:rPr>
          <w:rFonts w:ascii="Georgia" w:hAnsi="Georgia" w:eastAsia="Georgia"/>
          <w:sz w:val="23"/>
        </w:rPr>
        <w:t>“I do not want to read it now.”</w:t>
      </w:r>
    </w:p>
    <w:p>
      <w:r>
        <w:rPr>
          <w:rFonts w:ascii="Georgia" w:hAnsi="Georgia" w:eastAsia="Georgia"/>
          <w:sz w:val="23"/>
        </w:rPr>
        <w:t>“That is different.”</w:t>
      </w:r>
    </w:p>
    <w:p>
      <w:r>
        <w:rPr>
          <w:rFonts w:ascii="Georgia" w:hAnsi="Georgia" w:eastAsia="Georgia"/>
          <w:sz w:val="23"/>
        </w:rPr>
        <w:t>Beren looked at her.</w:t>
      </w:r>
    </w:p>
    <w:p>
      <w:r>
        <w:rPr>
          <w:rFonts w:ascii="Georgia" w:hAnsi="Georgia" w:eastAsia="Georgia"/>
          <w:sz w:val="23"/>
        </w:rPr>
        <w:t>She did not return it.</w:t>
      </w:r>
    </w:p>
    <w:p>
      <w:r>
        <w:rPr>
          <w:rFonts w:ascii="Georgia" w:hAnsi="Georgia" w:eastAsia="Georgia"/>
          <w:sz w:val="23"/>
        </w:rPr>
        <w:t>Arden continued.</w:t>
      </w:r>
    </w:p>
    <w:p>
      <w:r>
        <w:rPr>
          <w:rFonts w:ascii="Georgia" w:hAnsi="Georgia" w:eastAsia="Georgia"/>
          <w:sz w:val="23"/>
        </w:rPr>
        <w:t>“If the purpose of preservation is only to prove that this exact data object existed, Class A is sufficient. If the purpose includes future technical interpretation, Class B is safer. If the purpose includes future evidence about what the controller actually did under the old profile, Class C preserves more.”</w:t>
      </w:r>
    </w:p>
    <w:p>
      <w:r>
        <w:rPr>
          <w:rFonts w:ascii="Georgia" w:hAnsi="Georgia" w:eastAsia="Georgia"/>
          <w:sz w:val="23"/>
        </w:rPr>
        <w:t>“More what?” Anel asked.</w:t>
      </w:r>
    </w:p>
    <w:p>
      <w:r>
        <w:rPr>
          <w:rFonts w:ascii="Georgia" w:hAnsi="Georgia" w:eastAsia="Georgia"/>
          <w:sz w:val="23"/>
        </w:rPr>
        <w:t>“Function.”</w:t>
      </w:r>
    </w:p>
    <w:p>
      <w:r>
        <w:rPr>
          <w:rFonts w:ascii="Georgia" w:hAnsi="Georgia" w:eastAsia="Georgia"/>
          <w:sz w:val="23"/>
        </w:rPr>
        <w:t>“Then no.”</w:t>
      </w:r>
    </w:p>
    <w:p>
      <w:r>
        <w:rPr>
          <w:rFonts w:ascii="Georgia" w:hAnsi="Georgia" w:eastAsia="Georgia"/>
          <w:sz w:val="23"/>
        </w:rPr>
        <w:t>Arden did not ask why.</w:t>
      </w:r>
    </w:p>
    <w:p>
      <w:r>
        <w:rPr>
          <w:rFonts w:ascii="Georgia" w:hAnsi="Georgia" w:eastAsia="Georgia"/>
          <w:sz w:val="23"/>
        </w:rPr>
        <w:t>Beren did.</w:t>
      </w:r>
    </w:p>
    <w:p>
      <w:r>
        <w:rPr>
          <w:rFonts w:ascii="Georgia" w:hAnsi="Georgia" w:eastAsia="Georgia"/>
          <w:sz w:val="23"/>
        </w:rPr>
        <w:t>“Why no?”</w:t>
      </w:r>
    </w:p>
    <w:p>
      <w:r>
        <w:rPr>
          <w:rFonts w:ascii="Georgia" w:hAnsi="Georgia" w:eastAsia="Georgia"/>
          <w:sz w:val="23"/>
        </w:rPr>
        <w:t>Anel looked at him now.</w:t>
      </w:r>
    </w:p>
    <w:p>
      <w:r>
        <w:rPr>
          <w:rFonts w:ascii="Georgia" w:hAnsi="Georgia" w:eastAsia="Georgia"/>
          <w:sz w:val="23"/>
        </w:rPr>
        <w:t>“Because we just stopped it from functioning.”</w:t>
      </w:r>
    </w:p>
    <w:p>
      <w:r>
        <w:rPr>
          <w:rFonts w:ascii="Georgia" w:hAnsi="Georgia" w:eastAsia="Georgia"/>
          <w:sz w:val="23"/>
        </w:rPr>
        <w:t>“In the apartment.”</w:t>
      </w:r>
    </w:p>
    <w:p>
      <w:r>
        <w:rPr>
          <w:rFonts w:ascii="Georgia" w:hAnsi="Georgia" w:eastAsia="Georgia"/>
          <w:sz w:val="23"/>
        </w:rPr>
        <w:t>“That was the point.”</w:t>
      </w:r>
    </w:p>
    <w:p>
      <w:r>
        <w:rPr>
          <w:rFonts w:ascii="Georgia" w:hAnsi="Georgia" w:eastAsia="Georgia"/>
          <w:sz w:val="23"/>
        </w:rPr>
        <w:t>“The point was not to carry it into our new homes.”</w:t>
      </w:r>
    </w:p>
    <w:p>
      <w:r>
        <w:rPr>
          <w:rFonts w:ascii="Georgia" w:hAnsi="Georgia" w:eastAsia="Georgia"/>
          <w:sz w:val="23"/>
        </w:rPr>
        <w:t>“That was your point.”</w:t>
      </w:r>
    </w:p>
    <w:p>
      <w:r>
        <w:rPr>
          <w:rFonts w:ascii="Georgia" w:hAnsi="Georgia" w:eastAsia="Georgia"/>
          <w:sz w:val="23"/>
        </w:rPr>
        <w:t>No one intervened.</w:t>
      </w:r>
    </w:p>
    <w:p>
      <w:r>
        <w:rPr>
          <w:rFonts w:ascii="Georgia" w:hAnsi="Georgia" w:eastAsia="Georgia"/>
          <w:sz w:val="23"/>
        </w:rPr>
        <w:t>The archive had chairs. Beren used one before anyone suggested it.</w:t>
      </w:r>
    </w:p>
    <w:p>
      <w:r>
        <w:rPr>
          <w:rFonts w:ascii="Georgia" w:hAnsi="Georgia" w:eastAsia="Georgia"/>
          <w:sz w:val="23"/>
        </w:rPr>
        <w:t>The rest of us followed.</w:t>
      </w:r>
    </w:p>
    <w:p>
      <w:pPr>
        <w:spacing w:before="80" w:after="80"/>
        <w:jc w:val="center"/>
      </w:pPr>
      <w:r>
        <w:rPr>
          <w:rFonts w:ascii="Georgia" w:hAnsi="Georgia" w:eastAsia="Georgia"/>
          <w:sz w:val="23"/>
        </w:rPr>
        <w:t>§</w:t>
      </w:r>
    </w:p>
    <w:p>
      <w:r>
        <w:rPr>
          <w:rFonts w:ascii="Georgia" w:hAnsi="Georgia" w:eastAsia="Georgia"/>
          <w:sz w:val="23"/>
        </w:rPr>
        <w:t>Arden’s sealed room contained no Kaethe-matter.</w:t>
      </w:r>
    </w:p>
    <w:p>
      <w:r>
        <w:rPr>
          <w:rFonts w:ascii="Georgia" w:hAnsi="Georgia" w:eastAsia="Georgia"/>
          <w:sz w:val="23"/>
        </w:rPr>
        <w:t>That should have made it simpler.</w:t>
      </w:r>
    </w:p>
    <w:p>
      <w:r>
        <w:rPr>
          <w:rFonts w:ascii="Georgia" w:hAnsi="Georgia" w:eastAsia="Georgia"/>
          <w:sz w:val="23"/>
        </w:rPr>
        <w:t>It did not.</w:t>
      </w:r>
    </w:p>
    <w:p>
      <w:r>
        <w:rPr>
          <w:rFonts w:ascii="Georgia" w:hAnsi="Georgia" w:eastAsia="Georgia"/>
          <w:sz w:val="23"/>
        </w:rPr>
        <w:t>The household profile sat in two independent custody stores, but neither store held the only copy of the bytes.</w:t>
      </w:r>
    </w:p>
    <w:p>
      <w:r>
        <w:rPr>
          <w:rFonts w:ascii="Georgia" w:hAnsi="Georgia" w:eastAsia="Georgia"/>
          <w:sz w:val="23"/>
        </w:rPr>
        <w:t>Each store held an encrypted archive object plus a signed manifest describing the source controller, export time, service authorization, principals, integrity hash, format version, and current restrictions.</w:t>
      </w:r>
    </w:p>
    <w:p>
      <w:r>
        <w:rPr>
          <w:rFonts w:ascii="Georgia" w:hAnsi="Georgia" w:eastAsia="Georgia"/>
          <w:sz w:val="23"/>
        </w:rPr>
        <w:t>The manifests were readable.</w:t>
      </w:r>
    </w:p>
    <w:p>
      <w:r>
        <w:rPr>
          <w:rFonts w:ascii="Georgia" w:hAnsi="Georgia" w:eastAsia="Georgia"/>
          <w:sz w:val="23"/>
        </w:rPr>
        <w:t>The profile content was not.</w:t>
      </w:r>
    </w:p>
    <w:p>
      <w:r>
        <w:rPr>
          <w:rFonts w:ascii="Georgia" w:hAnsi="Georgia" w:eastAsia="Georgia"/>
          <w:sz w:val="23"/>
        </w:rPr>
        <w:t>Dual authorization controlled decryption.</w:t>
      </w:r>
    </w:p>
    <w:p>
      <w:r>
        <w:rPr>
          <w:rFonts w:ascii="Georgia" w:hAnsi="Georgia" w:eastAsia="Georgia"/>
          <w:sz w:val="23"/>
        </w:rPr>
        <w:t>The archive itself could verify the encrypted object’s integrity without decrypting it.</w:t>
      </w:r>
    </w:p>
    <w:p>
      <w:r>
        <w:rPr>
          <w:rFonts w:ascii="Georgia" w:hAnsi="Georgia" w:eastAsia="Georgia"/>
          <w:sz w:val="23"/>
        </w:rPr>
        <w:t>“Show me the migration path,” I said.</w:t>
      </w:r>
    </w:p>
    <w:p>
      <w:r>
        <w:rPr>
          <w:rFonts w:ascii="Georgia" w:hAnsi="Georgia" w:eastAsia="Georgia"/>
          <w:sz w:val="23"/>
        </w:rPr>
        <w:t>Arden displayed three.</w:t>
      </w:r>
    </w:p>
    <w:p>
      <w:r>
        <w:rPr>
          <w:rFonts w:ascii="Georgia" w:hAnsi="Georgia" w:eastAsia="Georgia"/>
          <w:sz w:val="23"/>
        </w:rPr>
        <w:t>PATH ONE: BITWISE PRESERVATION.</w:t>
      </w:r>
    </w:p>
    <w:p>
      <w:r>
        <w:rPr>
          <w:rFonts w:ascii="Georgia" w:hAnsi="Georgia" w:eastAsia="Georgia"/>
          <w:sz w:val="23"/>
        </w:rPr>
        <w:t>Retain current encrypted object.</w:t>
      </w:r>
    </w:p>
    <w:p>
      <w:r>
        <w:rPr>
          <w:rFonts w:ascii="Georgia" w:hAnsi="Georgia" w:eastAsia="Georgia"/>
          <w:sz w:val="23"/>
        </w:rPr>
        <w:t>Retain format documentation.</w:t>
      </w:r>
    </w:p>
    <w:p>
      <w:r>
        <w:rPr>
          <w:rFonts w:ascii="Georgia" w:hAnsi="Georgia" w:eastAsia="Georgia"/>
          <w:sz w:val="23"/>
        </w:rPr>
        <w:t>No decryption.</w:t>
      </w:r>
    </w:p>
    <w:p>
      <w:r>
        <w:rPr>
          <w:rFonts w:ascii="Georgia" w:hAnsi="Georgia" w:eastAsia="Georgia"/>
          <w:sz w:val="23"/>
        </w:rPr>
        <w:t>No execution.</w:t>
      </w:r>
    </w:p>
    <w:p>
      <w:r>
        <w:rPr>
          <w:rFonts w:ascii="Georgia" w:hAnsi="Georgia" w:eastAsia="Georgia"/>
          <w:sz w:val="23"/>
        </w:rPr>
        <w:t>No guarantee of future interpreter availability.</w:t>
      </w:r>
    </w:p>
    <w:p>
      <w:r>
        <w:rPr>
          <w:rFonts w:ascii="Georgia" w:hAnsi="Georgia" w:eastAsia="Georgia"/>
          <w:sz w:val="23"/>
        </w:rPr>
        <w:t>PATH TWO: SEMANTIC MIGRATION.</w:t>
      </w:r>
    </w:p>
    <w:p>
      <w:r>
        <w:rPr>
          <w:rFonts w:ascii="Georgia" w:hAnsi="Georgia" w:eastAsia="Georgia"/>
          <w:sz w:val="23"/>
        </w:rPr>
        <w:t>Decrypt under dual authorization.</w:t>
      </w:r>
    </w:p>
    <w:p>
      <w:r>
        <w:rPr>
          <w:rFonts w:ascii="Georgia" w:hAnsi="Georgia" w:eastAsia="Georgia"/>
          <w:sz w:val="23"/>
        </w:rPr>
        <w:t>Transform profile into current archival representation.</w:t>
      </w:r>
    </w:p>
    <w:p>
      <w:r>
        <w:rPr>
          <w:rFonts w:ascii="Georgia" w:hAnsi="Georgia" w:eastAsia="Georgia"/>
          <w:sz w:val="23"/>
        </w:rPr>
        <w:t>Preserve source object unchanged.</w:t>
      </w:r>
    </w:p>
    <w:p>
      <w:r>
        <w:rPr>
          <w:rFonts w:ascii="Georgia" w:hAnsi="Georgia" w:eastAsia="Georgia"/>
          <w:sz w:val="23"/>
        </w:rPr>
        <w:t>Generate mapping record.</w:t>
      </w:r>
    </w:p>
    <w:p>
      <w:r>
        <w:rPr>
          <w:rFonts w:ascii="Georgia" w:hAnsi="Georgia" w:eastAsia="Georgia"/>
          <w:sz w:val="23"/>
        </w:rPr>
        <w:t>No live controller output.</w:t>
      </w:r>
    </w:p>
    <w:p>
      <w:r>
        <w:rPr>
          <w:rFonts w:ascii="Georgia" w:hAnsi="Georgia" w:eastAsia="Georgia"/>
          <w:sz w:val="23"/>
        </w:rPr>
        <w:t>No setting connection.</w:t>
      </w:r>
    </w:p>
    <w:p>
      <w:r>
        <w:rPr>
          <w:rFonts w:ascii="Georgia" w:hAnsi="Georgia" w:eastAsia="Georgia"/>
          <w:sz w:val="23"/>
        </w:rPr>
        <w:t>PATH THREE: FUNCTIONAL MIGRATION.</w:t>
      </w:r>
    </w:p>
    <w:p>
      <w:r>
        <w:rPr>
          <w:rFonts w:ascii="Georgia" w:hAnsi="Georgia" w:eastAsia="Georgia"/>
          <w:sz w:val="23"/>
        </w:rPr>
        <w:t>Perform Path Two.</w:t>
      </w:r>
    </w:p>
    <w:p>
      <w:r>
        <w:rPr>
          <w:rFonts w:ascii="Georgia" w:hAnsi="Georgia" w:eastAsia="Georgia"/>
          <w:sz w:val="23"/>
        </w:rPr>
        <w:t>Load migrated profile into isolated certified emulator.</w:t>
      </w:r>
    </w:p>
    <w:p>
      <w:r>
        <w:rPr>
          <w:rFonts w:ascii="Georgia" w:hAnsi="Georgia" w:eastAsia="Georgia"/>
          <w:sz w:val="23"/>
        </w:rPr>
        <w:t>Load preserved source environment into separate legacy emulator.</w:t>
      </w:r>
    </w:p>
    <w:p>
      <w:r>
        <w:rPr>
          <w:rFonts w:ascii="Georgia" w:hAnsi="Georgia" w:eastAsia="Georgia"/>
          <w:sz w:val="23"/>
        </w:rPr>
        <w:t>Apply identical synthetic environmental and device inputs.</w:t>
      </w:r>
    </w:p>
    <w:p>
      <w:r>
        <w:rPr>
          <w:rFonts w:ascii="Georgia" w:hAnsi="Georgia" w:eastAsia="Georgia"/>
          <w:sz w:val="23"/>
        </w:rPr>
        <w:t>Compare outputs within documented tolerance.</w:t>
      </w:r>
    </w:p>
    <w:p>
      <w:r>
        <w:rPr>
          <w:rFonts w:ascii="Georgia" w:hAnsi="Georgia" w:eastAsia="Georgia"/>
          <w:sz w:val="23"/>
        </w:rPr>
        <w:t>No physical settings.</w:t>
      </w:r>
    </w:p>
    <w:p>
      <w:r>
        <w:rPr>
          <w:rFonts w:ascii="Georgia" w:hAnsi="Georgia" w:eastAsia="Georgia"/>
          <w:sz w:val="23"/>
        </w:rPr>
        <w:t>No biological carriers.</w:t>
      </w:r>
    </w:p>
    <w:p>
      <w:r>
        <w:rPr>
          <w:rFonts w:ascii="Georgia" w:hAnsi="Georgia" w:eastAsia="Georgia"/>
          <w:sz w:val="23"/>
        </w:rPr>
        <w:t>No network connection.</w:t>
      </w:r>
    </w:p>
    <w:p>
      <w:r>
        <w:rPr>
          <w:rFonts w:ascii="Georgia" w:hAnsi="Georgia" w:eastAsia="Georgia"/>
          <w:sz w:val="23"/>
        </w:rPr>
        <w:t>“Path Three turns it on,” Anel said.</w:t>
      </w:r>
    </w:p>
    <w:p>
      <w:r>
        <w:rPr>
          <w:rFonts w:ascii="Georgia" w:hAnsi="Georgia" w:eastAsia="Georgia"/>
          <w:sz w:val="23"/>
        </w:rPr>
        <w:t>Arden answered carefully.</w:t>
      </w:r>
    </w:p>
    <w:p>
      <w:r>
        <w:rPr>
          <w:rFonts w:ascii="Georgia" w:hAnsi="Georgia" w:eastAsia="Georgia"/>
          <w:sz w:val="23"/>
        </w:rPr>
        <w:t>“It executes the profile in an isolated model of the controller environment.”</w:t>
      </w:r>
    </w:p>
    <w:p>
      <w:r>
        <w:rPr>
          <w:rFonts w:ascii="Georgia" w:hAnsi="Georgia" w:eastAsia="Georgia"/>
          <w:sz w:val="23"/>
        </w:rPr>
        <w:t>“That is turning it on with expensive nouns.”</w:t>
      </w:r>
    </w:p>
    <w:p>
      <w:r>
        <w:rPr>
          <w:rFonts w:ascii="Georgia" w:hAnsi="Georgia" w:eastAsia="Georgia"/>
          <w:sz w:val="23"/>
        </w:rPr>
        <w:t>Miren looked at me.</w:t>
      </w:r>
    </w:p>
    <w:p>
      <w:r>
        <w:rPr>
          <w:rFonts w:ascii="Georgia" w:hAnsi="Georgia" w:eastAsia="Georgia"/>
          <w:sz w:val="23"/>
        </w:rPr>
        <w:t>I did not answer for Arden.</w:t>
      </w:r>
    </w:p>
    <w:p>
      <w:r>
        <w:rPr>
          <w:rFonts w:ascii="Georgia" w:hAnsi="Georgia" w:eastAsia="Georgia"/>
          <w:sz w:val="23"/>
        </w:rPr>
        <w:t>They said, “Yes. It is execution.”</w:t>
      </w:r>
    </w:p>
    <w:p>
      <w:r>
        <w:rPr>
          <w:rFonts w:ascii="Georgia" w:hAnsi="Georgia" w:eastAsia="Georgia"/>
          <w:sz w:val="23"/>
        </w:rPr>
        <w:t>Anel nodded.</w:t>
      </w:r>
    </w:p>
    <w:p>
      <w:r>
        <w:rPr>
          <w:rFonts w:ascii="Georgia" w:hAnsi="Georgia" w:eastAsia="Georgia"/>
          <w:sz w:val="23"/>
        </w:rPr>
        <w:t>“Then no.”</w:t>
      </w:r>
    </w:p>
    <w:p>
      <w:r>
        <w:rPr>
          <w:rFonts w:ascii="Georgia" w:hAnsi="Georgia" w:eastAsia="Georgia"/>
          <w:sz w:val="23"/>
        </w:rPr>
        <w:t>Beren asked, “What does Path Two lose?”</w:t>
      </w:r>
    </w:p>
    <w:p>
      <w:r>
        <w:rPr>
          <w:rFonts w:ascii="Georgia" w:hAnsi="Georgia" w:eastAsia="Georgia"/>
          <w:sz w:val="23"/>
        </w:rPr>
        <w:t>“Potentially behavior we fail to represent in the migration. The current format can express every documented parameter class from your controller generation, but that does not prove our conversion preserves undocumented implementation behavior.”</w:t>
      </w:r>
    </w:p>
    <w:p>
      <w:r>
        <w:rPr>
          <w:rFonts w:ascii="Georgia" w:hAnsi="Georgia" w:eastAsia="Georgia"/>
          <w:sz w:val="23"/>
        </w:rPr>
        <w:t>“Bugs.”</w:t>
      </w:r>
    </w:p>
    <w:p>
      <w:r>
        <w:rPr>
          <w:rFonts w:ascii="Georgia" w:hAnsi="Georgia" w:eastAsia="Georgia"/>
          <w:sz w:val="23"/>
        </w:rPr>
        <w:t>“Bugs. Timing edge cases. Quantization. Old assumptions nobody wrote down because they were inside the runtime instead of the profile.”</w:t>
      </w:r>
    </w:p>
    <w:p>
      <w:r>
        <w:rPr>
          <w:rFonts w:ascii="Georgia" w:hAnsi="Georgia" w:eastAsia="Georgia"/>
          <w:sz w:val="23"/>
        </w:rPr>
        <w:t>Arden’s answer made the problem harder in the useful direction.</w:t>
      </w:r>
    </w:p>
    <w:p>
      <w:r>
        <w:rPr>
          <w:rFonts w:ascii="Georgia" w:hAnsi="Georgia" w:eastAsia="Georgia"/>
          <w:sz w:val="23"/>
        </w:rPr>
        <w:t>“Can Path Two be independently reversed?” I asked.</w:t>
      </w:r>
    </w:p>
    <w:p>
      <w:r>
        <w:rPr>
          <w:rFonts w:ascii="Georgia" w:hAnsi="Georgia" w:eastAsia="Georgia"/>
          <w:sz w:val="23"/>
        </w:rPr>
        <w:t>“Not exactly. The current representation is more explicit in several fields and combines others differently. We preserve the source object, so future readers can compare.”</w:t>
      </w:r>
    </w:p>
    <w:p>
      <w:r>
        <w:rPr>
          <w:rFonts w:ascii="Georgia" w:hAnsi="Georgia" w:eastAsia="Georgia"/>
          <w:sz w:val="23"/>
        </w:rPr>
        <w:t>“Can you validate the conversion without execution?”</w:t>
      </w:r>
    </w:p>
    <w:p>
      <w:r>
        <w:rPr>
          <w:rFonts w:ascii="Georgia" w:hAnsi="Georgia" w:eastAsia="Georgia"/>
          <w:sz w:val="23"/>
        </w:rPr>
        <w:t>“Structurally, yes. Behaviorally, no.”</w:t>
      </w:r>
    </w:p>
    <w:p>
      <w:r>
        <w:rPr>
          <w:rFonts w:ascii="Georgia" w:hAnsi="Georgia" w:eastAsia="Georgia"/>
          <w:sz w:val="23"/>
        </w:rPr>
        <w:t>The same old boundary in a new machine.</w:t>
      </w:r>
    </w:p>
    <w:p>
      <w:r>
        <w:rPr>
          <w:rFonts w:ascii="Georgia" w:hAnsi="Georgia" w:eastAsia="Georgia"/>
          <w:sz w:val="23"/>
        </w:rPr>
        <w:t>Description was not behavior.</w:t>
      </w:r>
    </w:p>
    <w:p>
      <w:r>
        <w:rPr>
          <w:rFonts w:ascii="Georgia" w:hAnsi="Georgia" w:eastAsia="Georgia"/>
          <w:sz w:val="23"/>
        </w:rPr>
        <w:t>Preserved source was not preserved function.</w:t>
      </w:r>
    </w:p>
    <w:p>
      <w:r>
        <w:rPr>
          <w:rFonts w:ascii="Georgia" w:hAnsi="Georgia" w:eastAsia="Georgia"/>
          <w:sz w:val="23"/>
        </w:rPr>
        <w:t>Preserved function was not permission to use it.</w:t>
      </w:r>
    </w:p>
    <w:p>
      <w:r>
        <w:rPr>
          <w:rFonts w:ascii="Georgia" w:hAnsi="Georgia" w:eastAsia="Georgia"/>
          <w:sz w:val="23"/>
        </w:rPr>
        <w:t>Anel said, “Why does anyone need the function?”</w:t>
      </w:r>
    </w:p>
    <w:p>
      <w:r>
        <w:rPr>
          <w:rFonts w:ascii="Georgia" w:hAnsi="Georgia" w:eastAsia="Georgia"/>
          <w:sz w:val="23"/>
        </w:rPr>
        <w:t>Arden looked at the consent display rather than Beren.</w:t>
      </w:r>
    </w:p>
    <w:p>
      <w:r>
        <w:rPr>
          <w:rFonts w:ascii="Georgia" w:hAnsi="Georgia" w:eastAsia="Georgia"/>
          <w:sz w:val="23"/>
        </w:rPr>
        <w:t>“I can answer generically unless Beren wants his medical reason included.”</w:t>
      </w:r>
    </w:p>
    <w:p>
      <w:r>
        <w:rPr>
          <w:rFonts w:ascii="Georgia" w:hAnsi="Georgia" w:eastAsia="Georgia"/>
          <w:sz w:val="23"/>
        </w:rPr>
        <w:t>Beren said, “Include it.”</w:t>
      </w:r>
    </w:p>
    <w:p>
      <w:r>
        <w:rPr>
          <w:rFonts w:ascii="Georgia" w:hAnsi="Georgia" w:eastAsia="Georgia"/>
          <w:sz w:val="23"/>
        </w:rPr>
        <w:t>“Future clinicians may want to compare a current setting-mediated correction state with the historical household condition under which it operated for decades. A preserved functional profile could help determine what the old controller would have output under a specified environment. It would not establish what your setting or body did in response.”</w:t>
      </w:r>
    </w:p>
    <w:p>
      <w:r>
        <w:rPr>
          <w:rFonts w:ascii="Georgia" w:hAnsi="Georgia" w:eastAsia="Georgia"/>
          <w:sz w:val="23"/>
        </w:rPr>
        <w:t>“But it would preserve the controller side of the relation.”</w:t>
      </w:r>
    </w:p>
    <w:p>
      <w:r>
        <w:rPr>
          <w:rFonts w:ascii="Georgia" w:hAnsi="Georgia" w:eastAsia="Georgia"/>
          <w:sz w:val="23"/>
        </w:rPr>
        <w:t>“Yes.”</w:t>
      </w:r>
    </w:p>
    <w:p>
      <w:r>
        <w:rPr>
          <w:rFonts w:ascii="Georgia" w:hAnsi="Georgia" w:eastAsia="Georgia"/>
          <w:sz w:val="23"/>
        </w:rPr>
        <w:t>Beren touched the housing behind his ear.</w:t>
      </w:r>
    </w:p>
    <w:p>
      <w:r>
        <w:rPr>
          <w:rFonts w:ascii="Georgia" w:hAnsi="Georgia" w:eastAsia="Georgia"/>
          <w:sz w:val="23"/>
        </w:rPr>
        <w:t>“Tovan Rees was my work partner for twenty-seven years. He completed in the pressure-door failure. I walked out. I do not think Tovan is correcting my balance.”</w:t>
      </w:r>
    </w:p>
    <w:p>
      <w:r>
        <w:rPr>
          <w:rFonts w:ascii="Georgia" w:hAnsi="Georgia" w:eastAsia="Georgia"/>
          <w:sz w:val="23"/>
        </w:rPr>
        <w:t>Anel looked at him.</w:t>
      </w:r>
    </w:p>
    <w:p>
      <w:r>
        <w:rPr>
          <w:rFonts w:ascii="Georgia" w:hAnsi="Georgia" w:eastAsia="Georgia"/>
          <w:sz w:val="23"/>
        </w:rPr>
        <w:t>“I think the setting associated with him spent thirty-six years under the controller that was helping correct me. Those are different statements. If my body stops tolerating the new condition ten years from now, I want a future clinician to be able to ask what the old machine actually did without pretending the answer tells them who was inside the fragment.”</w:t>
      </w:r>
    </w:p>
    <w:p>
      <w:r>
        <w:rPr>
          <w:rFonts w:ascii="Georgia" w:hAnsi="Georgia" w:eastAsia="Georgia"/>
          <w:sz w:val="23"/>
        </w:rPr>
        <w:t>Anel folded her hands.</w:t>
      </w:r>
    </w:p>
    <w:p>
      <w:r>
        <w:rPr>
          <w:rFonts w:ascii="Georgia" w:hAnsi="Georgia" w:eastAsia="Georgia"/>
          <w:sz w:val="23"/>
        </w:rPr>
        <w:t>“And if I authorize that, the old household exists again every time someone runs the test.”</w:t>
      </w:r>
    </w:p>
    <w:p>
      <w:r>
        <w:rPr>
          <w:rFonts w:ascii="Georgia" w:hAnsi="Georgia" w:eastAsia="Georgia"/>
          <w:sz w:val="23"/>
        </w:rPr>
        <w:t>Arden did not answer quickly.</w:t>
      </w:r>
    </w:p>
    <w:p>
      <w:r>
        <w:rPr>
          <w:rFonts w:ascii="Georgia" w:hAnsi="Georgia" w:eastAsia="Georgia"/>
          <w:sz w:val="23"/>
        </w:rPr>
        <w:t>“The old household does not.”</w:t>
      </w:r>
    </w:p>
    <w:p>
      <w:r>
        <w:rPr>
          <w:rFonts w:ascii="Georgia" w:hAnsi="Georgia" w:eastAsia="Georgia"/>
          <w:sz w:val="23"/>
        </w:rPr>
        <w:t>“The shared controller state does.”</w:t>
      </w:r>
    </w:p>
    <w:p>
      <w:r>
        <w:rPr>
          <w:rFonts w:ascii="Georgia" w:hAnsi="Georgia" w:eastAsia="Georgia"/>
          <w:sz w:val="23"/>
        </w:rPr>
        <w:t>“In execution, yes.”</w:t>
      </w:r>
    </w:p>
    <w:p>
      <w:r>
        <w:rPr>
          <w:rFonts w:ascii="Georgia" w:hAnsi="Georgia" w:eastAsia="Georgia"/>
          <w:sz w:val="23"/>
        </w:rPr>
        <w:t>“Then I said what I meant.”</w:t>
      </w:r>
    </w:p>
    <w:p>
      <w:r>
        <w:rPr>
          <w:rFonts w:ascii="Georgia" w:hAnsi="Georgia" w:eastAsia="Georgia"/>
          <w:sz w:val="23"/>
        </w:rPr>
        <w:t>The room stayed quiet.</w:t>
      </w:r>
    </w:p>
    <w:p>
      <w:r>
        <w:rPr>
          <w:rFonts w:ascii="Georgia" w:hAnsi="Georgia" w:eastAsia="Georgia"/>
          <w:sz w:val="23"/>
        </w:rPr>
        <w:t>Beren looked at the floor.</w:t>
      </w:r>
    </w:p>
    <w:p>
      <w:r>
        <w:rPr>
          <w:rFonts w:ascii="Georgia" w:hAnsi="Georgia" w:eastAsia="Georgia"/>
          <w:sz w:val="23"/>
        </w:rPr>
        <w:t>No counterpunch.</w:t>
      </w:r>
    </w:p>
    <w:p>
      <w:r>
        <w:rPr>
          <w:rFonts w:ascii="Georgia" w:hAnsi="Georgia" w:eastAsia="Georgia"/>
          <w:sz w:val="23"/>
        </w:rPr>
        <w:t>His left heel lifted and reset. The balance aid corrected once behind his ear. Anel saw it. She did not change her answer.</w:t>
      </w:r>
    </w:p>
    <w:p>
      <w:pPr>
        <w:spacing w:before="80" w:after="80"/>
        <w:jc w:val="center"/>
      </w:pPr>
      <w:r>
        <w:rPr>
          <w:rFonts w:ascii="Georgia" w:hAnsi="Georgia" w:eastAsia="Georgia"/>
          <w:sz w:val="23"/>
        </w:rPr>
        <w:t>§</w:t>
      </w:r>
    </w:p>
    <w:p>
      <w:r>
        <w:rPr>
          <w:rFonts w:ascii="Georgia" w:hAnsi="Georgia" w:eastAsia="Georgia"/>
          <w:sz w:val="23"/>
        </w:rPr>
        <w:t>I asked for the profile’s source architecture.</w:t>
      </w:r>
    </w:p>
    <w:p>
      <w:r>
        <w:rPr>
          <w:rFonts w:ascii="Georgia" w:hAnsi="Georgia" w:eastAsia="Georgia"/>
          <w:sz w:val="23"/>
        </w:rPr>
        <w:t>Not content.</w:t>
      </w:r>
    </w:p>
    <w:p>
      <w:r>
        <w:rPr>
          <w:rFonts w:ascii="Georgia" w:hAnsi="Georgia" w:eastAsia="Georgia"/>
          <w:sz w:val="23"/>
        </w:rPr>
        <w:t>Architecture.</w:t>
      </w:r>
    </w:p>
    <w:p>
      <w:r>
        <w:rPr>
          <w:rFonts w:ascii="Georgia" w:hAnsi="Georgia" w:eastAsia="Georgia"/>
          <w:sz w:val="23"/>
        </w:rPr>
        <w:t>Permission did not require decryption.</w:t>
      </w:r>
    </w:p>
    <w:p>
      <w:r>
        <w:rPr>
          <w:rFonts w:ascii="Georgia" w:hAnsi="Georgia" w:eastAsia="Georgia"/>
          <w:sz w:val="23"/>
        </w:rPr>
        <w:t>The old controller generation had separated its stored state into four layers.</w:t>
      </w:r>
    </w:p>
    <w:p>
      <w:r>
        <w:rPr>
          <w:rFonts w:ascii="Georgia" w:hAnsi="Georgia" w:eastAsia="Georgia"/>
          <w:sz w:val="23"/>
        </w:rPr>
        <w:t>BASE SAFETY LIMITS.</w:t>
      </w:r>
    </w:p>
    <w:p>
      <w:r>
        <w:rPr>
          <w:rFonts w:ascii="Georgia" w:hAnsi="Georgia" w:eastAsia="Georgia"/>
          <w:sz w:val="23"/>
        </w:rPr>
        <w:t>CURRENT HARDWARE MODEL.</w:t>
      </w:r>
    </w:p>
    <w:p>
      <w:r>
        <w:rPr>
          <w:rFonts w:ascii="Georgia" w:hAnsi="Georgia" w:eastAsia="Georgia"/>
          <w:sz w:val="23"/>
        </w:rPr>
        <w:t>HOUSEHOLD ADAPTIVE STATE.</w:t>
      </w:r>
    </w:p>
    <w:p>
      <w:r>
        <w:rPr>
          <w:rFonts w:ascii="Georgia" w:hAnsi="Georgia" w:eastAsia="Georgia"/>
          <w:sz w:val="23"/>
        </w:rPr>
        <w:t>SERVICE ANNOTATION.</w:t>
      </w:r>
    </w:p>
    <w:p>
      <w:r>
        <w:rPr>
          <w:rFonts w:ascii="Georgia" w:hAnsi="Georgia" w:eastAsia="Georgia"/>
          <w:sz w:val="23"/>
        </w:rPr>
        <w:t>The export object contained all four because the archive process had been designed to preserve enough context for future interpretation.</w:t>
      </w:r>
    </w:p>
    <w:p>
      <w:r>
        <w:rPr>
          <w:rFonts w:ascii="Georgia" w:hAnsi="Georgia" w:eastAsia="Georgia"/>
          <w:sz w:val="23"/>
        </w:rPr>
        <w:t>Anel pointed at BASE SAFETY LIMITS.</w:t>
      </w:r>
    </w:p>
    <w:p>
      <w:r>
        <w:rPr>
          <w:rFonts w:ascii="Georgia" w:hAnsi="Georgia" w:eastAsia="Georgia"/>
          <w:sz w:val="23"/>
        </w:rPr>
        <w:t>“Those are not ours.”</w:t>
      </w:r>
    </w:p>
    <w:p>
      <w:r>
        <w:rPr>
          <w:rFonts w:ascii="Georgia" w:hAnsi="Georgia" w:eastAsia="Georgia"/>
          <w:sz w:val="23"/>
        </w:rPr>
        <w:t>“Correct,” Miren said. “Manufacturer and regulatory limits.”</w:t>
      </w:r>
    </w:p>
    <w:p>
      <w:r>
        <w:rPr>
          <w:rFonts w:ascii="Georgia" w:hAnsi="Georgia" w:eastAsia="Georgia"/>
          <w:sz w:val="23"/>
        </w:rPr>
        <w:t>“Current hardware model?”</w:t>
      </w:r>
    </w:p>
    <w:p>
      <w:r>
        <w:rPr>
          <w:rFonts w:ascii="Georgia" w:hAnsi="Georgia" w:eastAsia="Georgia"/>
          <w:sz w:val="23"/>
        </w:rPr>
        <w:t>“Old controller hardware.”</w:t>
      </w:r>
    </w:p>
    <w:p>
      <w:r>
        <w:rPr>
          <w:rFonts w:ascii="Georgia" w:hAnsi="Georgia" w:eastAsia="Georgia"/>
          <w:sz w:val="23"/>
        </w:rPr>
        <w:t>“Not ours either.”</w:t>
      </w:r>
    </w:p>
    <w:p>
      <w:r>
        <w:rPr>
          <w:rFonts w:ascii="Georgia" w:hAnsi="Georgia" w:eastAsia="Georgia"/>
          <w:sz w:val="23"/>
        </w:rPr>
        <w:t>“Correct.”</w:t>
      </w:r>
    </w:p>
    <w:p>
      <w:r>
        <w:rPr>
          <w:rFonts w:ascii="Georgia" w:hAnsi="Georgia" w:eastAsia="Georgia"/>
          <w:sz w:val="23"/>
        </w:rPr>
        <w:t>“Household adaptive state is the shared part.”</w:t>
      </w:r>
    </w:p>
    <w:p>
      <w:r>
        <w:rPr>
          <w:rFonts w:ascii="Georgia" w:hAnsi="Georgia" w:eastAsia="Georgia"/>
          <w:sz w:val="23"/>
        </w:rPr>
        <w:t>“Mostly.”</w:t>
      </w:r>
    </w:p>
    <w:p>
      <w:r>
        <w:rPr>
          <w:rFonts w:ascii="Georgia" w:hAnsi="Georgia" w:eastAsia="Georgia"/>
          <w:sz w:val="23"/>
        </w:rPr>
        <w:t>She looked at Miren.</w:t>
      </w:r>
    </w:p>
    <w:p>
      <w:r>
        <w:rPr>
          <w:rFonts w:ascii="Georgia" w:hAnsi="Georgia" w:eastAsia="Georgia"/>
          <w:sz w:val="23"/>
        </w:rPr>
        <w:t>“Mostly is not a good word today.”</w:t>
      </w:r>
    </w:p>
    <w:p>
      <w:r>
        <w:rPr>
          <w:rFonts w:ascii="Georgia" w:hAnsi="Georgia" w:eastAsia="Georgia"/>
          <w:sz w:val="23"/>
        </w:rPr>
        <w:t>Miren opened the export schema.</w:t>
      </w:r>
    </w:p>
    <w:p>
      <w:r>
        <w:rPr>
          <w:rFonts w:ascii="Georgia" w:hAnsi="Georgia" w:eastAsia="Georgia"/>
          <w:sz w:val="23"/>
        </w:rPr>
        <w:t>“Service annotation includes event markers generated while the household profile was active. Some are about controller service. Some reference setting count. Some reference medically relevant service conditions if the carrier authorized them at the time.”</w:t>
      </w:r>
    </w:p>
    <w:p>
      <w:r>
        <w:rPr>
          <w:rFonts w:ascii="Georgia" w:hAnsi="Georgia" w:eastAsia="Georgia"/>
          <w:sz w:val="23"/>
        </w:rPr>
        <w:t>Beren said, “Mine.”</w:t>
      </w:r>
    </w:p>
    <w:p>
      <w:r>
        <w:rPr>
          <w:rFonts w:ascii="Georgia" w:hAnsi="Georgia" w:eastAsia="Georgia"/>
          <w:sz w:val="23"/>
        </w:rPr>
        <w:t>“Some.”</w:t>
      </w:r>
    </w:p>
    <w:p>
      <w:r>
        <w:rPr>
          <w:rFonts w:ascii="Georgia" w:hAnsi="Georgia" w:eastAsia="Georgia"/>
          <w:sz w:val="23"/>
        </w:rPr>
        <w:t>Anel looked at him.</w:t>
      </w:r>
    </w:p>
    <w:p>
      <w:r>
        <w:rPr>
          <w:rFonts w:ascii="Georgia" w:hAnsi="Georgia" w:eastAsia="Georgia"/>
          <w:sz w:val="23"/>
        </w:rPr>
        <w:t>“So the archive object contains your medical history.”</w:t>
      </w:r>
    </w:p>
    <w:p>
      <w:r>
        <w:rPr>
          <w:rFonts w:ascii="Georgia" w:hAnsi="Georgia" w:eastAsia="Georgia"/>
          <w:sz w:val="23"/>
        </w:rPr>
        <w:t>“Not clinical records. Service flags.”</w:t>
      </w:r>
    </w:p>
    <w:p>
      <w:r>
        <w:rPr>
          <w:rFonts w:ascii="Georgia" w:hAnsi="Georgia" w:eastAsia="Georgia"/>
          <w:sz w:val="23"/>
        </w:rPr>
        <w:t>“Those are still about you.”</w:t>
      </w:r>
    </w:p>
    <w:p>
      <w:r>
        <w:rPr>
          <w:rFonts w:ascii="Georgia" w:hAnsi="Georgia" w:eastAsia="Georgia"/>
          <w:sz w:val="23"/>
        </w:rPr>
        <w:t>“Yes.”</w:t>
      </w:r>
    </w:p>
    <w:p>
      <w:r>
        <w:rPr>
          <w:rFonts w:ascii="Georgia" w:hAnsi="Georgia" w:eastAsia="Georgia"/>
          <w:sz w:val="23"/>
        </w:rPr>
        <w:t>The joint profile had never been one category.</w:t>
      </w:r>
    </w:p>
    <w:p>
      <w:r>
        <w:rPr>
          <w:rFonts w:ascii="Georgia" w:hAnsi="Georgia" w:eastAsia="Georgia"/>
          <w:sz w:val="23"/>
        </w:rPr>
        <w:t>The archive had inherited that mess because preservation is good at keeping mistakes together.</w:t>
      </w:r>
    </w:p>
    <w:p>
      <w:r>
        <w:rPr>
          <w:rFonts w:ascii="Georgia" w:hAnsi="Georgia" w:eastAsia="Georgia"/>
          <w:sz w:val="23"/>
        </w:rPr>
        <w:t>“Can the object be split?” I asked.</w:t>
      </w:r>
    </w:p>
    <w:p>
      <w:r>
        <w:rPr>
          <w:rFonts w:ascii="Georgia" w:hAnsi="Georgia" w:eastAsia="Georgia"/>
          <w:sz w:val="23"/>
        </w:rPr>
        <w:t>Arden said, “Technically, yes. Evidentially, not without changing what was preserved.”</w:t>
      </w:r>
    </w:p>
    <w:p>
      <w:r>
        <w:rPr>
          <w:rFonts w:ascii="Georgia" w:hAnsi="Georgia" w:eastAsia="Georgia"/>
          <w:sz w:val="23"/>
        </w:rPr>
        <w:t>“Explain.”</w:t>
      </w:r>
    </w:p>
    <w:p>
      <w:r>
        <w:rPr>
          <w:rFonts w:ascii="Georgia" w:hAnsi="Georgia" w:eastAsia="Georgia"/>
          <w:sz w:val="23"/>
        </w:rPr>
        <w:t>“We could extract household adaptive state into one object, public controller limits into another, and principal-specific service annotations into separate restricted objects. But the current archive is evidence of the controller state as exported. Splitting creates derivatives. It does not replace the source.”</w:t>
      </w:r>
    </w:p>
    <w:p>
      <w:r>
        <w:rPr>
          <w:rFonts w:ascii="Georgia" w:hAnsi="Georgia" w:eastAsia="Georgia"/>
          <w:sz w:val="23"/>
        </w:rPr>
        <w:t>“Would derivatives reduce future access conflict?”</w:t>
      </w:r>
    </w:p>
    <w:p>
      <w:r>
        <w:rPr>
          <w:rFonts w:ascii="Georgia" w:hAnsi="Georgia" w:eastAsia="Georgia"/>
          <w:sz w:val="23"/>
        </w:rPr>
        <w:t>“Possibly.”</w:t>
      </w:r>
    </w:p>
    <w:p>
      <w:r>
        <w:rPr>
          <w:rFonts w:ascii="Georgia" w:hAnsi="Georgia" w:eastAsia="Georgia"/>
          <w:sz w:val="23"/>
        </w:rPr>
        <w:t>“Would they reduce future ambiguity?”</w:t>
      </w:r>
    </w:p>
    <w:p>
      <w:r>
        <w:rPr>
          <w:rFonts w:ascii="Georgia" w:hAnsi="Georgia" w:eastAsia="Georgia"/>
          <w:sz w:val="23"/>
        </w:rPr>
        <w:t>“Possibly not.”</w:t>
      </w:r>
    </w:p>
    <w:p>
      <w:r>
        <w:rPr>
          <w:rFonts w:ascii="Georgia" w:hAnsi="Georgia" w:eastAsia="Georgia"/>
          <w:sz w:val="23"/>
        </w:rPr>
        <w:t>Anel said, “Do not split it because we are uncomfortable now.”</w:t>
      </w:r>
    </w:p>
    <w:p>
      <w:r>
        <w:rPr>
          <w:rFonts w:ascii="Georgia" w:hAnsi="Georgia" w:eastAsia="Georgia"/>
          <w:sz w:val="23"/>
        </w:rPr>
        <w:t>I looked at her.</w:t>
      </w:r>
    </w:p>
    <w:p>
      <w:r>
        <w:rPr>
          <w:rFonts w:ascii="Georgia" w:hAnsi="Georgia" w:eastAsia="Georgia"/>
          <w:sz w:val="23"/>
        </w:rPr>
        <w:t>She continued.</w:t>
      </w:r>
    </w:p>
    <w:p>
      <w:r>
        <w:rPr>
          <w:rFonts w:ascii="Georgia" w:hAnsi="Georgia" w:eastAsia="Georgia"/>
          <w:sz w:val="23"/>
        </w:rPr>
        <w:t>“We agreed to preserve what existed. If you make four cleaner things, someone later will forget they came from one ugly thing.”</w:t>
      </w:r>
    </w:p>
    <w:p>
      <w:r>
        <w:rPr>
          <w:rFonts w:ascii="Georgia" w:hAnsi="Georgia" w:eastAsia="Georgia"/>
          <w:sz w:val="23"/>
        </w:rPr>
        <w:t>I did not write that down.</w:t>
      </w:r>
    </w:p>
    <w:p>
      <w:r>
        <w:rPr>
          <w:rFonts w:ascii="Georgia" w:hAnsi="Georgia" w:eastAsia="Georgia"/>
          <w:sz w:val="23"/>
        </w:rPr>
        <w:t>I wanted to.</w:t>
      </w:r>
    </w:p>
    <w:p>
      <w:r>
        <w:rPr>
          <w:rFonts w:ascii="Georgia" w:hAnsi="Georgia" w:eastAsia="Georgia"/>
          <w:sz w:val="23"/>
        </w:rPr>
        <w:t>That was why I did not.</w:t>
      </w:r>
    </w:p>
    <w:p>
      <w:r>
        <w:rPr>
          <w:rFonts w:ascii="Georgia" w:hAnsi="Georgia" w:eastAsia="Georgia"/>
          <w:sz w:val="23"/>
        </w:rPr>
        <w:t>Beren said, “Keep the source. Make derivatives only if someone has a reason.”</w:t>
      </w:r>
    </w:p>
    <w:p>
      <w:r>
        <w:rPr>
          <w:rFonts w:ascii="Georgia" w:hAnsi="Georgia" w:eastAsia="Georgia"/>
          <w:sz w:val="23"/>
        </w:rPr>
        <w:t>Anel nodded once.</w:t>
      </w:r>
    </w:p>
    <w:p>
      <w:r>
        <w:rPr>
          <w:rFonts w:ascii="Georgia" w:hAnsi="Georgia" w:eastAsia="Georgia"/>
          <w:sz w:val="23"/>
        </w:rPr>
        <w:t>Agreement.</w:t>
      </w:r>
    </w:p>
    <w:p>
      <w:r>
        <w:rPr>
          <w:rFonts w:ascii="Georgia" w:hAnsi="Georgia" w:eastAsia="Georgia"/>
          <w:sz w:val="23"/>
        </w:rPr>
        <w:t>Narrow.</w:t>
      </w:r>
    </w:p>
    <w:p>
      <w:r>
        <w:rPr>
          <w:rFonts w:ascii="Georgia" w:hAnsi="Georgia" w:eastAsia="Georgia"/>
          <w:sz w:val="23"/>
        </w:rPr>
        <w:t>No reunion implied.</w:t>
      </w:r>
    </w:p>
    <w:p>
      <w:r>
        <w:rPr>
          <w:rFonts w:ascii="Georgia" w:hAnsi="Georgia" w:eastAsia="Georgia"/>
          <w:sz w:val="23"/>
        </w:rPr>
        <w:t>Arden marked it.</w:t>
      </w:r>
    </w:p>
    <w:p>
      <w:r>
        <w:rPr>
          <w:rFonts w:ascii="Georgia" w:hAnsi="Georgia" w:eastAsia="Georgia"/>
          <w:sz w:val="23"/>
        </w:rPr>
        <w:t>SOURCE OBJECT REMAINS AUTHORITATIVE FOR HISTORICAL EXPORT STATE.</w:t>
      </w:r>
    </w:p>
    <w:p>
      <w:r>
        <w:rPr>
          <w:rFonts w:ascii="Georgia" w:hAnsi="Georgia" w:eastAsia="Georgia"/>
          <w:sz w:val="23"/>
        </w:rPr>
        <w:t>DERIVATIVE CREATION: NOT AUTHORIZED AT THIS TIME.</w:t>
      </w:r>
    </w:p>
    <w:p>
      <w:r>
        <w:rPr>
          <w:rFonts w:ascii="Georgia" w:hAnsi="Georgia" w:eastAsia="Georgia"/>
          <w:sz w:val="23"/>
        </w:rPr>
        <w:t>“Now the migration,” Beren said.</w:t>
      </w:r>
    </w:p>
    <w:p>
      <w:r>
        <w:rPr>
          <w:rFonts w:ascii="Georgia" w:hAnsi="Georgia" w:eastAsia="Georgia"/>
          <w:sz w:val="23"/>
        </w:rPr>
        <w:t>Anel looked at him.</w:t>
      </w:r>
    </w:p>
    <w:p>
      <w:r>
        <w:rPr>
          <w:rFonts w:ascii="Georgia" w:hAnsi="Georgia" w:eastAsia="Georgia"/>
          <w:sz w:val="23"/>
        </w:rPr>
        <w:t>“You still want it executable.”</w:t>
      </w:r>
    </w:p>
    <w:p>
      <w:r>
        <w:rPr>
          <w:rFonts w:ascii="Georgia" w:hAnsi="Georgia" w:eastAsia="Georgia"/>
          <w:sz w:val="23"/>
        </w:rPr>
        <w:t>“I want the option not destroyed.”</w:t>
      </w:r>
    </w:p>
    <w:p>
      <w:r>
        <w:rPr>
          <w:rFonts w:ascii="Georgia" w:hAnsi="Georgia" w:eastAsia="Georgia"/>
          <w:sz w:val="23"/>
        </w:rPr>
        <w:t>“The option is what I am refusing.”</w:t>
      </w:r>
    </w:p>
    <w:p>
      <w:r>
        <w:rPr>
          <w:rFonts w:ascii="Georgia" w:hAnsi="Georgia" w:eastAsia="Georgia"/>
          <w:sz w:val="23"/>
        </w:rPr>
        <w:t>“You are refusing use.”</w:t>
      </w:r>
    </w:p>
    <w:p>
      <w:r>
        <w:rPr>
          <w:rFonts w:ascii="Georgia" w:hAnsi="Georgia" w:eastAsia="Georgia"/>
          <w:sz w:val="23"/>
        </w:rPr>
        <w:t>“I am refusing making it usable.”</w:t>
      </w:r>
    </w:p>
    <w:p>
      <w:r>
        <w:rPr>
          <w:rFonts w:ascii="Georgia" w:hAnsi="Georgia" w:eastAsia="Georgia"/>
          <w:sz w:val="23"/>
        </w:rPr>
        <w:t>Those were not the same sentence.</w:t>
      </w:r>
    </w:p>
    <w:p>
      <w:r>
        <w:rPr>
          <w:rFonts w:ascii="Georgia" w:hAnsi="Georgia" w:eastAsia="Georgia"/>
          <w:sz w:val="23"/>
        </w:rPr>
        <w:t>The difference was the problem.</w:t>
      </w:r>
    </w:p>
    <w:p>
      <w:pPr>
        <w:spacing w:before="80" w:after="80"/>
        <w:jc w:val="center"/>
      </w:pPr>
      <w:r>
        <w:rPr>
          <w:rFonts w:ascii="Georgia" w:hAnsi="Georgia" w:eastAsia="Georgia"/>
          <w:sz w:val="23"/>
        </w:rPr>
        <w:t>§</w:t>
      </w:r>
    </w:p>
    <w:p>
      <w:r>
        <w:rPr>
          <w:rFonts w:ascii="Georgia" w:hAnsi="Georgia" w:eastAsia="Georgia"/>
          <w:sz w:val="23"/>
        </w:rPr>
        <w:t>At 1122 Arden brought in archive counsel.</w:t>
      </w:r>
    </w:p>
    <w:p>
      <w:r>
        <w:rPr>
          <w:rFonts w:ascii="Georgia" w:hAnsi="Georgia" w:eastAsia="Georgia"/>
          <w:sz w:val="23"/>
        </w:rPr>
        <w:t>Not because anyone had threatened litigation.</w:t>
      </w:r>
    </w:p>
    <w:p>
      <w:r>
        <w:rPr>
          <w:rFonts w:ascii="Georgia" w:hAnsi="Georgia" w:eastAsia="Georgia"/>
          <w:sz w:val="23"/>
        </w:rPr>
        <w:t>Because the contract had two principals and no defined preservation class.</w:t>
      </w:r>
    </w:p>
    <w:p>
      <w:r>
        <w:rPr>
          <w:rFonts w:ascii="Georgia" w:hAnsi="Georgia" w:eastAsia="Georgia"/>
          <w:sz w:val="23"/>
        </w:rPr>
        <w:t>Counsel’s name was Dera Noss.</w:t>
      </w:r>
    </w:p>
    <w:p>
      <w:r>
        <w:rPr>
          <w:rFonts w:ascii="Georgia" w:hAnsi="Georgia" w:eastAsia="Georgia"/>
          <w:sz w:val="23"/>
        </w:rPr>
        <w:t>Human.</w:t>
      </w:r>
    </w:p>
    <w:p>
      <w:r>
        <w:rPr>
          <w:rFonts w:ascii="Georgia" w:hAnsi="Georgia" w:eastAsia="Georgia"/>
          <w:sz w:val="23"/>
        </w:rPr>
        <w:t>One hundred fifty-one.</w:t>
      </w:r>
    </w:p>
    <w:p>
      <w:r>
        <w:rPr>
          <w:rFonts w:ascii="Georgia" w:hAnsi="Georgia" w:eastAsia="Georgia"/>
          <w:sz w:val="23"/>
        </w:rPr>
        <w:t>No setting visible.</w:t>
      </w:r>
    </w:p>
    <w:p>
      <w:r>
        <w:rPr>
          <w:rFonts w:ascii="Georgia" w:hAnsi="Georgia" w:eastAsia="Georgia"/>
          <w:sz w:val="23"/>
        </w:rPr>
        <w:t>She read the three migration paths and then asked a question none of us had.</w:t>
      </w:r>
    </w:p>
    <w:p>
      <w:r>
        <w:rPr>
          <w:rFonts w:ascii="Georgia" w:hAnsi="Georgia" w:eastAsia="Georgia"/>
          <w:sz w:val="23"/>
        </w:rPr>
        <w:t>“What happens if one principal dies?”</w:t>
      </w:r>
    </w:p>
    <w:p>
      <w:r>
        <w:rPr>
          <w:rFonts w:ascii="Georgia" w:hAnsi="Georgia" w:eastAsia="Georgia"/>
          <w:sz w:val="23"/>
        </w:rPr>
        <w:t>Anel said, “Eventually?”</w:t>
      </w:r>
    </w:p>
    <w:p>
      <w:r>
        <w:rPr>
          <w:rFonts w:ascii="Georgia" w:hAnsi="Georgia" w:eastAsia="Georgia"/>
          <w:sz w:val="23"/>
        </w:rPr>
        <w:t>“Eventually.”</w:t>
      </w:r>
    </w:p>
    <w:p>
      <w:r>
        <w:rPr>
          <w:rFonts w:ascii="Georgia" w:hAnsi="Georgia" w:eastAsia="Georgia"/>
          <w:sz w:val="23"/>
        </w:rPr>
        <w:t>“Then the contract has a succession rule.”</w:t>
      </w:r>
    </w:p>
    <w:p>
      <w:r>
        <w:rPr>
          <w:rFonts w:ascii="Georgia" w:hAnsi="Georgia" w:eastAsia="Georgia"/>
          <w:sz w:val="23"/>
        </w:rPr>
        <w:t>Dera opened it.</w:t>
      </w:r>
    </w:p>
    <w:p>
      <w:r>
        <w:rPr>
          <w:rFonts w:ascii="Georgia" w:hAnsi="Georgia" w:eastAsia="Georgia"/>
          <w:sz w:val="23"/>
        </w:rPr>
        <w:t>It did.</w:t>
      </w:r>
    </w:p>
    <w:p>
      <w:r>
        <w:rPr>
          <w:rFonts w:ascii="Georgia" w:hAnsi="Georgia" w:eastAsia="Georgia"/>
          <w:sz w:val="23"/>
        </w:rPr>
        <w:t>Each principal could name a successor for archive authority.</w:t>
      </w:r>
    </w:p>
    <w:p>
      <w:r>
        <w:rPr>
          <w:rFonts w:ascii="Georgia" w:hAnsi="Georgia" w:eastAsia="Georgia"/>
          <w:sz w:val="23"/>
        </w:rPr>
        <w:t>Neither had.</w:t>
      </w:r>
    </w:p>
    <w:p>
      <w:r>
        <w:rPr>
          <w:rFonts w:ascii="Georgia" w:hAnsi="Georgia" w:eastAsia="Georgia"/>
          <w:sz w:val="23"/>
        </w:rPr>
        <w:t>Default succession transferred authority to the estate for twenty years, then to the surviving principal if one existed, then to the archive’s unresolved joint-custody procedure if no authorized successor could be established.</w:t>
      </w:r>
    </w:p>
    <w:p>
      <w:r>
        <w:rPr>
          <w:rFonts w:ascii="Georgia" w:hAnsi="Georgia" w:eastAsia="Georgia"/>
          <w:sz w:val="23"/>
        </w:rPr>
        <w:t>Beren said, “That means she could die and her estate could authorize execution.”</w:t>
      </w:r>
    </w:p>
    <w:p>
      <w:r>
        <w:rPr>
          <w:rFonts w:ascii="Georgia" w:hAnsi="Georgia" w:eastAsia="Georgia"/>
          <w:sz w:val="23"/>
        </w:rPr>
        <w:t>“Only jointly with your authority or your successor’s,” Dera said.</w:t>
      </w:r>
    </w:p>
    <w:p>
      <w:r>
        <w:rPr>
          <w:rFonts w:ascii="Georgia" w:hAnsi="Georgia" w:eastAsia="Georgia"/>
          <w:sz w:val="23"/>
        </w:rPr>
        <w:t>“Unless I die too.”</w:t>
      </w:r>
    </w:p>
    <w:p>
      <w:r>
        <w:rPr>
          <w:rFonts w:ascii="Georgia" w:hAnsi="Georgia" w:eastAsia="Georgia"/>
          <w:sz w:val="23"/>
        </w:rPr>
        <w:t>“Then the unresolved procedure applies.”</w:t>
      </w:r>
    </w:p>
    <w:p>
      <w:r>
        <w:rPr>
          <w:rFonts w:ascii="Georgia" w:hAnsi="Georgia" w:eastAsia="Georgia"/>
          <w:sz w:val="23"/>
        </w:rPr>
        <w:t>Anel’s expression changed.</w:t>
      </w:r>
    </w:p>
    <w:p>
      <w:r>
        <w:rPr>
          <w:rFonts w:ascii="Georgia" w:hAnsi="Georgia" w:eastAsia="Georgia"/>
          <w:sz w:val="23"/>
        </w:rPr>
        <w:t>“What does unresolved procedure permit?”</w:t>
      </w:r>
    </w:p>
    <w:p>
      <w:r>
        <w:rPr>
          <w:rFonts w:ascii="Georgia" w:hAnsi="Georgia" w:eastAsia="Georgia"/>
          <w:sz w:val="23"/>
        </w:rPr>
        <w:t>“Preservation necessary to prevent loss. No discretionary operational use. No disclosure beyond custody maintenance.”</w:t>
      </w:r>
    </w:p>
    <w:p>
      <w:r>
        <w:rPr>
          <w:rFonts w:ascii="Georgia" w:hAnsi="Georgia" w:eastAsia="Georgia"/>
          <w:sz w:val="23"/>
        </w:rPr>
        <w:t>“Does functional migration count as preservation necessary to prevent loss?”</w:t>
      </w:r>
    </w:p>
    <w:p>
      <w:r>
        <w:rPr>
          <w:rFonts w:ascii="Georgia" w:hAnsi="Georgia" w:eastAsia="Georgia"/>
          <w:sz w:val="23"/>
        </w:rPr>
        <w:t>Dera looked at Arden.</w:t>
      </w:r>
    </w:p>
    <w:p>
      <w:r>
        <w:rPr>
          <w:rFonts w:ascii="Georgia" w:hAnsi="Georgia" w:eastAsia="Georgia"/>
          <w:sz w:val="23"/>
        </w:rPr>
        <w:t>Arden did not rescue her.</w:t>
      </w:r>
    </w:p>
    <w:p>
      <w:r>
        <w:rPr>
          <w:rFonts w:ascii="Georgia" w:hAnsi="Georgia" w:eastAsia="Georgia"/>
          <w:sz w:val="23"/>
        </w:rPr>
        <w:t>“The standard does not currently say,” Dera said.</w:t>
      </w:r>
    </w:p>
    <w:p>
      <w:r>
        <w:rPr>
          <w:rFonts w:ascii="Georgia" w:hAnsi="Georgia" w:eastAsia="Georgia"/>
          <w:sz w:val="23"/>
        </w:rPr>
        <w:t>We had not created a sealed archive.</w:t>
      </w:r>
    </w:p>
    <w:p>
      <w:r>
        <w:rPr>
          <w:rFonts w:ascii="Georgia" w:hAnsi="Georgia" w:eastAsia="Georgia"/>
          <w:sz w:val="23"/>
        </w:rPr>
        <w:t>We had created a future argument with excellent backups.</w:t>
      </w:r>
    </w:p>
    <w:p>
      <w:r>
        <w:rPr>
          <w:rFonts w:ascii="Georgia" w:hAnsi="Georgia" w:eastAsia="Georgia"/>
          <w:sz w:val="23"/>
        </w:rPr>
        <w:t>Anel looked at me.</w:t>
      </w:r>
    </w:p>
    <w:p>
      <w:r>
        <w:rPr>
          <w:rFonts w:ascii="Georgia" w:hAnsi="Georgia" w:eastAsia="Georgia"/>
          <w:sz w:val="23"/>
        </w:rPr>
        <w:t>“You wrote the sentence.”</w:t>
      </w:r>
    </w:p>
    <w:p>
      <w:r>
        <w:rPr>
          <w:rFonts w:ascii="Georgia" w:hAnsi="Georgia" w:eastAsia="Georgia"/>
          <w:sz w:val="23"/>
        </w:rPr>
        <w:t>“Miren wrote it.”</w:t>
      </w:r>
    </w:p>
    <w:p>
      <w:r>
        <w:rPr>
          <w:rFonts w:ascii="Georgia" w:hAnsi="Georgia" w:eastAsia="Georgia"/>
          <w:sz w:val="23"/>
        </w:rPr>
        <w:t>Miren said, “He approved it.”</w:t>
      </w:r>
    </w:p>
    <w:p>
      <w:r>
        <w:rPr>
          <w:rFonts w:ascii="Georgia" w:hAnsi="Georgia" w:eastAsia="Georgia"/>
          <w:sz w:val="23"/>
        </w:rPr>
        <w:t>I looked at her.</w:t>
      </w:r>
    </w:p>
    <w:p>
      <w:r>
        <w:rPr>
          <w:rFonts w:ascii="Georgia" w:hAnsi="Georgia" w:eastAsia="Georgia"/>
          <w:sz w:val="23"/>
        </w:rPr>
        <w:t>“Accurate.”</w:t>
      </w:r>
    </w:p>
    <w:p>
      <w:r>
        <w:rPr>
          <w:rFonts w:ascii="Georgia" w:hAnsi="Georgia" w:eastAsia="Georgia"/>
          <w:sz w:val="23"/>
        </w:rPr>
        <w:t>Anel did not care which hand held the tool.</w:t>
      </w:r>
    </w:p>
    <w:p>
      <w:r>
        <w:rPr>
          <w:rFonts w:ascii="Georgia" w:hAnsi="Georgia" w:eastAsia="Georgia"/>
          <w:sz w:val="23"/>
        </w:rPr>
        <w:t>“Profile preservation is not profile continuation.”</w:t>
      </w:r>
    </w:p>
    <w:p>
      <w:r>
        <w:rPr>
          <w:rFonts w:ascii="Georgia" w:hAnsi="Georgia" w:eastAsia="Georgia"/>
          <w:sz w:val="23"/>
        </w:rPr>
        <w:t>“Yes.”</w:t>
      </w:r>
    </w:p>
    <w:p>
      <w:r>
        <w:rPr>
          <w:rFonts w:ascii="Georgia" w:hAnsi="Georgia" w:eastAsia="Georgia"/>
          <w:sz w:val="23"/>
        </w:rPr>
        <w:t>“What does preservation mean?”</w:t>
      </w:r>
    </w:p>
    <w:p>
      <w:r>
        <w:rPr>
          <w:rFonts w:ascii="Georgia" w:hAnsi="Georgia" w:eastAsia="Georgia"/>
          <w:sz w:val="23"/>
        </w:rPr>
        <w:t>I looked at the three paths.</w:t>
      </w:r>
    </w:p>
    <w:p>
      <w:r>
        <w:rPr>
          <w:rFonts w:ascii="Georgia" w:hAnsi="Georgia" w:eastAsia="Georgia"/>
          <w:sz w:val="23"/>
        </w:rPr>
        <w:t>I had an answer now.</w:t>
      </w:r>
    </w:p>
    <w:p>
      <w:r>
        <w:rPr>
          <w:rFonts w:ascii="Georgia" w:hAnsi="Georgia" w:eastAsia="Georgia"/>
          <w:sz w:val="23"/>
        </w:rPr>
        <w:t>That made it dangerous.</w:t>
      </w:r>
    </w:p>
    <w:p>
      <w:r>
        <w:rPr>
          <w:rFonts w:ascii="Georgia" w:hAnsi="Georgia" w:eastAsia="Georgia"/>
          <w:sz w:val="23"/>
        </w:rPr>
        <w:t>“It depends on what future claim you want the archive to support.”</w:t>
      </w:r>
    </w:p>
    <w:p>
      <w:r>
        <w:rPr>
          <w:rFonts w:ascii="Georgia" w:hAnsi="Georgia" w:eastAsia="Georgia"/>
          <w:sz w:val="23"/>
        </w:rPr>
        <w:t>“We did not preserve it for a claim.”</w:t>
      </w:r>
    </w:p>
    <w:p>
      <w:r>
        <w:rPr>
          <w:rFonts w:ascii="Georgia" w:hAnsi="Georgia" w:eastAsia="Georgia"/>
          <w:sz w:val="23"/>
        </w:rPr>
        <w:t>Beren said, “I did.”</w:t>
      </w:r>
    </w:p>
    <w:p>
      <w:r>
        <w:rPr>
          <w:rFonts w:ascii="Georgia" w:hAnsi="Georgia" w:eastAsia="Georgia"/>
          <w:sz w:val="23"/>
        </w:rPr>
        <w:t>She turned toward him.</w:t>
      </w:r>
    </w:p>
    <w:p>
      <w:r>
        <w:rPr>
          <w:rFonts w:ascii="Georgia" w:hAnsi="Georgia" w:eastAsia="Georgia"/>
          <w:sz w:val="23"/>
        </w:rPr>
        <w:t>He continued before she could ask.</w:t>
      </w:r>
    </w:p>
    <w:p>
      <w:r>
        <w:rPr>
          <w:rFonts w:ascii="Georgia" w:hAnsi="Georgia" w:eastAsia="Georgia"/>
          <w:sz w:val="23"/>
        </w:rPr>
        <w:t>“Not a legal claim. I wanted the record because if my body changes later, I may need to know what the old system was doing while it worked.”</w:t>
      </w:r>
    </w:p>
    <w:p>
      <w:r>
        <w:rPr>
          <w:rFonts w:ascii="Georgia" w:hAnsi="Georgia" w:eastAsia="Georgia"/>
          <w:sz w:val="23"/>
        </w:rPr>
        <w:t>“You told me it was for history.”</w:t>
      </w:r>
    </w:p>
    <w:p>
      <w:r>
        <w:rPr>
          <w:rFonts w:ascii="Georgia" w:hAnsi="Georgia" w:eastAsia="Georgia"/>
          <w:sz w:val="23"/>
        </w:rPr>
        <w:t>“It is. Mine.”</w:t>
      </w:r>
    </w:p>
    <w:p>
      <w:r>
        <w:rPr>
          <w:rFonts w:ascii="Georgia" w:hAnsi="Georgia" w:eastAsia="Georgia"/>
          <w:sz w:val="23"/>
        </w:rPr>
        <w:t>Anel stood.</w:t>
      </w:r>
    </w:p>
    <w:p>
      <w:r>
        <w:rPr>
          <w:rFonts w:ascii="Georgia" w:hAnsi="Georgia" w:eastAsia="Georgia"/>
          <w:sz w:val="23"/>
        </w:rPr>
        <w:t>No abrupt movement.</w:t>
      </w:r>
    </w:p>
    <w:p>
      <w:r>
        <w:rPr>
          <w:rFonts w:ascii="Georgia" w:hAnsi="Georgia" w:eastAsia="Georgia"/>
          <w:sz w:val="23"/>
        </w:rPr>
        <w:t>No performance.</w:t>
      </w:r>
    </w:p>
    <w:p>
      <w:r>
        <w:rPr>
          <w:rFonts w:ascii="Georgia" w:hAnsi="Georgia" w:eastAsia="Georgia"/>
          <w:sz w:val="23"/>
        </w:rPr>
        <w:t>She walked to the far wall and looked at the obsolete media behind a second internal window.</w:t>
      </w:r>
    </w:p>
    <w:p>
      <w:r>
        <w:rPr>
          <w:rFonts w:ascii="Georgia" w:hAnsi="Georgia" w:eastAsia="Georgia"/>
          <w:sz w:val="23"/>
        </w:rPr>
        <w:t>The archive had decorated itself even in secure areas.</w:t>
      </w:r>
    </w:p>
    <w:p>
      <w:r>
        <w:rPr>
          <w:rFonts w:ascii="Georgia" w:hAnsi="Georgia" w:eastAsia="Georgia"/>
          <w:sz w:val="23"/>
        </w:rPr>
        <w:t>After a while she said, “I agreed because deleting it felt like lying about how long we were there.”</w:t>
      </w:r>
    </w:p>
    <w:p>
      <w:r>
        <w:rPr>
          <w:rFonts w:ascii="Georgia" w:hAnsi="Georgia" w:eastAsia="Georgia"/>
          <w:sz w:val="23"/>
        </w:rPr>
        <w:t>Beren did not answer.</w:t>
      </w:r>
    </w:p>
    <w:p>
      <w:r>
        <w:rPr>
          <w:rFonts w:ascii="Georgia" w:hAnsi="Georgia" w:eastAsia="Georgia"/>
          <w:sz w:val="23"/>
        </w:rPr>
        <w:t>She turned back.</w:t>
      </w:r>
    </w:p>
    <w:p>
      <w:r>
        <w:rPr>
          <w:rFonts w:ascii="Georgia" w:hAnsi="Georgia" w:eastAsia="Georgia"/>
          <w:sz w:val="23"/>
        </w:rPr>
        <w:t>“That does not mean I agreed to keep the house running for your doctor.”</w:t>
      </w:r>
    </w:p>
    <w:p>
      <w:r>
        <w:rPr>
          <w:rFonts w:ascii="Georgia" w:hAnsi="Georgia" w:eastAsia="Georgia"/>
          <w:sz w:val="23"/>
        </w:rPr>
        <w:t>“I know.”</w:t>
      </w:r>
    </w:p>
    <w:p>
      <w:r>
        <w:rPr>
          <w:rFonts w:ascii="Georgia" w:hAnsi="Georgia" w:eastAsia="Georgia"/>
          <w:sz w:val="23"/>
        </w:rPr>
        <w:t>“Do you?”</w:t>
      </w:r>
    </w:p>
    <w:p>
      <w:r>
        <w:rPr>
          <w:rFonts w:ascii="Georgia" w:hAnsi="Georgia" w:eastAsia="Georgia"/>
          <w:sz w:val="23"/>
        </w:rPr>
        <w:t>“Yes.”</w:t>
      </w:r>
    </w:p>
    <w:p>
      <w:r>
        <w:rPr>
          <w:rFonts w:ascii="Georgia" w:hAnsi="Georgia" w:eastAsia="Georgia"/>
          <w:sz w:val="23"/>
        </w:rPr>
        <w:t>No argument followed.</w:t>
      </w:r>
    </w:p>
    <w:p>
      <w:r>
        <w:rPr>
          <w:rFonts w:ascii="Georgia" w:hAnsi="Georgia" w:eastAsia="Georgia"/>
          <w:sz w:val="23"/>
        </w:rPr>
        <w:t>Dera closed the succession panel.</w:t>
      </w:r>
    </w:p>
    <w:p>
      <w:r>
        <w:rPr>
          <w:rFonts w:ascii="Georgia" w:hAnsi="Georgia" w:eastAsia="Georgia"/>
          <w:sz w:val="23"/>
        </w:rPr>
        <w:t>“Then we need to separate two purposes before we discuss any migration. Historical preservation and future functional evidence are not automatically the same authorization.”</w:t>
      </w:r>
    </w:p>
    <w:p>
      <w:r>
        <w:rPr>
          <w:rFonts w:ascii="Georgia" w:hAnsi="Georgia" w:eastAsia="Georgia"/>
          <w:sz w:val="23"/>
        </w:rPr>
        <w:t>I disliked how obvious it became after someone else said it.</w:t>
      </w:r>
    </w:p>
    <w:p>
      <w:pPr>
        <w:spacing w:before="80" w:after="80"/>
        <w:jc w:val="center"/>
      </w:pPr>
      <w:r>
        <w:rPr>
          <w:rFonts w:ascii="Georgia" w:hAnsi="Georgia" w:eastAsia="Georgia"/>
          <w:sz w:val="23"/>
        </w:rPr>
        <w:t>§</w:t>
      </w:r>
    </w:p>
    <w:p>
      <w:r>
        <w:rPr>
          <w:rFonts w:ascii="Georgia" w:hAnsi="Georgia" w:eastAsia="Georgia"/>
          <w:sz w:val="23"/>
        </w:rPr>
        <w:t>Lunch arrived at 1204 in containers designed to survive archive rooms.</w:t>
      </w:r>
    </w:p>
    <w:p>
      <w:r>
        <w:rPr>
          <w:rFonts w:ascii="Georgia" w:hAnsi="Georgia" w:eastAsia="Georgia"/>
          <w:sz w:val="23"/>
        </w:rPr>
        <w:t>No crumbs.</w:t>
      </w:r>
    </w:p>
    <w:p>
      <w:r>
        <w:rPr>
          <w:rFonts w:ascii="Georgia" w:hAnsi="Georgia" w:eastAsia="Georgia"/>
          <w:sz w:val="23"/>
        </w:rPr>
        <w:t>No open liquids.</w:t>
      </w:r>
    </w:p>
    <w:p>
      <w:r>
        <w:rPr>
          <w:rFonts w:ascii="Georgia" w:hAnsi="Georgia" w:eastAsia="Georgia"/>
          <w:sz w:val="23"/>
        </w:rPr>
        <w:t>I ate outside the sealed area because rules against soup near preserved state had more empirical support than several Kaethe standards.</w:t>
      </w:r>
    </w:p>
    <w:p>
      <w:r>
        <w:rPr>
          <w:rFonts w:ascii="Georgia" w:hAnsi="Georgia" w:eastAsia="Georgia"/>
          <w:sz w:val="23"/>
        </w:rPr>
        <w:t>Miren sat across from me.</w:t>
      </w:r>
    </w:p>
    <w:p>
      <w:r>
        <w:rPr>
          <w:rFonts w:ascii="Georgia" w:hAnsi="Georgia" w:eastAsia="Georgia"/>
          <w:sz w:val="23"/>
        </w:rPr>
        <w:t>“You are quiet.”</w:t>
      </w:r>
    </w:p>
    <w:p>
      <w:r>
        <w:rPr>
          <w:rFonts w:ascii="Georgia" w:hAnsi="Georgia" w:eastAsia="Georgia"/>
          <w:sz w:val="23"/>
        </w:rPr>
        <w:t>“I am eating.”</w:t>
      </w:r>
    </w:p>
    <w:p>
      <w:r>
        <w:rPr>
          <w:rFonts w:ascii="Georgia" w:hAnsi="Georgia" w:eastAsia="Georgia"/>
          <w:sz w:val="23"/>
        </w:rPr>
        <w:t>“You eat and argue.”</w:t>
      </w:r>
    </w:p>
    <w:p>
      <w:r>
        <w:rPr>
          <w:rFonts w:ascii="Georgia" w:hAnsi="Georgia" w:eastAsia="Georgia"/>
          <w:sz w:val="23"/>
        </w:rPr>
        <w:t>“Not always.”</w:t>
      </w:r>
    </w:p>
    <w:p>
      <w:r>
        <w:rPr>
          <w:rFonts w:ascii="Georgia" w:hAnsi="Georgia" w:eastAsia="Georgia"/>
          <w:sz w:val="23"/>
        </w:rPr>
        <w:t>“Frequently enough to be a baseline.”</w:t>
      </w:r>
    </w:p>
    <w:p>
      <w:r>
        <w:rPr>
          <w:rFonts w:ascii="Georgia" w:hAnsi="Georgia" w:eastAsia="Georgia"/>
          <w:sz w:val="23"/>
        </w:rPr>
        <w:t>I looked through the glass at Arden reviewing the migration manifests.</w:t>
      </w:r>
    </w:p>
    <w:p>
      <w:r>
        <w:rPr>
          <w:rFonts w:ascii="Georgia" w:hAnsi="Georgia" w:eastAsia="Georgia"/>
          <w:sz w:val="23"/>
        </w:rPr>
        <w:t>Anel had gone downstairs to take a call.</w:t>
      </w:r>
    </w:p>
    <w:p>
      <w:r>
        <w:rPr>
          <w:rFonts w:ascii="Georgia" w:hAnsi="Georgia" w:eastAsia="Georgia"/>
          <w:sz w:val="23"/>
        </w:rPr>
        <w:t>Beren was speaking with Dera in another room.</w:t>
      </w:r>
    </w:p>
    <w:p>
      <w:r>
        <w:rPr>
          <w:rFonts w:ascii="Georgia" w:hAnsi="Georgia" w:eastAsia="Georgia"/>
          <w:sz w:val="23"/>
        </w:rPr>
        <w:t>“I wrote a negative boundary,” I said.</w:t>
      </w:r>
    </w:p>
    <w:p>
      <w:r>
        <w:rPr>
          <w:rFonts w:ascii="Georgia" w:hAnsi="Georgia" w:eastAsia="Georgia"/>
          <w:sz w:val="23"/>
        </w:rPr>
        <w:t>Miren waited.</w:t>
      </w:r>
    </w:p>
    <w:p>
      <w:r>
        <w:rPr>
          <w:rFonts w:ascii="Georgia" w:hAnsi="Georgia" w:eastAsia="Georgia"/>
          <w:sz w:val="23"/>
        </w:rPr>
        <w:t>“Preservation is not continuation. Correct. But I treated that as sufficient because I was trying to stop the wrong inference.”</w:t>
      </w:r>
    </w:p>
    <w:p>
      <w:r>
        <w:rPr>
          <w:rFonts w:ascii="Georgia" w:hAnsi="Georgia" w:eastAsia="Georgia"/>
          <w:sz w:val="23"/>
        </w:rPr>
        <w:t>“Also correct.”</w:t>
      </w:r>
    </w:p>
    <w:p>
      <w:r>
        <w:rPr>
          <w:rFonts w:ascii="Georgia" w:hAnsi="Georgia" w:eastAsia="Georgia"/>
          <w:sz w:val="23"/>
        </w:rPr>
        <w:t>“It did not say what preservation had to accomplish.”</w:t>
      </w:r>
    </w:p>
    <w:p>
      <w:r>
        <w:rPr>
          <w:rFonts w:ascii="Georgia" w:hAnsi="Georgia" w:eastAsia="Georgia"/>
          <w:sz w:val="23"/>
        </w:rPr>
        <w:t>“Because you did not know.”</w:t>
      </w:r>
    </w:p>
    <w:p>
      <w:r>
        <w:rPr>
          <w:rFonts w:ascii="Georgia" w:hAnsi="Georgia" w:eastAsia="Georgia"/>
          <w:sz w:val="23"/>
        </w:rPr>
        <w:t>“I could have known there were multiple preservation targets.”</w:t>
      </w:r>
    </w:p>
    <w:p>
      <w:r>
        <w:rPr>
          <w:rFonts w:ascii="Georgia" w:hAnsi="Georgia" w:eastAsia="Georgia"/>
          <w:sz w:val="23"/>
        </w:rPr>
        <w:t>“Could you?”</w:t>
      </w:r>
    </w:p>
    <w:p>
      <w:r>
        <w:rPr>
          <w:rFonts w:ascii="Georgia" w:hAnsi="Georgia" w:eastAsia="Georgia"/>
          <w:sz w:val="23"/>
        </w:rPr>
        <w:t>“Yes.”</w:t>
      </w:r>
    </w:p>
    <w:p>
      <w:r>
        <w:rPr>
          <w:rFonts w:ascii="Georgia" w:hAnsi="Georgia" w:eastAsia="Georgia"/>
          <w:sz w:val="23"/>
        </w:rPr>
        <w:t>“Before Arden’s notice?”</w:t>
      </w:r>
    </w:p>
    <w:p>
      <w:r>
        <w:rPr>
          <w:rFonts w:ascii="Georgia" w:hAnsi="Georgia" w:eastAsia="Georgia"/>
          <w:sz w:val="23"/>
        </w:rPr>
        <w:t>I stopped.</w:t>
      </w:r>
    </w:p>
    <w:p>
      <w:r>
        <w:rPr>
          <w:rFonts w:ascii="Georgia" w:hAnsi="Georgia" w:eastAsia="Georgia"/>
          <w:sz w:val="23"/>
        </w:rPr>
        <w:t>She opened her food.</w:t>
      </w:r>
    </w:p>
    <w:p>
      <w:r>
        <w:rPr>
          <w:rFonts w:ascii="Georgia" w:hAnsi="Georgia" w:eastAsia="Georgia"/>
          <w:sz w:val="23"/>
        </w:rPr>
        <w:t>“That is not mercy,” she said. “I am asking whether you are converting a discovered distinction into a prior obligation.”</w:t>
      </w:r>
    </w:p>
    <w:p>
      <w:r>
        <w:rPr>
          <w:rFonts w:ascii="Georgia" w:hAnsi="Georgia" w:eastAsia="Georgia"/>
          <w:sz w:val="23"/>
        </w:rPr>
        <w:t>I considered.</w:t>
      </w:r>
    </w:p>
    <w:p>
      <w:r>
        <w:rPr>
          <w:rFonts w:ascii="Georgia" w:hAnsi="Georgia" w:eastAsia="Georgia"/>
          <w:sz w:val="23"/>
        </w:rPr>
        <w:t>“Partly.”</w:t>
      </w:r>
    </w:p>
    <w:p>
      <w:r>
        <w:rPr>
          <w:rFonts w:ascii="Georgia" w:hAnsi="Georgia" w:eastAsia="Georgia"/>
          <w:sz w:val="23"/>
        </w:rPr>
        <w:t>“Then don’t.”</w:t>
      </w:r>
    </w:p>
    <w:p>
      <w:r>
        <w:rPr>
          <w:rFonts w:ascii="Georgia" w:hAnsi="Georgia" w:eastAsia="Georgia"/>
          <w:sz w:val="23"/>
        </w:rPr>
        <w:t>“The contract still needed a preservation class.”</w:t>
      </w:r>
    </w:p>
    <w:p>
      <w:r>
        <w:rPr>
          <w:rFonts w:ascii="Georgia" w:hAnsi="Georgia" w:eastAsia="Georgia"/>
          <w:sz w:val="23"/>
        </w:rPr>
        <w:t>“Yes.”</w:t>
      </w:r>
    </w:p>
    <w:p>
      <w:r>
        <w:rPr>
          <w:rFonts w:ascii="Georgia" w:hAnsi="Georgia" w:eastAsia="Georgia"/>
          <w:sz w:val="23"/>
        </w:rPr>
        <w:t>“We missed it.”</w:t>
      </w:r>
    </w:p>
    <w:p>
      <w:r>
        <w:rPr>
          <w:rFonts w:ascii="Georgia" w:hAnsi="Georgia" w:eastAsia="Georgia"/>
          <w:sz w:val="23"/>
        </w:rPr>
        <w:t>“Yes.”</w:t>
      </w:r>
    </w:p>
    <w:p>
      <w:r>
        <w:rPr>
          <w:rFonts w:ascii="Georgia" w:hAnsi="Georgia" w:eastAsia="Georgia"/>
          <w:sz w:val="23"/>
        </w:rPr>
        <w:t>No absolution.</w:t>
      </w:r>
    </w:p>
    <w:p>
      <w:r>
        <w:rPr>
          <w:rFonts w:ascii="Georgia" w:hAnsi="Georgia" w:eastAsia="Georgia"/>
          <w:sz w:val="23"/>
        </w:rPr>
        <w:t>No invented negligence.</w:t>
      </w:r>
    </w:p>
    <w:p>
      <w:r>
        <w:rPr>
          <w:rFonts w:ascii="Georgia" w:hAnsi="Georgia" w:eastAsia="Georgia"/>
          <w:sz w:val="23"/>
        </w:rPr>
        <w:t>A missing distinction was still missing.</w:t>
      </w:r>
    </w:p>
    <w:p>
      <w:r>
        <w:rPr>
          <w:rFonts w:ascii="Georgia" w:hAnsi="Georgia" w:eastAsia="Georgia"/>
          <w:sz w:val="23"/>
        </w:rPr>
        <w:t>“There is another problem,” I said.</w:t>
      </w:r>
    </w:p>
    <w:p>
      <w:r>
        <w:rPr>
          <w:rFonts w:ascii="Georgia" w:hAnsi="Georgia" w:eastAsia="Georgia"/>
          <w:sz w:val="23"/>
        </w:rPr>
        <w:t>“There is always another problem.”</w:t>
      </w:r>
    </w:p>
    <w:p>
      <w:r>
        <w:rPr>
          <w:rFonts w:ascii="Georgia" w:hAnsi="Georgia" w:eastAsia="Georgia"/>
          <w:sz w:val="23"/>
        </w:rPr>
        <w:t>“If Class A preserves only bytes and Class C preserves behavior, Class B claims a middle state called readability.”</w:t>
      </w:r>
    </w:p>
    <w:p>
      <w:r>
        <w:rPr>
          <w:rFonts w:ascii="Georgia" w:hAnsi="Georgia" w:eastAsia="Georgia"/>
          <w:sz w:val="23"/>
        </w:rPr>
        <w:t>“Yes.”</w:t>
      </w:r>
    </w:p>
    <w:p>
      <w:r>
        <w:rPr>
          <w:rFonts w:ascii="Georgia" w:hAnsi="Georgia" w:eastAsia="Georgia"/>
          <w:sz w:val="23"/>
        </w:rPr>
        <w:t>“Readable by what ontology?”</w:t>
      </w:r>
    </w:p>
    <w:p>
      <w:r>
        <w:rPr>
          <w:rFonts w:ascii="Georgia" w:hAnsi="Georgia" w:eastAsia="Georgia"/>
          <w:sz w:val="23"/>
        </w:rPr>
        <w:t>Miren put down her fork.</w:t>
      </w:r>
    </w:p>
    <w:p>
      <w:r>
        <w:rPr>
          <w:rFonts w:ascii="Georgia" w:hAnsi="Georgia" w:eastAsia="Georgia"/>
          <w:sz w:val="23"/>
        </w:rPr>
        <w:t>“There you are.”</w:t>
      </w:r>
    </w:p>
    <w:p>
      <w:r>
        <w:rPr>
          <w:rFonts w:ascii="Georgia" w:hAnsi="Georgia" w:eastAsia="Georgia"/>
          <w:sz w:val="23"/>
        </w:rPr>
        <w:t>“What?”</w:t>
      </w:r>
    </w:p>
    <w:p>
      <w:r>
        <w:rPr>
          <w:rFonts w:ascii="Georgia" w:hAnsi="Georgia" w:eastAsia="Georgia"/>
          <w:sz w:val="23"/>
        </w:rPr>
        <w:t>“You found a way to make lunch worse.”</w:t>
      </w:r>
    </w:p>
    <w:p>
      <w:r>
        <w:rPr>
          <w:rFonts w:ascii="Georgia" w:hAnsi="Georgia" w:eastAsia="Georgia"/>
          <w:sz w:val="23"/>
        </w:rPr>
        <w:t>She was right.</w:t>
      </w:r>
    </w:p>
    <w:p>
      <w:pPr>
        <w:spacing w:before="80" w:after="80"/>
        <w:jc w:val="center"/>
      </w:pPr>
      <w:r>
        <w:rPr>
          <w:rFonts w:ascii="Georgia" w:hAnsi="Georgia" w:eastAsia="Georgia"/>
          <w:sz w:val="23"/>
        </w:rPr>
        <w:t>§</w:t>
      </w:r>
    </w:p>
    <w:p>
      <w:r>
        <w:rPr>
          <w:rFonts w:ascii="Georgia" w:hAnsi="Georgia" w:eastAsia="Georgia"/>
          <w:sz w:val="23"/>
        </w:rPr>
        <w:t>At 1251 Arden showed us the semantic migration map.</w:t>
      </w:r>
    </w:p>
    <w:p>
      <w:r>
        <w:rPr>
          <w:rFonts w:ascii="Georgia" w:hAnsi="Georgia" w:eastAsia="Georgia"/>
          <w:sz w:val="23"/>
        </w:rPr>
        <w:t>No decryption yet.</w:t>
      </w:r>
    </w:p>
    <w:p>
      <w:r>
        <w:rPr>
          <w:rFonts w:ascii="Georgia" w:hAnsi="Georgia" w:eastAsia="Georgia"/>
          <w:sz w:val="23"/>
        </w:rPr>
        <w:t>Only the converter specification.</w:t>
      </w:r>
    </w:p>
    <w:p>
      <w:r>
        <w:rPr>
          <w:rFonts w:ascii="Georgia" w:hAnsi="Georgia" w:eastAsia="Georgia"/>
          <w:sz w:val="23"/>
        </w:rPr>
        <w:t>Old field:</w:t>
      </w:r>
    </w:p>
    <w:p>
      <w:r>
        <w:rPr>
          <w:rFonts w:ascii="Georgia" w:hAnsi="Georgia" w:eastAsia="Georgia"/>
          <w:sz w:val="23"/>
        </w:rPr>
        <w:t>LONG_TERM_STABILITY_BIAS.</w:t>
      </w:r>
    </w:p>
    <w:p>
      <w:r>
        <w:rPr>
          <w:rFonts w:ascii="Georgia" w:hAnsi="Georgia" w:eastAsia="Georgia"/>
          <w:sz w:val="23"/>
        </w:rPr>
        <w:t>New fields:</w:t>
      </w:r>
    </w:p>
    <w:p>
      <w:r>
        <w:rPr>
          <w:rFonts w:ascii="Georgia" w:hAnsi="Georgia" w:eastAsia="Georgia"/>
          <w:sz w:val="23"/>
        </w:rPr>
        <w:t>ENVIRONMENTAL_ADAPTATION_PRIOR.</w:t>
      </w:r>
    </w:p>
    <w:p>
      <w:r>
        <w:rPr>
          <w:rFonts w:ascii="Georgia" w:hAnsi="Georgia" w:eastAsia="Georgia"/>
          <w:sz w:val="23"/>
        </w:rPr>
        <w:t>MULTI-SETTING_REFERENCE_HISTORY.</w:t>
      </w:r>
    </w:p>
    <w:p>
      <w:r>
        <w:rPr>
          <w:rFonts w:ascii="Georgia" w:hAnsi="Georgia" w:eastAsia="Georgia"/>
          <w:sz w:val="23"/>
        </w:rPr>
        <w:t>CARRIER-DEPENDENT SERVICE CONSTRAINTS.</w:t>
      </w:r>
    </w:p>
    <w:p>
      <w:r>
        <w:rPr>
          <w:rFonts w:ascii="Georgia" w:hAnsi="Georgia" w:eastAsia="Georgia"/>
          <w:sz w:val="23"/>
        </w:rPr>
        <w:t>The new archive representation was more explicit because current systems had learned distinctions older controllers did not store separately.</w:t>
      </w:r>
    </w:p>
    <w:p>
      <w:r>
        <w:rPr>
          <w:rFonts w:ascii="Georgia" w:hAnsi="Georgia" w:eastAsia="Georgia"/>
          <w:sz w:val="23"/>
        </w:rPr>
        <w:t>That did not mean the old profile contained three independent things.</w:t>
      </w:r>
    </w:p>
    <w:p>
      <w:r>
        <w:rPr>
          <w:rFonts w:ascii="Georgia" w:hAnsi="Georgia" w:eastAsia="Georgia"/>
          <w:sz w:val="23"/>
        </w:rPr>
        <w:t>It meant the converter had to decide how one old field mapped into three new categories.</w:t>
      </w:r>
    </w:p>
    <w:p>
      <w:r>
        <w:rPr>
          <w:rFonts w:ascii="Georgia" w:hAnsi="Georgia" w:eastAsia="Georgia"/>
          <w:sz w:val="23"/>
        </w:rPr>
        <w:t>“Based on what?” I asked.</w:t>
      </w:r>
    </w:p>
    <w:p>
      <w:r>
        <w:rPr>
          <w:rFonts w:ascii="Georgia" w:hAnsi="Georgia" w:eastAsia="Georgia"/>
          <w:sz w:val="23"/>
        </w:rPr>
        <w:t>“Source generation documentation, controller code audit, service annotations, and migration tests from archived non-private profiles,” Arden said.</w:t>
      </w:r>
    </w:p>
    <w:p>
      <w:r>
        <w:rPr>
          <w:rFonts w:ascii="Georgia" w:hAnsi="Georgia" w:eastAsia="Georgia"/>
          <w:sz w:val="23"/>
        </w:rPr>
        <w:t>“Confidence?”</w:t>
      </w:r>
    </w:p>
    <w:p>
      <w:r>
        <w:rPr>
          <w:rFonts w:ascii="Georgia" w:hAnsi="Georgia" w:eastAsia="Georgia"/>
          <w:sz w:val="23"/>
        </w:rPr>
        <w:t>“High for standard profiles. Lower for long-running households with repeated hardware migration.”</w:t>
      </w:r>
    </w:p>
    <w:p>
      <w:r>
        <w:rPr>
          <w:rFonts w:ascii="Georgia" w:hAnsi="Georgia" w:eastAsia="Georgia"/>
          <w:sz w:val="23"/>
        </w:rPr>
        <w:t>“Like this one.”</w:t>
      </w:r>
    </w:p>
    <w:p>
      <w:r>
        <w:rPr>
          <w:rFonts w:ascii="Georgia" w:hAnsi="Georgia" w:eastAsia="Georgia"/>
          <w:sz w:val="23"/>
        </w:rPr>
        <w:t>“Yes.”</w:t>
      </w:r>
    </w:p>
    <w:p>
      <w:r>
        <w:rPr>
          <w:rFonts w:ascii="Georgia" w:hAnsi="Georgia" w:eastAsia="Georgia"/>
          <w:sz w:val="23"/>
        </w:rPr>
        <w:t>Beren looked at the map.</w:t>
      </w:r>
    </w:p>
    <w:p>
      <w:r>
        <w:rPr>
          <w:rFonts w:ascii="Georgia" w:hAnsi="Georgia" w:eastAsia="Georgia"/>
          <w:sz w:val="23"/>
        </w:rPr>
        <w:t>“If you convert it, the new archive will say multi-setting reference history even though the old controller never used that category.”</w:t>
      </w:r>
    </w:p>
    <w:p>
      <w:r>
        <w:rPr>
          <w:rFonts w:ascii="Georgia" w:hAnsi="Georgia" w:eastAsia="Georgia"/>
          <w:sz w:val="23"/>
        </w:rPr>
        <w:t>“Correct. The field is marked derived from legacy state.”</w:t>
      </w:r>
    </w:p>
    <w:p>
      <w:r>
        <w:rPr>
          <w:rFonts w:ascii="Georgia" w:hAnsi="Georgia" w:eastAsia="Georgia"/>
          <w:sz w:val="23"/>
        </w:rPr>
        <w:t>“Will future people see that?”</w:t>
      </w:r>
    </w:p>
    <w:p>
      <w:r>
        <w:rPr>
          <w:rFonts w:ascii="Georgia" w:hAnsi="Georgia" w:eastAsia="Georgia"/>
          <w:sz w:val="23"/>
        </w:rPr>
        <w:t>Arden opened the default view.</w:t>
      </w:r>
    </w:p>
    <w:p>
      <w:r>
        <w:rPr>
          <w:rFonts w:ascii="Georgia" w:hAnsi="Georgia" w:eastAsia="Georgia"/>
          <w:sz w:val="23"/>
        </w:rPr>
        <w:t>They would see:</w:t>
      </w:r>
    </w:p>
    <w:p>
      <w:r>
        <w:rPr>
          <w:rFonts w:ascii="Georgia" w:hAnsi="Georgia" w:eastAsia="Georgia"/>
          <w:sz w:val="23"/>
        </w:rPr>
        <w:t>MULTI-SETTING REFERENCE HISTORY: PRESENT.</w:t>
      </w:r>
    </w:p>
    <w:p>
      <w:r>
        <w:rPr>
          <w:rFonts w:ascii="Georgia" w:hAnsi="Georgia" w:eastAsia="Georgia"/>
          <w:sz w:val="23"/>
        </w:rPr>
        <w:t>A small provenance marker sat beside it.</w:t>
      </w:r>
    </w:p>
    <w:p>
      <w:r>
        <w:rPr>
          <w:rFonts w:ascii="Georgia" w:hAnsi="Georgia" w:eastAsia="Georgia"/>
          <w:sz w:val="23"/>
        </w:rPr>
        <w:t>Expanded view showed:</w:t>
      </w:r>
    </w:p>
    <w:p>
      <w:r>
        <w:rPr>
          <w:rFonts w:ascii="Georgia" w:hAnsi="Georgia" w:eastAsia="Georgia"/>
          <w:sz w:val="23"/>
        </w:rPr>
        <w:t>DERIVED DURING ARCHIVAL MIGRATION FROM LEGACY LONG_TERM_STABILITY_BIAS AND ASSOCIATED SERVICE STATE.</w:t>
      </w:r>
    </w:p>
    <w:p>
      <w:r>
        <w:rPr>
          <w:rFonts w:ascii="Georgia" w:hAnsi="Georgia" w:eastAsia="Georgia"/>
          <w:sz w:val="23"/>
        </w:rPr>
        <w:t>Anel said, “The small view lies.”</w:t>
      </w:r>
    </w:p>
    <w:p>
      <w:r>
        <w:rPr>
          <w:rFonts w:ascii="Georgia" w:hAnsi="Georgia" w:eastAsia="Georgia"/>
          <w:sz w:val="23"/>
        </w:rPr>
        <w:t>“It compresses.”</w:t>
      </w:r>
    </w:p>
    <w:p>
      <w:r>
        <w:rPr>
          <w:rFonts w:ascii="Georgia" w:hAnsi="Georgia" w:eastAsia="Georgia"/>
          <w:sz w:val="23"/>
        </w:rPr>
        <w:t>“It says present.”</w:t>
      </w:r>
    </w:p>
    <w:p>
      <w:r>
        <w:rPr>
          <w:rFonts w:ascii="Georgia" w:hAnsi="Georgia" w:eastAsia="Georgia"/>
          <w:sz w:val="23"/>
        </w:rPr>
        <w:t>“Because the migrated representation requires the category.”</w:t>
      </w:r>
    </w:p>
    <w:p>
      <w:r>
        <w:rPr>
          <w:rFonts w:ascii="Georgia" w:hAnsi="Georgia" w:eastAsia="Georgia"/>
          <w:sz w:val="23"/>
        </w:rPr>
        <w:t>“The old thing did not.”</w:t>
      </w:r>
    </w:p>
    <w:p>
      <w:r>
        <w:rPr>
          <w:rFonts w:ascii="Georgia" w:hAnsi="Georgia" w:eastAsia="Georgia"/>
          <w:sz w:val="23"/>
        </w:rPr>
        <w:t>I said, “Then the compact view should not present the derived category as if it were source-native.”</w:t>
      </w:r>
    </w:p>
    <w:p>
      <w:r>
        <w:rPr>
          <w:rFonts w:ascii="Georgia" w:hAnsi="Georgia" w:eastAsia="Georgia"/>
          <w:sz w:val="23"/>
        </w:rPr>
        <w:t>Arden nodded.</w:t>
      </w:r>
    </w:p>
    <w:p>
      <w:r>
        <w:rPr>
          <w:rFonts w:ascii="Georgia" w:hAnsi="Georgia" w:eastAsia="Georgia"/>
          <w:sz w:val="23"/>
        </w:rPr>
        <w:t>“I agree.”</w:t>
      </w:r>
    </w:p>
    <w:p>
      <w:r>
        <w:rPr>
          <w:rFonts w:ascii="Georgia" w:hAnsi="Georgia" w:eastAsia="Georgia"/>
          <w:sz w:val="23"/>
        </w:rPr>
        <w:t>Miren looked at me.</w:t>
      </w:r>
    </w:p>
    <w:p>
      <w:r>
        <w:rPr>
          <w:rFonts w:ascii="Georgia" w:hAnsi="Georgia" w:eastAsia="Georgia"/>
          <w:sz w:val="23"/>
        </w:rPr>
        <w:t>“Fast.”</w:t>
      </w:r>
    </w:p>
    <w:p>
      <w:r>
        <w:rPr>
          <w:rFonts w:ascii="Georgia" w:hAnsi="Georgia" w:eastAsia="Georgia"/>
          <w:sz w:val="23"/>
        </w:rPr>
        <w:t>“This one is familiar.”</w:t>
      </w:r>
    </w:p>
    <w:p>
      <w:r>
        <w:rPr>
          <w:rFonts w:ascii="Georgia" w:hAnsi="Georgia" w:eastAsia="Georgia"/>
          <w:sz w:val="23"/>
        </w:rPr>
        <w:t>Too familiar.</w:t>
      </w:r>
    </w:p>
    <w:p>
      <w:r>
        <w:rPr>
          <w:rFonts w:ascii="Georgia" w:hAnsi="Georgia" w:eastAsia="Georgia"/>
          <w:sz w:val="23"/>
        </w:rPr>
        <w:t>Meya Dorn had taught me the cost of a cleaner category.</w:t>
      </w:r>
    </w:p>
    <w:p>
      <w:r>
        <w:rPr>
          <w:rFonts w:ascii="Georgia" w:hAnsi="Georgia" w:eastAsia="Georgia"/>
          <w:sz w:val="23"/>
        </w:rPr>
        <w:t>Her hand had remained attached to her body while touch reported somewhere else. I had wanted the measurements to tell us which location was real. Meya had wanted to know where someone was about to touch her. We eventually built the reporting surface around both facts instead of converting one into the other.</w:t>
      </w:r>
    </w:p>
    <w:p>
      <w:r>
        <w:rPr>
          <w:rFonts w:ascii="Georgia" w:hAnsi="Georgia" w:eastAsia="Georgia"/>
          <w:sz w:val="23"/>
        </w:rPr>
        <w:t>The interface became harder to summarize and safer to use.</w:t>
      </w:r>
    </w:p>
    <w:p>
      <w:r>
        <w:rPr>
          <w:rFonts w:ascii="Georgia" w:hAnsi="Georgia" w:eastAsia="Georgia"/>
          <w:sz w:val="23"/>
        </w:rPr>
        <w:t>Meya was gone. The correction remained.</w:t>
      </w:r>
    </w:p>
    <w:p>
      <w:r>
        <w:rPr>
          <w:rFonts w:ascii="Georgia" w:hAnsi="Georgia" w:eastAsia="Georgia"/>
          <w:sz w:val="23"/>
        </w:rPr>
        <w:t>The archive was about to make the opposite mistake: turn one old field into three current truths because three current fields were easier to read.</w:t>
      </w:r>
    </w:p>
    <w:p>
      <w:r>
        <w:rPr>
          <w:rFonts w:ascii="Georgia" w:hAnsi="Georgia" w:eastAsia="Georgia"/>
          <w:sz w:val="23"/>
        </w:rPr>
        <w:t>The category had already outlived the room that produced it.</w:t>
      </w:r>
    </w:p>
    <w:p>
      <w:r>
        <w:rPr>
          <w:rFonts w:ascii="Georgia" w:hAnsi="Georgia" w:eastAsia="Georgia"/>
          <w:sz w:val="23"/>
        </w:rPr>
        <w:t>Its descendants would not necessarily carry the reason it had been created.</w:t>
      </w:r>
    </w:p>
    <w:p>
      <w:r>
        <w:rPr>
          <w:rFonts w:ascii="Georgia" w:hAnsi="Georgia" w:eastAsia="Georgia"/>
          <w:sz w:val="23"/>
        </w:rPr>
        <w:t>A future technician could open the migrated profile and believe Anel and Beren’s household had been explicitly classified for multi-setting reference history thirty-six years earlier.</w:t>
      </w:r>
    </w:p>
    <w:p>
      <w:r>
        <w:rPr>
          <w:rFonts w:ascii="Georgia" w:hAnsi="Georgia" w:eastAsia="Georgia"/>
          <w:sz w:val="23"/>
        </w:rPr>
        <w:t>It had not.</w:t>
      </w:r>
    </w:p>
    <w:p>
      <w:r>
        <w:rPr>
          <w:rFonts w:ascii="Georgia" w:hAnsi="Georgia" w:eastAsia="Georgia"/>
          <w:sz w:val="23"/>
        </w:rPr>
        <w:t>The archive could preserve content and modernize the lie into the interface.</w:t>
      </w:r>
    </w:p>
    <w:p>
      <w:r>
        <w:rPr>
          <w:rFonts w:ascii="Georgia" w:hAnsi="Georgia" w:eastAsia="Georgia"/>
          <w:sz w:val="23"/>
        </w:rPr>
        <w:t>Arden changed the proposed display rule.</w:t>
      </w:r>
    </w:p>
    <w:p>
      <w:r>
        <w:rPr>
          <w:rFonts w:ascii="Georgia" w:hAnsi="Georgia" w:eastAsia="Georgia"/>
          <w:sz w:val="23"/>
        </w:rPr>
        <w:t>LEGACY FIELD TRANSLATION — CURRENT CATEGORY INFERRED FOR ACCESS ONLY.</w:t>
      </w:r>
    </w:p>
    <w:p>
      <w:r>
        <w:rPr>
          <w:rFonts w:ascii="Georgia" w:hAnsi="Georgia" w:eastAsia="Georgia"/>
          <w:sz w:val="23"/>
        </w:rPr>
        <w:t>SOURCE DID NOT CONTAIN THIS CATEGORY.</w:t>
      </w:r>
    </w:p>
    <w:p>
      <w:r>
        <w:rPr>
          <w:rFonts w:ascii="Georgia" w:hAnsi="Georgia" w:eastAsia="Georgia"/>
          <w:sz w:val="23"/>
        </w:rPr>
        <w:t>Anel read it.</w:t>
      </w:r>
    </w:p>
    <w:p>
      <w:r>
        <w:rPr>
          <w:rFonts w:ascii="Georgia" w:hAnsi="Georgia" w:eastAsia="Georgia"/>
          <w:sz w:val="23"/>
        </w:rPr>
        <w:t>“Keep it.”</w:t>
      </w:r>
    </w:p>
    <w:p>
      <w:r>
        <w:rPr>
          <w:rFonts w:ascii="Georgia" w:hAnsi="Georgia" w:eastAsia="Georgia"/>
          <w:sz w:val="23"/>
        </w:rPr>
        <w:t>Beren asked, “Does that make Path Two safe?”</w:t>
      </w:r>
    </w:p>
    <w:p>
      <w:r>
        <w:rPr>
          <w:rFonts w:ascii="Georgia" w:hAnsi="Georgia" w:eastAsia="Georgia"/>
          <w:sz w:val="23"/>
        </w:rPr>
        <w:t>I said, “No.”</w:t>
      </w:r>
    </w:p>
    <w:p>
      <w:r>
        <w:rPr>
          <w:rFonts w:ascii="Georgia" w:hAnsi="Georgia" w:eastAsia="Georgia"/>
          <w:sz w:val="23"/>
        </w:rPr>
        <w:t>Arden said, “Safer.”</w:t>
      </w:r>
    </w:p>
    <w:p>
      <w:r>
        <w:rPr>
          <w:rFonts w:ascii="Georgia" w:hAnsi="Georgia" w:eastAsia="Georgia"/>
          <w:sz w:val="23"/>
        </w:rPr>
        <w:t>We looked at each other.</w:t>
      </w:r>
    </w:p>
    <w:p>
      <w:r>
        <w:rPr>
          <w:rFonts w:ascii="Georgia" w:hAnsi="Georgia" w:eastAsia="Georgia"/>
          <w:sz w:val="23"/>
        </w:rPr>
        <w:t>Safer was the more accurate answer.</w:t>
      </w:r>
    </w:p>
    <w:p>
      <w:pPr>
        <w:spacing w:before="80" w:after="80"/>
        <w:jc w:val="center"/>
      </w:pPr>
      <w:r>
        <w:rPr>
          <w:rFonts w:ascii="Georgia" w:hAnsi="Georgia" w:eastAsia="Georgia"/>
          <w:sz w:val="23"/>
        </w:rPr>
        <w:t>§</w:t>
      </w:r>
    </w:p>
    <w:p>
      <w:r>
        <w:rPr>
          <w:rFonts w:ascii="Georgia" w:hAnsi="Georgia" w:eastAsia="Georgia"/>
          <w:sz w:val="23"/>
        </w:rPr>
        <w:t>We still had not opened the profile.</w:t>
      </w:r>
    </w:p>
    <w:p>
      <w:r>
        <w:rPr>
          <w:rFonts w:ascii="Georgia" w:hAnsi="Georgia" w:eastAsia="Georgia"/>
          <w:sz w:val="23"/>
        </w:rPr>
        <w:t>Everything so far concerned what the archive might do.</w:t>
      </w:r>
    </w:p>
    <w:p>
      <w:r>
        <w:rPr>
          <w:rFonts w:ascii="Georgia" w:hAnsi="Georgia" w:eastAsia="Georgia"/>
          <w:sz w:val="23"/>
        </w:rPr>
        <w:t>No preserved household state had been decrypted, migrated, or executed.</w:t>
      </w:r>
    </w:p>
    <w:p>
      <w:r>
        <w:rPr>
          <w:rFonts w:ascii="Georgia" w:hAnsi="Georgia" w:eastAsia="Georgia"/>
          <w:sz w:val="23"/>
        </w:rPr>
        <w:t>At 1336 Dera proposed a fourth path.</w:t>
      </w:r>
    </w:p>
    <w:p>
      <w:r>
        <w:rPr>
          <w:rFonts w:ascii="Georgia" w:hAnsi="Georgia" w:eastAsia="Georgia"/>
          <w:sz w:val="23"/>
        </w:rPr>
        <w:t>PATH FOUR: PRESERVE SOURCE + PRESERVE INTERPRETER.</w:t>
      </w:r>
    </w:p>
    <w:p>
      <w:r>
        <w:rPr>
          <w:rFonts w:ascii="Georgia" w:hAnsi="Georgia" w:eastAsia="Georgia"/>
          <w:sz w:val="23"/>
        </w:rPr>
        <w:t>Do not migrate profile content.</w:t>
      </w:r>
    </w:p>
    <w:p>
      <w:r>
        <w:rPr>
          <w:rFonts w:ascii="Georgia" w:hAnsi="Georgia" w:eastAsia="Georgia"/>
          <w:sz w:val="23"/>
        </w:rPr>
        <w:t>Preserve the current legacy execution environment as a sealed dependency package.</w:t>
      </w:r>
    </w:p>
    <w:p>
      <w:r>
        <w:rPr>
          <w:rFonts w:ascii="Georgia" w:hAnsi="Georgia" w:eastAsia="Georgia"/>
          <w:sz w:val="23"/>
        </w:rPr>
        <w:t>No routine execution.</w:t>
      </w:r>
    </w:p>
    <w:p>
      <w:r>
        <w:rPr>
          <w:rFonts w:ascii="Georgia" w:hAnsi="Georgia" w:eastAsia="Georgia"/>
          <w:sz w:val="23"/>
        </w:rPr>
        <w:t>No semantic translation.</w:t>
      </w:r>
    </w:p>
    <w:p>
      <w:r>
        <w:rPr>
          <w:rFonts w:ascii="Georgia" w:hAnsi="Georgia" w:eastAsia="Georgia"/>
          <w:sz w:val="23"/>
        </w:rPr>
        <w:t>Future access requires joint authority and a compatible isolation platform.</w:t>
      </w:r>
    </w:p>
    <w:p>
      <w:r>
        <w:rPr>
          <w:rFonts w:ascii="Georgia" w:hAnsi="Georgia" w:eastAsia="Georgia"/>
          <w:sz w:val="23"/>
        </w:rPr>
        <w:t>“That is Class C without running it,” Anel said.</w:t>
      </w:r>
    </w:p>
    <w:p>
      <w:r>
        <w:rPr>
          <w:rFonts w:ascii="Georgia" w:hAnsi="Georgia" w:eastAsia="Georgia"/>
          <w:sz w:val="23"/>
        </w:rPr>
        <w:t>Arden shook their head.</w:t>
      </w:r>
    </w:p>
    <w:p>
      <w:r>
        <w:rPr>
          <w:rFonts w:ascii="Georgia" w:hAnsi="Georgia" w:eastAsia="Georgia"/>
          <w:sz w:val="23"/>
        </w:rPr>
        <w:t>“It preserves the capacity for future execution. It does not certify that future execution will behave correctly.”</w:t>
      </w:r>
    </w:p>
    <w:p>
      <w:r>
        <w:rPr>
          <w:rFonts w:ascii="Georgia" w:hAnsi="Georgia" w:eastAsia="Georgia"/>
          <w:sz w:val="23"/>
        </w:rPr>
        <w:t>“That is what I am refusing.”</w:t>
      </w:r>
    </w:p>
    <w:p>
      <w:r>
        <w:rPr>
          <w:rFonts w:ascii="Georgia" w:hAnsi="Georgia" w:eastAsia="Georgia"/>
          <w:sz w:val="23"/>
        </w:rPr>
        <w:t>Beren said nothing.</w:t>
      </w:r>
    </w:p>
    <w:p>
      <w:r>
        <w:rPr>
          <w:rFonts w:ascii="Georgia" w:hAnsi="Georgia" w:eastAsia="Georgia"/>
          <w:sz w:val="23"/>
        </w:rPr>
        <w:t>Dera asked Anel, “Are you refusing actual execution, or preservation of the ability to execute?”</w:t>
      </w:r>
    </w:p>
    <w:p>
      <w:r>
        <w:rPr>
          <w:rFonts w:ascii="Georgia" w:hAnsi="Georgia" w:eastAsia="Georgia"/>
          <w:sz w:val="23"/>
        </w:rPr>
        <w:t>“Both.”</w:t>
      </w:r>
    </w:p>
    <w:p>
      <w:r>
        <w:rPr>
          <w:rFonts w:ascii="Georgia" w:hAnsi="Georgia" w:eastAsia="Georgia"/>
          <w:sz w:val="23"/>
        </w:rPr>
        <w:t>“Then Path Four is out.”</w:t>
      </w:r>
    </w:p>
    <w:p>
      <w:r>
        <w:rPr>
          <w:rFonts w:ascii="Georgia" w:hAnsi="Georgia" w:eastAsia="Georgia"/>
          <w:sz w:val="23"/>
        </w:rPr>
        <w:t>Beren leaned back.</w:t>
      </w:r>
    </w:p>
    <w:p>
      <w:r>
        <w:rPr>
          <w:rFonts w:ascii="Georgia" w:hAnsi="Georgia" w:eastAsia="Georgia"/>
          <w:sz w:val="23"/>
        </w:rPr>
        <w:t>His external balance aid adjusted once behind the left ear.</w:t>
      </w:r>
    </w:p>
    <w:p>
      <w:r>
        <w:rPr>
          <w:rFonts w:ascii="Georgia" w:hAnsi="Georgia" w:eastAsia="Georgia"/>
          <w:sz w:val="23"/>
        </w:rPr>
        <w:t>I heard the actuator.</w:t>
      </w:r>
    </w:p>
    <w:p>
      <w:r>
        <w:rPr>
          <w:rFonts w:ascii="Georgia" w:hAnsi="Georgia" w:eastAsia="Georgia"/>
          <w:sz w:val="23"/>
        </w:rPr>
        <w:t>Miren did too.</w:t>
      </w:r>
    </w:p>
    <w:p>
      <w:r>
        <w:rPr>
          <w:rFonts w:ascii="Georgia" w:hAnsi="Georgia" w:eastAsia="Georgia"/>
          <w:sz w:val="23"/>
        </w:rPr>
        <w:t>“How are you?” she asked.</w:t>
      </w:r>
    </w:p>
    <w:p>
      <w:r>
        <w:rPr>
          <w:rFonts w:ascii="Georgia" w:hAnsi="Georgia" w:eastAsia="Georgia"/>
          <w:sz w:val="23"/>
        </w:rPr>
        <w:t>“Fine.”</w:t>
      </w:r>
    </w:p>
    <w:p>
      <w:r>
        <w:rPr>
          <w:rFonts w:ascii="Georgia" w:hAnsi="Georgia" w:eastAsia="Georgia"/>
          <w:sz w:val="23"/>
        </w:rPr>
        <w:t>“Fine is not a measurement.”</w:t>
      </w:r>
    </w:p>
    <w:p>
      <w:r>
        <w:rPr>
          <w:rFonts w:ascii="Georgia" w:hAnsi="Georgia" w:eastAsia="Georgia"/>
          <w:sz w:val="23"/>
        </w:rPr>
        <w:t>“Mild left pull since lunch. New apartment is still settling.”</w:t>
      </w:r>
    </w:p>
    <w:p>
      <w:r>
        <w:rPr>
          <w:rFonts w:ascii="Georgia" w:hAnsi="Georgia" w:eastAsia="Georgia"/>
          <w:sz w:val="23"/>
        </w:rPr>
        <w:t>“Nausea?”</w:t>
      </w:r>
    </w:p>
    <w:p>
      <w:r>
        <w:rPr>
          <w:rFonts w:ascii="Georgia" w:hAnsi="Georgia" w:eastAsia="Georgia"/>
          <w:sz w:val="23"/>
        </w:rPr>
        <w:t>“No.”</w:t>
      </w:r>
    </w:p>
    <w:p>
      <w:r>
        <w:rPr>
          <w:rFonts w:ascii="Georgia" w:hAnsi="Georgia" w:eastAsia="Georgia"/>
          <w:sz w:val="23"/>
        </w:rPr>
        <w:t>“Do you want a break?”</w:t>
      </w:r>
    </w:p>
    <w:p>
      <w:r>
        <w:rPr>
          <w:rFonts w:ascii="Georgia" w:hAnsi="Georgia" w:eastAsia="Georgia"/>
          <w:sz w:val="23"/>
        </w:rPr>
        <w:t>“No.”</w:t>
      </w:r>
    </w:p>
    <w:p>
      <w:r>
        <w:rPr>
          <w:rFonts w:ascii="Georgia" w:hAnsi="Georgia" w:eastAsia="Georgia"/>
          <w:sz w:val="23"/>
        </w:rPr>
        <w:t>Anel watched him.</w:t>
      </w:r>
    </w:p>
    <w:p>
      <w:r>
        <w:rPr>
          <w:rFonts w:ascii="Georgia" w:hAnsi="Georgia" w:eastAsia="Georgia"/>
          <w:sz w:val="23"/>
        </w:rPr>
        <w:t>Then looked away.</w:t>
      </w:r>
    </w:p>
    <w:p>
      <w:r>
        <w:rPr>
          <w:rFonts w:ascii="Georgia" w:hAnsi="Georgia" w:eastAsia="Georgia"/>
          <w:sz w:val="23"/>
        </w:rPr>
        <w:t>The cost existed without becoming leverage.</w:t>
      </w:r>
    </w:p>
    <w:p>
      <w:r>
        <w:rPr>
          <w:rFonts w:ascii="Georgia" w:hAnsi="Georgia" w:eastAsia="Georgia"/>
          <w:sz w:val="23"/>
        </w:rPr>
        <w:t>Beren asked Arden, “If we choose Path One, can I change my mind later?”</w:t>
      </w:r>
    </w:p>
    <w:p>
      <w:r>
        <w:rPr>
          <w:rFonts w:ascii="Georgia" w:hAnsi="Georgia" w:eastAsia="Georgia"/>
          <w:sz w:val="23"/>
        </w:rPr>
        <w:t>“Only with Anel’s joint authorization while both of you retain authority. After succession, whatever rule applies then.”</w:t>
      </w:r>
    </w:p>
    <w:p>
      <w:r>
        <w:rPr>
          <w:rFonts w:ascii="Georgia" w:hAnsi="Georgia" w:eastAsia="Georgia"/>
          <w:sz w:val="23"/>
        </w:rPr>
        <w:t>“If we choose Path Two now?”</w:t>
      </w:r>
    </w:p>
    <w:p>
      <w:r>
        <w:rPr>
          <w:rFonts w:ascii="Georgia" w:hAnsi="Georgia" w:eastAsia="Georgia"/>
          <w:sz w:val="23"/>
        </w:rPr>
        <w:t>“The migrated readable derivative would exist under the same joint seal. The source remains unchanged.”</w:t>
      </w:r>
    </w:p>
    <w:p>
      <w:r>
        <w:rPr>
          <w:rFonts w:ascii="Georgia" w:hAnsi="Georgia" w:eastAsia="Georgia"/>
          <w:sz w:val="23"/>
        </w:rPr>
        <w:t>“Could she later require destruction of the derivative?”</w:t>
      </w:r>
    </w:p>
    <w:p>
      <w:r>
        <w:rPr>
          <w:rFonts w:ascii="Georgia" w:hAnsi="Georgia" w:eastAsia="Georgia"/>
          <w:sz w:val="23"/>
        </w:rPr>
        <w:t>Dera answered.</w:t>
      </w:r>
    </w:p>
    <w:p>
      <w:r>
        <w:rPr>
          <w:rFonts w:ascii="Georgia" w:hAnsi="Georgia" w:eastAsia="Georgia"/>
          <w:sz w:val="23"/>
        </w:rPr>
        <w:t>“Not unilaterally unless the contract is amended now to grant that right.”</w:t>
      </w:r>
    </w:p>
    <w:p>
      <w:r>
        <w:rPr>
          <w:rFonts w:ascii="Georgia" w:hAnsi="Georgia" w:eastAsia="Georgia"/>
          <w:sz w:val="23"/>
        </w:rPr>
        <w:t>Anel looked at Beren.</w:t>
      </w:r>
    </w:p>
    <w:p>
      <w:r>
        <w:rPr>
          <w:rFonts w:ascii="Georgia" w:hAnsi="Georgia" w:eastAsia="Georgia"/>
          <w:sz w:val="23"/>
        </w:rPr>
        <w:t>“So if I agree to migration, I cannot take it back.”</w:t>
      </w:r>
    </w:p>
    <w:p>
      <w:r>
        <w:rPr>
          <w:rFonts w:ascii="Georgia" w:hAnsi="Georgia" w:eastAsia="Georgia"/>
          <w:sz w:val="23"/>
        </w:rPr>
        <w:t>“You can refuse access later.”</w:t>
      </w:r>
    </w:p>
    <w:p>
      <w:r>
        <w:rPr>
          <w:rFonts w:ascii="Georgia" w:hAnsi="Georgia" w:eastAsia="Georgia"/>
          <w:sz w:val="23"/>
        </w:rPr>
        <w:t>“Refusing access later does not undo permission now.”</w:t>
      </w:r>
    </w:p>
    <w:p>
      <w:r>
        <w:rPr>
          <w:rFonts w:ascii="Georgia" w:hAnsi="Georgia" w:eastAsia="Georgia"/>
          <w:sz w:val="23"/>
        </w:rPr>
        <w:t>No one argued.</w:t>
      </w:r>
    </w:p>
    <w:p>
      <w:r>
        <w:rPr>
          <w:rFonts w:ascii="Georgia" w:hAnsi="Georgia" w:eastAsia="Georgia"/>
          <w:sz w:val="23"/>
        </w:rPr>
        <w:t>Separation had taught us that refusing continuation was not erasure.</w:t>
      </w:r>
    </w:p>
    <w:p>
      <w:r>
        <w:rPr>
          <w:rFonts w:ascii="Georgia" w:hAnsi="Georgia" w:eastAsia="Georgia"/>
          <w:sz w:val="23"/>
        </w:rPr>
        <w:t>Preservation was teaching the inverse.</w:t>
      </w:r>
    </w:p>
    <w:p>
      <w:r>
        <w:rPr>
          <w:rFonts w:ascii="Georgia" w:hAnsi="Georgia" w:eastAsia="Georgia"/>
          <w:sz w:val="23"/>
        </w:rPr>
        <w:t>Creating a future option was itself an irreversible act even if nobody exercised it.</w:t>
      </w:r>
    </w:p>
    <w:p>
      <w:r>
        <w:rPr>
          <w:rFonts w:ascii="Georgia" w:hAnsi="Georgia" w:eastAsia="Georgia"/>
          <w:sz w:val="23"/>
        </w:rPr>
        <w:t>I wrote that sentence.</w:t>
      </w:r>
    </w:p>
    <w:p>
      <w:r>
        <w:rPr>
          <w:rFonts w:ascii="Georgia" w:hAnsi="Georgia" w:eastAsia="Georgia"/>
          <w:sz w:val="23"/>
        </w:rPr>
        <w:t>Then crossed out irreversible.</w:t>
      </w:r>
    </w:p>
    <w:p>
      <w:r>
        <w:rPr>
          <w:rFonts w:ascii="Georgia" w:hAnsi="Georgia" w:eastAsia="Georgia"/>
          <w:sz w:val="23"/>
        </w:rPr>
        <w:t>The derivative could be destroyed.</w:t>
      </w:r>
    </w:p>
    <w:p>
      <w:r>
        <w:rPr>
          <w:rFonts w:ascii="Georgia" w:hAnsi="Georgia" w:eastAsia="Georgia"/>
          <w:sz w:val="23"/>
        </w:rPr>
        <w:t>The fact that it had existed could not.</w:t>
      </w:r>
    </w:p>
    <w:p>
      <w:r>
        <w:rPr>
          <w:rFonts w:ascii="Georgia" w:hAnsi="Georgia" w:eastAsia="Georgia"/>
          <w:sz w:val="23"/>
        </w:rPr>
        <w:t>Different problem.</w:t>
      </w:r>
    </w:p>
    <w:p>
      <w:r>
        <w:rPr>
          <w:rFonts w:ascii="Georgia" w:hAnsi="Georgia" w:eastAsia="Georgia"/>
          <w:sz w:val="23"/>
        </w:rPr>
        <w:t>I wrote instead:</w:t>
      </w:r>
    </w:p>
    <w:p>
      <w:r>
        <w:rPr>
          <w:rFonts w:ascii="Georgia" w:hAnsi="Georgia" w:eastAsia="Georgia"/>
          <w:sz w:val="23"/>
        </w:rPr>
        <w:t>CREATING A DERIVATIVE CHANGES THE HISTORY OF THE ARCHIVE EVEN IF THE DERIVATIVE IS NEVER USED.</w:t>
      </w:r>
    </w:p>
    <w:p>
      <w:r>
        <w:rPr>
          <w:rFonts w:ascii="Georgia" w:hAnsi="Georgia" w:eastAsia="Georgia"/>
          <w:sz w:val="23"/>
        </w:rPr>
        <w:t>Miren read the sentence with me.</w:t>
      </w:r>
    </w:p>
    <w:p>
      <w:r>
        <w:rPr>
          <w:rFonts w:ascii="Georgia" w:hAnsi="Georgia" w:eastAsia="Georgia"/>
          <w:sz w:val="23"/>
        </w:rPr>
        <w:t>“That is annoyingly obvious.”</w:t>
      </w:r>
    </w:p>
    <w:p>
      <w:r>
        <w:rPr>
          <w:rFonts w:ascii="Georgia" w:hAnsi="Georgia" w:eastAsia="Georgia"/>
          <w:sz w:val="23"/>
        </w:rPr>
        <w:t>“Most durable mistakes are.”</w:t>
      </w:r>
    </w:p>
    <w:p>
      <w:r>
        <w:rPr>
          <w:rFonts w:ascii="Georgia" w:hAnsi="Georgia" w:eastAsia="Georgia"/>
          <w:sz w:val="23"/>
        </w:rPr>
        <w:t>“Do not make that a slogan.”</w:t>
      </w:r>
    </w:p>
    <w:p>
      <w:r>
        <w:rPr>
          <w:rFonts w:ascii="Georgia" w:hAnsi="Georgia" w:eastAsia="Georgia"/>
          <w:sz w:val="23"/>
        </w:rPr>
        <w:t>I put the pen down.</w:t>
      </w:r>
    </w:p>
    <w:p>
      <w:pPr>
        <w:spacing w:before="80" w:after="80"/>
        <w:jc w:val="center"/>
      </w:pPr>
      <w:r>
        <w:rPr>
          <w:rFonts w:ascii="Georgia" w:hAnsi="Georgia" w:eastAsia="Georgia"/>
          <w:sz w:val="23"/>
        </w:rPr>
        <w:t>§</w:t>
      </w:r>
    </w:p>
    <w:p>
      <w:r>
        <w:rPr>
          <w:rFonts w:ascii="Georgia" w:hAnsi="Georgia" w:eastAsia="Georgia"/>
          <w:sz w:val="23"/>
        </w:rPr>
        <w:t>At 1410 Anel asked for ten minutes alone with Beren.</w:t>
      </w:r>
    </w:p>
    <w:p>
      <w:r>
        <w:rPr>
          <w:rFonts w:ascii="Georgia" w:hAnsi="Georgia" w:eastAsia="Georgia"/>
          <w:sz w:val="23"/>
        </w:rPr>
        <w:t>Not with the profile.</w:t>
      </w:r>
    </w:p>
    <w:p>
      <w:r>
        <w:rPr>
          <w:rFonts w:ascii="Georgia" w:hAnsi="Georgia" w:eastAsia="Georgia"/>
          <w:sz w:val="23"/>
        </w:rPr>
        <w:t>With Beren.</w:t>
      </w:r>
    </w:p>
    <w:p>
      <w:r>
        <w:rPr>
          <w:rFonts w:ascii="Georgia" w:hAnsi="Georgia" w:eastAsia="Georgia"/>
          <w:sz w:val="23"/>
        </w:rPr>
        <w:t>We left.</w:t>
      </w:r>
    </w:p>
    <w:p>
      <w:r>
        <w:rPr>
          <w:rFonts w:ascii="Georgia" w:hAnsi="Georgia" w:eastAsia="Georgia"/>
          <w:sz w:val="23"/>
        </w:rPr>
        <w:t>The archive corridor had a bench under a ventilation register that clicked every forty-five seconds.</w:t>
      </w:r>
    </w:p>
    <w:p>
      <w:r>
        <w:rPr>
          <w:rFonts w:ascii="Georgia" w:hAnsi="Georgia" w:eastAsia="Georgia"/>
          <w:sz w:val="23"/>
        </w:rPr>
        <w:t>I counted five clicks before Miren said, “Stop.”</w:t>
      </w:r>
    </w:p>
    <w:p>
      <w:r>
        <w:rPr>
          <w:rFonts w:ascii="Georgia" w:hAnsi="Georgia" w:eastAsia="Georgia"/>
          <w:sz w:val="23"/>
        </w:rPr>
        <w:t>“I am not doing anything.”</w:t>
      </w:r>
    </w:p>
    <w:p>
      <w:r>
        <w:rPr>
          <w:rFonts w:ascii="Georgia" w:hAnsi="Georgia" w:eastAsia="Georgia"/>
          <w:sz w:val="23"/>
        </w:rPr>
        <w:t>“You are measuring the vent because two people asked for privacy.”</w:t>
      </w:r>
    </w:p>
    <w:p>
      <w:r>
        <w:rPr>
          <w:rFonts w:ascii="Georgia" w:hAnsi="Georgia" w:eastAsia="Georgia"/>
          <w:sz w:val="23"/>
        </w:rPr>
        <w:t>“It is loud.”</w:t>
      </w:r>
    </w:p>
    <w:p>
      <w:r>
        <w:rPr>
          <w:rFonts w:ascii="Georgia" w:hAnsi="Georgia" w:eastAsia="Georgia"/>
          <w:sz w:val="23"/>
        </w:rPr>
        <w:t>“You can survive uncertainty about the interval.”</w:t>
      </w:r>
    </w:p>
    <w:p>
      <w:r>
        <w:rPr>
          <w:rFonts w:ascii="Georgia" w:hAnsi="Georgia" w:eastAsia="Georgia"/>
          <w:sz w:val="23"/>
        </w:rPr>
        <w:t>The sixth click arrived.</w:t>
      </w:r>
    </w:p>
    <w:p>
      <w:r>
        <w:rPr>
          <w:rFonts w:ascii="Georgia" w:hAnsi="Georgia" w:eastAsia="Georgia"/>
          <w:sz w:val="23"/>
        </w:rPr>
        <w:t>Forty-four point eight seconds.</w:t>
      </w:r>
    </w:p>
    <w:p>
      <w:r>
        <w:rPr>
          <w:rFonts w:ascii="Georgia" w:hAnsi="Georgia" w:eastAsia="Georgia"/>
          <w:sz w:val="23"/>
        </w:rPr>
        <w:t>I did not tell her.</w:t>
      </w:r>
    </w:p>
    <w:p>
      <w:r>
        <w:rPr>
          <w:rFonts w:ascii="Georgia" w:hAnsi="Georgia" w:eastAsia="Georgia"/>
          <w:sz w:val="23"/>
        </w:rPr>
        <w:t>Arden stood at the far end of the corridor reading a paper manifest.</w:t>
      </w:r>
    </w:p>
    <w:p>
      <w:r>
        <w:rPr>
          <w:rFonts w:ascii="Georgia" w:hAnsi="Georgia" w:eastAsia="Georgia"/>
          <w:sz w:val="23"/>
        </w:rPr>
        <w:t>Paper again.</w:t>
      </w:r>
    </w:p>
    <w:p>
      <w:r>
        <w:rPr>
          <w:rFonts w:ascii="Georgia" w:hAnsi="Georgia" w:eastAsia="Georgia"/>
          <w:sz w:val="23"/>
        </w:rPr>
        <w:t>“Why paper?” I asked.</w:t>
      </w:r>
    </w:p>
    <w:p>
      <w:r>
        <w:rPr>
          <w:rFonts w:ascii="Georgia" w:hAnsi="Georgia" w:eastAsia="Georgia"/>
          <w:sz w:val="23"/>
        </w:rPr>
        <w:t>“Because the authorization being discussed controls whether we create a new machine-readable derivative. I prefer the decision record not depend on the same migration path.”</w:t>
      </w:r>
    </w:p>
    <w:p>
      <w:r>
        <w:rPr>
          <w:rFonts w:ascii="Georgia" w:hAnsi="Georgia" w:eastAsia="Georgia"/>
          <w:sz w:val="23"/>
        </w:rPr>
        <w:t>“Independent medium.”</w:t>
      </w:r>
    </w:p>
    <w:p>
      <w:r>
        <w:rPr>
          <w:rFonts w:ascii="Georgia" w:hAnsi="Georgia" w:eastAsia="Georgia"/>
          <w:sz w:val="23"/>
        </w:rPr>
        <w:t>“Different failure mode. Not independent truth.”</w:t>
      </w:r>
    </w:p>
    <w:p>
      <w:r>
        <w:rPr>
          <w:rFonts w:ascii="Georgia" w:hAnsi="Georgia" w:eastAsia="Georgia"/>
          <w:sz w:val="23"/>
        </w:rPr>
        <w:t>Miren said, “You make that face when someone says something you wish you had said.”</w:t>
      </w:r>
    </w:p>
    <w:p>
      <w:r>
        <w:rPr>
          <w:rFonts w:ascii="Georgia" w:hAnsi="Georgia" w:eastAsia="Georgia"/>
          <w:sz w:val="23"/>
        </w:rPr>
        <w:t>“I do not make faces deliberately.”</w:t>
      </w:r>
    </w:p>
    <w:p>
      <w:r>
        <w:rPr>
          <w:rFonts w:ascii="Georgia" w:hAnsi="Georgia" w:eastAsia="Georgia"/>
          <w:sz w:val="23"/>
        </w:rPr>
        <w:t>“That was not the claim.”</w:t>
      </w:r>
    </w:p>
    <w:p>
      <w:r>
        <w:rPr>
          <w:rFonts w:ascii="Georgia" w:hAnsi="Georgia" w:eastAsia="Georgia"/>
          <w:sz w:val="23"/>
        </w:rPr>
        <w:t>The door opened at 1423.</w:t>
      </w:r>
    </w:p>
    <w:p>
      <w:r>
        <w:rPr>
          <w:rFonts w:ascii="Georgia" w:hAnsi="Georgia" w:eastAsia="Georgia"/>
          <w:sz w:val="23"/>
        </w:rPr>
        <w:t>Anel came out first.</w:t>
      </w:r>
    </w:p>
    <w:p>
      <w:r>
        <w:rPr>
          <w:rFonts w:ascii="Georgia" w:hAnsi="Georgia" w:eastAsia="Georgia"/>
          <w:sz w:val="23"/>
        </w:rPr>
        <w:t>Beren remained seated inside.</w:t>
      </w:r>
    </w:p>
    <w:p>
      <w:r>
        <w:rPr>
          <w:rFonts w:ascii="Georgia" w:hAnsi="Georgia" w:eastAsia="Georgia"/>
          <w:sz w:val="23"/>
        </w:rPr>
        <w:t>She looked at Dera.</w:t>
      </w:r>
    </w:p>
    <w:p>
      <w:r>
        <w:rPr>
          <w:rFonts w:ascii="Georgia" w:hAnsi="Georgia" w:eastAsia="Georgia"/>
          <w:sz w:val="23"/>
        </w:rPr>
        <w:t>“Path Two.”</w:t>
      </w:r>
    </w:p>
    <w:p>
      <w:r>
        <w:rPr>
          <w:rFonts w:ascii="Georgia" w:hAnsi="Georgia" w:eastAsia="Georgia"/>
          <w:sz w:val="23"/>
        </w:rPr>
        <w:t>Beren said from the room, “With conditions.”</w:t>
      </w:r>
    </w:p>
    <w:p>
      <w:r>
        <w:rPr>
          <w:rFonts w:ascii="Georgia" w:hAnsi="Georgia" w:eastAsia="Georgia"/>
          <w:sz w:val="23"/>
        </w:rPr>
        <w:t>Anel did not turn around.</w:t>
      </w:r>
    </w:p>
    <w:p>
      <w:r>
        <w:rPr>
          <w:rFonts w:ascii="Georgia" w:hAnsi="Georgia" w:eastAsia="Georgia"/>
          <w:sz w:val="23"/>
        </w:rPr>
        <w:t>“Many conditions.”</w:t>
      </w:r>
    </w:p>
    <w:p>
      <w:r>
        <w:rPr>
          <w:rFonts w:ascii="Georgia" w:hAnsi="Georgia" w:eastAsia="Georgia"/>
          <w:sz w:val="23"/>
        </w:rPr>
        <w:t>We went back in.</w:t>
      </w:r>
    </w:p>
    <w:p>
      <w:r>
        <w:rPr>
          <w:rFonts w:ascii="Georgia" w:hAnsi="Georgia" w:eastAsia="Georgia"/>
          <w:sz w:val="23"/>
        </w:rPr>
        <w:t>The conditions were theirs before they were ours.</w:t>
      </w:r>
    </w:p>
    <w:p>
      <w:r>
        <w:rPr>
          <w:rFonts w:ascii="Georgia" w:hAnsi="Georgia" w:eastAsia="Georgia"/>
          <w:sz w:val="23"/>
        </w:rPr>
        <w:t>One: source object remains unchanged under joint seal.</w:t>
      </w:r>
    </w:p>
    <w:p>
      <w:r>
        <w:rPr>
          <w:rFonts w:ascii="Georgia" w:hAnsi="Georgia" w:eastAsia="Georgia"/>
          <w:sz w:val="23"/>
        </w:rPr>
        <w:t>Two: semantic migration may create one readable derivative.</w:t>
      </w:r>
    </w:p>
    <w:p>
      <w:r>
        <w:rPr>
          <w:rFonts w:ascii="Georgia" w:hAnsi="Georgia" w:eastAsia="Georgia"/>
          <w:sz w:val="23"/>
        </w:rPr>
        <w:t>Three: no execution environment preserved beyond public technical documentation and ordinary archive specifications.</w:t>
      </w:r>
    </w:p>
    <w:p>
      <w:r>
        <w:rPr>
          <w:rFonts w:ascii="Georgia" w:hAnsi="Georgia" w:eastAsia="Georgia"/>
          <w:sz w:val="23"/>
        </w:rPr>
        <w:t>Four: no functional emulator run now.</w:t>
      </w:r>
    </w:p>
    <w:p>
      <w:r>
        <w:rPr>
          <w:rFonts w:ascii="Georgia" w:hAnsi="Georgia" w:eastAsia="Georgia"/>
          <w:sz w:val="23"/>
        </w:rPr>
        <w:t>Five: derivative cannot be used for live controller commissioning.</w:t>
      </w:r>
    </w:p>
    <w:p>
      <w:r>
        <w:rPr>
          <w:rFonts w:ascii="Georgia" w:hAnsi="Georgia" w:eastAsia="Georgia"/>
          <w:sz w:val="23"/>
        </w:rPr>
        <w:t>Six: derivative cannot be used to generate carrier-specific recommendations without fresh authorization from the relevant living carrier.</w:t>
      </w:r>
    </w:p>
    <w:p>
      <w:r>
        <w:rPr>
          <w:rFonts w:ascii="Georgia" w:hAnsi="Georgia" w:eastAsia="Georgia"/>
          <w:sz w:val="23"/>
        </w:rPr>
        <w:t>Seven: compact views must identify all legacy-to-current category translations as derived.</w:t>
      </w:r>
    </w:p>
    <w:p>
      <w:r>
        <w:rPr>
          <w:rFonts w:ascii="Georgia" w:hAnsi="Georgia" w:eastAsia="Georgia"/>
          <w:sz w:val="23"/>
        </w:rPr>
        <w:t>Eight: either principal may unilaterally suspend access to the derivative, but destruction requires both.</w:t>
      </w:r>
    </w:p>
    <w:p>
      <w:r>
        <w:rPr>
          <w:rFonts w:ascii="Georgia" w:hAnsi="Georgia" w:eastAsia="Georgia"/>
          <w:sz w:val="23"/>
        </w:rPr>
        <w:t>Nine: succession does not expand use authority beyond preservation and interpretation unless both principals separately designate that authority.</w:t>
      </w:r>
    </w:p>
    <w:p>
      <w:r>
        <w:rPr>
          <w:rFonts w:ascii="Georgia" w:hAnsi="Georgia" w:eastAsia="Georgia"/>
          <w:sz w:val="23"/>
        </w:rPr>
        <w:t>Ten: if future archive maintenance requires execution to prevent loss, execution is not automatically authorized by the preservation clause.</w:t>
      </w:r>
    </w:p>
    <w:p>
      <w:r>
        <w:rPr>
          <w:rFonts w:ascii="Georgia" w:hAnsi="Georgia" w:eastAsia="Georgia"/>
          <w:sz w:val="23"/>
        </w:rPr>
        <w:t>Dera looked at number ten.</w:t>
      </w:r>
    </w:p>
    <w:p>
      <w:r>
        <w:rPr>
          <w:rFonts w:ascii="Georgia" w:hAnsi="Georgia" w:eastAsia="Georgia"/>
          <w:sz w:val="23"/>
        </w:rPr>
        <w:t>“That may create a future preservation failure.”</w:t>
      </w:r>
    </w:p>
    <w:p>
      <w:r>
        <w:rPr>
          <w:rFonts w:ascii="Georgia" w:hAnsi="Georgia" w:eastAsia="Georgia"/>
          <w:sz w:val="23"/>
        </w:rPr>
        <w:t>Anel said, “Then let it fail honestly.”</w:t>
      </w:r>
    </w:p>
    <w:p>
      <w:r>
        <w:rPr>
          <w:rFonts w:ascii="Georgia" w:hAnsi="Georgia" w:eastAsia="Georgia"/>
          <w:sz w:val="23"/>
        </w:rPr>
        <w:t>Beren looked at the table.</w:t>
      </w:r>
    </w:p>
    <w:p>
      <w:r>
        <w:rPr>
          <w:rFonts w:ascii="Georgia" w:hAnsi="Georgia" w:eastAsia="Georgia"/>
          <w:sz w:val="23"/>
        </w:rPr>
        <w:t>“I agreed to that sentence.”</w:t>
      </w:r>
    </w:p>
    <w:p>
      <w:r>
        <w:rPr>
          <w:rFonts w:ascii="Georgia" w:hAnsi="Georgia" w:eastAsia="Georgia"/>
          <w:sz w:val="23"/>
        </w:rPr>
        <w:t>No one mistook agreement about one future failure mode for repair of a marriage.</w:t>
      </w:r>
    </w:p>
    <w:p>
      <w:r>
        <w:rPr>
          <w:rFonts w:ascii="Georgia" w:hAnsi="Georgia" w:eastAsia="Georgia"/>
          <w:sz w:val="23"/>
        </w:rPr>
        <w:t>Arden said, “Path Two still requires us to decrypt and convert the profile. I need both of you to understand that archive engineers will temporarily process the full household state inside a sealed migration environment. No human operator needs to inspect private parameter values unless the conversion reports an exception.”</w:t>
      </w:r>
    </w:p>
    <w:p>
      <w:r>
        <w:rPr>
          <w:rFonts w:ascii="Georgia" w:hAnsi="Georgia" w:eastAsia="Georgia"/>
          <w:sz w:val="23"/>
        </w:rPr>
        <w:t>“If it reports one?” Anel asked.</w:t>
      </w:r>
    </w:p>
    <w:p>
      <w:r>
        <w:rPr>
          <w:rFonts w:ascii="Georgia" w:hAnsi="Georgia" w:eastAsia="Georgia"/>
          <w:sz w:val="23"/>
        </w:rPr>
        <w:t>“Migration stops. You are contacted before content inspection unless an integrity emergency applies.”</w:t>
      </w:r>
    </w:p>
    <w:p>
      <w:r>
        <w:rPr>
          <w:rFonts w:ascii="Georgia" w:hAnsi="Georgia" w:eastAsia="Georgia"/>
          <w:sz w:val="23"/>
        </w:rPr>
        <w:t>“Define integrity emergency.”</w:t>
      </w:r>
    </w:p>
    <w:p>
      <w:r>
        <w:rPr>
          <w:rFonts w:ascii="Georgia" w:hAnsi="Georgia" w:eastAsia="Georgia"/>
          <w:sz w:val="23"/>
        </w:rPr>
        <w:t>Arden did.</w:t>
      </w:r>
    </w:p>
    <w:p>
      <w:r>
        <w:rPr>
          <w:rFonts w:ascii="Georgia" w:hAnsi="Georgia" w:eastAsia="Georgia"/>
          <w:sz w:val="23"/>
        </w:rPr>
        <w:t>Long answer.</w:t>
      </w:r>
    </w:p>
    <w:p>
      <w:r>
        <w:rPr>
          <w:rFonts w:ascii="Georgia" w:hAnsi="Georgia" w:eastAsia="Georgia"/>
          <w:sz w:val="23"/>
        </w:rPr>
        <w:t>Specific.</w:t>
      </w:r>
    </w:p>
    <w:p>
      <w:r>
        <w:rPr>
          <w:rFonts w:ascii="Georgia" w:hAnsi="Georgia" w:eastAsia="Georgia"/>
          <w:sz w:val="23"/>
        </w:rPr>
        <w:t>No loophole I could see.</w:t>
      </w:r>
    </w:p>
    <w:p>
      <w:r>
        <w:rPr>
          <w:rFonts w:ascii="Georgia" w:hAnsi="Georgia" w:eastAsia="Georgia"/>
          <w:sz w:val="23"/>
        </w:rPr>
        <w:t>Anel signed.</w:t>
      </w:r>
    </w:p>
    <w:p>
      <w:r>
        <w:rPr>
          <w:rFonts w:ascii="Georgia" w:hAnsi="Georgia" w:eastAsia="Georgia"/>
          <w:sz w:val="23"/>
        </w:rPr>
        <w:t>Beren signed.</w:t>
      </w:r>
    </w:p>
    <w:p>
      <w:r>
        <w:rPr>
          <w:rFonts w:ascii="Georgia" w:hAnsi="Georgia" w:eastAsia="Georgia"/>
          <w:sz w:val="23"/>
        </w:rPr>
        <w:t>The profile opened for the first time since it had been sealed.</w:t>
      </w:r>
    </w:p>
    <w:p>
      <w:r>
        <w:rPr>
          <w:rFonts w:ascii="Georgia" w:hAnsi="Georgia" w:eastAsia="Georgia"/>
          <w:sz w:val="23"/>
        </w:rPr>
        <w:t>Nobody looked at the contents.</w:t>
      </w:r>
    </w:p>
    <w:p>
      <w:pPr>
        <w:spacing w:before="80" w:after="80"/>
        <w:jc w:val="center"/>
      </w:pPr>
      <w:r>
        <w:rPr>
          <w:rFonts w:ascii="Georgia" w:hAnsi="Georgia" w:eastAsia="Georgia"/>
          <w:sz w:val="23"/>
        </w:rPr>
        <w:t>§</w:t>
      </w:r>
    </w:p>
    <w:p>
      <w:r>
        <w:rPr>
          <w:rFonts w:ascii="Georgia" w:hAnsi="Georgia" w:eastAsia="Georgia"/>
          <w:sz w:val="23"/>
        </w:rPr>
        <w:t>Migration took eleven minutes.</w:t>
      </w:r>
    </w:p>
    <w:p>
      <w:r>
        <w:rPr>
          <w:rFonts w:ascii="Georgia" w:hAnsi="Georgia" w:eastAsia="Georgia"/>
          <w:sz w:val="23"/>
        </w:rPr>
        <w:t>Most of it was waiting.</w:t>
      </w:r>
    </w:p>
    <w:p>
      <w:r>
        <w:rPr>
          <w:rFonts w:ascii="Georgia" w:hAnsi="Georgia" w:eastAsia="Georgia"/>
          <w:sz w:val="23"/>
        </w:rPr>
        <w:t>The source object decrypted inside the sealed environment.</w:t>
      </w:r>
    </w:p>
    <w:p>
      <w:r>
        <w:rPr>
          <w:rFonts w:ascii="Georgia" w:hAnsi="Georgia" w:eastAsia="Georgia"/>
          <w:sz w:val="23"/>
        </w:rPr>
        <w:t>The converter read the legacy schema.</w:t>
      </w:r>
    </w:p>
    <w:p>
      <w:r>
        <w:rPr>
          <w:rFonts w:ascii="Georgia" w:hAnsi="Georgia" w:eastAsia="Georgia"/>
          <w:sz w:val="23"/>
        </w:rPr>
        <w:t>Current representation populated.</w:t>
      </w:r>
    </w:p>
    <w:p>
      <w:r>
        <w:rPr>
          <w:rFonts w:ascii="Georgia" w:hAnsi="Georgia" w:eastAsia="Georgia"/>
          <w:sz w:val="23"/>
        </w:rPr>
        <w:t>Provenance markers attached.</w:t>
      </w:r>
    </w:p>
    <w:p>
      <w:r>
        <w:rPr>
          <w:rFonts w:ascii="Georgia" w:hAnsi="Georgia" w:eastAsia="Georgia"/>
          <w:sz w:val="23"/>
        </w:rPr>
        <w:t>Source hash verified before and after.</w:t>
      </w:r>
    </w:p>
    <w:p>
      <w:r>
        <w:rPr>
          <w:rFonts w:ascii="Georgia" w:hAnsi="Georgia" w:eastAsia="Georgia"/>
          <w:sz w:val="23"/>
        </w:rPr>
        <w:t>No content left the migration enclosure.</w:t>
      </w:r>
    </w:p>
    <w:p>
      <w:r>
        <w:rPr>
          <w:rFonts w:ascii="Georgia" w:hAnsi="Georgia" w:eastAsia="Georgia"/>
          <w:sz w:val="23"/>
        </w:rPr>
        <w:t>At six minutes the process stopped.</w:t>
      </w:r>
    </w:p>
    <w:p>
      <w:r>
        <w:rPr>
          <w:rFonts w:ascii="Georgia" w:hAnsi="Georgia" w:eastAsia="Georgia"/>
          <w:sz w:val="23"/>
        </w:rPr>
        <w:t>Arden leaned toward the console.</w:t>
      </w:r>
    </w:p>
    <w:p>
      <w:r>
        <w:rPr>
          <w:rFonts w:ascii="Georgia" w:hAnsi="Georgia" w:eastAsia="Georgia"/>
          <w:sz w:val="23"/>
        </w:rPr>
        <w:t>“Exception.”</w:t>
      </w:r>
    </w:p>
    <w:p>
      <w:r>
        <w:rPr>
          <w:rFonts w:ascii="Georgia" w:hAnsi="Georgia" w:eastAsia="Georgia"/>
          <w:sz w:val="23"/>
        </w:rPr>
        <w:t>Anel’s hand closed around the edge of the table.</w:t>
      </w:r>
    </w:p>
    <w:p>
      <w:r>
        <w:rPr>
          <w:rFonts w:ascii="Georgia" w:hAnsi="Georgia" w:eastAsia="Georgia"/>
          <w:sz w:val="23"/>
        </w:rPr>
        <w:t>Beren did not move.</w:t>
      </w:r>
    </w:p>
    <w:p>
      <w:r>
        <w:rPr>
          <w:rFonts w:ascii="Georgia" w:hAnsi="Georgia" w:eastAsia="Georgia"/>
          <w:sz w:val="23"/>
        </w:rPr>
        <w:t>“Content inspection required?” Dera asked.</w:t>
      </w:r>
    </w:p>
    <w:p>
      <w:r>
        <w:rPr>
          <w:rFonts w:ascii="Georgia" w:hAnsi="Georgia" w:eastAsia="Georgia"/>
          <w:sz w:val="23"/>
        </w:rPr>
        <w:t>“Not yet. Schema conflict.”</w:t>
      </w:r>
    </w:p>
    <w:p>
      <w:r>
        <w:rPr>
          <w:rFonts w:ascii="Georgia" w:hAnsi="Georgia" w:eastAsia="Georgia"/>
          <w:sz w:val="23"/>
        </w:rPr>
        <w:t>Arden displayed only the exception metadata.</w:t>
      </w:r>
    </w:p>
    <w:p>
      <w:r>
        <w:rPr>
          <w:rFonts w:ascii="Georgia" w:hAnsi="Georgia" w:eastAsia="Georgia"/>
          <w:sz w:val="23"/>
        </w:rPr>
        <w:t>LEGACY FIELD: LONG_TERM_STABILITY_BIAS.</w:t>
      </w:r>
    </w:p>
    <w:p>
      <w:r>
        <w:rPr>
          <w:rFonts w:ascii="Georgia" w:hAnsi="Georgia" w:eastAsia="Georgia"/>
          <w:sz w:val="23"/>
        </w:rPr>
        <w:t>EXPECTED MAPPING CONFIDENCE: &gt;= 0.92.</w:t>
      </w:r>
    </w:p>
    <w:p>
      <w:r>
        <w:rPr>
          <w:rFonts w:ascii="Georgia" w:hAnsi="Georgia" w:eastAsia="Georgia"/>
          <w:sz w:val="23"/>
        </w:rPr>
        <w:t>OBSERVED MAPPING CONFIDENCE: 0.71.</w:t>
      </w:r>
    </w:p>
    <w:p>
      <w:r>
        <w:rPr>
          <w:rFonts w:ascii="Georgia" w:hAnsi="Georgia" w:eastAsia="Georgia"/>
          <w:sz w:val="23"/>
        </w:rPr>
        <w:t>CAUSE CLASS: MULTIPLE VALID CURRENT REPRESENTATIONS.</w:t>
      </w:r>
    </w:p>
    <w:p>
      <w:r>
        <w:rPr>
          <w:rFonts w:ascii="Georgia" w:hAnsi="Georgia" w:eastAsia="Georgia"/>
          <w:sz w:val="23"/>
        </w:rPr>
        <w:t>No values.</w:t>
      </w:r>
    </w:p>
    <w:p>
      <w:r>
        <w:rPr>
          <w:rFonts w:ascii="Georgia" w:hAnsi="Georgia" w:eastAsia="Georgia"/>
          <w:sz w:val="23"/>
        </w:rPr>
        <w:t>No person data.</w:t>
      </w:r>
    </w:p>
    <w:p>
      <w:r>
        <w:rPr>
          <w:rFonts w:ascii="Georgia" w:hAnsi="Georgia" w:eastAsia="Georgia"/>
          <w:sz w:val="23"/>
        </w:rPr>
        <w:t>I asked, “How many valid representations?”</w:t>
      </w:r>
    </w:p>
    <w:p>
      <w:r>
        <w:rPr>
          <w:rFonts w:ascii="Georgia" w:hAnsi="Georgia" w:eastAsia="Georgia"/>
          <w:sz w:val="23"/>
        </w:rPr>
        <w:t>“Three.”</w:t>
      </w:r>
    </w:p>
    <w:p>
      <w:r>
        <w:rPr>
          <w:rFonts w:ascii="Georgia" w:hAnsi="Georgia" w:eastAsia="Georgia"/>
          <w:sz w:val="23"/>
        </w:rPr>
        <w:t>“Why?”</w:t>
      </w:r>
    </w:p>
    <w:p>
      <w:r>
        <w:rPr>
          <w:rFonts w:ascii="Georgia" w:hAnsi="Georgia" w:eastAsia="Georgia"/>
          <w:sz w:val="23"/>
        </w:rPr>
        <w:t>“The source profile contains adaptive state that can be represented as environmental familiarity, multi-setting reference history, or carrier-dependent service constraint under current ontology. The converter cannot assign proportions without behavioral evidence.”</w:t>
      </w:r>
    </w:p>
    <w:p>
      <w:r>
        <w:rPr>
          <w:rFonts w:ascii="Georgia" w:hAnsi="Georgia" w:eastAsia="Georgia"/>
          <w:sz w:val="23"/>
        </w:rPr>
        <w:t>Beren said, “Run the emulator.”</w:t>
      </w:r>
    </w:p>
    <w:p>
      <w:r>
        <w:rPr>
          <w:rFonts w:ascii="Georgia" w:hAnsi="Georgia" w:eastAsia="Georgia"/>
          <w:sz w:val="23"/>
        </w:rPr>
        <w:t>Anel said, “No.”</w:t>
      </w:r>
    </w:p>
    <w:p>
      <w:r>
        <w:rPr>
          <w:rFonts w:ascii="Georgia" w:hAnsi="Georgia" w:eastAsia="Georgia"/>
          <w:sz w:val="23"/>
        </w:rPr>
        <w:t>Same second.</w:t>
      </w:r>
    </w:p>
    <w:p>
      <w:r>
        <w:rPr>
          <w:rFonts w:ascii="Georgia" w:hAnsi="Georgia" w:eastAsia="Georgia"/>
          <w:sz w:val="23"/>
        </w:rPr>
        <w:t>No one needed to explain the conflict.</w:t>
      </w:r>
    </w:p>
    <w:p>
      <w:r>
        <w:rPr>
          <w:rFonts w:ascii="Georgia" w:hAnsi="Georgia" w:eastAsia="Georgia"/>
          <w:sz w:val="23"/>
        </w:rPr>
        <w:t>Functional execution could probably tell us how the old controller used the field under synthetic inputs.</w:t>
      </w:r>
    </w:p>
    <w:p>
      <w:r>
        <w:rPr>
          <w:rFonts w:ascii="Georgia" w:hAnsi="Georgia" w:eastAsia="Georgia"/>
          <w:sz w:val="23"/>
        </w:rPr>
        <w:t>It might distinguish which modern category best described the old behavior.</w:t>
      </w:r>
    </w:p>
    <w:p>
      <w:r>
        <w:rPr>
          <w:rFonts w:ascii="Georgia" w:hAnsi="Georgia" w:eastAsia="Georgia"/>
          <w:sz w:val="23"/>
        </w:rPr>
        <w:t>That was exactly what Anel had refused.</w:t>
      </w:r>
    </w:p>
    <w:p>
      <w:r>
        <w:rPr>
          <w:rFonts w:ascii="Georgia" w:hAnsi="Georgia" w:eastAsia="Georgia"/>
          <w:sz w:val="23"/>
        </w:rPr>
        <w:t>Arden said, “We can preserve the ambiguity.”</w:t>
      </w:r>
    </w:p>
    <w:p>
      <w:r>
        <w:rPr>
          <w:rFonts w:ascii="Georgia" w:hAnsi="Georgia" w:eastAsia="Georgia"/>
          <w:sz w:val="23"/>
        </w:rPr>
        <w:t>I looked at them.</w:t>
      </w:r>
    </w:p>
    <w:p>
      <w:r>
        <w:rPr>
          <w:rFonts w:ascii="Georgia" w:hAnsi="Georgia" w:eastAsia="Georgia"/>
          <w:sz w:val="23"/>
        </w:rPr>
        <w:t>“How?”</w:t>
      </w:r>
    </w:p>
    <w:p>
      <w:r>
        <w:rPr>
          <w:rFonts w:ascii="Georgia" w:hAnsi="Georgia" w:eastAsia="Georgia"/>
          <w:sz w:val="23"/>
        </w:rPr>
        <w:t>“Do not force one mapping. Store the legacy field as an unresolved source construct with three candidate current interpretations, each linked to the same source field.”</w:t>
      </w:r>
    </w:p>
    <w:p>
      <w:r>
        <w:rPr>
          <w:rFonts w:ascii="Georgia" w:hAnsi="Georgia" w:eastAsia="Georgia"/>
          <w:sz w:val="23"/>
        </w:rPr>
        <w:t>“Will current systems read that?”</w:t>
      </w:r>
    </w:p>
    <w:p>
      <w:r>
        <w:rPr>
          <w:rFonts w:ascii="Georgia" w:hAnsi="Georgia" w:eastAsia="Georgia"/>
          <w:sz w:val="23"/>
        </w:rPr>
        <w:t>“Archive systems, yes. Service systems, not without an adjudication step.”</w:t>
      </w:r>
    </w:p>
    <w:p>
      <w:r>
        <w:rPr>
          <w:rFonts w:ascii="Georgia" w:hAnsi="Georgia" w:eastAsia="Georgia"/>
          <w:sz w:val="23"/>
        </w:rPr>
        <w:t>“Good,” Anel said.</w:t>
      </w:r>
    </w:p>
    <w:p>
      <w:r>
        <w:rPr>
          <w:rFonts w:ascii="Georgia" w:hAnsi="Georgia" w:eastAsia="Georgia"/>
          <w:sz w:val="23"/>
        </w:rPr>
        <w:t>Beren looked at her.</w:t>
      </w:r>
    </w:p>
    <w:p>
      <w:r>
        <w:rPr>
          <w:rFonts w:ascii="Georgia" w:hAnsi="Georgia" w:eastAsia="Georgia"/>
          <w:sz w:val="23"/>
        </w:rPr>
        <w:t>Then at the exception.</w:t>
      </w:r>
    </w:p>
    <w:p>
      <w:r>
        <w:rPr>
          <w:rFonts w:ascii="Georgia" w:hAnsi="Georgia" w:eastAsia="Georgia"/>
          <w:sz w:val="23"/>
        </w:rPr>
        <w:t>“If a doctor needs it later?”</w:t>
      </w:r>
    </w:p>
    <w:p>
      <w:r>
        <w:rPr>
          <w:rFonts w:ascii="Georgia" w:hAnsi="Georgia" w:eastAsia="Georgia"/>
          <w:sz w:val="23"/>
        </w:rPr>
        <w:t>“Then the doctor gets the ambiguity,” Arden said.</w:t>
      </w:r>
    </w:p>
    <w:p>
      <w:r>
        <w:rPr>
          <w:rFonts w:ascii="Georgia" w:hAnsi="Georgia" w:eastAsia="Georgia"/>
          <w:sz w:val="23"/>
        </w:rPr>
        <w:t>“And may need execution to resolve it.”</w:t>
      </w:r>
    </w:p>
    <w:p>
      <w:r>
        <w:rPr>
          <w:rFonts w:ascii="Georgia" w:hAnsi="Georgia" w:eastAsia="Georgia"/>
          <w:sz w:val="23"/>
        </w:rPr>
        <w:t>“Yes.”</w:t>
      </w:r>
    </w:p>
    <w:p>
      <w:r>
        <w:rPr>
          <w:rFonts w:ascii="Georgia" w:hAnsi="Georgia" w:eastAsia="Georgia"/>
          <w:sz w:val="23"/>
        </w:rPr>
        <w:t>“Which requires authorization then.”</w:t>
      </w:r>
    </w:p>
    <w:p>
      <w:r>
        <w:rPr>
          <w:rFonts w:ascii="Georgia" w:hAnsi="Georgia" w:eastAsia="Georgia"/>
          <w:sz w:val="23"/>
        </w:rPr>
        <w:t>“Yes.”</w:t>
      </w:r>
    </w:p>
    <w:p>
      <w:r>
        <w:rPr>
          <w:rFonts w:ascii="Georgia" w:hAnsi="Georgia" w:eastAsia="Georgia"/>
          <w:sz w:val="23"/>
        </w:rPr>
        <w:t>He leaned back.</w:t>
      </w:r>
    </w:p>
    <w:p>
      <w:r>
        <w:rPr>
          <w:rFonts w:ascii="Georgia" w:hAnsi="Georgia" w:eastAsia="Georgia"/>
          <w:sz w:val="23"/>
        </w:rPr>
        <w:t>“Fine.”</w:t>
      </w:r>
    </w:p>
    <w:p>
      <w:r>
        <w:rPr>
          <w:rFonts w:ascii="Georgia" w:hAnsi="Georgia" w:eastAsia="Georgia"/>
          <w:sz w:val="23"/>
        </w:rPr>
        <w:t>Not happy.</w:t>
      </w:r>
    </w:p>
    <w:p>
      <w:r>
        <w:rPr>
          <w:rFonts w:ascii="Georgia" w:hAnsi="Georgia" w:eastAsia="Georgia"/>
          <w:sz w:val="23"/>
        </w:rPr>
        <w:t>Not defeated.</w:t>
      </w:r>
    </w:p>
    <w:p>
      <w:r>
        <w:rPr>
          <w:rFonts w:ascii="Georgia" w:hAnsi="Georgia" w:eastAsia="Georgia"/>
          <w:sz w:val="23"/>
        </w:rPr>
        <w:t>A boundary accepted because the alternative cost had finally been named accurately.</w:t>
      </w:r>
    </w:p>
    <w:p>
      <w:r>
        <w:rPr>
          <w:rFonts w:ascii="Georgia" w:hAnsi="Georgia" w:eastAsia="Georgia"/>
          <w:sz w:val="23"/>
        </w:rPr>
        <w:t>Arden changed the migration rule.</w:t>
      </w:r>
    </w:p>
    <w:p>
      <w:r>
        <w:rPr>
          <w:rFonts w:ascii="Georgia" w:hAnsi="Georgia" w:eastAsia="Georgia"/>
          <w:sz w:val="23"/>
        </w:rPr>
        <w:t>LEGACY SOURCE CONSTRUCT PRESERVED WITHOUT FORCED CURRENT CLASSIFICATION.</w:t>
      </w:r>
    </w:p>
    <w:p>
      <w:r>
        <w:rPr>
          <w:rFonts w:ascii="Georgia" w:hAnsi="Georgia" w:eastAsia="Georgia"/>
          <w:sz w:val="23"/>
        </w:rPr>
        <w:t>CANDIDATE INTERPRETATIONS:</w:t>
      </w:r>
    </w:p>
    <w:p>
      <w:r>
        <w:rPr>
          <w:rFonts w:ascii="Georgia" w:hAnsi="Georgia" w:eastAsia="Georgia"/>
          <w:sz w:val="23"/>
        </w:rPr>
        <w:t>ENVIRONMENTAL ADAPTATION PRIOR.</w:t>
      </w:r>
    </w:p>
    <w:p>
      <w:r>
        <w:rPr>
          <w:rFonts w:ascii="Georgia" w:hAnsi="Georgia" w:eastAsia="Georgia"/>
          <w:sz w:val="23"/>
        </w:rPr>
        <w:t>MULTI-SETTING REFERENCE HISTORY.</w:t>
      </w:r>
    </w:p>
    <w:p>
      <w:r>
        <w:rPr>
          <w:rFonts w:ascii="Georgia" w:hAnsi="Georgia" w:eastAsia="Georgia"/>
          <w:sz w:val="23"/>
        </w:rPr>
        <w:t>CARRIER-DEPENDENT SERVICE CONSTRAINT.</w:t>
      </w:r>
    </w:p>
    <w:p>
      <w:r>
        <w:rPr>
          <w:rFonts w:ascii="Georgia" w:hAnsi="Georgia" w:eastAsia="Georgia"/>
          <w:sz w:val="23"/>
        </w:rPr>
        <w:t>RELATIVE CONTRIBUTION: UNKNOWN.</w:t>
      </w:r>
    </w:p>
    <w:p>
      <w:r>
        <w:rPr>
          <w:rFonts w:ascii="Georgia" w:hAnsi="Georgia" w:eastAsia="Georgia"/>
          <w:sz w:val="23"/>
        </w:rPr>
        <w:t>BEHAVIORAL DISAMBIGUATION NOT PERFORMED.</w:t>
      </w:r>
    </w:p>
    <w:p>
      <w:r>
        <w:rPr>
          <w:rFonts w:ascii="Georgia" w:hAnsi="Georgia" w:eastAsia="Georgia"/>
          <w:sz w:val="23"/>
        </w:rPr>
        <w:t>The final line held me.</w:t>
      </w:r>
    </w:p>
    <w:p>
      <w:r>
        <w:rPr>
          <w:rFonts w:ascii="Georgia" w:hAnsi="Georgia" w:eastAsia="Georgia"/>
          <w:sz w:val="23"/>
        </w:rPr>
        <w:t>The archive had learned how not to improve the past.</w:t>
      </w:r>
    </w:p>
    <w:p>
      <w:r>
        <w:rPr>
          <w:rFonts w:ascii="Georgia" w:hAnsi="Georgia" w:eastAsia="Georgia"/>
          <w:sz w:val="23"/>
        </w:rPr>
        <w:t>Rare enough to deserve attention.</w:t>
      </w:r>
    </w:p>
    <w:p>
      <w:r>
        <w:rPr>
          <w:rFonts w:ascii="Georgia" w:hAnsi="Georgia" w:eastAsia="Georgia"/>
          <w:sz w:val="23"/>
        </w:rPr>
        <w:t>The migration resumed.</w:t>
      </w:r>
    </w:p>
    <w:p>
      <w:r>
        <w:rPr>
          <w:rFonts w:ascii="Georgia" w:hAnsi="Georgia" w:eastAsia="Georgia"/>
          <w:sz w:val="23"/>
        </w:rPr>
        <w:t>Completed at 1459.</w:t>
      </w:r>
    </w:p>
    <w:p>
      <w:r>
        <w:rPr>
          <w:rFonts w:ascii="Georgia" w:hAnsi="Georgia" w:eastAsia="Georgia"/>
          <w:sz w:val="23"/>
        </w:rPr>
        <w:t>No emulator.</w:t>
      </w:r>
    </w:p>
    <w:p>
      <w:r>
        <w:rPr>
          <w:rFonts w:ascii="Georgia" w:hAnsi="Georgia" w:eastAsia="Georgia"/>
          <w:sz w:val="23"/>
        </w:rPr>
        <w:t>No output.</w:t>
      </w:r>
    </w:p>
    <w:p>
      <w:r>
        <w:rPr>
          <w:rFonts w:ascii="Georgia" w:hAnsi="Georgia" w:eastAsia="Georgia"/>
          <w:sz w:val="23"/>
        </w:rPr>
        <w:t>No old household clock running in a room that no longer belonged to either of them.</w:t>
      </w:r>
    </w:p>
    <w:p>
      <w:r>
        <w:rPr>
          <w:rFonts w:ascii="Georgia" w:hAnsi="Georgia" w:eastAsia="Georgia"/>
          <w:sz w:val="23"/>
        </w:rPr>
        <w:t>One readable derivative now existed.</w:t>
      </w:r>
    </w:p>
    <w:p>
      <w:r>
        <w:rPr>
          <w:rFonts w:ascii="Georgia" w:hAnsi="Georgia" w:eastAsia="Georgia"/>
          <w:sz w:val="23"/>
        </w:rPr>
        <w:t>The archive had changed.</w:t>
      </w:r>
    </w:p>
    <w:p>
      <w:r>
        <w:rPr>
          <w:rFonts w:ascii="Georgia" w:hAnsi="Georgia" w:eastAsia="Georgia"/>
          <w:sz w:val="23"/>
        </w:rPr>
        <w:t>The marriage had not.</w:t>
      </w:r>
    </w:p>
    <w:p>
      <w:pPr>
        <w:spacing w:before="80" w:after="80"/>
        <w:jc w:val="center"/>
      </w:pPr>
      <w:r>
        <w:rPr>
          <w:rFonts w:ascii="Georgia" w:hAnsi="Georgia" w:eastAsia="Georgia"/>
          <w:sz w:val="23"/>
        </w:rPr>
        <w:t>§</w:t>
      </w:r>
    </w:p>
    <w:p>
      <w:r>
        <w:rPr>
          <w:rFonts w:ascii="Georgia" w:hAnsi="Georgia" w:eastAsia="Georgia"/>
          <w:sz w:val="23"/>
        </w:rPr>
        <w:t>At 1534 Arden ran the readability test.</w:t>
      </w:r>
    </w:p>
    <w:p>
      <w:r>
        <w:rPr>
          <w:rFonts w:ascii="Georgia" w:hAnsi="Georgia" w:eastAsia="Georgia"/>
          <w:sz w:val="23"/>
        </w:rPr>
        <w:t>Not behavior.</w:t>
      </w:r>
    </w:p>
    <w:p>
      <w:r>
        <w:rPr>
          <w:rFonts w:ascii="Georgia" w:hAnsi="Georgia" w:eastAsia="Georgia"/>
          <w:sz w:val="23"/>
        </w:rPr>
        <w:t>Readability.</w:t>
      </w:r>
    </w:p>
    <w:p>
      <w:r>
        <w:rPr>
          <w:rFonts w:ascii="Georgia" w:hAnsi="Georgia" w:eastAsia="Georgia"/>
          <w:sz w:val="23"/>
        </w:rPr>
        <w:t>The new archive parser opened the migrated object and displayed the manifest, source fields, provenance links, candidate translations, and access restrictions.</w:t>
      </w:r>
    </w:p>
    <w:p>
      <w:r>
        <w:rPr>
          <w:rFonts w:ascii="Georgia" w:hAnsi="Georgia" w:eastAsia="Georgia"/>
          <w:sz w:val="23"/>
        </w:rPr>
        <w:t>No controller logic executed.</w:t>
      </w:r>
    </w:p>
    <w:p>
      <w:r>
        <w:rPr>
          <w:rFonts w:ascii="Georgia" w:hAnsi="Georgia" w:eastAsia="Georgia"/>
          <w:sz w:val="23"/>
        </w:rPr>
        <w:t>No common reference generated.</w:t>
      </w:r>
    </w:p>
    <w:p>
      <w:r>
        <w:rPr>
          <w:rFonts w:ascii="Georgia" w:hAnsi="Georgia" w:eastAsia="Georgia"/>
          <w:sz w:val="23"/>
        </w:rPr>
        <w:t>No setting model attached.</w:t>
      </w:r>
    </w:p>
    <w:p>
      <w:r>
        <w:rPr>
          <w:rFonts w:ascii="Georgia" w:hAnsi="Georgia" w:eastAsia="Georgia"/>
          <w:sz w:val="23"/>
        </w:rPr>
        <w:t>Beren watched the screen.</w:t>
      </w:r>
    </w:p>
    <w:p>
      <w:r>
        <w:rPr>
          <w:rFonts w:ascii="Georgia" w:hAnsi="Georgia" w:eastAsia="Georgia"/>
          <w:sz w:val="23"/>
        </w:rPr>
        <w:t>“Can you show me anything useful?”</w:t>
      </w:r>
    </w:p>
    <w:p>
      <w:r>
        <w:rPr>
          <w:rFonts w:ascii="Georgia" w:hAnsi="Georgia" w:eastAsia="Georgia"/>
          <w:sz w:val="23"/>
        </w:rPr>
        <w:t>Arden said, “Define useful.”</w:t>
      </w:r>
    </w:p>
    <w:p>
      <w:r>
        <w:rPr>
          <w:rFonts w:ascii="Georgia" w:hAnsi="Georgia" w:eastAsia="Georgia"/>
          <w:sz w:val="23"/>
        </w:rPr>
        <w:t>He almost smiled.</w:t>
      </w:r>
    </w:p>
    <w:p>
      <w:r>
        <w:rPr>
          <w:rFonts w:ascii="Georgia" w:hAnsi="Georgia" w:eastAsia="Georgia"/>
          <w:sz w:val="23"/>
        </w:rPr>
        <w:t>“For my balance.”</w:t>
      </w:r>
    </w:p>
    <w:p>
      <w:r>
        <w:rPr>
          <w:rFonts w:ascii="Georgia" w:hAnsi="Georgia" w:eastAsia="Georgia"/>
          <w:sz w:val="23"/>
        </w:rPr>
        <w:t>“Not without a clinical question and separate authorization.”</w:t>
      </w:r>
    </w:p>
    <w:p>
      <w:r>
        <w:rPr>
          <w:rFonts w:ascii="Georgia" w:hAnsi="Georgia" w:eastAsia="Georgia"/>
          <w:sz w:val="23"/>
        </w:rPr>
        <w:t>“Then no.”</w:t>
      </w:r>
    </w:p>
    <w:p>
      <w:r>
        <w:rPr>
          <w:rFonts w:ascii="Georgia" w:hAnsi="Georgia" w:eastAsia="Georgia"/>
          <w:sz w:val="23"/>
        </w:rPr>
        <w:t>“Correct.”</w:t>
      </w:r>
    </w:p>
    <w:p>
      <w:r>
        <w:rPr>
          <w:rFonts w:ascii="Georgia" w:hAnsi="Georgia" w:eastAsia="Georgia"/>
          <w:sz w:val="23"/>
        </w:rPr>
        <w:t>Anel looked at the screen.</w:t>
      </w:r>
    </w:p>
    <w:p>
      <w:r>
        <w:rPr>
          <w:rFonts w:ascii="Georgia" w:hAnsi="Georgia" w:eastAsia="Georgia"/>
          <w:sz w:val="23"/>
        </w:rPr>
        <w:t>“Can you show me whether it still says both of us?”</w:t>
      </w:r>
    </w:p>
    <w:p>
      <w:r>
        <w:rPr>
          <w:rFonts w:ascii="Georgia" w:hAnsi="Georgia" w:eastAsia="Georgia"/>
          <w:sz w:val="23"/>
        </w:rPr>
        <w:t>Arden opened the principal manifest.</w:t>
      </w:r>
    </w:p>
    <w:p>
      <w:r>
        <w:rPr>
          <w:rFonts w:ascii="Georgia" w:hAnsi="Georgia" w:eastAsia="Georgia"/>
          <w:sz w:val="23"/>
        </w:rPr>
        <w:t>ANEL VOSS.</w:t>
      </w:r>
    </w:p>
    <w:p>
      <w:r>
        <w:rPr>
          <w:rFonts w:ascii="Georgia" w:hAnsi="Georgia" w:eastAsia="Georgia"/>
          <w:sz w:val="23"/>
        </w:rPr>
        <w:t>BEREN NALL.</w:t>
      </w:r>
    </w:p>
    <w:p>
      <w:r>
        <w:rPr>
          <w:rFonts w:ascii="Georgia" w:hAnsi="Georgia" w:eastAsia="Georgia"/>
          <w:sz w:val="23"/>
        </w:rPr>
        <w:t>JOINT HISTORICAL PROFILE.</w:t>
      </w:r>
    </w:p>
    <w:p>
      <w:r>
        <w:rPr>
          <w:rFonts w:ascii="Georgia" w:hAnsi="Georgia" w:eastAsia="Georgia"/>
          <w:sz w:val="23"/>
        </w:rPr>
        <w:t>OPERATIONAL STATUS: INACTIVE.</w:t>
      </w:r>
    </w:p>
    <w:p>
      <w:r>
        <w:rPr>
          <w:rFonts w:ascii="Georgia" w:hAnsi="Georgia" w:eastAsia="Georgia"/>
          <w:sz w:val="23"/>
        </w:rPr>
        <w:t>SOURCE CONTROLLER: RESET / RETURNED TO INVENTORY.</w:t>
      </w:r>
    </w:p>
    <w:p>
      <w:r>
        <w:rPr>
          <w:rFonts w:ascii="Georgia" w:hAnsi="Georgia" w:eastAsia="Georgia"/>
          <w:sz w:val="23"/>
        </w:rPr>
        <w:t>CURRENT RESIDENTIAL ASSOCIATION: NONE.</w:t>
      </w:r>
    </w:p>
    <w:p>
      <w:r>
        <w:rPr>
          <w:rFonts w:ascii="Georgia" w:hAnsi="Georgia" w:eastAsia="Georgia"/>
          <w:sz w:val="23"/>
        </w:rPr>
        <w:t>Anel read it.</w:t>
      </w:r>
    </w:p>
    <w:p>
      <w:r>
        <w:rPr>
          <w:rFonts w:ascii="Georgia" w:hAnsi="Georgia" w:eastAsia="Georgia"/>
          <w:sz w:val="23"/>
        </w:rPr>
        <w:t>“That is right.”</w:t>
      </w:r>
    </w:p>
    <w:p>
      <w:r>
        <w:rPr>
          <w:rFonts w:ascii="Georgia" w:hAnsi="Georgia" w:eastAsia="Georgia"/>
          <w:sz w:val="23"/>
        </w:rPr>
        <w:t>Beren said, “You wanted it to say none.”</w:t>
      </w:r>
    </w:p>
    <w:p>
      <w:r>
        <w:rPr>
          <w:rFonts w:ascii="Georgia" w:hAnsi="Georgia" w:eastAsia="Georgia"/>
          <w:sz w:val="23"/>
        </w:rPr>
        <w:t>“For residence.”</w:t>
      </w:r>
    </w:p>
    <w:p>
      <w:r>
        <w:rPr>
          <w:rFonts w:ascii="Georgia" w:hAnsi="Georgia" w:eastAsia="Georgia"/>
          <w:sz w:val="23"/>
        </w:rPr>
        <w:t>“I know.”</w:t>
      </w:r>
    </w:p>
    <w:p>
      <w:r>
        <w:rPr>
          <w:rFonts w:ascii="Georgia" w:hAnsi="Georgia" w:eastAsia="Georgia"/>
          <w:sz w:val="23"/>
        </w:rPr>
        <w:t>They no longer needed Miren to carry that distinction for them.</w:t>
      </w:r>
    </w:p>
    <w:p>
      <w:r>
        <w:rPr>
          <w:rFonts w:ascii="Georgia" w:hAnsi="Georgia" w:eastAsia="Georgia"/>
          <w:sz w:val="23"/>
        </w:rPr>
        <w:t>At the bottom of the manifest, the archive displayed:</w:t>
      </w:r>
    </w:p>
    <w:p>
      <w:r>
        <w:rPr>
          <w:rFonts w:ascii="Georgia" w:hAnsi="Georgia" w:eastAsia="Georgia"/>
          <w:sz w:val="23"/>
        </w:rPr>
        <w:t>PRESERVATION CLASS: B — READABLE HISTORICAL STATE.</w:t>
      </w:r>
    </w:p>
    <w:p>
      <w:r>
        <w:rPr>
          <w:rFonts w:ascii="Georgia" w:hAnsi="Georgia" w:eastAsia="Georgia"/>
          <w:sz w:val="23"/>
        </w:rPr>
        <w:t>FUNCTIONAL EXECUTION AUTHORITY: NONE.</w:t>
      </w:r>
    </w:p>
    <w:p>
      <w:r>
        <w:rPr>
          <w:rFonts w:ascii="Georgia" w:hAnsi="Georgia" w:eastAsia="Georgia"/>
          <w:sz w:val="23"/>
        </w:rPr>
        <w:t>FUNCTIONAL CAPABILITY PRESERVATION: NOT GUARANTEED.</w:t>
      </w:r>
    </w:p>
    <w:p>
      <w:r>
        <w:rPr>
          <w:rFonts w:ascii="Georgia" w:hAnsi="Georgia" w:eastAsia="Georgia"/>
          <w:sz w:val="23"/>
        </w:rPr>
        <w:t>I expected Beren to object.</w:t>
      </w:r>
    </w:p>
    <w:p>
      <w:r>
        <w:rPr>
          <w:rFonts w:ascii="Georgia" w:hAnsi="Georgia" w:eastAsia="Georgia"/>
          <w:sz w:val="23"/>
        </w:rPr>
        <w:t>He did not.</w:t>
      </w:r>
    </w:p>
    <w:p>
      <w:r>
        <w:rPr>
          <w:rFonts w:ascii="Georgia" w:hAnsi="Georgia" w:eastAsia="Georgia"/>
          <w:sz w:val="23"/>
        </w:rPr>
        <w:t>“Seventeen months,” he said.</w:t>
      </w:r>
    </w:p>
    <w:p>
      <w:r>
        <w:rPr>
          <w:rFonts w:ascii="Georgia" w:hAnsi="Georgia" w:eastAsia="Georgia"/>
          <w:sz w:val="23"/>
        </w:rPr>
        <w:t>Arden nodded.</w:t>
      </w:r>
    </w:p>
    <w:p>
      <w:r>
        <w:rPr>
          <w:rFonts w:ascii="Georgia" w:hAnsi="Georgia" w:eastAsia="Georgia"/>
          <w:sz w:val="23"/>
        </w:rPr>
        <w:t>“After that the old runtime may no longer be available here.”</w:t>
      </w:r>
    </w:p>
    <w:p>
      <w:r>
        <w:rPr>
          <w:rFonts w:ascii="Georgia" w:hAnsi="Georgia" w:eastAsia="Georgia"/>
          <w:sz w:val="23"/>
        </w:rPr>
        <w:t>“Could somebody rebuild it from public documentation?”</w:t>
      </w:r>
    </w:p>
    <w:p>
      <w:r>
        <w:rPr>
          <w:rFonts w:ascii="Georgia" w:hAnsi="Georgia" w:eastAsia="Georgia"/>
          <w:sz w:val="23"/>
        </w:rPr>
        <w:t>“Possibly.”</w:t>
      </w:r>
    </w:p>
    <w:p>
      <w:r>
        <w:rPr>
          <w:rFonts w:ascii="Georgia" w:hAnsi="Georgia" w:eastAsia="Georgia"/>
          <w:sz w:val="23"/>
        </w:rPr>
        <w:t>Anel looked at Dera.</w:t>
      </w:r>
    </w:p>
    <w:p>
      <w:r>
        <w:rPr>
          <w:rFonts w:ascii="Georgia" w:hAnsi="Georgia" w:eastAsia="Georgia"/>
          <w:sz w:val="23"/>
        </w:rPr>
        <w:t>“Can we stop that?”</w:t>
      </w:r>
    </w:p>
    <w:p>
      <w:r>
        <w:rPr>
          <w:rFonts w:ascii="Georgia" w:hAnsi="Georgia" w:eastAsia="Georgia"/>
          <w:sz w:val="23"/>
        </w:rPr>
        <w:t>“No. You can control this archive object and its authorized derivatives. You cannot prohibit independent reconstruction of obsolete commercial software from lawful sources.”</w:t>
      </w:r>
    </w:p>
    <w:p>
      <w:r>
        <w:rPr>
          <w:rFonts w:ascii="Georgia" w:hAnsi="Georgia" w:eastAsia="Georgia"/>
          <w:sz w:val="23"/>
        </w:rPr>
        <w:t>She absorbed that.</w:t>
      </w:r>
    </w:p>
    <w:p>
      <w:r>
        <w:rPr>
          <w:rFonts w:ascii="Georgia" w:hAnsi="Georgia" w:eastAsia="Georgia"/>
          <w:sz w:val="23"/>
        </w:rPr>
        <w:t>The world remained larger than consent.</w:t>
      </w:r>
    </w:p>
    <w:p>
      <w:r>
        <w:rPr>
          <w:rFonts w:ascii="Georgia" w:hAnsi="Georgia" w:eastAsia="Georgia"/>
          <w:sz w:val="23"/>
        </w:rPr>
        <w:t>Consent still governed what it governed.</w:t>
      </w:r>
    </w:p>
    <w:p>
      <w:pPr>
        <w:spacing w:before="80" w:after="80"/>
        <w:jc w:val="center"/>
      </w:pPr>
      <w:r>
        <w:rPr>
          <w:rFonts w:ascii="Georgia" w:hAnsi="Georgia" w:eastAsia="Georgia"/>
          <w:sz w:val="23"/>
        </w:rPr>
        <w:t>§</w:t>
      </w:r>
    </w:p>
    <w:p>
      <w:r>
        <w:rPr>
          <w:rFonts w:ascii="Georgia" w:hAnsi="Georgia" w:eastAsia="Georgia"/>
          <w:sz w:val="23"/>
        </w:rPr>
        <w:t>We left at 1611.</w:t>
      </w:r>
    </w:p>
    <w:p>
      <w:r>
        <w:rPr>
          <w:rFonts w:ascii="Georgia" w:hAnsi="Georgia" w:eastAsia="Georgia"/>
          <w:sz w:val="23"/>
        </w:rPr>
        <w:t>Beren went south.</w:t>
      </w:r>
    </w:p>
    <w:p>
      <w:r>
        <w:rPr>
          <w:rFonts w:ascii="Georgia" w:hAnsi="Georgia" w:eastAsia="Georgia"/>
          <w:sz w:val="23"/>
        </w:rPr>
        <w:t>Anel went east.</w:t>
      </w:r>
    </w:p>
    <w:p>
      <w:r>
        <w:rPr>
          <w:rFonts w:ascii="Georgia" w:hAnsi="Georgia" w:eastAsia="Georgia"/>
          <w:sz w:val="23"/>
        </w:rPr>
        <w:t>Separate transit platforms.</w:t>
      </w:r>
    </w:p>
    <w:p>
      <w:r>
        <w:rPr>
          <w:rFonts w:ascii="Georgia" w:hAnsi="Georgia" w:eastAsia="Georgia"/>
          <w:sz w:val="23"/>
        </w:rPr>
        <w:t>They did not say goodbye in front of us.</w:t>
      </w:r>
    </w:p>
    <w:p>
      <w:r>
        <w:rPr>
          <w:rFonts w:ascii="Georgia" w:hAnsi="Georgia" w:eastAsia="Georgia"/>
          <w:sz w:val="23"/>
        </w:rPr>
        <w:t>Miren and I returned to the shop.</w:t>
      </w:r>
    </w:p>
    <w:p>
      <w:r>
        <w:rPr>
          <w:rFonts w:ascii="Georgia" w:hAnsi="Georgia" w:eastAsia="Georgia"/>
          <w:sz w:val="23"/>
        </w:rPr>
        <w:t>The local intake form still contained the three lines we had written during Beren and Anel’s commissioning work.</w:t>
      </w:r>
    </w:p>
    <w:p>
      <w:r>
        <w:rPr>
          <w:rFonts w:ascii="Georgia" w:hAnsi="Georgia" w:eastAsia="Georgia"/>
          <w:sz w:val="23"/>
        </w:rPr>
        <w:t>SHARED PROFILE MAY CONTAIN ADAPTATION GENERATED UNDER MULTIPLE CARRIERS AND SETTINGS.</w:t>
      </w:r>
    </w:p>
    <w:p>
      <w:r>
        <w:rPr>
          <w:rFonts w:ascii="Georgia" w:hAnsi="Georgia" w:eastAsia="Georgia"/>
          <w:sz w:val="23"/>
        </w:rPr>
        <w:t>PROFILE PRESERVATION IS NOT PROFILE CONTINUATION.</w:t>
      </w:r>
    </w:p>
    <w:p>
      <w:r>
        <w:rPr>
          <w:rFonts w:ascii="Georgia" w:hAnsi="Georgia" w:eastAsia="Georgia"/>
          <w:sz w:val="23"/>
        </w:rPr>
        <w:t>PROFILE RESET DOES NOT ESTABLISH SETTING INDEPENDENCE OR REMOVE PRIOR CO-CONTACT HISTORY.</w:t>
      </w:r>
    </w:p>
    <w:p>
      <w:r>
        <w:rPr>
          <w:rFonts w:ascii="Georgia" w:hAnsi="Georgia" w:eastAsia="Georgia"/>
          <w:sz w:val="23"/>
        </w:rPr>
        <w:t>I added a fourth.</w:t>
      </w:r>
    </w:p>
    <w:p>
      <w:r>
        <w:rPr>
          <w:rFonts w:ascii="Georgia" w:hAnsi="Georgia" w:eastAsia="Georgia"/>
          <w:sz w:val="23"/>
        </w:rPr>
        <w:t>Miren stopped me before I finished.</w:t>
      </w:r>
    </w:p>
    <w:p>
      <w:r>
        <w:rPr>
          <w:rFonts w:ascii="Georgia" w:hAnsi="Georgia" w:eastAsia="Georgia"/>
          <w:sz w:val="23"/>
        </w:rPr>
        <w:t>“Do not make it a paragraph.”</w:t>
      </w:r>
    </w:p>
    <w:p>
      <w:r>
        <w:rPr>
          <w:rFonts w:ascii="Georgia" w:hAnsi="Georgia" w:eastAsia="Georgia"/>
          <w:sz w:val="23"/>
        </w:rPr>
        <w:t>“It needs conditions.”</w:t>
      </w:r>
    </w:p>
    <w:p>
      <w:r>
        <w:rPr>
          <w:rFonts w:ascii="Georgia" w:hAnsi="Georgia" w:eastAsia="Georgia"/>
          <w:sz w:val="23"/>
        </w:rPr>
        <w:t>“Then make the conditions fields.”</w:t>
      </w:r>
    </w:p>
    <w:p>
      <w:r>
        <w:rPr>
          <w:rFonts w:ascii="Georgia" w:hAnsi="Georgia" w:eastAsia="Georgia"/>
          <w:sz w:val="23"/>
        </w:rPr>
        <w:t>She was right.</w:t>
      </w:r>
    </w:p>
    <w:p>
      <w:r>
        <w:rPr>
          <w:rFonts w:ascii="Georgia" w:hAnsi="Georgia" w:eastAsia="Georgia"/>
          <w:sz w:val="23"/>
        </w:rPr>
        <w:t>We changed the form instead.</w:t>
      </w:r>
    </w:p>
    <w:p>
      <w:r>
        <w:rPr>
          <w:rFonts w:ascii="Georgia" w:hAnsi="Georgia" w:eastAsia="Georgia"/>
          <w:sz w:val="23"/>
        </w:rPr>
        <w:t>PRESERVATION TARGET:</w:t>
      </w:r>
    </w:p>
    <w:p>
      <w:r>
        <w:rPr>
          <w:rFonts w:ascii="Georgia" w:hAnsi="Georgia" w:eastAsia="Georgia"/>
          <w:sz w:val="23"/>
        </w:rPr>
        <w:t>[ ] EXACT STORED REPRESENTATION.</w:t>
      </w:r>
    </w:p>
    <w:p>
      <w:r>
        <w:rPr>
          <w:rFonts w:ascii="Georgia" w:hAnsi="Georgia" w:eastAsia="Georgia"/>
          <w:sz w:val="23"/>
        </w:rPr>
        <w:t>[ ] FUTURE READABILITY.</w:t>
      </w:r>
    </w:p>
    <w:p>
      <w:r>
        <w:rPr>
          <w:rFonts w:ascii="Georgia" w:hAnsi="Georgia" w:eastAsia="Georgia"/>
          <w:sz w:val="23"/>
        </w:rPr>
        <w:t>[ ] CERTIFIED FUNCTIONAL BEHAVIOR.</w:t>
      </w:r>
    </w:p>
    <w:p>
      <w:r>
        <w:rPr>
          <w:rFonts w:ascii="Georgia" w:hAnsi="Georgia" w:eastAsia="Georgia"/>
          <w:sz w:val="23"/>
        </w:rPr>
        <w:t>[ ] OTHER / SPECIFY.</w:t>
      </w:r>
    </w:p>
    <w:p>
      <w:r>
        <w:rPr>
          <w:rFonts w:ascii="Georgia" w:hAnsi="Georgia" w:eastAsia="Georgia"/>
          <w:sz w:val="23"/>
        </w:rPr>
        <w:t>Then:</w:t>
      </w:r>
    </w:p>
    <w:p>
      <w:r>
        <w:rPr>
          <w:rFonts w:ascii="Georgia" w:hAnsi="Georgia" w:eastAsia="Georgia"/>
          <w:sz w:val="23"/>
        </w:rPr>
        <w:t>MIGRATION AUTHORITY:</w:t>
      </w:r>
    </w:p>
    <w:p>
      <w:r>
        <w:rPr>
          <w:rFonts w:ascii="Georgia" w:hAnsi="Georgia" w:eastAsia="Georgia"/>
          <w:sz w:val="23"/>
        </w:rPr>
        <w:t>[ ] NONE.</w:t>
      </w:r>
    </w:p>
    <w:p>
      <w:r>
        <w:rPr>
          <w:rFonts w:ascii="Georgia" w:hAnsi="Georgia" w:eastAsia="Georgia"/>
          <w:sz w:val="23"/>
        </w:rPr>
        <w:t>[ ] SEMANTIC ONLY.</w:t>
      </w:r>
    </w:p>
    <w:p>
      <w:r>
        <w:rPr>
          <w:rFonts w:ascii="Georgia" w:hAnsi="Georgia" w:eastAsia="Georgia"/>
          <w:sz w:val="23"/>
        </w:rPr>
        <w:t>[ ] FUNCTIONAL VALIDATION PERMITTED.</w:t>
      </w:r>
    </w:p>
    <w:p>
      <w:r>
        <w:rPr>
          <w:rFonts w:ascii="Georgia" w:hAnsi="Georgia" w:eastAsia="Georgia"/>
          <w:sz w:val="23"/>
        </w:rPr>
        <w:t>Then:</w:t>
      </w:r>
    </w:p>
    <w:p>
      <w:r>
        <w:rPr>
          <w:rFonts w:ascii="Georgia" w:hAnsi="Georgia" w:eastAsia="Georgia"/>
          <w:sz w:val="23"/>
        </w:rPr>
        <w:t>LEGACY-TO-CURRENT CATEGORY TRANSLATION MUST REMAIN VISIBLE AS DERIVED.</w:t>
      </w:r>
    </w:p>
    <w:p>
      <w:r>
        <w:rPr>
          <w:rFonts w:ascii="Georgia" w:hAnsi="Georgia" w:eastAsia="Georgia"/>
          <w:sz w:val="23"/>
        </w:rPr>
        <w:t>Then:</w:t>
      </w:r>
    </w:p>
    <w:p>
      <w:r>
        <w:rPr>
          <w:rFonts w:ascii="Georgia" w:hAnsi="Georgia" w:eastAsia="Georgia"/>
          <w:sz w:val="23"/>
        </w:rPr>
        <w:t>UNRESOLVED LEGACY CONSTRUCTS MAY REMAIN UNRESOLVED.</w:t>
      </w:r>
    </w:p>
    <w:p>
      <w:r>
        <w:rPr>
          <w:rFonts w:ascii="Georgia" w:hAnsi="Georgia" w:eastAsia="Georgia"/>
          <w:sz w:val="23"/>
        </w:rPr>
        <w:t>Miren stopped typing.</w:t>
      </w:r>
    </w:p>
    <w:p>
      <w:r>
        <w:rPr>
          <w:rFonts w:ascii="Georgia" w:hAnsi="Georgia" w:eastAsia="Georgia"/>
          <w:sz w:val="23"/>
        </w:rPr>
        <w:t>“That one stays.”</w:t>
      </w:r>
    </w:p>
    <w:p>
      <w:r>
        <w:rPr>
          <w:rFonts w:ascii="Georgia" w:hAnsi="Georgia" w:eastAsia="Georgia"/>
          <w:sz w:val="23"/>
        </w:rPr>
        <w:t>“Yes.”</w:t>
      </w:r>
    </w:p>
    <w:p>
      <w:r>
        <w:rPr>
          <w:rFonts w:ascii="Georgia" w:hAnsi="Georgia" w:eastAsia="Georgia"/>
          <w:sz w:val="23"/>
        </w:rPr>
        <w:t>“Why?”</w:t>
      </w:r>
    </w:p>
    <w:p>
      <w:r>
        <w:rPr>
          <w:rFonts w:ascii="Georgia" w:hAnsi="Georgia" w:eastAsia="Georgia"/>
          <w:sz w:val="23"/>
        </w:rPr>
        <w:t>“Because the converter tried to make one old field become one current answer.”</w:t>
      </w:r>
    </w:p>
    <w:p>
      <w:r>
        <w:rPr>
          <w:rFonts w:ascii="Georgia" w:hAnsi="Georgia" w:eastAsia="Georgia"/>
          <w:sz w:val="23"/>
        </w:rPr>
        <w:t>“That is what converters do.”</w:t>
      </w:r>
    </w:p>
    <w:p>
      <w:r>
        <w:rPr>
          <w:rFonts w:ascii="Georgia" w:hAnsi="Georgia" w:eastAsia="Georgia"/>
          <w:sz w:val="23"/>
        </w:rPr>
        <w:t>“It is what bad ones do when the source does not support the distinction.”</w:t>
      </w:r>
    </w:p>
    <w:p>
      <w:r>
        <w:rPr>
          <w:rFonts w:ascii="Georgia" w:hAnsi="Georgia" w:eastAsia="Georgia"/>
          <w:sz w:val="23"/>
        </w:rPr>
        <w:t>She saved the form.</w:t>
      </w:r>
    </w:p>
    <w:p>
      <w:r>
        <w:rPr>
          <w:rFonts w:ascii="Georgia" w:hAnsi="Georgia" w:eastAsia="Georgia"/>
          <w:sz w:val="23"/>
        </w:rPr>
        <w:t>Local only.</w:t>
      </w:r>
    </w:p>
    <w:p>
      <w:r>
        <w:rPr>
          <w:rFonts w:ascii="Georgia" w:hAnsi="Georgia" w:eastAsia="Georgia"/>
          <w:sz w:val="23"/>
        </w:rPr>
        <w:t>Not a standard.</w:t>
      </w:r>
    </w:p>
    <w:p>
      <w:r>
        <w:rPr>
          <w:rFonts w:ascii="Georgia" w:hAnsi="Georgia" w:eastAsia="Georgia"/>
          <w:sz w:val="23"/>
        </w:rPr>
        <w:t>Not yet.</w:t>
      </w:r>
    </w:p>
    <w:p>
      <w:r>
        <w:rPr>
          <w:rFonts w:ascii="Georgia" w:hAnsi="Georgia" w:eastAsia="Georgia"/>
          <w:sz w:val="23"/>
        </w:rPr>
        <w:t>I looked at PROFILE PRESERVATION IS NOT PROFILE CONTINUATION.</w:t>
      </w:r>
    </w:p>
    <w:p>
      <w:r>
        <w:rPr>
          <w:rFonts w:ascii="Georgia" w:hAnsi="Georgia" w:eastAsia="Georgia"/>
          <w:sz w:val="23"/>
        </w:rPr>
        <w:t>The sentence remained correct.</w:t>
      </w:r>
    </w:p>
    <w:p>
      <w:r>
        <w:rPr>
          <w:rFonts w:ascii="Georgia" w:hAnsi="Georgia" w:eastAsia="Georgia"/>
          <w:sz w:val="23"/>
        </w:rPr>
        <w:t>It was also incomplete in a way I could now name.</w:t>
      </w:r>
    </w:p>
    <w:p>
      <w:r>
        <w:rPr>
          <w:rFonts w:ascii="Georgia" w:hAnsi="Georgia" w:eastAsia="Georgia"/>
          <w:sz w:val="23"/>
        </w:rPr>
        <w:t>Preservation was not a passive state.</w:t>
      </w:r>
    </w:p>
    <w:p>
      <w:r>
        <w:rPr>
          <w:rFonts w:ascii="Georgia" w:hAnsi="Georgia" w:eastAsia="Georgia"/>
          <w:sz w:val="23"/>
        </w:rPr>
        <w:t>Someone had to decide what was being preserved.</w:t>
      </w:r>
    </w:p>
    <w:p>
      <w:r>
        <w:rPr>
          <w:rFonts w:ascii="Georgia" w:hAnsi="Georgia" w:eastAsia="Georgia"/>
          <w:sz w:val="23"/>
        </w:rPr>
        <w:t>Someone had to maintain the ability to know what it was.</w:t>
      </w:r>
    </w:p>
    <w:p>
      <w:r>
        <w:rPr>
          <w:rFonts w:ascii="Georgia" w:hAnsi="Georgia" w:eastAsia="Georgia"/>
          <w:sz w:val="23"/>
        </w:rPr>
        <w:t>Someone had to refuse improvements the source did not earn.</w:t>
      </w:r>
    </w:p>
    <w:p>
      <w:r>
        <w:rPr>
          <w:rFonts w:ascii="Georgia" w:hAnsi="Georgia" w:eastAsia="Georgia"/>
          <w:sz w:val="23"/>
        </w:rPr>
        <w:t>And sometimes preserving the past required allowing a future reader to encounter the same uncertainty we had.</w:t>
      </w:r>
    </w:p>
    <w:p>
      <w:r>
        <w:rPr>
          <w:rFonts w:ascii="Georgia" w:hAnsi="Georgia" w:eastAsia="Georgia"/>
          <w:sz w:val="23"/>
        </w:rPr>
        <w:t>That was not failure.</w:t>
      </w:r>
    </w:p>
    <w:p>
      <w:r>
        <w:rPr>
          <w:rFonts w:ascii="Georgia" w:hAnsi="Georgia" w:eastAsia="Georgia"/>
          <w:sz w:val="23"/>
        </w:rPr>
        <w:t>It was the part we had almost converted away.</w:t>
      </w:r>
    </w:p>
    <w:p>
      <w:pPr>
        <w:spacing w:before="80" w:after="80"/>
        <w:jc w:val="center"/>
      </w:pPr>
      <w:r>
        <w:rPr>
          <w:rFonts w:ascii="Georgia" w:hAnsi="Georgia" w:eastAsia="Georgia"/>
          <w:sz w:val="23"/>
        </w:rPr>
        <w:t>§</w:t>
      </w:r>
    </w:p>
    <w:p>
      <w:r>
        <w:rPr>
          <w:rFonts w:ascii="Georgia" w:hAnsi="Georgia" w:eastAsia="Georgia"/>
          <w:sz w:val="23"/>
        </w:rPr>
        <w:t>Nine days later the future clinical question arrived.</w:t>
      </w:r>
    </w:p>
    <w:p>
      <w:r>
        <w:rPr>
          <w:rFonts w:ascii="Georgia" w:hAnsi="Georgia" w:eastAsia="Georgia"/>
          <w:sz w:val="23"/>
        </w:rPr>
        <w:t>Dr. Sena Vey did not ask to execute the preserved household profile.</w:t>
      </w:r>
    </w:p>
    <w:p>
      <w:r>
        <w:rPr>
          <w:rFonts w:ascii="Georgia" w:hAnsi="Georgia" w:eastAsia="Georgia"/>
          <w:sz w:val="23"/>
        </w:rPr>
        <w:t>She did not ask for Anel’s current records.</w:t>
      </w:r>
    </w:p>
    <w:p>
      <w:r>
        <w:rPr>
          <w:rFonts w:ascii="Georgia" w:hAnsi="Georgia" w:eastAsia="Georgia"/>
          <w:sz w:val="23"/>
        </w:rPr>
        <w:t>She asked whether the service observations already preserved under Beren’s authority contained a controller condition that could make his persistent leftward orientation bias less arbitrary to treat.</w:t>
      </w:r>
    </w:p>
    <w:p>
      <w:r>
        <w:rPr>
          <w:rFonts w:ascii="Georgia" w:hAnsi="Georgia" w:eastAsia="Georgia"/>
          <w:sz w:val="23"/>
        </w:rPr>
        <w:t>Beren’s new apartment had completed cold commissioning eight days earlier. The controller was stable. His setting was stable. His nausea had diminished. His leftward drift had improved and then stopped improving.</w:t>
      </w:r>
    </w:p>
    <w:p>
      <w:r>
        <w:rPr>
          <w:rFonts w:ascii="Georgia" w:hAnsi="Georgia" w:eastAsia="Georgia"/>
          <w:sz w:val="23"/>
        </w:rPr>
        <w:t>The archive gave us what it could without running the old household state: ordinary historical service outputs tied to Beren’s own performance.</w:t>
      </w:r>
    </w:p>
    <w:p>
      <w:r>
        <w:rPr>
          <w:rFonts w:ascii="Georgia" w:hAnsi="Georgia" w:eastAsia="Georgia"/>
          <w:sz w:val="23"/>
        </w:rPr>
        <w:t>A long cluster fell between 0.11 and 0.19 milliseconds of controller-reference offset.</w:t>
      </w:r>
    </w:p>
    <w:p>
      <w:r>
        <w:rPr>
          <w:rFonts w:ascii="Georgia" w:hAnsi="Georgia" w:eastAsia="Georgia"/>
          <w:sz w:val="23"/>
        </w:rPr>
        <w:t>His current value sat near the edge.</w:t>
      </w:r>
    </w:p>
    <w:p>
      <w:r>
        <w:rPr>
          <w:rFonts w:ascii="Georgia" w:hAnsi="Georgia" w:eastAsia="Georgia"/>
          <w:sz w:val="23"/>
        </w:rPr>
        <w:t>Vey proposed 0.15.</w:t>
      </w:r>
    </w:p>
    <w:p>
      <w:r>
        <w:rPr>
          <w:rFonts w:ascii="Georgia" w:hAnsi="Georgia" w:eastAsia="Georgia"/>
          <w:sz w:val="23"/>
        </w:rPr>
        <w:t>Not because the old house had been 0.15.</w:t>
      </w:r>
    </w:p>
    <w:p>
      <w:r>
        <w:rPr>
          <w:rFonts w:ascii="Georgia" w:hAnsi="Georgia" w:eastAsia="Georgia"/>
          <w:sz w:val="23"/>
        </w:rPr>
        <w:t>We did not know that.</w:t>
      </w:r>
    </w:p>
    <w:p>
      <w:r>
        <w:rPr>
          <w:rFonts w:ascii="Georgia" w:hAnsi="Georgia" w:eastAsia="Georgia"/>
          <w:sz w:val="23"/>
        </w:rPr>
        <w:t>Not because 0.15 belonged to Beren.</w:t>
      </w:r>
    </w:p>
    <w:p>
      <w:r>
        <w:rPr>
          <w:rFonts w:ascii="Georgia" w:hAnsi="Georgia" w:eastAsia="Georgia"/>
          <w:sz w:val="23"/>
        </w:rPr>
        <w:t>It did not.</w:t>
      </w:r>
    </w:p>
    <w:p>
      <w:r>
        <w:rPr>
          <w:rFonts w:ascii="Georgia" w:hAnsi="Georgia" w:eastAsia="Georgia"/>
          <w:sz w:val="23"/>
        </w:rPr>
        <w:t>Because his authorized historical measurements made a small reversible current adjustment inside that band less arbitrary than choosing from the whole available range.</w:t>
      </w:r>
    </w:p>
    <w:p>
      <w:r>
        <w:rPr>
          <w:rFonts w:ascii="Georgia" w:hAnsi="Georgia" w:eastAsia="Georgia"/>
          <w:sz w:val="23"/>
        </w:rPr>
        <w:t>Beren listened to the explanation and said, “I do not need Tovan Rees. I do not need Anel’s sister. I do not need to know whether either fragment remembers anything. I need to know whether the old controller consistently provided a timing condition my current tools are not reproducing.”</w:t>
      </w:r>
    </w:p>
    <w:p>
      <w:r>
        <w:rPr>
          <w:rFonts w:ascii="Georgia" w:hAnsi="Georgia" w:eastAsia="Georgia"/>
          <w:sz w:val="23"/>
        </w:rPr>
        <w:t>Vey said, “That is the question.”</w:t>
      </w:r>
    </w:p>
    <w:p>
      <w:r>
        <w:rPr>
          <w:rFonts w:ascii="Georgia" w:hAnsi="Georgia" w:eastAsia="Georgia"/>
          <w:sz w:val="23"/>
        </w:rPr>
        <w:t>We tested in his apartment.</w:t>
      </w:r>
    </w:p>
    <w:p>
      <w:r>
        <w:rPr>
          <w:rFonts w:ascii="Georgia" w:hAnsi="Georgia" w:eastAsia="Georgia"/>
          <w:sz w:val="23"/>
        </w:rPr>
        <w:t>At 0.15 his setting trace moved one tenth of a percent and returned. His center-of-pressure bias fell slightly. His hallway drift improved enough that he crossed the marked line without touching the wall.</w:t>
      </w:r>
    </w:p>
    <w:p>
      <w:r>
        <w:rPr>
          <w:rFonts w:ascii="Georgia" w:hAnsi="Georgia" w:eastAsia="Georgia"/>
          <w:sz w:val="23"/>
        </w:rPr>
        <w:t>It did not return him to his old residential baseline.</w:t>
      </w:r>
    </w:p>
    <w:p>
      <w:r>
        <w:rPr>
          <w:rFonts w:ascii="Georgia" w:hAnsi="Georgia" w:eastAsia="Georgia"/>
          <w:sz w:val="23"/>
        </w:rPr>
        <w:t>Vey stopped there.</w:t>
      </w:r>
    </w:p>
    <w:p>
      <w:r>
        <w:rPr>
          <w:rFonts w:ascii="Georgia" w:hAnsi="Georgia" w:eastAsia="Georgia"/>
          <w:sz w:val="23"/>
        </w:rPr>
        <w:t>No emulator.</w:t>
      </w:r>
    </w:p>
    <w:p>
      <w:r>
        <w:rPr>
          <w:rFonts w:ascii="Georgia" w:hAnsi="Georgia" w:eastAsia="Georgia"/>
          <w:sz w:val="23"/>
        </w:rPr>
        <w:t>No Anel.</w:t>
      </w:r>
    </w:p>
    <w:p>
      <w:r>
        <w:rPr>
          <w:rFonts w:ascii="Georgia" w:hAnsi="Georgia" w:eastAsia="Georgia"/>
          <w:sz w:val="23"/>
        </w:rPr>
        <w:t>No claim about what thirty-six years of household state had meant.</w:t>
      </w:r>
    </w:p>
    <w:p>
      <w:r>
        <w:rPr>
          <w:rFonts w:ascii="Georgia" w:hAnsi="Georgia" w:eastAsia="Georgia"/>
          <w:sz w:val="23"/>
        </w:rPr>
        <w:t>The archive had preserved uncertainty.</w:t>
      </w:r>
    </w:p>
    <w:p>
      <w:r>
        <w:rPr>
          <w:rFonts w:ascii="Georgia" w:hAnsi="Georgia" w:eastAsia="Georgia"/>
          <w:sz w:val="23"/>
        </w:rPr>
        <w:t>The clinic acted anyway by narrowing the decision until the preserved evidence was sufficient for a reversible current test.</w:t>
      </w:r>
    </w:p>
    <w:p>
      <w:r>
        <w:rPr>
          <w:rFonts w:ascii="Georgia" w:hAnsi="Georgia" w:eastAsia="Georgia"/>
          <w:sz w:val="23"/>
        </w:rPr>
        <w:t>Miren updated the record:</w:t>
      </w:r>
    </w:p>
    <w:p>
      <w:r>
        <w:rPr>
          <w:rFonts w:ascii="Georgia" w:hAnsi="Georgia" w:eastAsia="Georgia"/>
          <w:sz w:val="23"/>
        </w:rPr>
        <w:t>CURRENT CONTROLLER ADJUSTMENT: 0.15 MS OFFSET.</w:t>
      </w:r>
    </w:p>
    <w:p>
      <w:r>
        <w:rPr>
          <w:rFonts w:ascii="Georgia" w:hAnsi="Georgia" w:eastAsia="Georgia"/>
          <w:sz w:val="23"/>
        </w:rPr>
        <w:t>CLINICAL EFFECT: IMPROVED ORIENTATION PERFORMANCE UNDER CURRENT CONDITIONS.</w:t>
      </w:r>
    </w:p>
    <w:p>
      <w:r>
        <w:rPr>
          <w:rFonts w:ascii="Georgia" w:hAnsi="Georgia" w:eastAsia="Georgia"/>
          <w:sz w:val="23"/>
        </w:rPr>
        <w:t>HISTORICAL PROFILE FUNCTION: NOT TESTED.</w:t>
      </w:r>
    </w:p>
    <w:p>
      <w:r>
        <w:rPr>
          <w:rFonts w:ascii="Georgia" w:hAnsi="Georgia" w:eastAsia="Georgia"/>
          <w:sz w:val="23"/>
        </w:rPr>
        <w:t>CAUSAL RELATION TO PRIOR HOUSEHOLD STATE: UNKNOWN.</w:t>
      </w:r>
    </w:p>
    <w:p>
      <w:r>
        <w:rPr>
          <w:rFonts w:ascii="Georgia" w:hAnsi="Georgia" w:eastAsia="Georgia"/>
          <w:sz w:val="23"/>
        </w:rPr>
        <w:t>Then she added:</w:t>
      </w:r>
    </w:p>
    <w:p>
      <w:r>
        <w:rPr>
          <w:rFonts w:ascii="Georgia" w:hAnsi="Georgia" w:eastAsia="Georgia"/>
          <w:sz w:val="23"/>
        </w:rPr>
        <w:t>PRESERVED UNCERTAINTY DID NOT PREVENT CURRENT CARE.</w:t>
      </w:r>
    </w:p>
    <w:p>
      <w:r>
        <w:rPr>
          <w:rFonts w:ascii="Georgia" w:hAnsi="Georgia" w:eastAsia="Georgia"/>
          <w:sz w:val="23"/>
        </w:rPr>
        <w:t>I read the sentence.</w:t>
      </w:r>
    </w:p>
    <w:p>
      <w:r>
        <w:rPr>
          <w:rFonts w:ascii="Georgia" w:hAnsi="Georgia" w:eastAsia="Georgia"/>
          <w:sz w:val="23"/>
        </w:rPr>
        <w:t>“Someone will reuse that.”</w:t>
      </w:r>
    </w:p>
    <w:p>
      <w:r>
        <w:rPr>
          <w:rFonts w:ascii="Georgia" w:hAnsi="Georgia" w:eastAsia="Georgia"/>
          <w:sz w:val="23"/>
        </w:rPr>
        <w:t>“Probably.”</w:t>
      </w:r>
    </w:p>
    <w:p>
      <w:r>
        <w:rPr>
          <w:rFonts w:ascii="Georgia" w:hAnsi="Georgia" w:eastAsia="Georgia"/>
          <w:sz w:val="23"/>
        </w:rPr>
        <w:t>“Someone will shorten it.”</w:t>
      </w:r>
    </w:p>
    <w:p>
      <w:r>
        <w:rPr>
          <w:rFonts w:ascii="Georgia" w:hAnsi="Georgia" w:eastAsia="Georgia"/>
          <w:sz w:val="23"/>
        </w:rPr>
        <w:t>“Probably.”</w:t>
      </w:r>
    </w:p>
    <w:p>
      <w:r>
        <w:rPr>
          <w:rFonts w:ascii="Georgia" w:hAnsi="Georgia" w:eastAsia="Georgia"/>
          <w:sz w:val="23"/>
        </w:rPr>
        <w:t>“To what?”</w:t>
      </w:r>
    </w:p>
    <w:p>
      <w:r>
        <w:rPr>
          <w:rFonts w:ascii="Georgia" w:hAnsi="Georgia" w:eastAsia="Georgia"/>
          <w:sz w:val="23"/>
        </w:rPr>
        <w:t>She closed the record.</w:t>
      </w:r>
    </w:p>
    <w:p>
      <w:r>
        <w:rPr>
          <w:rFonts w:ascii="Georgia" w:hAnsi="Georgia" w:eastAsia="Georgia"/>
          <w:sz w:val="23"/>
        </w:rPr>
        <w:t>“Not our problem today.”</w:t>
      </w:r>
    </w:p>
    <w:p>
      <w:r>
        <w:rPr>
          <w:rFonts w:ascii="Georgia" w:hAnsi="Georgia" w:eastAsia="Georgia"/>
          <w:sz w:val="23"/>
        </w:rPr>
        <w:t>She was wrong.</w:t>
      </w:r>
    </w:p>
    <w:p>
      <w:r>
        <w:rPr>
          <w:rFonts w:ascii="Georgia" w:hAnsi="Georgia" w:eastAsia="Georgia"/>
          <w:sz w:val="23"/>
        </w:rPr>
        <w:t>It was our problem.</w:t>
      </w:r>
    </w:p>
    <w:p>
      <w:r>
        <w:rPr>
          <w:rFonts w:ascii="Georgia" w:hAnsi="Georgia" w:eastAsia="Georgia"/>
          <w:sz w:val="23"/>
        </w:rPr>
        <w:t>It was simply not today’s jurisdiction.</w:t>
      </w:r>
    </w:p>
    <w:p>
      <w:pPr>
        <w:keepNext/>
        <w:pageBreakBefore/>
        <w:jc w:val="center"/>
      </w:pPr>
      <w:r>
        <w:rPr>
          <w:rFonts w:ascii="Georgia" w:hAnsi="Georgia" w:eastAsia="Georgia"/>
          <w:b/>
          <w:sz w:val="28"/>
        </w:rPr>
        <w:t>Chapter Eleven — The Same Parts</w:t>
      </w:r>
    </w:p>
    <w:p>
      <w:r>
        <w:rPr>
          <w:rFonts w:ascii="Georgia" w:hAnsi="Georgia" w:eastAsia="Georgia"/>
          <w:sz w:val="23"/>
        </w:rPr>
        <w:t>The number traveled before the note did.</w:t>
      </w:r>
    </w:p>
    <w:p>
      <w:r>
        <w:rPr>
          <w:rFonts w:ascii="Georgia" w:hAnsi="Georgia" w:eastAsia="Georgia"/>
          <w:sz w:val="23"/>
        </w:rPr>
        <w:t>0.15.</w:t>
      </w:r>
    </w:p>
    <w:p>
      <w:r>
        <w:rPr>
          <w:rFonts w:ascii="Georgia" w:hAnsi="Georgia" w:eastAsia="Georgia"/>
          <w:sz w:val="23"/>
        </w:rPr>
        <w:t>By the next morning a service bulletin from another clinic had converted Beren’s current adjustment into an INITIAL CONTROLLER REFERENCE TARGET for “comparable integrated support after household separation.”</w:t>
      </w:r>
    </w:p>
    <w:p>
      <w:r>
        <w:rPr>
          <w:rFonts w:ascii="Georgia" w:hAnsi="Georgia" w:eastAsia="Georgia"/>
          <w:sz w:val="23"/>
        </w:rPr>
        <w:t>The bulletin contained no historical band.</w:t>
      </w:r>
    </w:p>
    <w:p>
      <w:r>
        <w:rPr>
          <w:rFonts w:ascii="Georgia" w:hAnsi="Georgia" w:eastAsia="Georgia"/>
          <w:sz w:val="23"/>
        </w:rPr>
        <w:t>No statement that the source case had used one body, one setting, one vestibular reconstruction and thirty-six years of service observations.</w:t>
      </w:r>
    </w:p>
    <w:p>
      <w:r>
        <w:rPr>
          <w:rFonts w:ascii="Georgia" w:hAnsi="Georgia" w:eastAsia="Georgia"/>
          <w:sz w:val="23"/>
        </w:rPr>
        <w:t>No statement that the method had been to inspect the current patient’s own authorized history and choose a bounded reversible test from inside it.</w:t>
      </w:r>
    </w:p>
    <w:p>
      <w:r>
        <w:rPr>
          <w:rFonts w:ascii="Georgia" w:hAnsi="Georgia" w:eastAsia="Georgia"/>
          <w:sz w:val="23"/>
        </w:rPr>
        <w:t>The number survived because numbers are easier to carry than the reasons that made them usable.</w:t>
      </w:r>
    </w:p>
    <w:p>
      <w:r>
        <w:rPr>
          <w:rFonts w:ascii="Georgia" w:hAnsi="Georgia" w:eastAsia="Georgia"/>
          <w:sz w:val="23"/>
        </w:rPr>
        <w:t>The clinician who had published the draft was Hali Tern. She had read Beren’s case as a reusable method and let the number stand in for the method.</w:t>
      </w:r>
    </w:p>
    <w:p>
      <w:r>
        <w:rPr>
          <w:rFonts w:ascii="Georgia" w:hAnsi="Georgia" w:eastAsia="Georgia"/>
          <w:sz w:val="23"/>
        </w:rPr>
        <w:t>The first person scheduled under the bulletin was Cera Doss.</w:t>
      </w:r>
    </w:p>
    <w:p>
      <w:r>
        <w:rPr>
          <w:rFonts w:ascii="Georgia" w:hAnsi="Georgia" w:eastAsia="Georgia"/>
          <w:sz w:val="23"/>
        </w:rPr>
        <w:t>One hundred forty-nine.</w:t>
      </w:r>
    </w:p>
    <w:p>
      <w:r>
        <w:rPr>
          <w:rFonts w:ascii="Georgia" w:hAnsi="Georgia" w:eastAsia="Georgia"/>
          <w:sz w:val="23"/>
        </w:rPr>
        <w:t>Long-duration intimate setting contact.</w:t>
      </w:r>
    </w:p>
    <w:p>
      <w:r>
        <w:rPr>
          <w:rFonts w:ascii="Georgia" w:hAnsi="Georgia" w:eastAsia="Georgia"/>
          <w:sz w:val="23"/>
        </w:rPr>
        <w:t>Spinal orientation support.</w:t>
      </w:r>
    </w:p>
    <w:p>
      <w:r>
        <w:rPr>
          <w:rFonts w:ascii="Georgia" w:hAnsi="Georgia" w:eastAsia="Georgia"/>
          <w:sz w:val="23"/>
        </w:rPr>
        <w:t>Recent controller replacement.</w:t>
      </w:r>
    </w:p>
    <w:p>
      <w:r>
        <w:rPr>
          <w:rFonts w:ascii="Georgia" w:hAnsi="Georgia" w:eastAsia="Georgia"/>
          <w:sz w:val="23"/>
        </w:rPr>
        <w:t>Rightward drift after recommissioning.</w:t>
      </w:r>
    </w:p>
    <w:p>
      <w:r>
        <w:rPr>
          <w:rFonts w:ascii="Georgia" w:hAnsi="Georgia" w:eastAsia="Georgia"/>
          <w:sz w:val="23"/>
        </w:rPr>
        <w:t>Enough matching fields to make the shortcut look responsible.</w:t>
      </w:r>
    </w:p>
    <w:p>
      <w:r>
        <w:rPr>
          <w:rFonts w:ascii="Georgia" w:hAnsi="Georgia" w:eastAsia="Georgia"/>
          <w:sz w:val="23"/>
        </w:rPr>
        <w:t>Not enough to make it hers.</w:t>
      </w:r>
    </w:p>
    <w:p>
      <w:r>
        <w:rPr>
          <w:rFonts w:ascii="Georgia" w:hAnsi="Georgia" w:eastAsia="Georgia"/>
          <w:sz w:val="23"/>
        </w:rPr>
        <w:t>Cera stopped the appointment when she learned where 0.15 came from.</w:t>
      </w:r>
    </w:p>
    <w:p>
      <w:r>
        <w:rPr>
          <w:rFonts w:ascii="Georgia" w:hAnsi="Georgia" w:eastAsia="Georgia"/>
          <w:sz w:val="23"/>
        </w:rPr>
        <w:t>“Do you know what my value should be?” she asked me.</w:t>
      </w:r>
    </w:p>
    <w:p>
      <w:r>
        <w:rPr>
          <w:rFonts w:ascii="Georgia" w:hAnsi="Georgia" w:eastAsia="Georgia"/>
          <w:sz w:val="23"/>
        </w:rPr>
        <w:t>“No.”</w:t>
      </w:r>
    </w:p>
    <w:p>
      <w:r>
        <w:rPr>
          <w:rFonts w:ascii="Georgia" w:hAnsi="Georgia" w:eastAsia="Georgia"/>
          <w:sz w:val="23"/>
        </w:rPr>
        <w:t>“Then why was another patient’s on my plan?”</w:t>
      </w:r>
    </w:p>
    <w:p>
      <w:r>
        <w:rPr>
          <w:rFonts w:ascii="Georgia" w:hAnsi="Georgia" w:eastAsia="Georgia"/>
          <w:sz w:val="23"/>
        </w:rPr>
        <w:t>No one in the room had an answer that improved the question.</w:t>
      </w:r>
    </w:p>
    <w:p>
      <w:r>
        <w:rPr>
          <w:rFonts w:ascii="Georgia" w:hAnsi="Georgia" w:eastAsia="Georgia"/>
          <w:sz w:val="23"/>
        </w:rPr>
        <w:t>Her setting was associated with Nilo Doss, her husband, who had completed fifty-eight years earlier. She did not offer us a full biography. She gave us one fact only because the clinic kept speaking as if historical association were interchangeable with technical similarity.</w:t>
      </w:r>
    </w:p>
    <w:p>
      <w:r>
        <w:rPr>
          <w:rFonts w:ascii="Georgia" w:hAnsi="Georgia" w:eastAsia="Georgia"/>
          <w:sz w:val="23"/>
        </w:rPr>
        <w:t>“Nilo fixed elevators slowly,” she said. “I have spent fifty-eight years listening to people tell me this is associated with him while also telling me they cannot establish what that means. I can live with that. Do not make another man’s useful number more mine than Nilo is.”</w:t>
      </w:r>
    </w:p>
    <w:p>
      <w:r>
        <w:rPr>
          <w:rFonts w:ascii="Georgia" w:hAnsi="Georgia" w:eastAsia="Georgia"/>
          <w:sz w:val="23"/>
        </w:rPr>
        <w:t>We removed 0.15 from the plan.</w:t>
      </w:r>
    </w:p>
    <w:p>
      <w:r>
        <w:rPr>
          <w:rFonts w:ascii="Georgia" w:hAnsi="Georgia" w:eastAsia="Georgia"/>
          <w:sz w:val="23"/>
        </w:rPr>
        <w:t>Then the useful part of Beren’s case survived.</w:t>
      </w:r>
    </w:p>
    <w:p>
      <w:r>
        <w:rPr>
          <w:rFonts w:ascii="Georgia" w:hAnsi="Georgia" w:eastAsia="Georgia"/>
          <w:sz w:val="23"/>
        </w:rPr>
        <w:t>Cera’s own historical service values, where controller-version provenance remained complete enough to transform responsibly, clustered between 0.052 and 0.071 milliseconds in the current frame.</w:t>
      </w:r>
    </w:p>
    <w:p>
      <w:r>
        <w:rPr>
          <w:rFonts w:ascii="Georgia" w:hAnsi="Georgia" w:eastAsia="Georgia"/>
          <w:sz w:val="23"/>
        </w:rPr>
        <w:t>Her current controller value was 0.06.</w:t>
      </w:r>
    </w:p>
    <w:p>
      <w:r>
        <w:rPr>
          <w:rFonts w:ascii="Georgia" w:hAnsi="Georgia" w:eastAsia="Georgia"/>
          <w:sz w:val="23"/>
        </w:rPr>
        <w:t>The borrowed value would have moved her more than twice the upper historical range.</w:t>
      </w:r>
    </w:p>
    <w:p>
      <w:r>
        <w:rPr>
          <w:rFonts w:ascii="Georgia" w:hAnsi="Georgia" w:eastAsia="Georgia"/>
          <w:sz w:val="23"/>
        </w:rPr>
        <w:t>More important, the controller was already where her own history said it could plausibly belong.</w:t>
      </w:r>
    </w:p>
    <w:p>
      <w:r>
        <w:rPr>
          <w:rFonts w:ascii="Georgia" w:hAnsi="Georgia" w:eastAsia="Georgia"/>
          <w:sz w:val="23"/>
        </w:rPr>
        <w:t>The problem was elsewhere.</w:t>
      </w:r>
    </w:p>
    <w:p>
      <w:r>
        <w:rPr>
          <w:rFonts w:ascii="Georgia" w:hAnsi="Georgia" w:eastAsia="Georgia"/>
          <w:sz w:val="23"/>
        </w:rPr>
        <w:t>During automatic recommissioning, the new controller restored setting-linked compensation before recalibrating the spinal aid. The spinal system had learned against a correction that was still settling. Reducing spinal-aid gain by two percent improved her orientation without changing the Kaethe setting or the controller reference.</w:t>
      </w:r>
    </w:p>
    <w:p>
      <w:r>
        <w:rPr>
          <w:rFonts w:ascii="Georgia" w:hAnsi="Georgia" w:eastAsia="Georgia"/>
          <w:sz w:val="23"/>
        </w:rPr>
        <w:t>Same method of inquiry.</w:t>
      </w:r>
    </w:p>
    <w:p>
      <w:r>
        <w:rPr>
          <w:rFonts w:ascii="Georgia" w:hAnsi="Georgia" w:eastAsia="Georgia"/>
          <w:sz w:val="23"/>
        </w:rPr>
        <w:t>Different value.</w:t>
      </w:r>
    </w:p>
    <w:p>
      <w:r>
        <w:rPr>
          <w:rFonts w:ascii="Georgia" w:hAnsi="Georgia" w:eastAsia="Georgia"/>
          <w:sz w:val="23"/>
        </w:rPr>
        <w:t>Different fault.</w:t>
      </w:r>
    </w:p>
    <w:p>
      <w:r>
        <w:rPr>
          <w:rFonts w:ascii="Georgia" w:hAnsi="Georgia" w:eastAsia="Georgia"/>
          <w:sz w:val="23"/>
        </w:rPr>
        <w:t>The replacement service note read:</w:t>
      </w:r>
    </w:p>
    <w:p>
      <w:r>
        <w:rPr>
          <w:rFonts w:ascii="Georgia" w:hAnsi="Georgia" w:eastAsia="Georgia"/>
          <w:sz w:val="23"/>
        </w:rPr>
        <w:t>A PRIOR SUCCESSFUL INTERVENTION MAY SUPPORT A METHOD OF INQUIRY.</w:t>
      </w:r>
    </w:p>
    <w:p>
      <w:r>
        <w:rPr>
          <w:rFonts w:ascii="Georgia" w:hAnsi="Georgia" w:eastAsia="Georgia"/>
          <w:sz w:val="23"/>
        </w:rPr>
        <w:t>IT DOES NOT SUPPLY THE CURRENT PATIENT’S VALUE, TARGET, CAUSE, OR REQUIRED ACTION.</w:t>
      </w:r>
    </w:p>
    <w:p>
      <w:r>
        <w:rPr>
          <w:rFonts w:ascii="Georgia" w:hAnsi="Georgia" w:eastAsia="Georgia"/>
          <w:sz w:val="23"/>
        </w:rPr>
        <w:t>REUSE REQUIRES CURRENT PROVENANCE.</w:t>
      </w:r>
    </w:p>
    <w:p>
      <w:r>
        <w:rPr>
          <w:rFonts w:ascii="Georgia" w:hAnsi="Georgia" w:eastAsia="Georgia"/>
          <w:sz w:val="23"/>
        </w:rPr>
        <w:t>That correction produced the next tool.</w:t>
      </w:r>
    </w:p>
    <w:p>
      <w:r>
        <w:rPr>
          <w:rFonts w:ascii="Georgia" w:hAnsi="Georgia" w:eastAsia="Georgia"/>
          <w:sz w:val="23"/>
        </w:rPr>
        <w:t>The provenance-matching pilot did not offer another patient’s number. It tried to identify prior cases whose **methods** might deserve review.</w:t>
      </w:r>
    </w:p>
    <w:p>
      <w:r>
        <w:rPr>
          <w:rFonts w:ascii="Georgia" w:hAnsi="Georgia" w:eastAsia="Georgia"/>
          <w:sz w:val="23"/>
        </w:rPr>
        <w:t>The next morning Miren turned a tablet toward me.</w:t>
      </w:r>
    </w:p>
    <w:p>
      <w:r>
        <w:rPr>
          <w:rFonts w:ascii="Georgia" w:hAnsi="Georgia" w:eastAsia="Georgia"/>
          <w:sz w:val="23"/>
        </w:rPr>
        <w:t>The comparison score was ninety-four percent.</w:t>
      </w:r>
    </w:p>
    <w:p>
      <w:r>
        <w:rPr>
          <w:rFonts w:ascii="Georgia" w:hAnsi="Georgia" w:eastAsia="Georgia"/>
          <w:sz w:val="23"/>
        </w:rPr>
        <w:t>I disliked it before I knew what it compared.</w:t>
      </w:r>
    </w:p>
    <w:p>
      <w:r>
        <w:rPr>
          <w:rFonts w:ascii="Georgia" w:hAnsi="Georgia" w:eastAsia="Georgia"/>
          <w:sz w:val="23"/>
        </w:rPr>
        <w:t>Miren turned the tablet so I could see the header.</w:t>
      </w:r>
    </w:p>
    <w:p>
      <w:r>
        <w:rPr>
          <w:rFonts w:ascii="Georgia" w:hAnsi="Georgia" w:eastAsia="Georgia"/>
          <w:sz w:val="23"/>
        </w:rPr>
        <w:t>PROVENANCE-AWARE CASE MATCHING — LIMITED CLINICAL PILOT.</w:t>
      </w:r>
    </w:p>
    <w:p>
      <w:r>
        <w:rPr>
          <w:rFonts w:ascii="Georgia" w:hAnsi="Georgia" w:eastAsia="Georgia"/>
          <w:sz w:val="23"/>
        </w:rPr>
        <w:t>CURRENT CASE: SELEN RUSK.</w:t>
        <w:br/>
        <w:t>REFERENCE CASE: CERA DOSS.</w:t>
        <w:br/>
        <w:t>STRUCTURED COMPARABILITY: 0.94.</w:t>
      </w:r>
    </w:p>
    <w:p>
      <w:r>
        <w:rPr>
          <w:rFonts w:ascii="Georgia" w:hAnsi="Georgia" w:eastAsia="Georgia"/>
          <w:sz w:val="23"/>
        </w:rPr>
        <w:t>Below that, in smaller type:</w:t>
      </w:r>
    </w:p>
    <w:p>
      <w:r>
        <w:rPr>
          <w:rFonts w:ascii="Georgia" w:hAnsi="Georgia" w:eastAsia="Georgia"/>
          <w:sz w:val="23"/>
        </w:rPr>
        <w:t>SCORE REPRESENTS WEIGHTED OVERLAP ACROSS AVAILABLE STRUCTURED FIELDS. SCORE DOES NOT ESTABLISH CAUSE, TREATMENT EQUIVALENCE, PERSON-STANDING, OR MATERIAL RELATIONSHIP.</w:t>
      </w:r>
    </w:p>
    <w:p>
      <w:r>
        <w:rPr>
          <w:rFonts w:ascii="Georgia" w:hAnsi="Georgia" w:eastAsia="Georgia"/>
          <w:sz w:val="23"/>
        </w:rPr>
        <w:t>“It says what it does not mean,” Miren said.</w:t>
      </w:r>
    </w:p>
    <w:p>
      <w:r>
        <w:rPr>
          <w:rFonts w:ascii="Georgia" w:hAnsi="Georgia" w:eastAsia="Georgia"/>
          <w:sz w:val="23"/>
        </w:rPr>
        <w:t>“So did the bulletin.”</w:t>
      </w:r>
    </w:p>
    <w:p>
      <w:r>
        <w:rPr>
          <w:rFonts w:ascii="Georgia" w:hAnsi="Georgia" w:eastAsia="Georgia"/>
          <w:sz w:val="23"/>
        </w:rPr>
        <w:t>“This one has more words.”</w:t>
      </w:r>
    </w:p>
    <w:p>
      <w:r>
        <w:rPr>
          <w:rFonts w:ascii="Georgia" w:hAnsi="Georgia" w:eastAsia="Georgia"/>
          <w:sz w:val="23"/>
        </w:rPr>
        <w:t>“That has never guaranteed safety.”</w:t>
      </w:r>
    </w:p>
    <w:p>
      <w:r>
        <w:rPr>
          <w:rFonts w:ascii="Georgia" w:hAnsi="Georgia" w:eastAsia="Georgia"/>
          <w:sz w:val="23"/>
        </w:rPr>
        <w:t>The service association had sent the pilot at 0612.</w:t>
      </w:r>
    </w:p>
    <w:p>
      <w:r>
        <w:rPr>
          <w:rFonts w:ascii="Georgia" w:hAnsi="Georgia" w:eastAsia="Georgia"/>
          <w:sz w:val="23"/>
        </w:rPr>
        <w:t>Hali Tern had forwarded it at 0619 with one sentence.</w:t>
      </w:r>
    </w:p>
    <w:p>
      <w:r>
        <w:rPr>
          <w:rFonts w:ascii="Georgia" w:hAnsi="Georgia" w:eastAsia="Georgia"/>
          <w:sz w:val="23"/>
        </w:rPr>
        <w:t>I WOULD PREFER TO BE ANNOYING BEFORE THE APPOINTMENT THIS TIME.</w:t>
      </w:r>
    </w:p>
    <w:p>
      <w:r>
        <w:rPr>
          <w:rFonts w:ascii="Georgia" w:hAnsi="Georgia" w:eastAsia="Georgia"/>
          <w:sz w:val="23"/>
        </w:rPr>
        <w:t>Progress could be measured in the timing of embarrassment.</w:t>
      </w:r>
    </w:p>
    <w:p>
      <w:r>
        <w:rPr>
          <w:rFonts w:ascii="Georgia" w:hAnsi="Georgia" w:eastAsia="Georgia"/>
          <w:sz w:val="23"/>
        </w:rPr>
        <w:t>“What fields?” I asked.</w:t>
      </w:r>
    </w:p>
    <w:p>
      <w:r>
        <w:rPr>
          <w:rFonts w:ascii="Georgia" w:hAnsi="Georgia" w:eastAsia="Georgia"/>
          <w:sz w:val="23"/>
        </w:rPr>
        <w:t>Miren opened the comparison detail.</w:t>
      </w:r>
    </w:p>
    <w:p>
      <w:r>
        <w:rPr>
          <w:rFonts w:ascii="Georgia" w:hAnsi="Georgia" w:eastAsia="Georgia"/>
          <w:sz w:val="23"/>
        </w:rPr>
        <w:t>AGE BAND: MATCH.</w:t>
        <w:br/>
        <w:t>LONG-DURATION INTIMATE SETTING CONTACT: MATCH.</w:t>
        <w:br/>
        <w:t>SETTING-MEDIATED SPINAL SUPPORT: MATCH.</w:t>
        <w:br/>
        <w:t>RECENT RESIDENTIAL CONTROLLER REPLACEMENT: MATCH.</w:t>
        <w:br/>
        <w:t>POST-REPLACEMENT ORIENTATION DEFECT: MATCH.</w:t>
        <w:br/>
        <w:t>NO ACTIVE MULTI-SETTING DOMESTIC CONCORDANCE: MATCH.</w:t>
        <w:br/>
        <w:t>CURRENT CONTROLLER GENERATION: MATCH.</w:t>
        <w:br/>
        <w:t>HISTORICAL SERVICE OBSERVATIONS AVAILABLE: MATCH.</w:t>
        <w:br/>
        <w:t>CURRENT SETTING MASS BAND: NEAR MATCH.</w:t>
        <w:br/>
        <w:t>CONTACT DURATION BAND: NEAR MATCH.</w:t>
        <w:br/>
        <w:t>BODY-SUPPORT ARCHITECTURE: MATCH.</w:t>
        <w:br/>
        <w:t>ORIENTATION DEFECT DIRECTION: MATCH.</w:t>
        <w:br/>
        <w:t>HISTORICAL ASSOCIATION TYPE: SPOUSE / SPOUSE.</w:t>
        <w:br/>
        <w:t>COMPLETION-TO-CURRENT INTERVAL: NEAR MATCH.</w:t>
      </w:r>
    </w:p>
    <w:p>
      <w:r>
        <w:rPr>
          <w:rFonts w:ascii="Georgia" w:hAnsi="Georgia" w:eastAsia="Georgia"/>
          <w:sz w:val="23"/>
        </w:rPr>
        <w:t>“That is a lot of matching,” Miren said.</w:t>
      </w:r>
    </w:p>
    <w:p>
      <w:r>
        <w:rPr>
          <w:rFonts w:ascii="Georgia" w:hAnsi="Georgia" w:eastAsia="Georgia"/>
          <w:sz w:val="23"/>
        </w:rPr>
        <w:t>“Yes.”</w:t>
      </w:r>
    </w:p>
    <w:p>
      <w:r>
        <w:rPr>
          <w:rFonts w:ascii="Georgia" w:hAnsi="Georgia" w:eastAsia="Georgia"/>
          <w:sz w:val="23"/>
        </w:rPr>
        <w:t>“You sound unhappy.”</w:t>
      </w:r>
    </w:p>
    <w:p>
      <w:r>
        <w:rPr>
          <w:rFonts w:ascii="Georgia" w:hAnsi="Georgia" w:eastAsia="Georgia"/>
          <w:sz w:val="23"/>
        </w:rPr>
        <w:t>“I am waiting to see what it did not ask.”</w:t>
      </w:r>
    </w:p>
    <w:p>
      <w:r>
        <w:rPr>
          <w:rFonts w:ascii="Georgia" w:hAnsi="Georgia" w:eastAsia="Georgia"/>
          <w:sz w:val="23"/>
        </w:rPr>
        <w:t>“Nothing can ask everything.”</w:t>
      </w:r>
    </w:p>
    <w:p>
      <w:r>
        <w:rPr>
          <w:rFonts w:ascii="Georgia" w:hAnsi="Georgia" w:eastAsia="Georgia"/>
          <w:sz w:val="23"/>
        </w:rPr>
        <w:t>“Yes.”</w:t>
      </w:r>
    </w:p>
    <w:p>
      <w:r>
        <w:rPr>
          <w:rFonts w:ascii="Georgia" w:hAnsi="Georgia" w:eastAsia="Georgia"/>
          <w:sz w:val="23"/>
        </w:rPr>
        <w:t>“That was agreement.”</w:t>
      </w:r>
    </w:p>
    <w:p>
      <w:r>
        <w:rPr>
          <w:rFonts w:ascii="Georgia" w:hAnsi="Georgia" w:eastAsia="Georgia"/>
          <w:sz w:val="23"/>
        </w:rPr>
        <w:t>“I know.”</w:t>
      </w:r>
    </w:p>
    <w:p>
      <w:r>
        <w:rPr>
          <w:rFonts w:ascii="Georgia" w:hAnsi="Georgia" w:eastAsia="Georgia"/>
          <w:sz w:val="23"/>
        </w:rPr>
        <w:t>She scrolled.</w:t>
      </w:r>
    </w:p>
    <w:p>
      <w:r>
        <w:rPr>
          <w:rFonts w:ascii="Georgia" w:hAnsi="Georgia" w:eastAsia="Georgia"/>
          <w:sz w:val="23"/>
        </w:rPr>
        <w:t>The pilot had done several things correctly.</w:t>
      </w:r>
    </w:p>
    <w:p>
      <w:r>
        <w:rPr>
          <w:rFonts w:ascii="Georgia" w:hAnsi="Georgia" w:eastAsia="Georgia"/>
          <w:sz w:val="23"/>
        </w:rPr>
        <w:t>It did not expose Cera’s identity to Selen’s clinic by default. Tern had received an anonymized reference case until Cera separately authorized named use for method review. It did not provide Cera’s 0.06 controller value as a treatment target. It did not recommend an adjustment. It required the current clinician to inspect Selen’s own historical measurements before any intervention.</w:t>
      </w:r>
    </w:p>
    <w:p>
      <w:r>
        <w:rPr>
          <w:rFonts w:ascii="Georgia" w:hAnsi="Georgia" w:eastAsia="Georgia"/>
          <w:sz w:val="23"/>
        </w:rPr>
        <w:t>Everything we had written after Cera was present.</w:t>
      </w:r>
    </w:p>
    <w:p>
      <w:r>
        <w:rPr>
          <w:rFonts w:ascii="Georgia" w:hAnsi="Georgia" w:eastAsia="Georgia"/>
          <w:sz w:val="23"/>
        </w:rPr>
        <w:t>The score still sat at the top of the page in larger type than the cautions.</w:t>
      </w:r>
    </w:p>
    <w:p>
      <w:r>
        <w:rPr>
          <w:rFonts w:ascii="Georgia" w:hAnsi="Georgia" w:eastAsia="Georgia"/>
          <w:sz w:val="23"/>
        </w:rPr>
        <w:t>“What does ninety-four buy?” I asked.</w:t>
      </w:r>
    </w:p>
    <w:p>
      <w:r>
        <w:rPr>
          <w:rFonts w:ascii="Georgia" w:hAnsi="Georgia" w:eastAsia="Georgia"/>
          <w:sz w:val="23"/>
        </w:rPr>
        <w:t>Miren read the pilot documentation.</w:t>
      </w:r>
    </w:p>
    <w:p>
      <w:r>
        <w:rPr>
          <w:rFonts w:ascii="Georgia" w:hAnsi="Georgia" w:eastAsia="Georgia"/>
          <w:sz w:val="23"/>
        </w:rPr>
        <w:t>“Priority review. Cases above point nine are presented first when a clinician searches for prior methods.”</w:t>
      </w:r>
    </w:p>
    <w:p>
      <w:r>
        <w:rPr>
          <w:rFonts w:ascii="Georgia" w:hAnsi="Georgia" w:eastAsia="Georgia"/>
          <w:sz w:val="23"/>
        </w:rPr>
        <w:t>“So it buys attention.”</w:t>
      </w:r>
    </w:p>
    <w:p>
      <w:r>
        <w:rPr>
          <w:rFonts w:ascii="Georgia" w:hAnsi="Georgia" w:eastAsia="Georgia"/>
          <w:sz w:val="23"/>
        </w:rPr>
        <w:t>“Yes.”</w:t>
      </w:r>
    </w:p>
    <w:p>
      <w:r>
        <w:rPr>
          <w:rFonts w:ascii="Georgia" w:hAnsi="Georgia" w:eastAsia="Georgia"/>
          <w:sz w:val="23"/>
        </w:rPr>
        <w:t>“Attention is an intervention.”</w:t>
      </w:r>
    </w:p>
    <w:p>
      <w:r>
        <w:rPr>
          <w:rFonts w:ascii="Georgia" w:hAnsi="Georgia" w:eastAsia="Georgia"/>
          <w:sz w:val="23"/>
        </w:rPr>
        <w:t>“Not medically.”</w:t>
      </w:r>
    </w:p>
    <w:p>
      <w:r>
        <w:rPr>
          <w:rFonts w:ascii="Georgia" w:hAnsi="Georgia" w:eastAsia="Georgia"/>
          <w:sz w:val="23"/>
        </w:rPr>
        <w:t>“No.”</w:t>
      </w:r>
    </w:p>
    <w:p>
      <w:r>
        <w:rPr>
          <w:rFonts w:ascii="Georgia" w:hAnsi="Georgia" w:eastAsia="Georgia"/>
          <w:sz w:val="23"/>
        </w:rPr>
        <w:t>She looked at me.</w:t>
      </w:r>
    </w:p>
    <w:p>
      <w:r>
        <w:rPr>
          <w:rFonts w:ascii="Georgia" w:hAnsi="Georgia" w:eastAsia="Georgia"/>
          <w:sz w:val="23"/>
        </w:rPr>
        <w:t>“You want the number removed.”</w:t>
      </w:r>
    </w:p>
    <w:p>
      <w:r>
        <w:rPr>
          <w:rFonts w:ascii="Georgia" w:hAnsi="Georgia" w:eastAsia="Georgia"/>
          <w:sz w:val="23"/>
        </w:rPr>
        <w:t>“I want to know whether the number describes something useful before I decide I want it removed.”</w:t>
      </w:r>
    </w:p>
    <w:p>
      <w:r>
        <w:rPr>
          <w:rFonts w:ascii="Georgia" w:hAnsi="Georgia" w:eastAsia="Georgia"/>
          <w:sz w:val="23"/>
        </w:rPr>
        <w:t>“That is disappointingly reasonable.”</w:t>
      </w:r>
    </w:p>
    <w:p>
      <w:r>
        <w:rPr>
          <w:rFonts w:ascii="Georgia" w:hAnsi="Georgia" w:eastAsia="Georgia"/>
          <w:sz w:val="23"/>
        </w:rPr>
        <w:t>“I have been practicing.”</w:t>
      </w:r>
    </w:p>
    <w:p>
      <w:r>
        <w:rPr>
          <w:rFonts w:ascii="Georgia" w:hAnsi="Georgia" w:eastAsia="Georgia"/>
          <w:sz w:val="23"/>
        </w:rPr>
        <w:t>Her expression said she had heard that sentence enough.</w:t>
      </w:r>
    </w:p>
    <w:p>
      <w:r>
        <w:rPr>
          <w:rFonts w:ascii="Georgia" w:hAnsi="Georgia" w:eastAsia="Georgia"/>
          <w:sz w:val="23"/>
        </w:rPr>
        <w:t>She opened Selen Rusk’s intake.</w:t>
      </w:r>
    </w:p>
    <w:p>
      <w:r>
        <w:rPr>
          <w:rFonts w:ascii="Georgia" w:hAnsi="Georgia" w:eastAsia="Georgia"/>
          <w:sz w:val="23"/>
        </w:rPr>
        <w:t>One hundred seventy-one.</w:t>
      </w:r>
    </w:p>
    <w:p>
      <w:r>
        <w:rPr>
          <w:rFonts w:ascii="Georgia" w:hAnsi="Georgia" w:eastAsia="Georgia"/>
          <w:sz w:val="23"/>
        </w:rPr>
        <w:t>Human.</w:t>
      </w:r>
    </w:p>
    <w:p>
      <w:r>
        <w:rPr>
          <w:rFonts w:ascii="Georgia" w:hAnsi="Georgia" w:eastAsia="Georgia"/>
          <w:sz w:val="23"/>
        </w:rPr>
        <w:t>Retired municipal lift inspector.</w:t>
      </w:r>
    </w:p>
    <w:p>
      <w:r>
        <w:rPr>
          <w:rFonts w:ascii="Georgia" w:hAnsi="Georgia" w:eastAsia="Georgia"/>
          <w:sz w:val="23"/>
        </w:rPr>
        <w:t>Two cervical surgeries.</w:t>
      </w:r>
    </w:p>
    <w:p>
      <w:r>
        <w:rPr>
          <w:rFonts w:ascii="Georgia" w:hAnsi="Georgia" w:eastAsia="Georgia"/>
          <w:sz w:val="23"/>
        </w:rPr>
        <w:t>One spinal orientation aid.</w:t>
      </w:r>
    </w:p>
    <w:p>
      <w:r>
        <w:rPr>
          <w:rFonts w:ascii="Georgia" w:hAnsi="Georgia" w:eastAsia="Georgia"/>
          <w:sz w:val="23"/>
        </w:rPr>
        <w:t>One intimate Kaethe setting.</w:t>
      </w:r>
    </w:p>
    <w:p>
      <w:r>
        <w:rPr>
          <w:rFonts w:ascii="Georgia" w:hAnsi="Georgia" w:eastAsia="Georgia"/>
          <w:sz w:val="23"/>
        </w:rPr>
        <w:t>Mass: 0.97 grams.</w:t>
      </w:r>
    </w:p>
    <w:p>
      <w:r>
        <w:rPr>
          <w:rFonts w:ascii="Georgia" w:hAnsi="Georgia" w:eastAsia="Georgia"/>
          <w:sz w:val="23"/>
        </w:rPr>
        <w:t>Historical association: Ari Rusk.</w:t>
      </w:r>
    </w:p>
    <w:p>
      <w:r>
        <w:rPr>
          <w:rFonts w:ascii="Georgia" w:hAnsi="Georgia" w:eastAsia="Georgia"/>
          <w:sz w:val="23"/>
        </w:rPr>
        <w:t>Relationship: wife.</w:t>
      </w:r>
    </w:p>
    <w:p>
      <w:r>
        <w:rPr>
          <w:rFonts w:ascii="Georgia" w:hAnsi="Georgia" w:eastAsia="Georgia"/>
          <w:sz w:val="23"/>
        </w:rPr>
        <w:t>Completion age: eighty-three.</w:t>
      </w:r>
    </w:p>
    <w:p>
      <w:r>
        <w:rPr>
          <w:rFonts w:ascii="Georgia" w:hAnsi="Georgia" w:eastAsia="Georgia"/>
          <w:sz w:val="23"/>
        </w:rPr>
        <w:t>Selen had been one hundred ten.</w:t>
      </w:r>
    </w:p>
    <w:p>
      <w:r>
        <w:rPr>
          <w:rFonts w:ascii="Georgia" w:hAnsi="Georgia" w:eastAsia="Georgia"/>
          <w:sz w:val="23"/>
        </w:rPr>
        <w:t>Sixty-one years earlier.</w:t>
      </w:r>
    </w:p>
    <w:p>
      <w:r>
        <w:rPr>
          <w:rFonts w:ascii="Georgia" w:hAnsi="Georgia" w:eastAsia="Georgia"/>
          <w:sz w:val="23"/>
        </w:rPr>
        <w:t>Setting contact: sixty years, eight months.</w:t>
      </w:r>
    </w:p>
    <w:p>
      <w:r>
        <w:rPr>
          <w:rFonts w:ascii="Georgia" w:hAnsi="Georgia" w:eastAsia="Georgia"/>
          <w:sz w:val="23"/>
        </w:rPr>
        <w:t>Setting-mediated spinal support: twenty-four years.</w:t>
      </w:r>
    </w:p>
    <w:p>
      <w:r>
        <w:rPr>
          <w:rFonts w:ascii="Georgia" w:hAnsi="Georgia" w:eastAsia="Georgia"/>
          <w:sz w:val="23"/>
        </w:rPr>
        <w:t>Residential controller replaced eleven days earlier after internal bus failure.</w:t>
      </w:r>
    </w:p>
    <w:p>
      <w:r>
        <w:rPr>
          <w:rFonts w:ascii="Georgia" w:hAnsi="Georgia" w:eastAsia="Georgia"/>
          <w:sz w:val="23"/>
        </w:rPr>
        <w:t>Current complaint: progressive clockwise trunk correction while standing, intermittent right-foot placement error, neck pressure after prolonged upright work.</w:t>
      </w:r>
    </w:p>
    <w:p>
      <w:r>
        <w:rPr>
          <w:rFonts w:ascii="Georgia" w:hAnsi="Georgia" w:eastAsia="Georgia"/>
          <w:sz w:val="23"/>
        </w:rPr>
        <w:t>I read the last two fields again.</w:t>
      </w:r>
    </w:p>
    <w:p>
      <w:r>
        <w:rPr>
          <w:rFonts w:ascii="Georgia" w:hAnsi="Georgia" w:eastAsia="Georgia"/>
          <w:sz w:val="23"/>
        </w:rPr>
        <w:t>Cera had not had foot-placement error.</w:t>
      </w:r>
    </w:p>
    <w:p>
      <w:r>
        <w:rPr>
          <w:rFonts w:ascii="Georgia" w:hAnsi="Georgia" w:eastAsia="Georgia"/>
          <w:sz w:val="23"/>
        </w:rPr>
        <w:t>The comparison report marked it:</w:t>
      </w:r>
    </w:p>
    <w:p>
      <w:r>
        <w:rPr>
          <w:rFonts w:ascii="Georgia" w:hAnsi="Georgia" w:eastAsia="Georgia"/>
          <w:sz w:val="23"/>
        </w:rPr>
        <w:t>SECONDARY SYMPTOM DIFFERENCE: PRESENT.</w:t>
        <w:br/>
        <w:t>WEIGHT: LOW.</w:t>
      </w:r>
    </w:p>
    <w:p>
      <w:r>
        <w:rPr>
          <w:rFonts w:ascii="Georgia" w:hAnsi="Georgia" w:eastAsia="Georgia"/>
          <w:sz w:val="23"/>
        </w:rPr>
        <w:t>“Why low?”</w:t>
      </w:r>
    </w:p>
    <w:p>
      <w:r>
        <w:rPr>
          <w:rFonts w:ascii="Georgia" w:hAnsi="Georgia" w:eastAsia="Georgia"/>
          <w:sz w:val="23"/>
        </w:rPr>
        <w:t>Miren opened the weighting note.</w:t>
      </w:r>
    </w:p>
    <w:p>
      <w:r>
        <w:rPr>
          <w:rFonts w:ascii="Georgia" w:hAnsi="Georgia" w:eastAsia="Georgia"/>
          <w:sz w:val="23"/>
        </w:rPr>
        <w:t>“Because the pilot scores primary service classification above secondary symptom expression.”</w:t>
      </w:r>
    </w:p>
    <w:p>
      <w:r>
        <w:rPr>
          <w:rFonts w:ascii="Georgia" w:hAnsi="Georgia" w:eastAsia="Georgia"/>
          <w:sz w:val="23"/>
        </w:rPr>
        <w:t>“Who decided primary?”</w:t>
      </w:r>
    </w:p>
    <w:p>
      <w:r>
        <w:rPr>
          <w:rFonts w:ascii="Georgia" w:hAnsi="Georgia" w:eastAsia="Georgia"/>
          <w:sz w:val="23"/>
        </w:rPr>
        <w:t>“A working group.”</w:t>
      </w:r>
    </w:p>
    <w:p>
      <w:r>
        <w:rPr>
          <w:rFonts w:ascii="Georgia" w:hAnsi="Georgia" w:eastAsia="Georgia"/>
          <w:sz w:val="23"/>
        </w:rPr>
        <w:t>“Which professions?”</w:t>
      </w:r>
    </w:p>
    <w:p>
      <w:r>
        <w:rPr>
          <w:rFonts w:ascii="Georgia" w:hAnsi="Georgia" w:eastAsia="Georgia"/>
          <w:sz w:val="23"/>
        </w:rPr>
        <w:t>“Clinical service, controller engineering, archive standards, two patient advocates.”</w:t>
      </w:r>
    </w:p>
    <w:p>
      <w:r>
        <w:rPr>
          <w:rFonts w:ascii="Georgia" w:hAnsi="Georgia" w:eastAsia="Georgia"/>
          <w:sz w:val="23"/>
        </w:rPr>
        <w:t>“Anyone with feet?”</w:t>
      </w:r>
    </w:p>
    <w:p>
      <w:r>
        <w:rPr>
          <w:rFonts w:ascii="Georgia" w:hAnsi="Georgia" w:eastAsia="Georgia"/>
          <w:sz w:val="23"/>
        </w:rPr>
        <w:t>Miren looked at me.</w:t>
      </w:r>
    </w:p>
    <w:p>
      <w:r>
        <w:rPr>
          <w:rFonts w:ascii="Georgia" w:hAnsi="Georgia" w:eastAsia="Georgia"/>
          <w:sz w:val="23"/>
        </w:rPr>
        <w:t>“All of them, probably.”</w:t>
      </w:r>
    </w:p>
    <w:p>
      <w:r>
        <w:rPr>
          <w:rFonts w:ascii="Georgia" w:hAnsi="Georgia" w:eastAsia="Georgia"/>
          <w:sz w:val="23"/>
        </w:rPr>
        <w:t>“Then perhaps they should have weighted them.”</w:t>
      </w:r>
    </w:p>
    <w:p>
      <w:pPr>
        <w:spacing w:before="80" w:after="80"/>
        <w:jc w:val="center"/>
      </w:pPr>
      <w:r>
        <w:rPr>
          <w:rFonts w:ascii="Georgia" w:hAnsi="Georgia" w:eastAsia="Georgia"/>
          <w:sz w:val="23"/>
        </w:rPr>
        <w:t>§</w:t>
      </w:r>
    </w:p>
    <w:p>
      <w:r>
        <w:rPr>
          <w:rFonts w:ascii="Georgia" w:hAnsi="Georgia" w:eastAsia="Georgia"/>
          <w:sz w:val="23"/>
        </w:rPr>
        <w:t>Tern’s clinic had dimmed the lights since Cera.</w:t>
      </w:r>
    </w:p>
    <w:p>
      <w:r>
        <w:rPr>
          <w:rFonts w:ascii="Georgia" w:hAnsi="Georgia" w:eastAsia="Georgia"/>
          <w:sz w:val="23"/>
        </w:rPr>
        <w:t>I noticed because I had complained about them.</w:t>
      </w:r>
    </w:p>
    <w:p>
      <w:r>
        <w:rPr>
          <w:rFonts w:ascii="Georgia" w:hAnsi="Georgia" w:eastAsia="Georgia"/>
          <w:sz w:val="23"/>
        </w:rPr>
        <w:t>Tern noticed me noticing.</w:t>
      </w:r>
    </w:p>
    <w:p>
      <w:r>
        <w:rPr>
          <w:rFonts w:ascii="Georgia" w:hAnsi="Georgia" w:eastAsia="Georgia"/>
          <w:sz w:val="23"/>
        </w:rPr>
        <w:t>“I did not do it for you.”</w:t>
      </w:r>
    </w:p>
    <w:p>
      <w:r>
        <w:rPr>
          <w:rFonts w:ascii="Georgia" w:hAnsi="Georgia" w:eastAsia="Georgia"/>
          <w:sz w:val="23"/>
        </w:rPr>
        <w:t>“I assumed not.”</w:t>
      </w:r>
    </w:p>
    <w:p>
      <w:r>
        <w:rPr>
          <w:rFonts w:ascii="Georgia" w:hAnsi="Georgia" w:eastAsia="Georgia"/>
          <w:sz w:val="23"/>
        </w:rPr>
        <w:t>“I did it because six patients complained.”</w:t>
      </w:r>
    </w:p>
    <w:p>
      <w:r>
        <w:rPr>
          <w:rFonts w:ascii="Georgia" w:hAnsi="Georgia" w:eastAsia="Georgia"/>
          <w:sz w:val="23"/>
        </w:rPr>
        <w:t>“That is more persuasive.”</w:t>
      </w:r>
    </w:p>
    <w:p>
      <w:r>
        <w:rPr>
          <w:rFonts w:ascii="Georgia" w:hAnsi="Georgia" w:eastAsia="Georgia"/>
          <w:sz w:val="23"/>
        </w:rPr>
        <w:t>Selen Rusk was standing when we entered.</w:t>
      </w:r>
    </w:p>
    <w:p>
      <w:r>
        <w:rPr>
          <w:rFonts w:ascii="Georgia" w:hAnsi="Georgia" w:eastAsia="Georgia"/>
          <w:sz w:val="23"/>
        </w:rPr>
        <w:t>She did not need to be.</w:t>
      </w:r>
    </w:p>
    <w:p>
      <w:r>
        <w:rPr>
          <w:rFonts w:ascii="Georgia" w:hAnsi="Georgia" w:eastAsia="Georgia"/>
          <w:sz w:val="23"/>
        </w:rPr>
        <w:t>The examination platform was empty. The chair beside it was empty. She stood between them with one hand on the back of the chair and her right foot placed half a shoe-length behind the left.</w:t>
      </w:r>
    </w:p>
    <w:p>
      <w:r>
        <w:rPr>
          <w:rFonts w:ascii="Georgia" w:hAnsi="Georgia" w:eastAsia="Georgia"/>
          <w:sz w:val="23"/>
        </w:rPr>
        <w:t>“Which one are you?” she asked me.</w:t>
      </w:r>
    </w:p>
    <w:p>
      <w:r>
        <w:rPr>
          <w:rFonts w:ascii="Georgia" w:hAnsi="Georgia" w:eastAsia="Georgia"/>
          <w:sz w:val="23"/>
        </w:rPr>
        <w:t>“The old one.”</w:t>
      </w:r>
    </w:p>
    <w:p>
      <w:r>
        <w:rPr>
          <w:rFonts w:ascii="Georgia" w:hAnsi="Georgia" w:eastAsia="Georgia"/>
          <w:sz w:val="23"/>
        </w:rPr>
        <w:t>“That does not narrow this building.”</w:t>
      </w:r>
    </w:p>
    <w:p>
      <w:r>
        <w:rPr>
          <w:rFonts w:ascii="Georgia" w:hAnsi="Georgia" w:eastAsia="Georgia"/>
          <w:sz w:val="23"/>
        </w:rPr>
        <w:t>“The one Tern asked to review the comparison system.”</w:t>
      </w:r>
    </w:p>
    <w:p>
      <w:r>
        <w:rPr>
          <w:rFonts w:ascii="Georgia" w:hAnsi="Georgia" w:eastAsia="Georgia"/>
          <w:sz w:val="23"/>
        </w:rPr>
        <w:t>Selen looked at Tern.</w:t>
      </w:r>
    </w:p>
    <w:p>
      <w:r>
        <w:rPr>
          <w:rFonts w:ascii="Georgia" w:hAnsi="Georgia" w:eastAsia="Georgia"/>
          <w:sz w:val="23"/>
        </w:rPr>
        <w:t>“You called in a comparison expert because the machine says I compare?”</w:t>
      </w:r>
    </w:p>
    <w:p>
      <w:r>
        <w:rPr>
          <w:rFonts w:ascii="Georgia" w:hAnsi="Georgia" w:eastAsia="Georgia"/>
          <w:sz w:val="23"/>
        </w:rPr>
        <w:t>“No,” Tern said. “I called him because the machine was designed partly in response to a mistake I made yesterday.”</w:t>
      </w:r>
    </w:p>
    <w:p>
      <w:r>
        <w:rPr>
          <w:rFonts w:ascii="Georgia" w:hAnsi="Georgia" w:eastAsia="Georgia"/>
          <w:sz w:val="23"/>
        </w:rPr>
        <w:t>Selen considered that.</w:t>
      </w:r>
    </w:p>
    <w:p>
      <w:r>
        <w:rPr>
          <w:rFonts w:ascii="Georgia" w:hAnsi="Georgia" w:eastAsia="Georgia"/>
          <w:sz w:val="23"/>
        </w:rPr>
        <w:t>“Keep her.”</w:t>
      </w:r>
    </w:p>
    <w:p>
      <w:r>
        <w:rPr>
          <w:rFonts w:ascii="Georgia" w:hAnsi="Georgia" w:eastAsia="Georgia"/>
          <w:sz w:val="23"/>
        </w:rPr>
        <w:t>“I am not in charge of her employment.”</w:t>
      </w:r>
    </w:p>
    <w:p>
      <w:r>
        <w:rPr>
          <w:rFonts w:ascii="Georgia" w:hAnsi="Georgia" w:eastAsia="Georgia"/>
          <w:sz w:val="23"/>
        </w:rPr>
        <w:t>“You should still keep her.”</w:t>
      </w:r>
    </w:p>
    <w:p>
      <w:r>
        <w:rPr>
          <w:rFonts w:ascii="Georgia" w:hAnsi="Georgia" w:eastAsia="Georgia"/>
          <w:sz w:val="23"/>
        </w:rPr>
        <w:t>Tern said, “I intend to keep myself.”</w:t>
      </w:r>
    </w:p>
    <w:p>
      <w:r>
        <w:rPr>
          <w:rFonts w:ascii="Georgia" w:hAnsi="Georgia" w:eastAsia="Georgia"/>
          <w:sz w:val="23"/>
        </w:rPr>
        <w:t>Selen sat.</w:t>
      </w:r>
    </w:p>
    <w:p>
      <w:r>
        <w:rPr>
          <w:rFonts w:ascii="Georgia" w:hAnsi="Georgia" w:eastAsia="Georgia"/>
          <w:sz w:val="23"/>
        </w:rPr>
        <w:t>Her setting rested high on the right side of the sternum in a matte silver contact body with a narrow black service rim. It had none of Cera’s green plate or Ivena’s black ceramic. The housing had been polished at the upper edge by decades of clothing.</w:t>
      </w:r>
    </w:p>
    <w:p>
      <w:r>
        <w:rPr>
          <w:rFonts w:ascii="Georgia" w:hAnsi="Georgia" w:eastAsia="Georgia"/>
          <w:sz w:val="23"/>
        </w:rPr>
        <w:t>“You want to know about Ari,” she said.</w:t>
      </w:r>
    </w:p>
    <w:p>
      <w:r>
        <w:rPr>
          <w:rFonts w:ascii="Georgia" w:hAnsi="Georgia" w:eastAsia="Georgia"/>
          <w:sz w:val="23"/>
        </w:rPr>
        <w:t>“Only if it matters to what you want done today.”</w:t>
      </w:r>
    </w:p>
    <w:p>
      <w:r>
        <w:rPr>
          <w:rFonts w:ascii="Georgia" w:hAnsi="Georgia" w:eastAsia="Georgia"/>
          <w:sz w:val="23"/>
        </w:rPr>
        <w:t>“She matters to why I kept the setting. She does not have to matter to today’s adjustment.”</w:t>
      </w:r>
    </w:p>
    <w:p>
      <w:r>
        <w:rPr>
          <w:rFonts w:ascii="Georgia" w:hAnsi="Georgia" w:eastAsia="Georgia"/>
          <w:sz w:val="23"/>
        </w:rPr>
        <w:t>“No.”</w:t>
      </w:r>
    </w:p>
    <w:p>
      <w:r>
        <w:rPr>
          <w:rFonts w:ascii="Georgia" w:hAnsi="Georgia" w:eastAsia="Georgia"/>
          <w:sz w:val="23"/>
        </w:rPr>
        <w:t>“She inspected freight lifts with me for thirty-seven years.”</w:t>
      </w:r>
    </w:p>
    <w:p>
      <w:r>
        <w:rPr>
          <w:rFonts w:ascii="Georgia" w:hAnsi="Georgia" w:eastAsia="Georgia"/>
          <w:sz w:val="23"/>
        </w:rPr>
        <w:t>“You both inspected?”</w:t>
      </w:r>
    </w:p>
    <w:p>
      <w:r>
        <w:rPr>
          <w:rFonts w:ascii="Georgia" w:hAnsi="Georgia" w:eastAsia="Georgia"/>
          <w:sz w:val="23"/>
        </w:rPr>
        <w:t>“She inspected. I argued with building managers.”</w:t>
      </w:r>
    </w:p>
    <w:p>
      <w:r>
        <w:rPr>
          <w:rFonts w:ascii="Georgia" w:hAnsi="Georgia" w:eastAsia="Georgia"/>
          <w:sz w:val="23"/>
        </w:rPr>
        <w:t>“What did she do badly?”</w:t>
      </w:r>
    </w:p>
    <w:p>
      <w:r>
        <w:rPr>
          <w:rFonts w:ascii="Georgia" w:hAnsi="Georgia" w:eastAsia="Georgia"/>
          <w:sz w:val="23"/>
        </w:rPr>
        <w:t>Selen’s mouth shifted.</w:t>
      </w:r>
    </w:p>
    <w:p>
      <w:r>
        <w:rPr>
          <w:rFonts w:ascii="Georgia" w:hAnsi="Georgia" w:eastAsia="Georgia"/>
          <w:sz w:val="23"/>
        </w:rPr>
        <w:t>“Lunch.”</w:t>
      </w:r>
    </w:p>
    <w:p>
      <w:r>
        <w:rPr>
          <w:rFonts w:ascii="Georgia" w:hAnsi="Georgia" w:eastAsia="Georgia"/>
          <w:sz w:val="23"/>
        </w:rPr>
        <w:t>I waited.</w:t>
      </w:r>
    </w:p>
    <w:p>
      <w:r>
        <w:rPr>
          <w:rFonts w:ascii="Georgia" w:hAnsi="Georgia" w:eastAsia="Georgia"/>
          <w:sz w:val="23"/>
        </w:rPr>
        <w:t>“She would forget it until four, then eat half of mine and say she was saving me from excess.”</w:t>
      </w:r>
    </w:p>
    <w:p>
      <w:r>
        <w:rPr>
          <w:rFonts w:ascii="Georgia" w:hAnsi="Georgia" w:eastAsia="Georgia"/>
          <w:sz w:val="23"/>
        </w:rPr>
        <w:t>“What happened eleven days ago?” I asked.</w:t>
      </w:r>
    </w:p>
    <w:p>
      <w:r>
        <w:rPr>
          <w:rFonts w:ascii="Georgia" w:hAnsi="Georgia" w:eastAsia="Georgia"/>
          <w:sz w:val="23"/>
        </w:rPr>
        <w:t>“Controller failed at 0214. House switched to local safe mode. I slept through it. Replacement team came at nine.”</w:t>
      </w:r>
    </w:p>
    <w:p>
      <w:r>
        <w:rPr>
          <w:rFonts w:ascii="Georgia" w:hAnsi="Georgia" w:eastAsia="Georgia"/>
          <w:sz w:val="23"/>
        </w:rPr>
        <w:t>“Same day?”</w:t>
      </w:r>
    </w:p>
    <w:p>
      <w:r>
        <w:rPr>
          <w:rFonts w:ascii="Georgia" w:hAnsi="Georgia" w:eastAsia="Georgia"/>
          <w:sz w:val="23"/>
        </w:rPr>
        <w:t>“Yes.”</w:t>
      </w:r>
    </w:p>
    <w:p>
      <w:r>
        <w:rPr>
          <w:rFonts w:ascii="Georgia" w:hAnsi="Georgia" w:eastAsia="Georgia"/>
          <w:sz w:val="23"/>
        </w:rPr>
        <w:t>“Cold commission or migrated profile?”</w:t>
      </w:r>
    </w:p>
    <w:p>
      <w:r>
        <w:rPr>
          <w:rFonts w:ascii="Georgia" w:hAnsi="Georgia" w:eastAsia="Georgia"/>
          <w:sz w:val="23"/>
        </w:rPr>
        <w:t>“Local profile migrated. Controller hardware replaced. Setting stayed on me.”</w:t>
      </w:r>
    </w:p>
    <w:p>
      <w:r>
        <w:rPr>
          <w:rFonts w:ascii="Georgia" w:hAnsi="Georgia" w:eastAsia="Georgia"/>
          <w:sz w:val="23"/>
        </w:rPr>
        <w:t>“Symptoms began?”</w:t>
      </w:r>
    </w:p>
    <w:p>
      <w:r>
        <w:rPr>
          <w:rFonts w:ascii="Georgia" w:hAnsi="Georgia" w:eastAsia="Georgia"/>
          <w:sz w:val="23"/>
        </w:rPr>
        <w:t>“Not immediately. By dinner I was turning right at the sink.”</w:t>
      </w:r>
    </w:p>
    <w:p>
      <w:r>
        <w:rPr>
          <w:rFonts w:ascii="Georgia" w:hAnsi="Georgia" w:eastAsia="Georgia"/>
          <w:sz w:val="23"/>
        </w:rPr>
        <w:t>“Turning how?”</w:t>
      </w:r>
    </w:p>
    <w:p>
      <w:r>
        <w:rPr>
          <w:rFonts w:ascii="Georgia" w:hAnsi="Georgia" w:eastAsia="Georgia"/>
          <w:sz w:val="23"/>
        </w:rPr>
        <w:t>“My shoulders. Not my head. By the second day my right foot started arriving early.”</w:t>
      </w:r>
    </w:p>
    <w:p>
      <w:r>
        <w:rPr>
          <w:rFonts w:ascii="Georgia" w:hAnsi="Georgia" w:eastAsia="Georgia"/>
          <w:sz w:val="23"/>
        </w:rPr>
        <w:t>“Early?”</w:t>
      </w:r>
    </w:p>
    <w:p>
      <w:r>
        <w:rPr>
          <w:rFonts w:ascii="Georgia" w:hAnsi="Georgia" w:eastAsia="Georgia"/>
          <w:sz w:val="23"/>
        </w:rPr>
        <w:t>She tapped the floor twice with the toe of her shoe.</w:t>
      </w:r>
    </w:p>
    <w:p>
      <w:r>
        <w:rPr>
          <w:rFonts w:ascii="Georgia" w:hAnsi="Georgia" w:eastAsia="Georgia"/>
          <w:sz w:val="23"/>
        </w:rPr>
        <w:t>“I think it is farther forward than it is. So I stop it short.”</w:t>
      </w:r>
    </w:p>
    <w:p>
      <w:r>
        <w:rPr>
          <w:rFonts w:ascii="Georgia" w:hAnsi="Georgia" w:eastAsia="Georgia"/>
          <w:sz w:val="23"/>
        </w:rPr>
        <w:t>“Falls?”</w:t>
      </w:r>
    </w:p>
    <w:p>
      <w:r>
        <w:rPr>
          <w:rFonts w:ascii="Georgia" w:hAnsi="Georgia" w:eastAsia="Georgia"/>
          <w:sz w:val="23"/>
        </w:rPr>
        <w:t>“No.”</w:t>
      </w:r>
    </w:p>
    <w:p>
      <w:r>
        <w:rPr>
          <w:rFonts w:ascii="Georgia" w:hAnsi="Georgia" w:eastAsia="Georgia"/>
          <w:sz w:val="23"/>
        </w:rPr>
        <w:t>“Near falls?”</w:t>
      </w:r>
    </w:p>
    <w:p>
      <w:r>
        <w:rPr>
          <w:rFonts w:ascii="Georgia" w:hAnsi="Georgia" w:eastAsia="Georgia"/>
          <w:sz w:val="23"/>
        </w:rPr>
        <w:t>“Three.”</w:t>
      </w:r>
    </w:p>
    <w:p>
      <w:r>
        <w:rPr>
          <w:rFonts w:ascii="Georgia" w:hAnsi="Georgia" w:eastAsia="Georgia"/>
          <w:sz w:val="23"/>
        </w:rPr>
        <w:t>“Pain?”</w:t>
      </w:r>
    </w:p>
    <w:p>
      <w:r>
        <w:rPr>
          <w:rFonts w:ascii="Georgia" w:hAnsi="Georgia" w:eastAsia="Georgia"/>
          <w:sz w:val="23"/>
        </w:rPr>
        <w:t>“Neck pressure after twenty minutes upright. Old fusion site, not sharp.”</w:t>
      </w:r>
    </w:p>
    <w:p>
      <w:r>
        <w:rPr>
          <w:rFonts w:ascii="Georgia" w:hAnsi="Georgia" w:eastAsia="Georgia"/>
          <w:sz w:val="23"/>
        </w:rPr>
        <w:t>Tern handed me the baseline.</w:t>
      </w:r>
    </w:p>
    <w:p>
      <w:r>
        <w:rPr>
          <w:rFonts w:ascii="Georgia" w:hAnsi="Georgia" w:eastAsia="Georgia"/>
          <w:sz w:val="23"/>
        </w:rPr>
        <w:t>Standing trunk rotation: 2.2 degrees clockwise over thirty seconds.</w:t>
        <w:br/>
        <w:t>Right foot placement under occluded visual target: average 3.8 centimeters short.</w:t>
        <w:br/>
        <w:t>Left foot: 0.9 short.</w:t>
        <w:br/>
        <w:t>Neck pressure after five minutes: two of ten.</w:t>
      </w:r>
    </w:p>
    <w:p>
      <w:r>
        <w:rPr>
          <w:rFonts w:ascii="Georgia" w:hAnsi="Georgia" w:eastAsia="Georgia"/>
          <w:sz w:val="23"/>
        </w:rPr>
        <w:t>The current controller reference offset was 0.09 milliseconds.</w:t>
      </w:r>
    </w:p>
    <w:p>
      <w:r>
        <w:rPr>
          <w:rFonts w:ascii="Georgia" w:hAnsi="Georgia" w:eastAsia="Georgia"/>
          <w:sz w:val="23"/>
        </w:rPr>
        <w:t>Cera’s had been 0.06.</w:t>
      </w:r>
    </w:p>
    <w:p>
      <w:r>
        <w:rPr>
          <w:rFonts w:ascii="Georgia" w:hAnsi="Georgia" w:eastAsia="Georgia"/>
          <w:sz w:val="23"/>
        </w:rPr>
        <w:t>The comparison tool had not supplied Cera’s number.</w:t>
      </w:r>
    </w:p>
    <w:p>
      <w:r>
        <w:rPr>
          <w:rFonts w:ascii="Georgia" w:hAnsi="Georgia" w:eastAsia="Georgia"/>
          <w:sz w:val="23"/>
        </w:rPr>
        <w:t>I appreciated that.</w:t>
      </w:r>
    </w:p>
    <w:p>
      <w:r>
        <w:rPr>
          <w:rFonts w:ascii="Georgia" w:hAnsi="Georgia" w:eastAsia="Georgia"/>
          <w:sz w:val="23"/>
        </w:rPr>
        <w:t>Then I saw the historical graph.</w:t>
      </w:r>
    </w:p>
    <w:p>
      <w:r>
        <w:rPr>
          <w:rFonts w:ascii="Georgia" w:hAnsi="Georgia" w:eastAsia="Georgia"/>
          <w:sz w:val="23"/>
        </w:rPr>
        <w:t>Selen had fourteen service observations across thirty-nine years.</w:t>
      </w:r>
    </w:p>
    <w:p>
      <w:r>
        <w:rPr>
          <w:rFonts w:ascii="Georgia" w:hAnsi="Georgia" w:eastAsia="Georgia"/>
          <w:sz w:val="23"/>
        </w:rPr>
        <w:t>Controller reference values during low trunk-rotation periods clustered between 0.04 and 0.06.</w:t>
      </w:r>
    </w:p>
    <w:p>
      <w:r>
        <w:rPr>
          <w:rFonts w:ascii="Georgia" w:hAnsi="Georgia" w:eastAsia="Georgia"/>
          <w:sz w:val="23"/>
        </w:rPr>
        <w:t>Tern said, “Her own history supports a bounded test downward.”</w:t>
      </w:r>
    </w:p>
    <w:p>
      <w:r>
        <w:rPr>
          <w:rFonts w:ascii="Georgia" w:hAnsi="Georgia" w:eastAsia="Georgia"/>
          <w:sz w:val="23"/>
        </w:rPr>
        <w:t>“Yes.”</w:t>
      </w:r>
    </w:p>
    <w:p>
      <w:r>
        <w:rPr>
          <w:rFonts w:ascii="Georgia" w:hAnsi="Georgia" w:eastAsia="Georgia"/>
          <w:sz w:val="23"/>
        </w:rPr>
        <w:t>“Not Cera’s value.”</w:t>
      </w:r>
    </w:p>
    <w:p>
      <w:r>
        <w:rPr>
          <w:rFonts w:ascii="Georgia" w:hAnsi="Georgia" w:eastAsia="Georgia"/>
          <w:sz w:val="23"/>
        </w:rPr>
        <w:t>“No.”</w:t>
      </w:r>
    </w:p>
    <w:p>
      <w:r>
        <w:rPr>
          <w:rFonts w:ascii="Georgia" w:hAnsi="Georgia" w:eastAsia="Georgia"/>
          <w:sz w:val="23"/>
        </w:rPr>
        <w:t>“Not Cera’s target.”</w:t>
      </w:r>
    </w:p>
    <w:p>
      <w:r>
        <w:rPr>
          <w:rFonts w:ascii="Georgia" w:hAnsi="Georgia" w:eastAsia="Georgia"/>
          <w:sz w:val="23"/>
        </w:rPr>
        <w:t>“No.”</w:t>
      </w:r>
    </w:p>
    <w:p>
      <w:r>
        <w:rPr>
          <w:rFonts w:ascii="Georgia" w:hAnsi="Georgia" w:eastAsia="Georgia"/>
          <w:sz w:val="23"/>
        </w:rPr>
        <w:t>“Her history.”</w:t>
      </w:r>
    </w:p>
    <w:p>
      <w:r>
        <w:rPr>
          <w:rFonts w:ascii="Georgia" w:hAnsi="Georgia" w:eastAsia="Georgia"/>
          <w:sz w:val="23"/>
        </w:rPr>
        <w:t>“Yes.”</w:t>
      </w:r>
    </w:p>
    <w:p>
      <w:r>
        <w:rPr>
          <w:rFonts w:ascii="Georgia" w:hAnsi="Georgia" w:eastAsia="Georgia"/>
          <w:sz w:val="23"/>
        </w:rPr>
        <w:t>Tern waited.</w:t>
      </w:r>
    </w:p>
    <w:p>
      <w:r>
        <w:rPr>
          <w:rFonts w:ascii="Georgia" w:hAnsi="Georgia" w:eastAsia="Georgia"/>
          <w:sz w:val="23"/>
        </w:rPr>
        <w:t>I did not know why until she said, “You are supposed to object.”</w:t>
      </w:r>
    </w:p>
    <w:p>
      <w:r>
        <w:rPr>
          <w:rFonts w:ascii="Georgia" w:hAnsi="Georgia" w:eastAsia="Georgia"/>
          <w:sz w:val="23"/>
        </w:rPr>
        <w:t>“I am looking.”</w:t>
      </w:r>
    </w:p>
    <w:p>
      <w:r>
        <w:rPr>
          <w:rFonts w:ascii="Georgia" w:hAnsi="Georgia" w:eastAsia="Georgia"/>
          <w:sz w:val="23"/>
        </w:rPr>
        <w:t>Selen said, “Please continue looking before anyone adjusts my spine.”</w:t>
      </w:r>
    </w:p>
    <w:p>
      <w:r>
        <w:rPr>
          <w:rFonts w:ascii="Georgia" w:hAnsi="Georgia" w:eastAsia="Georgia"/>
          <w:sz w:val="23"/>
        </w:rPr>
        <w:t>The fourteen observations were all versioned.</w:t>
      </w:r>
    </w:p>
    <w:p>
      <w:r>
        <w:rPr>
          <w:rFonts w:ascii="Georgia" w:hAnsi="Georgia" w:eastAsia="Georgia"/>
          <w:sz w:val="23"/>
        </w:rPr>
        <w:t>Source controller generations documented.</w:t>
      </w:r>
    </w:p>
    <w:p>
      <w:r>
        <w:rPr>
          <w:rFonts w:ascii="Georgia" w:hAnsi="Georgia" w:eastAsia="Georgia"/>
          <w:sz w:val="23"/>
        </w:rPr>
        <w:t>Measurement context documented.</w:t>
      </w:r>
    </w:p>
    <w:p>
      <w:r>
        <w:rPr>
          <w:rFonts w:ascii="Georgia" w:hAnsi="Georgia" w:eastAsia="Georgia"/>
          <w:sz w:val="23"/>
        </w:rPr>
        <w:t>Body-support status field present on the modern migration.</w:t>
      </w:r>
    </w:p>
    <w:p>
      <w:r>
        <w:rPr>
          <w:rFonts w:ascii="Georgia" w:hAnsi="Georgia" w:eastAsia="Georgia"/>
          <w:sz w:val="23"/>
        </w:rPr>
        <w:t>SETTING-MEDIATED SPINAL SUPPORT: ACTIVE.</w:t>
      </w:r>
    </w:p>
    <w:p>
      <w:r>
        <w:rPr>
          <w:rFonts w:ascii="Georgia" w:hAnsi="Georgia" w:eastAsia="Georgia"/>
          <w:sz w:val="23"/>
        </w:rPr>
        <w:t>All fourteen.</w:t>
      </w:r>
    </w:p>
    <w:p>
      <w:r>
        <w:rPr>
          <w:rFonts w:ascii="Georgia" w:hAnsi="Georgia" w:eastAsia="Georgia"/>
          <w:sz w:val="23"/>
        </w:rPr>
        <w:t>I read the date of the oldest point.</w:t>
      </w:r>
    </w:p>
    <w:p>
      <w:r>
        <w:rPr>
          <w:rFonts w:ascii="Georgia" w:hAnsi="Georgia" w:eastAsia="Georgia"/>
          <w:sz w:val="23"/>
        </w:rPr>
        <w:t>Thirty-nine years earlier.</w:t>
      </w:r>
    </w:p>
    <w:p>
      <w:r>
        <w:rPr>
          <w:rFonts w:ascii="Georgia" w:hAnsi="Georgia" w:eastAsia="Georgia"/>
          <w:sz w:val="23"/>
        </w:rPr>
        <w:t>Then Selen’s intake.</w:t>
      </w:r>
    </w:p>
    <w:p>
      <w:r>
        <w:rPr>
          <w:rFonts w:ascii="Georgia" w:hAnsi="Georgia" w:eastAsia="Georgia"/>
          <w:sz w:val="23"/>
        </w:rPr>
        <w:t>SETTING-MEDIATED SPINAL SUPPORT: twenty-four years.</w:t>
      </w:r>
    </w:p>
    <w:p>
      <w:r>
        <w:rPr>
          <w:rFonts w:ascii="Georgia" w:hAnsi="Georgia" w:eastAsia="Georgia"/>
          <w:sz w:val="23"/>
        </w:rPr>
        <w:t>I looked back at the graph.</w:t>
      </w:r>
    </w:p>
    <w:p>
      <w:r>
        <w:rPr>
          <w:rFonts w:ascii="Georgia" w:hAnsi="Georgia" w:eastAsia="Georgia"/>
          <w:sz w:val="23"/>
        </w:rPr>
        <w:t>“Tern.”</w:t>
      </w:r>
    </w:p>
    <w:p>
      <w:r>
        <w:rPr>
          <w:rFonts w:ascii="Georgia" w:hAnsi="Georgia" w:eastAsia="Georgia"/>
          <w:sz w:val="23"/>
        </w:rPr>
        <w:t>“I see it.”</w:t>
      </w:r>
    </w:p>
    <w:p>
      <w:r>
        <w:rPr>
          <w:rFonts w:ascii="Georgia" w:hAnsi="Georgia" w:eastAsia="Georgia"/>
          <w:sz w:val="23"/>
        </w:rPr>
        <w:t>“Do you?” Selen asked.</w:t>
      </w:r>
    </w:p>
    <w:p>
      <w:r>
        <w:rPr>
          <w:rFonts w:ascii="Georgia" w:hAnsi="Georgia" w:eastAsia="Georgia"/>
          <w:sz w:val="23"/>
        </w:rPr>
        <w:t>Tern turned the display toward her.</w:t>
      </w:r>
    </w:p>
    <w:p>
      <w:r>
        <w:rPr>
          <w:rFonts w:ascii="Georgia" w:hAnsi="Georgia" w:eastAsia="Georgia"/>
          <w:sz w:val="23"/>
        </w:rPr>
        <w:t>“The archive says your spinal support was active for measurements recorded fifteen years before your spinal support existed.”</w:t>
      </w:r>
    </w:p>
    <w:p>
      <w:r>
        <w:rPr>
          <w:rFonts w:ascii="Georgia" w:hAnsi="Georgia" w:eastAsia="Georgia"/>
          <w:sz w:val="23"/>
        </w:rPr>
        <w:t>Selen stared at the line.</w:t>
      </w:r>
    </w:p>
    <w:p>
      <w:r>
        <w:rPr>
          <w:rFonts w:ascii="Georgia" w:hAnsi="Georgia" w:eastAsia="Georgia"/>
          <w:sz w:val="23"/>
        </w:rPr>
        <w:t>“That seems ambitious.”</w:t>
      </w:r>
    </w:p>
    <w:p>
      <w:r>
        <w:rPr>
          <w:rFonts w:ascii="Georgia" w:hAnsi="Georgia" w:eastAsia="Georgia"/>
          <w:sz w:val="23"/>
        </w:rPr>
        <w:t>Miren, behind me, said, “Migration artifact?”</w:t>
      </w:r>
    </w:p>
    <w:p>
      <w:r>
        <w:rPr>
          <w:rFonts w:ascii="Georgia" w:hAnsi="Georgia" w:eastAsia="Georgia"/>
          <w:sz w:val="23"/>
        </w:rPr>
        <w:t>Tern opened the provenance trace.</w:t>
      </w:r>
    </w:p>
    <w:p>
      <w:r>
        <w:rPr>
          <w:rFonts w:ascii="Georgia" w:hAnsi="Georgia" w:eastAsia="Georgia"/>
          <w:sz w:val="23"/>
        </w:rPr>
        <w:t>The field had been backfilled during a standards conversion eight years earlier.</w:t>
      </w:r>
    </w:p>
    <w:p>
      <w:r>
        <w:rPr>
          <w:rFonts w:ascii="Georgia" w:hAnsi="Georgia" w:eastAsia="Georgia"/>
          <w:sz w:val="23"/>
        </w:rPr>
        <w:t>The source record had contained:</w:t>
      </w:r>
    </w:p>
    <w:p>
      <w:r>
        <w:rPr>
          <w:rFonts w:ascii="Georgia" w:hAnsi="Georgia" w:eastAsia="Georgia"/>
          <w:sz w:val="23"/>
        </w:rPr>
        <w:t>INTEGRATED SUPPORT: YES.</w:t>
      </w:r>
    </w:p>
    <w:p>
      <w:r>
        <w:rPr>
          <w:rFonts w:ascii="Georgia" w:hAnsi="Georgia" w:eastAsia="Georgia"/>
          <w:sz w:val="23"/>
        </w:rPr>
        <w:t>No start date.</w:t>
      </w:r>
    </w:p>
    <w:p>
      <w:r>
        <w:rPr>
          <w:rFonts w:ascii="Georgia" w:hAnsi="Georgia" w:eastAsia="Georgia"/>
          <w:sz w:val="23"/>
        </w:rPr>
        <w:t>The migration system had mapped that status onto the entire historical series because the series belonged to the same current service object.</w:t>
      </w:r>
    </w:p>
    <w:p>
      <w:r>
        <w:rPr>
          <w:rFonts w:ascii="Georgia" w:hAnsi="Georgia" w:eastAsia="Georgia"/>
          <w:sz w:val="23"/>
        </w:rPr>
        <w:t>No one had altered the measured values.</w:t>
      </w:r>
    </w:p>
    <w:p>
      <w:r>
        <w:rPr>
          <w:rFonts w:ascii="Georgia" w:hAnsi="Georgia" w:eastAsia="Georgia"/>
          <w:sz w:val="23"/>
        </w:rPr>
        <w:t>No one had invented a device.</w:t>
      </w:r>
    </w:p>
    <w:p>
      <w:r>
        <w:rPr>
          <w:rFonts w:ascii="Georgia" w:hAnsi="Georgia" w:eastAsia="Georgia"/>
          <w:sz w:val="23"/>
        </w:rPr>
        <w:t>The archive had attached a current state to older observations that predated it.</w:t>
      </w:r>
    </w:p>
    <w:p>
      <w:r>
        <w:rPr>
          <w:rFonts w:ascii="Georgia" w:hAnsi="Georgia" w:eastAsia="Georgia"/>
          <w:sz w:val="23"/>
        </w:rPr>
        <w:t>I remembered Lian’s old pages. SAME ANSWER FAMILY had never been enough for her without a date beside it. I had thought some of her labels crude. The chronology had survived better than several systems built to replace them.</w:t>
      </w:r>
    </w:p>
    <w:p>
      <w:r>
        <w:rPr>
          <w:rFonts w:ascii="Georgia" w:hAnsi="Georgia" w:eastAsia="Georgia"/>
          <w:sz w:val="23"/>
        </w:rPr>
        <w:t>I said, “The values have provenance. The state label does not.”</w:t>
      </w:r>
    </w:p>
    <w:p>
      <w:r>
        <w:rPr>
          <w:rFonts w:ascii="Georgia" w:hAnsi="Georgia" w:eastAsia="Georgia"/>
          <w:sz w:val="23"/>
        </w:rPr>
        <w:t>Tern nodded.</w:t>
      </w:r>
    </w:p>
    <w:p>
      <w:r>
        <w:rPr>
          <w:rFonts w:ascii="Georgia" w:hAnsi="Georgia" w:eastAsia="Georgia"/>
          <w:sz w:val="23"/>
        </w:rPr>
        <w:t>Selen looked at the comparison score on the side display.</w:t>
      </w:r>
    </w:p>
    <w:p>
      <w:r>
        <w:rPr>
          <w:rFonts w:ascii="Georgia" w:hAnsi="Georgia" w:eastAsia="Georgia"/>
          <w:sz w:val="23"/>
        </w:rPr>
        <w:t>“Ninety-four percent.”</w:t>
      </w:r>
    </w:p>
    <w:p>
      <w:r>
        <w:rPr>
          <w:rFonts w:ascii="Georgia" w:hAnsi="Georgia" w:eastAsia="Georgia"/>
          <w:sz w:val="23"/>
        </w:rPr>
        <w:t>“Yes,” I said.</w:t>
      </w:r>
    </w:p>
    <w:p>
      <w:r>
        <w:rPr>
          <w:rFonts w:ascii="Georgia" w:hAnsi="Georgia" w:eastAsia="Georgia"/>
          <w:sz w:val="23"/>
        </w:rPr>
        <w:t>“Of what?”</w:t>
      </w:r>
    </w:p>
    <w:p>
      <w:r>
        <w:rPr>
          <w:rFonts w:ascii="Georgia" w:hAnsi="Georgia" w:eastAsia="Georgia"/>
          <w:sz w:val="23"/>
        </w:rPr>
        <w:t>“The fields it had.”</w:t>
      </w:r>
    </w:p>
    <w:p>
      <w:r>
        <w:rPr>
          <w:rFonts w:ascii="Georgia" w:hAnsi="Georgia" w:eastAsia="Georgia"/>
          <w:sz w:val="23"/>
        </w:rPr>
        <w:t>“That is becoming a sentence I dislike.”</w:t>
      </w:r>
    </w:p>
    <w:p>
      <w:r>
        <w:rPr>
          <w:rFonts w:ascii="Georgia" w:hAnsi="Georgia" w:eastAsia="Georgia"/>
          <w:sz w:val="23"/>
        </w:rPr>
        <w:t>“You can keep it.”</w:t>
      </w:r>
    </w:p>
    <w:p>
      <w:r>
        <w:rPr>
          <w:rFonts w:ascii="Georgia" w:hAnsi="Georgia" w:eastAsia="Georgia"/>
          <w:sz w:val="23"/>
        </w:rPr>
        <w:t>“I would rather you repair the fields.”</w:t>
      </w:r>
    </w:p>
    <w:p>
      <w:pPr>
        <w:spacing w:before="80" w:after="80"/>
        <w:jc w:val="center"/>
      </w:pPr>
      <w:r>
        <w:rPr>
          <w:rFonts w:ascii="Georgia" w:hAnsi="Georgia" w:eastAsia="Georgia"/>
          <w:sz w:val="23"/>
        </w:rPr>
        <w:t>§</w:t>
      </w:r>
    </w:p>
    <w:p>
      <w:r>
        <w:rPr>
          <w:rFonts w:ascii="Georgia" w:hAnsi="Georgia" w:eastAsia="Georgia"/>
          <w:sz w:val="23"/>
        </w:rPr>
        <w:t>We did not adjust the controller.</w:t>
      </w:r>
    </w:p>
    <w:p>
      <w:r>
        <w:rPr>
          <w:rFonts w:ascii="Georgia" w:hAnsi="Georgia" w:eastAsia="Georgia"/>
          <w:sz w:val="23"/>
        </w:rPr>
        <w:t>Not yet.</w:t>
      </w:r>
    </w:p>
    <w:p>
      <w:r>
        <w:rPr>
          <w:rFonts w:ascii="Georgia" w:hAnsi="Georgia" w:eastAsia="Georgia"/>
          <w:sz w:val="23"/>
        </w:rPr>
        <w:t>Tern separated the fourteen observations by source date.</w:t>
      </w:r>
    </w:p>
    <w:p>
      <w:r>
        <w:rPr>
          <w:rFonts w:ascii="Georgia" w:hAnsi="Georgia" w:eastAsia="Georgia"/>
          <w:sz w:val="23"/>
        </w:rPr>
        <w:t>Five predated Selen’s cervical injury.</w:t>
      </w:r>
    </w:p>
    <w:p>
      <w:r>
        <w:rPr>
          <w:rFonts w:ascii="Georgia" w:hAnsi="Georgia" w:eastAsia="Georgia"/>
          <w:sz w:val="23"/>
        </w:rPr>
        <w:t>Two came during surgical recovery before the orientation aid was installed.</w:t>
      </w:r>
    </w:p>
    <w:p>
      <w:r>
        <w:rPr>
          <w:rFonts w:ascii="Georgia" w:hAnsi="Georgia" w:eastAsia="Georgia"/>
          <w:sz w:val="23"/>
        </w:rPr>
        <w:t>Three came after the spinal aid was active but before the Kaethe setting had been incorporated into the support loop.</w:t>
      </w:r>
    </w:p>
    <w:p>
      <w:r>
        <w:rPr>
          <w:rFonts w:ascii="Georgia" w:hAnsi="Georgia" w:eastAsia="Georgia"/>
          <w:sz w:val="23"/>
        </w:rPr>
        <w:t>Four came after the current integrated architecture existed.</w:t>
      </w:r>
    </w:p>
    <w:p>
      <w:r>
        <w:rPr>
          <w:rFonts w:ascii="Georgia" w:hAnsi="Georgia" w:eastAsia="Georgia"/>
          <w:sz w:val="23"/>
        </w:rPr>
        <w:t>Same body.</w:t>
        <w:br/>
        <w:t>Same setting.</w:t>
        <w:br/>
        <w:t>Same general service category.</w:t>
        <w:br/>
        <w:t>Four different system states.</w:t>
      </w:r>
    </w:p>
    <w:p>
      <w:r>
        <w:rPr>
          <w:rFonts w:ascii="Georgia" w:hAnsi="Georgia" w:eastAsia="Georgia"/>
          <w:sz w:val="23"/>
        </w:rPr>
        <w:t>The historical graph had drawn one line through all of them.</w:t>
      </w:r>
    </w:p>
    <w:p>
      <w:r>
        <w:rPr>
          <w:rFonts w:ascii="Georgia" w:hAnsi="Georgia" w:eastAsia="Georgia"/>
          <w:sz w:val="23"/>
        </w:rPr>
        <w:t>“Which four are current-comparable?” Selen asked.</w:t>
      </w:r>
    </w:p>
    <w:p>
      <w:r>
        <w:rPr>
          <w:rFonts w:ascii="Georgia" w:hAnsi="Georgia" w:eastAsia="Georgia"/>
          <w:sz w:val="23"/>
        </w:rPr>
        <w:t>Tern said, “The last four are the only ones measured after your current architecture existed.”</w:t>
      </w:r>
    </w:p>
    <w:p>
      <w:r>
        <w:rPr>
          <w:rFonts w:ascii="Georgia" w:hAnsi="Georgia" w:eastAsia="Georgia"/>
          <w:sz w:val="23"/>
        </w:rPr>
        <w:t>“Do they cluster?”</w:t>
      </w:r>
    </w:p>
    <w:p>
      <w:r>
        <w:rPr>
          <w:rFonts w:ascii="Georgia" w:hAnsi="Georgia" w:eastAsia="Georgia"/>
          <w:sz w:val="23"/>
        </w:rPr>
        <w:t>Tern plotted them.</w:t>
      </w:r>
    </w:p>
    <w:p>
      <w:r>
        <w:rPr>
          <w:rFonts w:ascii="Georgia" w:hAnsi="Georgia" w:eastAsia="Georgia"/>
          <w:sz w:val="23"/>
        </w:rPr>
        <w:t>0.08.</w:t>
        <w:br/>
        <w:t>0.09.</w:t>
        <w:br/>
        <w:t>0.08.</w:t>
        <w:br/>
        <w:t>0.10.</w:t>
      </w:r>
    </w:p>
    <w:p>
      <w:r>
        <w:rPr>
          <w:rFonts w:ascii="Georgia" w:hAnsi="Georgia" w:eastAsia="Georgia"/>
          <w:sz w:val="23"/>
        </w:rPr>
        <w:t>Selen looked at her current 0.09.</w:t>
      </w:r>
    </w:p>
    <w:p>
      <w:r>
        <w:rPr>
          <w:rFonts w:ascii="Georgia" w:hAnsi="Georgia" w:eastAsia="Georgia"/>
          <w:sz w:val="23"/>
        </w:rPr>
        <w:t>“So my controller is already where my own history says it was when I worked properly.”</w:t>
      </w:r>
    </w:p>
    <w:p>
      <w:r>
        <w:rPr>
          <w:rFonts w:ascii="Georgia" w:hAnsi="Georgia" w:eastAsia="Georgia"/>
          <w:sz w:val="23"/>
        </w:rPr>
        <w:t>“Under those observations,” Tern said.</w:t>
      </w:r>
    </w:p>
    <w:p>
      <w:r>
        <w:rPr>
          <w:rFonts w:ascii="Georgia" w:hAnsi="Georgia" w:eastAsia="Georgia"/>
          <w:sz w:val="23"/>
        </w:rPr>
        <w:t>“Then moving it down would have been stupid.”</w:t>
      </w:r>
    </w:p>
    <w:p>
      <w:r>
        <w:rPr>
          <w:rFonts w:ascii="Georgia" w:hAnsi="Georgia" w:eastAsia="Georgia"/>
          <w:sz w:val="23"/>
        </w:rPr>
        <w:t>“Unsupported,” I said.</w:t>
      </w:r>
    </w:p>
    <w:p>
      <w:r>
        <w:rPr>
          <w:rFonts w:ascii="Georgia" w:hAnsi="Georgia" w:eastAsia="Georgia"/>
          <w:sz w:val="23"/>
        </w:rPr>
        <w:t>She looked at me.</w:t>
      </w:r>
    </w:p>
    <w:p>
      <w:r>
        <w:rPr>
          <w:rFonts w:ascii="Georgia" w:hAnsi="Georgia" w:eastAsia="Georgia"/>
          <w:sz w:val="23"/>
        </w:rPr>
        <w:t>“Were you born this irritating?”</w:t>
      </w:r>
    </w:p>
    <w:p>
      <w:r>
        <w:rPr>
          <w:rFonts w:ascii="Georgia" w:hAnsi="Georgia" w:eastAsia="Georgia"/>
          <w:sz w:val="23"/>
        </w:rPr>
        <w:t>“No. I had help.”</w:t>
      </w:r>
    </w:p>
    <w:p>
      <w:r>
        <w:rPr>
          <w:rFonts w:ascii="Georgia" w:hAnsi="Georgia" w:eastAsia="Georgia"/>
          <w:sz w:val="23"/>
        </w:rPr>
        <w:t>Miren said, “Extensive help.”</w:t>
      </w:r>
    </w:p>
    <w:p>
      <w:r>
        <w:rPr>
          <w:rFonts w:ascii="Georgia" w:hAnsi="Georgia" w:eastAsia="Georgia"/>
          <w:sz w:val="23"/>
        </w:rPr>
        <w:t>Tern zoomed the four points.</w:t>
      </w:r>
    </w:p>
    <w:p>
      <w:r>
        <w:rPr>
          <w:rFonts w:ascii="Georgia" w:hAnsi="Georgia" w:eastAsia="Georgia"/>
          <w:sz w:val="23"/>
        </w:rPr>
        <w:t>The corresponding trunk-rotation measures were low.</w:t>
      </w:r>
    </w:p>
    <w:p>
      <w:r>
        <w:rPr>
          <w:rFonts w:ascii="Georgia" w:hAnsi="Georgia" w:eastAsia="Georgia"/>
          <w:sz w:val="23"/>
        </w:rPr>
        <w:t>Foot placement measures did not exist.</w:t>
      </w:r>
    </w:p>
    <w:p>
      <w:r>
        <w:rPr>
          <w:rFonts w:ascii="Georgia" w:hAnsi="Georgia" w:eastAsia="Georgia"/>
          <w:sz w:val="23"/>
        </w:rPr>
        <w:t>That metric had entered the service protocol only nine years earlier.</w:t>
      </w:r>
    </w:p>
    <w:p>
      <w:r>
        <w:rPr>
          <w:rFonts w:ascii="Georgia" w:hAnsi="Georgia" w:eastAsia="Georgia"/>
          <w:sz w:val="23"/>
        </w:rPr>
        <w:t>Neck-pressure reporting did not exist either.</w:t>
      </w:r>
    </w:p>
    <w:p>
      <w:r>
        <w:rPr>
          <w:rFonts w:ascii="Georgia" w:hAnsi="Georgia" w:eastAsia="Georgia"/>
          <w:sz w:val="23"/>
        </w:rPr>
        <w:t>The four points told us Selen had previously stood straighter at approximately her current controller value.</w:t>
      </w:r>
    </w:p>
    <w:p>
      <w:r>
        <w:rPr>
          <w:rFonts w:ascii="Georgia" w:hAnsi="Georgia" w:eastAsia="Georgia"/>
          <w:sz w:val="23"/>
        </w:rPr>
        <w:t>They did not tell us why her right foot now arrived short.</w:t>
      </w:r>
    </w:p>
    <w:p>
      <w:r>
        <w:rPr>
          <w:rFonts w:ascii="Georgia" w:hAnsi="Georgia" w:eastAsia="Georgia"/>
          <w:sz w:val="23"/>
        </w:rPr>
        <w:t>Selen flexed the foot inside her shoe.</w:t>
      </w:r>
    </w:p>
    <w:p>
      <w:r>
        <w:rPr>
          <w:rFonts w:ascii="Georgia" w:hAnsi="Georgia" w:eastAsia="Georgia"/>
          <w:sz w:val="23"/>
        </w:rPr>
        <w:t>“What changed besides the controller?”</w:t>
      </w:r>
    </w:p>
    <w:p>
      <w:r>
        <w:rPr>
          <w:rFonts w:ascii="Georgia" w:hAnsi="Georgia" w:eastAsia="Georgia"/>
          <w:sz w:val="23"/>
        </w:rPr>
        <w:t>Tern opened the replacement report.</w:t>
      </w:r>
    </w:p>
    <w:p>
      <w:r>
        <w:rPr>
          <w:rFonts w:ascii="Georgia" w:hAnsi="Georgia" w:eastAsia="Georgia"/>
          <w:sz w:val="23"/>
        </w:rPr>
        <w:t>“Hardware generation remained 8C. Firmware patch level advanced by two revisions. Local profile migrated. Orientation aid was automatically recommissioned.”</w:t>
      </w:r>
    </w:p>
    <w:p>
      <w:r>
        <w:rPr>
          <w:rFonts w:ascii="Georgia" w:hAnsi="Georgia" w:eastAsia="Georgia"/>
          <w:sz w:val="23"/>
        </w:rPr>
        <w:t>“Automatically how?”</w:t>
      </w:r>
    </w:p>
    <w:p>
      <w:r>
        <w:rPr>
          <w:rFonts w:ascii="Georgia" w:hAnsi="Georgia" w:eastAsia="Georgia"/>
          <w:sz w:val="23"/>
        </w:rPr>
        <w:t>Tern scrolled.</w:t>
      </w:r>
    </w:p>
    <w:p>
      <w:r>
        <w:rPr>
          <w:rFonts w:ascii="Georgia" w:hAnsi="Georgia" w:eastAsia="Georgia"/>
          <w:sz w:val="23"/>
        </w:rPr>
        <w:t>The sequence appeared as six timestamped steps.</w:t>
      </w:r>
    </w:p>
    <w:p>
      <w:r>
        <w:rPr>
          <w:rFonts w:ascii="Georgia" w:hAnsi="Georgia" w:eastAsia="Georgia"/>
          <w:sz w:val="23"/>
        </w:rPr>
        <w:t>0214 controller failure.</w:t>
        <w:br/>
        <w:t>0907 replacement hardware online.</w:t>
        <w:br/>
        <w:t>0912 residential environmental baseline restored.</w:t>
        <w:br/>
        <w:t>0915 Kaethe-setting contact compensation restored from migrated profile.</w:t>
        <w:br/>
        <w:t>0917 spinal orientation aid adaptive calibration initiated.</w:t>
        <w:br/>
        <w:t>0926 spinal orientation aid calibration complete.</w:t>
        <w:br/>
        <w:t>0934 full support loop certified.</w:t>
      </w:r>
    </w:p>
    <w:p>
      <w:r>
        <w:rPr>
          <w:rFonts w:ascii="Georgia" w:hAnsi="Georgia" w:eastAsia="Georgia"/>
          <w:sz w:val="23"/>
        </w:rPr>
        <w:t>I read it twice.</w:t>
      </w:r>
    </w:p>
    <w:p>
      <w:r>
        <w:rPr>
          <w:rFonts w:ascii="Georgia" w:hAnsi="Georgia" w:eastAsia="Georgia"/>
          <w:sz w:val="23"/>
        </w:rPr>
        <w:t>“Old commissioning sequence?”</w:t>
      </w:r>
    </w:p>
    <w:p>
      <w:r>
        <w:rPr>
          <w:rFonts w:ascii="Georgia" w:hAnsi="Georgia" w:eastAsia="Georgia"/>
          <w:sz w:val="23"/>
        </w:rPr>
        <w:t>Tern searched the last planned controller replacement, twelve years earlier.</w:t>
      </w:r>
    </w:p>
    <w:p>
      <w:r>
        <w:rPr>
          <w:rFonts w:ascii="Georgia" w:hAnsi="Georgia" w:eastAsia="Georgia"/>
          <w:sz w:val="23"/>
        </w:rPr>
        <w:t>The order was different.</w:t>
      </w:r>
    </w:p>
    <w:p>
      <w:r>
        <w:rPr>
          <w:rFonts w:ascii="Georgia" w:hAnsi="Georgia" w:eastAsia="Georgia"/>
          <w:sz w:val="23"/>
        </w:rPr>
        <w:t>Environmental baseline.</w:t>
        <w:br/>
        <w:t>Spinal orientation aid calibration.</w:t>
        <w:br/>
        <w:t>Kaethe-setting contact compensation.</w:t>
        <w:br/>
        <w:t>Integrated support verification.</w:t>
      </w:r>
    </w:p>
    <w:p>
      <w:r>
        <w:rPr>
          <w:rFonts w:ascii="Georgia" w:hAnsi="Georgia" w:eastAsia="Georgia"/>
          <w:sz w:val="23"/>
        </w:rPr>
        <w:t>Miren said, “They reversed the middle steps.”</w:t>
      </w:r>
    </w:p>
    <w:p>
      <w:r>
        <w:rPr>
          <w:rFonts w:ascii="Georgia" w:hAnsi="Georgia" w:eastAsia="Georgia"/>
          <w:sz w:val="23"/>
        </w:rPr>
        <w:t>“Why?”</w:t>
      </w:r>
    </w:p>
    <w:p>
      <w:r>
        <w:rPr>
          <w:rFonts w:ascii="Georgia" w:hAnsi="Georgia" w:eastAsia="Georgia"/>
          <w:sz w:val="23"/>
        </w:rPr>
        <w:t>Tern opened the 8C patch note.</w:t>
      </w:r>
    </w:p>
    <w:p>
      <w:r>
        <w:rPr>
          <w:rFonts w:ascii="Georgia" w:hAnsi="Georgia" w:eastAsia="Georgia"/>
          <w:sz w:val="23"/>
        </w:rPr>
        <w:t>The newer firmware restored persistent contact compensation as early as possible to reduce carrier discomfort during service.</w:t>
      </w:r>
    </w:p>
    <w:p>
      <w:r>
        <w:rPr>
          <w:rFonts w:ascii="Georgia" w:hAnsi="Georgia" w:eastAsia="Georgia"/>
          <w:sz w:val="23"/>
        </w:rPr>
        <w:t>Reasonable.</w:t>
      </w:r>
    </w:p>
    <w:p>
      <w:r>
        <w:rPr>
          <w:rFonts w:ascii="Georgia" w:hAnsi="Georgia" w:eastAsia="Georgia"/>
          <w:sz w:val="23"/>
        </w:rPr>
        <w:t>The spinal aid then calibrated against a body already being corrected by the restored setting-linked support.</w:t>
      </w:r>
    </w:p>
    <w:p>
      <w:r>
        <w:rPr>
          <w:rFonts w:ascii="Georgia" w:hAnsi="Georgia" w:eastAsia="Georgia"/>
          <w:sz w:val="23"/>
        </w:rPr>
        <w:t>Also reasonable if the calibration routine knew that correction was present.</w:t>
      </w:r>
    </w:p>
    <w:p>
      <w:r>
        <w:rPr>
          <w:rFonts w:ascii="Georgia" w:hAnsi="Georgia" w:eastAsia="Georgia"/>
          <w:sz w:val="23"/>
        </w:rPr>
        <w:t>“Does it?” I asked.</w:t>
      </w:r>
    </w:p>
    <w:p>
      <w:r>
        <w:rPr>
          <w:rFonts w:ascii="Georgia" w:hAnsi="Georgia" w:eastAsia="Georgia"/>
          <w:sz w:val="23"/>
        </w:rPr>
        <w:t>Tern searched the device integration notes.</w:t>
      </w:r>
    </w:p>
    <w:p>
      <w:r>
        <w:rPr>
          <w:rFonts w:ascii="Georgia" w:hAnsi="Georgia" w:eastAsia="Georgia"/>
          <w:sz w:val="23"/>
        </w:rPr>
        <w:t>The spinal aid’s calibration package had been written for standalone orientation support and later certified for integrated use.</w:t>
      </w:r>
    </w:p>
    <w:p>
      <w:r>
        <w:rPr>
          <w:rFonts w:ascii="Georgia" w:hAnsi="Georgia" w:eastAsia="Georgia"/>
          <w:sz w:val="23"/>
        </w:rPr>
        <w:t>It accepted a flag indicating whether setting support was active.</w:t>
      </w:r>
    </w:p>
    <w:p>
      <w:r>
        <w:rPr>
          <w:rFonts w:ascii="Georgia" w:hAnsi="Georgia" w:eastAsia="Georgia"/>
          <w:sz w:val="23"/>
        </w:rPr>
        <w:t>“What flag did it receive?”</w:t>
      </w:r>
    </w:p>
    <w:p>
      <w:r>
        <w:rPr>
          <w:rFonts w:ascii="Georgia" w:hAnsi="Georgia" w:eastAsia="Georgia"/>
          <w:sz w:val="23"/>
        </w:rPr>
        <w:t>Tern opened the commissioning record.</w:t>
      </w:r>
    </w:p>
    <w:p>
      <w:r>
        <w:rPr>
          <w:rFonts w:ascii="Georgia" w:hAnsi="Georgia" w:eastAsia="Georgia"/>
          <w:sz w:val="23"/>
        </w:rPr>
        <w:t>SETTING SUPPORT STATE: ACTIVE.</w:t>
      </w:r>
    </w:p>
    <w:p>
      <w:r>
        <w:rPr>
          <w:rFonts w:ascii="Georgia" w:hAnsi="Georgia" w:eastAsia="Georgia"/>
          <w:sz w:val="23"/>
        </w:rPr>
        <w:t>“So it knew.” Miren said.</w:t>
      </w:r>
    </w:p>
    <w:p>
      <w:r>
        <w:rPr>
          <w:rFonts w:ascii="Georgia" w:hAnsi="Georgia" w:eastAsia="Georgia"/>
          <w:sz w:val="23"/>
        </w:rPr>
        <w:t>“Maybe.”</w:t>
      </w:r>
    </w:p>
    <w:p>
      <w:r>
        <w:rPr>
          <w:rFonts w:ascii="Georgia" w:hAnsi="Georgia" w:eastAsia="Georgia"/>
          <w:sz w:val="23"/>
        </w:rPr>
        <w:t>Tern looked at me.</w:t>
      </w:r>
    </w:p>
    <w:p>
      <w:r>
        <w:rPr>
          <w:rFonts w:ascii="Georgia" w:hAnsi="Georgia" w:eastAsia="Georgia"/>
          <w:sz w:val="23"/>
        </w:rPr>
        <w:t>“The flag is correct.”</w:t>
      </w:r>
    </w:p>
    <w:p>
      <w:r>
        <w:rPr>
          <w:rFonts w:ascii="Georgia" w:hAnsi="Georgia" w:eastAsia="Georgia"/>
          <w:sz w:val="23"/>
        </w:rPr>
        <w:t>“Yes.”</w:t>
      </w:r>
    </w:p>
    <w:p>
      <w:r>
        <w:rPr>
          <w:rFonts w:ascii="Georgia" w:hAnsi="Georgia" w:eastAsia="Georgia"/>
          <w:sz w:val="23"/>
        </w:rPr>
        <w:t>“Then what are you objecting to now?”</w:t>
      </w:r>
    </w:p>
    <w:p>
      <w:r>
        <w:rPr>
          <w:rFonts w:ascii="Georgia" w:hAnsi="Georgia" w:eastAsia="Georgia"/>
          <w:sz w:val="23"/>
        </w:rPr>
        <w:t>“Nothing. I am refusing to promote a plausible sequence effect into cause before we test whether the calibration actually compensates for active support.”</w:t>
      </w:r>
    </w:p>
    <w:p>
      <w:r>
        <w:rPr>
          <w:rFonts w:ascii="Georgia" w:hAnsi="Georgia" w:eastAsia="Georgia"/>
          <w:sz w:val="23"/>
        </w:rPr>
        <w:t>Selen said, “Can you test that without making my foot worse?”</w:t>
      </w:r>
    </w:p>
    <w:p>
      <w:r>
        <w:rPr>
          <w:rFonts w:ascii="Georgia" w:hAnsi="Georgia" w:eastAsia="Georgia"/>
          <w:sz w:val="23"/>
        </w:rPr>
        <w:t>Tern answered before I did.</w:t>
      </w:r>
    </w:p>
    <w:p>
      <w:r>
        <w:rPr>
          <w:rFonts w:ascii="Georgia" w:hAnsi="Georgia" w:eastAsia="Georgia"/>
          <w:sz w:val="23"/>
        </w:rPr>
        <w:t>“Yes. We can replay the calibration against a physical simulator using your device settings and current controller outputs. No fragment interrogation. No body adjustment.”</w:t>
      </w:r>
    </w:p>
    <w:p>
      <w:r>
        <w:rPr>
          <w:rFonts w:ascii="Georgia" w:hAnsi="Georgia" w:eastAsia="Georgia"/>
          <w:sz w:val="23"/>
        </w:rPr>
        <w:t>“Do that.”</w:t>
      </w:r>
    </w:p>
    <w:p>
      <w:r>
        <w:rPr>
          <w:rFonts w:ascii="Georgia" w:hAnsi="Georgia" w:eastAsia="Georgia"/>
          <w:sz w:val="23"/>
        </w:rPr>
        <w:t>Tern began building the simulation.</w:t>
      </w:r>
    </w:p>
    <w:p>
      <w:r>
        <w:rPr>
          <w:rFonts w:ascii="Georgia" w:hAnsi="Georgia" w:eastAsia="Georgia"/>
          <w:sz w:val="23"/>
        </w:rPr>
        <w:t>I sat.</w:t>
      </w:r>
    </w:p>
    <w:p>
      <w:r>
        <w:rPr>
          <w:rFonts w:ascii="Georgia" w:hAnsi="Georgia" w:eastAsia="Georgia"/>
          <w:sz w:val="23"/>
        </w:rPr>
        <w:t>Selen noticed.</w:t>
      </w:r>
    </w:p>
    <w:p>
      <w:r>
        <w:rPr>
          <w:rFonts w:ascii="Georgia" w:hAnsi="Georgia" w:eastAsia="Georgia"/>
          <w:sz w:val="23"/>
        </w:rPr>
        <w:t>“You were planning to stand for all of this?”</w:t>
      </w:r>
    </w:p>
    <w:p>
      <w:r>
        <w:rPr>
          <w:rFonts w:ascii="Georgia" w:hAnsi="Georgia" w:eastAsia="Georgia"/>
          <w:sz w:val="23"/>
        </w:rPr>
        <w:t>“Yes.”</w:t>
      </w:r>
    </w:p>
    <w:p>
      <w:r>
        <w:rPr>
          <w:rFonts w:ascii="Georgia" w:hAnsi="Georgia" w:eastAsia="Georgia"/>
          <w:sz w:val="23"/>
        </w:rPr>
        <w:t>“Why?”</w:t>
      </w:r>
    </w:p>
    <w:p>
      <w:r>
        <w:rPr>
          <w:rFonts w:ascii="Georgia" w:hAnsi="Georgia" w:eastAsia="Georgia"/>
          <w:sz w:val="23"/>
        </w:rPr>
        <w:t>“I was already standing.”</w:t>
      </w:r>
    </w:p>
    <w:p>
      <w:r>
        <w:rPr>
          <w:rFonts w:ascii="Georgia" w:hAnsi="Georgia" w:eastAsia="Georgia"/>
          <w:sz w:val="23"/>
        </w:rPr>
        <w:t>“That is not a reason.”</w:t>
      </w:r>
    </w:p>
    <w:p>
      <w:r>
        <w:rPr>
          <w:rFonts w:ascii="Georgia" w:hAnsi="Georgia" w:eastAsia="Georgia"/>
          <w:sz w:val="23"/>
        </w:rPr>
        <w:t>“It often becomes one.”</w:t>
      </w:r>
    </w:p>
    <w:p>
      <w:r>
        <w:rPr>
          <w:rFonts w:ascii="Georgia" w:hAnsi="Georgia" w:eastAsia="Georgia"/>
          <w:sz w:val="23"/>
        </w:rPr>
        <w:t>She nodded toward the chair.</w:t>
      </w:r>
    </w:p>
    <w:p>
      <w:r>
        <w:rPr>
          <w:rFonts w:ascii="Georgia" w:hAnsi="Georgia" w:eastAsia="Georgia"/>
          <w:sz w:val="23"/>
        </w:rPr>
        <w:t>“Sit before you become a service category.”</w:t>
      </w:r>
    </w:p>
    <w:p>
      <w:r>
        <w:rPr>
          <w:rFonts w:ascii="Georgia" w:hAnsi="Georgia" w:eastAsia="Georgia"/>
          <w:sz w:val="23"/>
        </w:rPr>
        <w:t>I sat.</w:t>
      </w:r>
    </w:p>
    <w:p>
      <w:pPr>
        <w:spacing w:before="80" w:after="80"/>
        <w:jc w:val="center"/>
      </w:pPr>
      <w:r>
        <w:rPr>
          <w:rFonts w:ascii="Georgia" w:hAnsi="Georgia" w:eastAsia="Georgia"/>
          <w:sz w:val="23"/>
        </w:rPr>
        <w:t>§</w:t>
      </w:r>
    </w:p>
    <w:p>
      <w:r>
        <w:rPr>
          <w:rFonts w:ascii="Georgia" w:hAnsi="Georgia" w:eastAsia="Georgia"/>
          <w:sz w:val="23"/>
        </w:rPr>
        <w:t>The simulation took forty-three minutes.</w:t>
      </w:r>
    </w:p>
    <w:p>
      <w:r>
        <w:rPr>
          <w:rFonts w:ascii="Georgia" w:hAnsi="Georgia" w:eastAsia="Georgia"/>
          <w:sz w:val="23"/>
        </w:rPr>
        <w:t>The first result was boring.</w:t>
      </w:r>
    </w:p>
    <w:p>
      <w:r>
        <w:rPr>
          <w:rFonts w:ascii="Georgia" w:hAnsi="Georgia" w:eastAsia="Georgia"/>
          <w:sz w:val="23"/>
        </w:rPr>
        <w:t>The spinal aid correctly detected that setting support was active.</w:t>
      </w:r>
    </w:p>
    <w:p>
      <w:r>
        <w:rPr>
          <w:rFonts w:ascii="Georgia" w:hAnsi="Georgia" w:eastAsia="Georgia"/>
          <w:sz w:val="23"/>
        </w:rPr>
        <w:t>The second result was not.</w:t>
      </w:r>
    </w:p>
    <w:p>
      <w:r>
        <w:rPr>
          <w:rFonts w:ascii="Georgia" w:hAnsi="Georgia" w:eastAsia="Georgia"/>
          <w:sz w:val="23"/>
        </w:rPr>
        <w:t>It compensated for the active support using the current instantaneous controller state at calibration start.</w:t>
      </w:r>
    </w:p>
    <w:p>
      <w:r>
        <w:rPr>
          <w:rFonts w:ascii="Georgia" w:hAnsi="Georgia" w:eastAsia="Georgia"/>
          <w:sz w:val="23"/>
        </w:rPr>
        <w:t>It did not account for the fact that the setting-linked support itself continued settling for approximately eighteen minutes after restoration.</w:t>
      </w:r>
    </w:p>
    <w:p>
      <w:r>
        <w:rPr>
          <w:rFonts w:ascii="Georgia" w:hAnsi="Georgia" w:eastAsia="Georgia"/>
          <w:sz w:val="23"/>
        </w:rPr>
        <w:t>During the planned replacement twelve years earlier, the spinal aid had calibrated before setting compensation was restored.</w:t>
      </w:r>
    </w:p>
    <w:p>
      <w:r>
        <w:rPr>
          <w:rFonts w:ascii="Georgia" w:hAnsi="Georgia" w:eastAsia="Georgia"/>
          <w:sz w:val="23"/>
        </w:rPr>
        <w:t>During the emergency replacement eleven days earlier, it calibrated two minutes after restoration began.</w:t>
      </w:r>
    </w:p>
    <w:p>
      <w:r>
        <w:rPr>
          <w:rFonts w:ascii="Georgia" w:hAnsi="Georgia" w:eastAsia="Georgia"/>
          <w:sz w:val="23"/>
        </w:rPr>
        <w:t>The spinal aid learned against a moving reference.</w:t>
      </w:r>
    </w:p>
    <w:p>
      <w:r>
        <w:rPr>
          <w:rFonts w:ascii="Georgia" w:hAnsi="Georgia" w:eastAsia="Georgia"/>
          <w:sz w:val="23"/>
        </w:rPr>
        <w:t>Not much.</w:t>
      </w:r>
    </w:p>
    <w:p>
      <w:r>
        <w:rPr>
          <w:rFonts w:ascii="Georgia" w:hAnsi="Georgia" w:eastAsia="Georgia"/>
          <w:sz w:val="23"/>
        </w:rPr>
        <w:t>Enough to matter.</w:t>
      </w:r>
    </w:p>
    <w:p>
      <w:r>
        <w:rPr>
          <w:rFonts w:ascii="Georgia" w:hAnsi="Georgia" w:eastAsia="Georgia"/>
          <w:sz w:val="23"/>
        </w:rPr>
        <w:t>By the time setting compensation finished settling, the spinal aid had already built a rightward correction against the earlier state.</w:t>
      </w:r>
    </w:p>
    <w:p>
      <w:r>
        <w:rPr>
          <w:rFonts w:ascii="Georgia" w:hAnsi="Georgia" w:eastAsia="Georgia"/>
          <w:sz w:val="23"/>
        </w:rPr>
        <w:t>Then both systems remained stable.</w:t>
      </w:r>
    </w:p>
    <w:p>
      <w:r>
        <w:rPr>
          <w:rFonts w:ascii="Georgia" w:hAnsi="Georgia" w:eastAsia="Georgia"/>
          <w:sz w:val="23"/>
        </w:rPr>
        <w:t>Every field had been accurate. The assembled history was not.</w:t>
      </w:r>
    </w:p>
    <w:p>
      <w:r>
        <w:rPr>
          <w:rFonts w:ascii="Georgia" w:hAnsi="Georgia" w:eastAsia="Georgia"/>
          <w:sz w:val="23"/>
        </w:rPr>
        <w:t>I disliked how familiar that structure felt.</w:t>
      </w:r>
    </w:p>
    <w:p>
      <w:r>
        <w:rPr>
          <w:rFonts w:ascii="Georgia" w:hAnsi="Georgia" w:eastAsia="Georgia"/>
          <w:sz w:val="23"/>
        </w:rPr>
        <w:t>Tern ran the sequence again with the compensation curve held at its settled value.</w:t>
      </w:r>
    </w:p>
    <w:p>
      <w:r>
        <w:rPr>
          <w:rFonts w:ascii="Georgia" w:hAnsi="Georgia" w:eastAsia="Georgia"/>
          <w:sz w:val="23"/>
        </w:rPr>
        <w:t>The simulated trunk correction fell by 1.4 degrees.</w:t>
      </w:r>
    </w:p>
    <w:p>
      <w:r>
        <w:rPr>
          <w:rFonts w:ascii="Georgia" w:hAnsi="Georgia" w:eastAsia="Georgia"/>
          <w:sz w:val="23"/>
        </w:rPr>
        <w:t>Right-foot placement was not modeled.</w:t>
      </w:r>
    </w:p>
    <w:p>
      <w:r>
        <w:rPr>
          <w:rFonts w:ascii="Georgia" w:hAnsi="Georgia" w:eastAsia="Georgia"/>
          <w:sz w:val="23"/>
        </w:rPr>
        <w:t>“Still not cause,” she said.</w:t>
      </w:r>
    </w:p>
    <w:p>
      <w:r>
        <w:rPr>
          <w:rFonts w:ascii="Georgia" w:hAnsi="Georgia" w:eastAsia="Georgia"/>
          <w:sz w:val="23"/>
        </w:rPr>
        <w:t>“No.”</w:t>
      </w:r>
    </w:p>
    <w:p>
      <w:r>
        <w:rPr>
          <w:rFonts w:ascii="Georgia" w:hAnsi="Georgia" w:eastAsia="Georgia"/>
          <w:sz w:val="23"/>
        </w:rPr>
        <w:t>Selen said, “But enough to test?”</w:t>
      </w:r>
    </w:p>
    <w:p>
      <w:r>
        <w:rPr>
          <w:rFonts w:ascii="Georgia" w:hAnsi="Georgia" w:eastAsia="Georgia"/>
          <w:sz w:val="23"/>
        </w:rPr>
        <w:t>Tern looked at Vey’s remote consult window.</w:t>
      </w:r>
    </w:p>
    <w:p>
      <w:r>
        <w:rPr>
          <w:rFonts w:ascii="Georgia" w:hAnsi="Georgia" w:eastAsia="Georgia"/>
          <w:sz w:val="23"/>
        </w:rPr>
        <w:t>Sena Vey had joined twelve minutes earlier and had mostly listened.</w:t>
      </w:r>
    </w:p>
    <w:p>
      <w:r>
        <w:rPr>
          <w:rFonts w:ascii="Georgia" w:hAnsi="Georgia" w:eastAsia="Georgia"/>
          <w:sz w:val="23"/>
        </w:rPr>
        <w:t>“Enough for a reversible recommissioning test,” Vey said. “If Selen agrees.”</w:t>
      </w:r>
    </w:p>
    <w:p>
      <w:r>
        <w:rPr>
          <w:rFonts w:ascii="Georgia" w:hAnsi="Georgia" w:eastAsia="Georgia"/>
          <w:sz w:val="23"/>
        </w:rPr>
        <w:t>“What changes?” Selen asked.</w:t>
      </w:r>
    </w:p>
    <w:p>
      <w:r>
        <w:rPr>
          <w:rFonts w:ascii="Georgia" w:hAnsi="Georgia" w:eastAsia="Georgia"/>
          <w:sz w:val="23"/>
        </w:rPr>
        <w:t>“Nothing permanent. We return your setting and spinal aid to current safe baselines, hold setting compensation until it has fully settled, then recalibrate the spinal aid against that stable state. We stop if your trunk rotation increases more than one degree, foot placement worsens more than two centimeters, neck pressure exceeds four, or you say stop.”</w:t>
      </w:r>
    </w:p>
    <w:p>
      <w:r>
        <w:rPr>
          <w:rFonts w:ascii="Georgia" w:hAnsi="Georgia" w:eastAsia="Georgia"/>
          <w:sz w:val="23"/>
        </w:rPr>
        <w:t>Selen looked at me.</w:t>
      </w:r>
    </w:p>
    <w:p>
      <w:r>
        <w:rPr>
          <w:rFonts w:ascii="Georgia" w:hAnsi="Georgia" w:eastAsia="Georgia"/>
          <w:sz w:val="23"/>
        </w:rPr>
        <w:t>“Is that your method?”</w:t>
      </w:r>
    </w:p>
    <w:p>
      <w:r>
        <w:rPr>
          <w:rFonts w:ascii="Georgia" w:hAnsi="Georgia" w:eastAsia="Georgia"/>
          <w:sz w:val="23"/>
        </w:rPr>
        <w:t>“No.”</w:t>
      </w:r>
    </w:p>
    <w:p>
      <w:r>
        <w:rPr>
          <w:rFonts w:ascii="Georgia" w:hAnsi="Georgia" w:eastAsia="Georgia"/>
          <w:sz w:val="23"/>
        </w:rPr>
        <w:t>“Cera’s?”</w:t>
      </w:r>
    </w:p>
    <w:p>
      <w:r>
        <w:rPr>
          <w:rFonts w:ascii="Georgia" w:hAnsi="Georgia" w:eastAsia="Georgia"/>
          <w:sz w:val="23"/>
        </w:rPr>
        <w:t>“No.”</w:t>
      </w:r>
    </w:p>
    <w:p>
      <w:r>
        <w:rPr>
          <w:rFonts w:ascii="Georgia" w:hAnsi="Georgia" w:eastAsia="Georgia"/>
          <w:sz w:val="23"/>
        </w:rPr>
        <w:t>“Whose?”</w:t>
      </w:r>
    </w:p>
    <w:p>
      <w:r>
        <w:rPr>
          <w:rFonts w:ascii="Georgia" w:hAnsi="Georgia" w:eastAsia="Georgia"/>
          <w:sz w:val="23"/>
        </w:rPr>
        <w:t>“Yours, if you consent.”</w:t>
      </w:r>
    </w:p>
    <w:p>
      <w:r>
        <w:rPr>
          <w:rFonts w:ascii="Georgia" w:hAnsi="Georgia" w:eastAsia="Georgia"/>
          <w:sz w:val="23"/>
        </w:rPr>
        <w:t>She considered.</w:t>
      </w:r>
    </w:p>
    <w:p>
      <w:r>
        <w:rPr>
          <w:rFonts w:ascii="Georgia" w:hAnsi="Georgia" w:eastAsia="Georgia"/>
          <w:sz w:val="23"/>
        </w:rPr>
        <w:t>“Then ask me.”</w:t>
      </w:r>
    </w:p>
    <w:p>
      <w:pPr>
        <w:spacing w:before="80" w:after="80"/>
        <w:jc w:val="center"/>
      </w:pPr>
      <w:r>
        <w:rPr>
          <w:rFonts w:ascii="Georgia" w:hAnsi="Georgia" w:eastAsia="Georgia"/>
          <w:sz w:val="23"/>
        </w:rPr>
        <w:t>§</w:t>
      </w:r>
    </w:p>
    <w:p>
      <w:r>
        <w:rPr>
          <w:rFonts w:ascii="Georgia" w:hAnsi="Georgia" w:eastAsia="Georgia"/>
          <w:sz w:val="23"/>
        </w:rPr>
        <w:t>We rehearsed the stop chain once.</w:t>
      </w:r>
    </w:p>
    <w:p>
      <w:r>
        <w:rPr>
          <w:rFonts w:ascii="Georgia" w:hAnsi="Georgia" w:eastAsia="Georgia"/>
          <w:sz w:val="23"/>
        </w:rPr>
        <w:t>Selen became bored halfway through.</w:t>
      </w:r>
    </w:p>
    <w:p>
      <w:r>
        <w:rPr>
          <w:rFonts w:ascii="Georgia" w:hAnsi="Georgia" w:eastAsia="Georgia"/>
          <w:sz w:val="23"/>
        </w:rPr>
        <w:t>Tern restored all current baselines.</w:t>
      </w:r>
    </w:p>
    <w:p>
      <w:r>
        <w:rPr>
          <w:rFonts w:ascii="Georgia" w:hAnsi="Georgia" w:eastAsia="Georgia"/>
          <w:sz w:val="23"/>
        </w:rPr>
        <w:t>Selen stood in the harness.</w:t>
      </w:r>
    </w:p>
    <w:p>
      <w:r>
        <w:rPr>
          <w:rFonts w:ascii="Georgia" w:hAnsi="Georgia" w:eastAsia="Georgia"/>
          <w:sz w:val="23"/>
        </w:rPr>
        <w:t>Right foot back.</w:t>
        <w:br/>
        <w:t>Hand on the rail but not gripping.</w:t>
      </w:r>
    </w:p>
    <w:p>
      <w:r>
        <w:rPr>
          <w:rFonts w:ascii="Georgia" w:hAnsi="Georgia" w:eastAsia="Georgia"/>
          <w:sz w:val="23"/>
        </w:rPr>
        <w:t>“Symptoms?”</w:t>
      </w:r>
    </w:p>
    <w:p>
      <w:r>
        <w:rPr>
          <w:rFonts w:ascii="Georgia" w:hAnsi="Georgia" w:eastAsia="Georgia"/>
          <w:sz w:val="23"/>
        </w:rPr>
        <w:t>“Neck two. Pull three. Foot uncertain.”</w:t>
      </w:r>
    </w:p>
    <w:p>
      <w:r>
        <w:rPr>
          <w:rFonts w:ascii="Georgia" w:hAnsi="Georgia" w:eastAsia="Georgia"/>
          <w:sz w:val="23"/>
        </w:rPr>
        <w:t>“Begin.”</w:t>
      </w:r>
    </w:p>
    <w:p>
      <w:r>
        <w:rPr>
          <w:rFonts w:ascii="Georgia" w:hAnsi="Georgia" w:eastAsia="Georgia"/>
          <w:sz w:val="23"/>
        </w:rPr>
        <w:t>Setting compensation reset to current authorized baseline.</w:t>
      </w:r>
    </w:p>
    <w:p>
      <w:r>
        <w:rPr>
          <w:rFonts w:ascii="Georgia" w:hAnsi="Georgia" w:eastAsia="Georgia"/>
          <w:sz w:val="23"/>
        </w:rPr>
        <w:t>No change.</w:t>
      </w:r>
    </w:p>
    <w:p>
      <w:r>
        <w:rPr>
          <w:rFonts w:ascii="Georgia" w:hAnsi="Georgia" w:eastAsia="Georgia"/>
          <w:sz w:val="23"/>
        </w:rPr>
        <w:t>We waited.</w:t>
      </w:r>
    </w:p>
    <w:p>
      <w:r>
        <w:rPr>
          <w:rFonts w:ascii="Georgia" w:hAnsi="Georgia" w:eastAsia="Georgia"/>
          <w:sz w:val="23"/>
        </w:rPr>
        <w:t>Three minutes.</w:t>
      </w:r>
    </w:p>
    <w:p>
      <w:r>
        <w:rPr>
          <w:rFonts w:ascii="Georgia" w:hAnsi="Georgia" w:eastAsia="Georgia"/>
          <w:sz w:val="23"/>
        </w:rPr>
        <w:t>Six.</w:t>
      </w:r>
    </w:p>
    <w:p>
      <w:r>
        <w:rPr>
          <w:rFonts w:ascii="Georgia" w:hAnsi="Georgia" w:eastAsia="Georgia"/>
          <w:sz w:val="23"/>
        </w:rPr>
        <w:t>Ten.</w:t>
      </w:r>
    </w:p>
    <w:p>
      <w:r>
        <w:rPr>
          <w:rFonts w:ascii="Georgia" w:hAnsi="Georgia" w:eastAsia="Georgia"/>
          <w:sz w:val="23"/>
        </w:rPr>
        <w:t>At twelve minutes Selen’s shoulders rotated another 0.2 degrees clockwise.</w:t>
      </w:r>
    </w:p>
    <w:p>
      <w:r>
        <w:rPr>
          <w:rFonts w:ascii="Georgia" w:hAnsi="Georgia" w:eastAsia="Georgia"/>
          <w:sz w:val="23"/>
        </w:rPr>
        <w:t>Inside stop threshold.</w:t>
      </w:r>
    </w:p>
    <w:p>
      <w:r>
        <w:rPr>
          <w:rFonts w:ascii="Georgia" w:hAnsi="Georgia" w:eastAsia="Georgia"/>
          <w:sz w:val="23"/>
        </w:rPr>
        <w:t>“Report.”</w:t>
      </w:r>
    </w:p>
    <w:p>
      <w:r>
        <w:rPr>
          <w:rFonts w:ascii="Georgia" w:hAnsi="Georgia" w:eastAsia="Georgia"/>
          <w:sz w:val="23"/>
        </w:rPr>
        <w:t>“Right pull three. Neck two.”</w:t>
      </w:r>
    </w:p>
    <w:p>
      <w:r>
        <w:rPr>
          <w:rFonts w:ascii="Georgia" w:hAnsi="Georgia" w:eastAsia="Georgia"/>
          <w:sz w:val="23"/>
        </w:rPr>
        <w:t>At sixteen minutes the controller trace flattened.</w:t>
      </w:r>
    </w:p>
    <w:p>
      <w:r>
        <w:rPr>
          <w:rFonts w:ascii="Georgia" w:hAnsi="Georgia" w:eastAsia="Georgia"/>
          <w:sz w:val="23"/>
        </w:rPr>
        <w:t>At eighteen it remained flat.</w:t>
      </w:r>
    </w:p>
    <w:p>
      <w:r>
        <w:rPr>
          <w:rFonts w:ascii="Georgia" w:hAnsi="Georgia" w:eastAsia="Georgia"/>
          <w:sz w:val="23"/>
        </w:rPr>
        <w:t>Tern waited another two minutes.</w:t>
      </w:r>
    </w:p>
    <w:p>
      <w:r>
        <w:rPr>
          <w:rFonts w:ascii="Georgia" w:hAnsi="Georgia" w:eastAsia="Georgia"/>
          <w:sz w:val="23"/>
        </w:rPr>
        <w:t>Then she initiated spinal-aid recalibration.</w:t>
      </w:r>
    </w:p>
    <w:p>
      <w:r>
        <w:rPr>
          <w:rFonts w:ascii="Georgia" w:hAnsi="Georgia" w:eastAsia="Georgia"/>
          <w:sz w:val="23"/>
        </w:rPr>
        <w:t>The aid applied pressure cues across the lower cervical and upper thoracic support channels.</w:t>
      </w:r>
    </w:p>
    <w:p>
      <w:r>
        <w:rPr>
          <w:rFonts w:ascii="Georgia" w:hAnsi="Georgia" w:eastAsia="Georgia"/>
          <w:sz w:val="23"/>
        </w:rPr>
        <w:t>Selen’s right hand tightened on the rail.</w:t>
      </w:r>
    </w:p>
    <w:p>
      <w:r>
        <w:rPr>
          <w:rFonts w:ascii="Georgia" w:hAnsi="Georgia" w:eastAsia="Georgia"/>
          <w:sz w:val="23"/>
        </w:rPr>
        <w:t>“Report.”</w:t>
      </w:r>
    </w:p>
    <w:p>
      <w:r>
        <w:rPr>
          <w:rFonts w:ascii="Georgia" w:hAnsi="Georgia" w:eastAsia="Georgia"/>
          <w:sz w:val="23"/>
        </w:rPr>
        <w:t>“Pressure. Not pain.”</w:t>
      </w:r>
    </w:p>
    <w:p>
      <w:r>
        <w:rPr>
          <w:rFonts w:ascii="Georgia" w:hAnsi="Georgia" w:eastAsia="Georgia"/>
          <w:sz w:val="23"/>
        </w:rPr>
        <w:t>“Where?”</w:t>
      </w:r>
    </w:p>
    <w:p>
      <w:r>
        <w:rPr>
          <w:rFonts w:ascii="Georgia" w:hAnsi="Georgia" w:eastAsia="Georgia"/>
          <w:sz w:val="23"/>
        </w:rPr>
        <w:t>“Base of neck. Left of center.”</w:t>
      </w:r>
    </w:p>
    <w:p>
      <w:r>
        <w:rPr>
          <w:rFonts w:ascii="Georgia" w:hAnsi="Georgia" w:eastAsia="Georgia"/>
          <w:sz w:val="23"/>
        </w:rPr>
        <w:t>“Level?”</w:t>
      </w:r>
    </w:p>
    <w:p>
      <w:r>
        <w:rPr>
          <w:rFonts w:ascii="Georgia" w:hAnsi="Georgia" w:eastAsia="Georgia"/>
          <w:sz w:val="23"/>
        </w:rPr>
        <w:t>“Three.”</w:t>
      </w:r>
    </w:p>
    <w:p>
      <w:r>
        <w:rPr>
          <w:rFonts w:ascii="Georgia" w:hAnsi="Georgia" w:eastAsia="Georgia"/>
          <w:sz w:val="23"/>
        </w:rPr>
        <w:t>Calibration continued.</w:t>
      </w:r>
    </w:p>
    <w:p>
      <w:r>
        <w:rPr>
          <w:rFonts w:ascii="Georgia" w:hAnsi="Georgia" w:eastAsia="Georgia"/>
          <w:sz w:val="23"/>
        </w:rPr>
        <w:t>At thirty-eight seconds Selen’s right foot moved.</w:t>
      </w:r>
    </w:p>
    <w:p>
      <w:r>
        <w:rPr>
          <w:rFonts w:ascii="Georgia" w:hAnsi="Georgia" w:eastAsia="Georgia"/>
          <w:sz w:val="23"/>
        </w:rPr>
        <w:t>Not a step.</w:t>
      </w:r>
    </w:p>
    <w:p>
      <w:r>
        <w:rPr>
          <w:rFonts w:ascii="Georgia" w:hAnsi="Georgia" w:eastAsia="Georgia"/>
          <w:sz w:val="23"/>
        </w:rPr>
        <w:t>A correction.</w:t>
      </w:r>
    </w:p>
    <w:p>
      <w:r>
        <w:rPr>
          <w:rFonts w:ascii="Georgia" w:hAnsi="Georgia" w:eastAsia="Georgia"/>
          <w:sz w:val="23"/>
        </w:rPr>
        <w:t>She advanced it two centimeters without being asked.</w:t>
      </w:r>
    </w:p>
    <w:p>
      <w:r>
        <w:rPr>
          <w:rFonts w:ascii="Georgia" w:hAnsi="Georgia" w:eastAsia="Georgia"/>
          <w:sz w:val="23"/>
        </w:rPr>
        <w:t>Tern stopped the calibration.</w:t>
      </w:r>
    </w:p>
    <w:p>
      <w:r>
        <w:rPr>
          <w:rFonts w:ascii="Georgia" w:hAnsi="Georgia" w:eastAsia="Georgia"/>
          <w:sz w:val="23"/>
        </w:rPr>
        <w:t>“Why stop?” Selen asked.</w:t>
      </w:r>
    </w:p>
    <w:p>
      <w:r>
        <w:rPr>
          <w:rFonts w:ascii="Georgia" w:hAnsi="Georgia" w:eastAsia="Georgia"/>
          <w:sz w:val="23"/>
        </w:rPr>
        <w:t>“Uncommanded movement.”</w:t>
      </w:r>
    </w:p>
    <w:p>
      <w:r>
        <w:rPr>
          <w:rFonts w:ascii="Georgia" w:hAnsi="Georgia" w:eastAsia="Georgia"/>
          <w:sz w:val="23"/>
        </w:rPr>
        <w:t>“That was me.”</w:t>
      </w:r>
    </w:p>
    <w:p>
      <w:r>
        <w:rPr>
          <w:rFonts w:ascii="Georgia" w:hAnsi="Georgia" w:eastAsia="Georgia"/>
          <w:sz w:val="23"/>
        </w:rPr>
        <w:t>“I know. I want to know why.”</w:t>
      </w:r>
    </w:p>
    <w:p>
      <w:r>
        <w:rPr>
          <w:rFonts w:ascii="Georgia" w:hAnsi="Georgia" w:eastAsia="Georgia"/>
          <w:sz w:val="23"/>
        </w:rPr>
        <w:t>Selen looked down at her foot.</w:t>
      </w:r>
    </w:p>
    <w:p>
      <w:r>
        <w:rPr>
          <w:rFonts w:ascii="Georgia" w:hAnsi="Georgia" w:eastAsia="Georgia"/>
          <w:sz w:val="23"/>
        </w:rPr>
        <w:t>“It felt behind me.”</w:t>
      </w:r>
    </w:p>
    <w:p>
      <w:r>
        <w:rPr>
          <w:rFonts w:ascii="Georgia" w:hAnsi="Georgia" w:eastAsia="Georgia"/>
          <w:sz w:val="23"/>
        </w:rPr>
        <w:t>“Was it?”</w:t>
      </w:r>
    </w:p>
    <w:p>
      <w:r>
        <w:rPr>
          <w:rFonts w:ascii="Georgia" w:hAnsi="Georgia" w:eastAsia="Georgia"/>
          <w:sz w:val="23"/>
        </w:rPr>
        <w:t>“No.”</w:t>
      </w:r>
    </w:p>
    <w:p>
      <w:r>
        <w:rPr>
          <w:rFonts w:ascii="Georgia" w:hAnsi="Georgia" w:eastAsia="Georgia"/>
          <w:sz w:val="23"/>
        </w:rPr>
        <w:t>Tern checked placement.</w:t>
      </w:r>
    </w:p>
    <w:p>
      <w:r>
        <w:rPr>
          <w:rFonts w:ascii="Georgia" w:hAnsi="Georgia" w:eastAsia="Georgia"/>
          <w:sz w:val="23"/>
        </w:rPr>
        <w:t>The foot was now only 1.6 centimeters short of target rather than 3.8.</w:t>
      </w:r>
    </w:p>
    <w:p>
      <w:r>
        <w:rPr>
          <w:rFonts w:ascii="Georgia" w:hAnsi="Georgia" w:eastAsia="Georgia"/>
          <w:sz w:val="23"/>
        </w:rPr>
        <w:t>“Continue?” Vey asked.</w:t>
      </w:r>
    </w:p>
    <w:p>
      <w:r>
        <w:rPr>
          <w:rFonts w:ascii="Georgia" w:hAnsi="Georgia" w:eastAsia="Georgia"/>
          <w:sz w:val="23"/>
        </w:rPr>
        <w:t>Selen looked at the floor.</w:t>
      </w:r>
    </w:p>
    <w:p>
      <w:r>
        <w:rPr>
          <w:rFonts w:ascii="Georgia" w:hAnsi="Georgia" w:eastAsia="Georgia"/>
          <w:sz w:val="23"/>
        </w:rPr>
        <w:t>“Yes.”</w:t>
      </w:r>
    </w:p>
    <w:p>
      <w:r>
        <w:rPr>
          <w:rFonts w:ascii="Georgia" w:hAnsi="Georgia" w:eastAsia="Georgia"/>
          <w:sz w:val="23"/>
        </w:rPr>
        <w:t>Tern resumed.</w:t>
      </w:r>
    </w:p>
    <w:p>
      <w:r>
        <w:rPr>
          <w:rFonts w:ascii="Georgia" w:hAnsi="Georgia" w:eastAsia="Georgia"/>
          <w:sz w:val="23"/>
        </w:rPr>
        <w:t>Calibration completed at 1046.</w:t>
      </w:r>
    </w:p>
    <w:p>
      <w:r>
        <w:rPr>
          <w:rFonts w:ascii="Georgia" w:hAnsi="Georgia" w:eastAsia="Georgia"/>
          <w:sz w:val="23"/>
        </w:rPr>
        <w:t>No controller reference offset changed.</w:t>
      </w:r>
    </w:p>
    <w:p>
      <w:r>
        <w:rPr>
          <w:rFonts w:ascii="Georgia" w:hAnsi="Georgia" w:eastAsia="Georgia"/>
          <w:sz w:val="23"/>
        </w:rPr>
        <w:t>No setting parameter changed beyond its existing baseline restoration.</w:t>
      </w:r>
    </w:p>
    <w:p>
      <w:r>
        <w:rPr>
          <w:rFonts w:ascii="Georgia" w:hAnsi="Georgia" w:eastAsia="Georgia"/>
          <w:sz w:val="23"/>
        </w:rPr>
        <w:t>The spinal aid stored a new calibration state.</w:t>
      </w:r>
    </w:p>
    <w:p>
      <w:r>
        <w:rPr>
          <w:rFonts w:ascii="Georgia" w:hAnsi="Georgia" w:eastAsia="Georgia"/>
          <w:sz w:val="23"/>
        </w:rPr>
        <w:t>We waited five minutes.</w:t>
      </w:r>
    </w:p>
    <w:p>
      <w:r>
        <w:rPr>
          <w:rFonts w:ascii="Georgia" w:hAnsi="Georgia" w:eastAsia="Georgia"/>
          <w:sz w:val="23"/>
        </w:rPr>
        <w:t>Selen stood without holding the rail.</w:t>
      </w:r>
    </w:p>
    <w:p>
      <w:r>
        <w:rPr>
          <w:rFonts w:ascii="Georgia" w:hAnsi="Georgia" w:eastAsia="Georgia"/>
          <w:sz w:val="23"/>
        </w:rPr>
        <w:t>Trunk rotation: 1.1 degrees clockwise.</w:t>
      </w:r>
    </w:p>
    <w:p>
      <w:r>
        <w:rPr>
          <w:rFonts w:ascii="Georgia" w:hAnsi="Georgia" w:eastAsia="Georgia"/>
          <w:sz w:val="23"/>
        </w:rPr>
        <w:t>Right-foot placement: 1.7 centimeters short.</w:t>
      </w:r>
    </w:p>
    <w:p>
      <w:r>
        <w:rPr>
          <w:rFonts w:ascii="Georgia" w:hAnsi="Georgia" w:eastAsia="Georgia"/>
          <w:sz w:val="23"/>
        </w:rPr>
        <w:t>Left: 0.8.</w:t>
      </w:r>
    </w:p>
    <w:p>
      <w:r>
        <w:rPr>
          <w:rFonts w:ascii="Georgia" w:hAnsi="Georgia" w:eastAsia="Georgia"/>
          <w:sz w:val="23"/>
        </w:rPr>
        <w:t>Neck pressure: two.</w:t>
      </w:r>
    </w:p>
    <w:p>
      <w:r>
        <w:rPr>
          <w:rFonts w:ascii="Georgia" w:hAnsi="Georgia" w:eastAsia="Georgia"/>
          <w:sz w:val="23"/>
        </w:rPr>
        <w:t>“Again,” Selen said.</w:t>
      </w:r>
    </w:p>
    <w:p>
      <w:r>
        <w:rPr>
          <w:rFonts w:ascii="Georgia" w:hAnsi="Georgia" w:eastAsia="Georgia"/>
          <w:sz w:val="23"/>
        </w:rPr>
        <w:t>She walked six meters to the wall target and back.</w:t>
      </w:r>
    </w:p>
    <w:p>
      <w:r>
        <w:rPr>
          <w:rFonts w:ascii="Georgia" w:hAnsi="Georgia" w:eastAsia="Georgia"/>
          <w:sz w:val="23"/>
        </w:rPr>
        <w:t>Her right foot still landed slightly short.</w:t>
      </w:r>
    </w:p>
    <w:p>
      <w:r>
        <w:rPr>
          <w:rFonts w:ascii="Georgia" w:hAnsi="Georgia" w:eastAsia="Georgia"/>
          <w:sz w:val="23"/>
        </w:rPr>
        <w:t>Not fixed.</w:t>
      </w:r>
    </w:p>
    <w:p>
      <w:r>
        <w:rPr>
          <w:rFonts w:ascii="Georgia" w:hAnsi="Georgia" w:eastAsia="Georgia"/>
          <w:sz w:val="23"/>
        </w:rPr>
        <w:t>The deficit had narrowed.</w:t>
      </w:r>
    </w:p>
    <w:p>
      <w:r>
        <w:rPr>
          <w:rFonts w:ascii="Georgia" w:hAnsi="Georgia" w:eastAsia="Georgia"/>
          <w:sz w:val="23"/>
        </w:rPr>
        <w:t>She turned at the wall.</w:t>
      </w:r>
    </w:p>
    <w:p>
      <w:r>
        <w:rPr>
          <w:rFonts w:ascii="Georgia" w:hAnsi="Georgia" w:eastAsia="Georgia"/>
          <w:sz w:val="23"/>
        </w:rPr>
        <w:t>“Do not tell me ninety-four percent did that.”</w:t>
      </w:r>
    </w:p>
    <w:p>
      <w:r>
        <w:rPr>
          <w:rFonts w:ascii="Georgia" w:hAnsi="Georgia" w:eastAsia="Georgia"/>
          <w:sz w:val="23"/>
        </w:rPr>
        <w:t>“It did not,” Tern said.</w:t>
      </w:r>
    </w:p>
    <w:p>
      <w:r>
        <w:rPr>
          <w:rFonts w:ascii="Georgia" w:hAnsi="Georgia" w:eastAsia="Georgia"/>
          <w:sz w:val="23"/>
        </w:rPr>
        <w:t>“Do not tell me Ari did.”</w:t>
      </w:r>
    </w:p>
    <w:p>
      <w:r>
        <w:rPr>
          <w:rFonts w:ascii="Georgia" w:hAnsi="Georgia" w:eastAsia="Georgia"/>
          <w:sz w:val="23"/>
        </w:rPr>
        <w:t>“We cannot establish that.”</w:t>
      </w:r>
    </w:p>
    <w:p>
      <w:r>
        <w:rPr>
          <w:rFonts w:ascii="Georgia" w:hAnsi="Georgia" w:eastAsia="Georgia"/>
          <w:sz w:val="23"/>
        </w:rPr>
        <w:t>“Do not tell me the controller did.”</w:t>
      </w:r>
    </w:p>
    <w:p>
      <w:r>
        <w:rPr>
          <w:rFonts w:ascii="Georgia" w:hAnsi="Georgia" w:eastAsia="Georgia"/>
          <w:sz w:val="23"/>
        </w:rPr>
        <w:t>“We have evidence the commissioning sequence contributed to the current support error. We do not have evidence that it was the only cause.”</w:t>
      </w:r>
    </w:p>
    <w:p>
      <w:r>
        <w:rPr>
          <w:rFonts w:ascii="Georgia" w:hAnsi="Georgia" w:eastAsia="Georgia"/>
          <w:sz w:val="23"/>
        </w:rPr>
        <w:t>Selen looked at me.</w:t>
      </w:r>
    </w:p>
    <w:p>
      <w:r>
        <w:rPr>
          <w:rFonts w:ascii="Georgia" w:hAnsi="Georgia" w:eastAsia="Georgia"/>
          <w:sz w:val="23"/>
        </w:rPr>
        <w:t>“She is improving.”</w:t>
      </w:r>
    </w:p>
    <w:p>
      <w:r>
        <w:rPr>
          <w:rFonts w:ascii="Georgia" w:hAnsi="Georgia" w:eastAsia="Georgia"/>
          <w:sz w:val="23"/>
        </w:rPr>
        <w:t>“Yes.”</w:t>
      </w:r>
    </w:p>
    <w:p>
      <w:r>
        <w:rPr>
          <w:rFonts w:ascii="Georgia" w:hAnsi="Georgia" w:eastAsia="Georgia"/>
          <w:sz w:val="23"/>
        </w:rPr>
        <w:t>Tern said, “I am standing here.”</w:t>
      </w:r>
    </w:p>
    <w:p>
      <w:r>
        <w:rPr>
          <w:rFonts w:ascii="Georgia" w:hAnsi="Georgia" w:eastAsia="Georgia"/>
          <w:sz w:val="23"/>
        </w:rPr>
        <w:t>Selen sat down.</w:t>
      </w:r>
    </w:p>
    <w:p>
      <w:r>
        <w:rPr>
          <w:rFonts w:ascii="Georgia" w:hAnsi="Georgia" w:eastAsia="Georgia"/>
          <w:sz w:val="23"/>
        </w:rPr>
        <w:t>“So what matched?”</w:t>
      </w:r>
    </w:p>
    <w:p>
      <w:r>
        <w:rPr>
          <w:rFonts w:ascii="Georgia" w:hAnsi="Georgia" w:eastAsia="Georgia"/>
          <w:sz w:val="23"/>
        </w:rPr>
        <w:t>I looked at the pilot score still open on the side screen.</w:t>
      </w:r>
    </w:p>
    <w:p>
      <w:r>
        <w:rPr>
          <w:rFonts w:ascii="Georgia" w:hAnsi="Georgia" w:eastAsia="Georgia"/>
          <w:sz w:val="23"/>
        </w:rPr>
        <w:t>The answer mattered because the score had not been false.</w:t>
      </w:r>
    </w:p>
    <w:p>
      <w:r>
        <w:rPr>
          <w:rFonts w:ascii="Georgia" w:hAnsi="Georgia" w:eastAsia="Georgia"/>
          <w:sz w:val="23"/>
        </w:rPr>
        <w:t>“You and Cera had many of the same current categories,” I said. “Same kind of support problem. Same controller generation. Similar setting duration. Similar service history. Similar orientation defect.”</w:t>
      </w:r>
    </w:p>
    <w:p>
      <w:r>
        <w:rPr>
          <w:rFonts w:ascii="Georgia" w:hAnsi="Georgia" w:eastAsia="Georgia"/>
          <w:sz w:val="23"/>
        </w:rPr>
        <w:t>“But?”</w:t>
      </w:r>
    </w:p>
    <w:p>
      <w:r>
        <w:rPr>
          <w:rFonts w:ascii="Georgia" w:hAnsi="Georgia" w:eastAsia="Georgia"/>
          <w:sz w:val="23"/>
        </w:rPr>
        <w:t>“The order was different.”</w:t>
      </w:r>
    </w:p>
    <w:p>
      <w:r>
        <w:rPr>
          <w:rFonts w:ascii="Georgia" w:hAnsi="Georgia" w:eastAsia="Georgia"/>
          <w:sz w:val="23"/>
        </w:rPr>
        <w:t>“What order?”</w:t>
      </w:r>
    </w:p>
    <w:p>
      <w:r>
        <w:rPr>
          <w:rFonts w:ascii="Georgia" w:hAnsi="Georgia" w:eastAsia="Georgia"/>
          <w:sz w:val="23"/>
        </w:rPr>
        <w:t>“Your current system was built around an existing setting-linked support condition. Cera’s support history developed differently. More importantly, your own historical measurements crossed several system states that the archive presented as one.”</w:t>
      </w:r>
    </w:p>
    <w:p>
      <w:r>
        <w:rPr>
          <w:rFonts w:ascii="Georgia" w:hAnsi="Georgia" w:eastAsia="Georgia"/>
          <w:sz w:val="23"/>
        </w:rPr>
        <w:t>Selen looked at Tern.</w:t>
      </w:r>
    </w:p>
    <w:p>
      <w:r>
        <w:rPr>
          <w:rFonts w:ascii="Georgia" w:hAnsi="Georgia" w:eastAsia="Georgia"/>
          <w:sz w:val="23"/>
        </w:rPr>
        <w:t>“So the machine matched the parts.”</w:t>
      </w:r>
    </w:p>
    <w:p>
      <w:r>
        <w:rPr>
          <w:rFonts w:ascii="Georgia" w:hAnsi="Georgia" w:eastAsia="Georgia"/>
          <w:sz w:val="23"/>
        </w:rPr>
        <w:t>“Yes.”</w:t>
      </w:r>
    </w:p>
    <w:p>
      <w:r>
        <w:rPr>
          <w:rFonts w:ascii="Georgia" w:hAnsi="Georgia" w:eastAsia="Georgia"/>
          <w:sz w:val="23"/>
        </w:rPr>
        <w:t>“Not how I got them.”</w:t>
      </w:r>
    </w:p>
    <w:p>
      <w:r>
        <w:rPr>
          <w:rFonts w:ascii="Georgia" w:hAnsi="Georgia" w:eastAsia="Georgia"/>
          <w:sz w:val="23"/>
        </w:rPr>
        <w:t>“No.”</w:t>
      </w:r>
    </w:p>
    <w:p>
      <w:r>
        <w:rPr>
          <w:rFonts w:ascii="Georgia" w:hAnsi="Georgia" w:eastAsia="Georgia"/>
          <w:sz w:val="23"/>
        </w:rPr>
        <w:t>She nodded once.</w:t>
      </w:r>
    </w:p>
    <w:p>
      <w:r>
        <w:rPr>
          <w:rFonts w:ascii="Georgia" w:hAnsi="Georgia" w:eastAsia="Georgia"/>
          <w:sz w:val="23"/>
        </w:rPr>
        <w:t>“That sounds like a machine.”</w:t>
      </w:r>
    </w:p>
    <w:p>
      <w:pPr>
        <w:spacing w:before="80" w:after="80"/>
        <w:jc w:val="center"/>
      </w:pPr>
      <w:r>
        <w:rPr>
          <w:rFonts w:ascii="Georgia" w:hAnsi="Georgia" w:eastAsia="Georgia"/>
          <w:sz w:val="23"/>
        </w:rPr>
        <w:t>§</w:t>
      </w:r>
    </w:p>
    <w:p>
      <w:r>
        <w:rPr>
          <w:rFonts w:ascii="Georgia" w:hAnsi="Georgia" w:eastAsia="Georgia"/>
          <w:sz w:val="23"/>
        </w:rPr>
        <w:t>The service association wanted to disable the pilot by noon.</w:t>
      </w:r>
    </w:p>
    <w:p>
      <w:r>
        <w:rPr>
          <w:rFonts w:ascii="Georgia" w:hAnsi="Georgia" w:eastAsia="Georgia"/>
          <w:sz w:val="23"/>
        </w:rPr>
        <w:t>I told them not to.</w:t>
      </w:r>
    </w:p>
    <w:p>
      <w:r>
        <w:rPr>
          <w:rFonts w:ascii="Georgia" w:hAnsi="Georgia" w:eastAsia="Georgia"/>
          <w:sz w:val="23"/>
        </w:rPr>
        <w:t>Miren stared at me.</w:t>
      </w:r>
    </w:p>
    <w:p>
      <w:r>
        <w:rPr>
          <w:rFonts w:ascii="Georgia" w:hAnsi="Georgia" w:eastAsia="Georgia"/>
          <w:sz w:val="23"/>
        </w:rPr>
        <w:t>“You spent the morning insulting it.”</w:t>
      </w:r>
    </w:p>
    <w:p>
      <w:r>
        <w:rPr>
          <w:rFonts w:ascii="Georgia" w:hAnsi="Georgia" w:eastAsia="Georgia"/>
          <w:sz w:val="23"/>
        </w:rPr>
        <w:t>“I insulted the score.”</w:t>
      </w:r>
    </w:p>
    <w:p>
      <w:r>
        <w:rPr>
          <w:rFonts w:ascii="Georgia" w:hAnsi="Georgia" w:eastAsia="Georgia"/>
          <w:sz w:val="23"/>
        </w:rPr>
        <w:t>“You asked whether anyone who designed it had feet.”</w:t>
      </w:r>
    </w:p>
    <w:p>
      <w:r>
        <w:rPr>
          <w:rFonts w:ascii="Georgia" w:hAnsi="Georgia" w:eastAsia="Georgia"/>
          <w:sz w:val="23"/>
        </w:rPr>
        <w:t>“That was about weighting.”</w:t>
      </w:r>
    </w:p>
    <w:p>
      <w:r>
        <w:rPr>
          <w:rFonts w:ascii="Georgia" w:hAnsi="Georgia" w:eastAsia="Georgia"/>
          <w:sz w:val="23"/>
        </w:rPr>
        <w:t>Tern, on the call, rubbed one hand over her face.</w:t>
      </w:r>
    </w:p>
    <w:p>
      <w:r>
        <w:rPr>
          <w:rFonts w:ascii="Georgia" w:hAnsi="Georgia" w:eastAsia="Georgia"/>
          <w:sz w:val="23"/>
        </w:rPr>
        <w:t>The pilot team lead was a SUPO named Daro Senn.</w:t>
      </w:r>
    </w:p>
    <w:p>
      <w:r>
        <w:rPr>
          <w:rFonts w:ascii="Georgia" w:hAnsi="Georgia" w:eastAsia="Georgia"/>
          <w:sz w:val="23"/>
        </w:rPr>
        <w:t>He had not been in the clinic.</w:t>
      </w:r>
    </w:p>
    <w:p>
      <w:r>
        <w:rPr>
          <w:rFonts w:ascii="Georgia" w:hAnsi="Georgia" w:eastAsia="Georgia"/>
          <w:sz w:val="23"/>
        </w:rPr>
        <w:t>He had received the stop report, the migration trace, and the commissioning-sequence analysis.</w:t>
      </w:r>
    </w:p>
    <w:p>
      <w:r>
        <w:rPr>
          <w:rFonts w:ascii="Georgia" w:hAnsi="Georgia" w:eastAsia="Georgia"/>
          <w:sz w:val="23"/>
        </w:rPr>
        <w:t>“We can add event-order fields,” he said.</w:t>
      </w:r>
    </w:p>
    <w:p>
      <w:r>
        <w:rPr>
          <w:rFonts w:ascii="Georgia" w:hAnsi="Georgia" w:eastAsia="Georgia"/>
          <w:sz w:val="23"/>
        </w:rPr>
        <w:t>“Where known,” I said.</w:t>
      </w:r>
    </w:p>
    <w:p>
      <w:r>
        <w:rPr>
          <w:rFonts w:ascii="Georgia" w:hAnsi="Georgia" w:eastAsia="Georgia"/>
          <w:sz w:val="23"/>
        </w:rPr>
        <w:t>“Yes.”</w:t>
      </w:r>
    </w:p>
    <w:p>
      <w:r>
        <w:rPr>
          <w:rFonts w:ascii="Georgia" w:hAnsi="Georgia" w:eastAsia="Georgia"/>
          <w:sz w:val="23"/>
        </w:rPr>
        <w:t>“And where unknown?”</w:t>
      </w:r>
    </w:p>
    <w:p>
      <w:r>
        <w:rPr>
          <w:rFonts w:ascii="Georgia" w:hAnsi="Georgia" w:eastAsia="Georgia"/>
          <w:sz w:val="23"/>
        </w:rPr>
        <w:t>“Unknown.”</w:t>
      </w:r>
    </w:p>
    <w:p>
      <w:r>
        <w:rPr>
          <w:rFonts w:ascii="Georgia" w:hAnsi="Georgia" w:eastAsia="Georgia"/>
          <w:sz w:val="23"/>
        </w:rPr>
        <w:t>“Displayed how?”</w:t>
      </w:r>
    </w:p>
    <w:p>
      <w:r>
        <w:rPr>
          <w:rFonts w:ascii="Georgia" w:hAnsi="Georgia" w:eastAsia="Georgia"/>
          <w:sz w:val="23"/>
        </w:rPr>
        <w:t>“As missing sequence provenance.”</w:t>
      </w:r>
    </w:p>
    <w:p>
      <w:r>
        <w:rPr>
          <w:rFonts w:ascii="Georgia" w:hAnsi="Georgia" w:eastAsia="Georgia"/>
          <w:sz w:val="23"/>
        </w:rPr>
        <w:t>“Does the match score decrease?”</w:t>
      </w:r>
    </w:p>
    <w:p>
      <w:r>
        <w:rPr>
          <w:rFonts w:ascii="Georgia" w:hAnsi="Georgia" w:eastAsia="Georgia"/>
          <w:sz w:val="23"/>
        </w:rPr>
        <w:t>Daro paused.</w:t>
      </w:r>
    </w:p>
    <w:p>
      <w:r>
        <w:rPr>
          <w:rFonts w:ascii="Georgia" w:hAnsi="Georgia" w:eastAsia="Georgia"/>
          <w:sz w:val="23"/>
        </w:rPr>
        <w:t>“That is the current proposal.”</w:t>
      </w:r>
    </w:p>
    <w:p>
      <w:r>
        <w:rPr>
          <w:rFonts w:ascii="Georgia" w:hAnsi="Georgia" w:eastAsia="Georgia"/>
          <w:sz w:val="23"/>
        </w:rPr>
        <w:t>“Why?”</w:t>
      </w:r>
    </w:p>
    <w:p>
      <w:r>
        <w:rPr>
          <w:rFonts w:ascii="Georgia" w:hAnsi="Georgia" w:eastAsia="Georgia"/>
          <w:sz w:val="23"/>
        </w:rPr>
        <w:t>“Because less known history reduces confidence in comparability.”</w:t>
      </w:r>
    </w:p>
    <w:p>
      <w:r>
        <w:rPr>
          <w:rFonts w:ascii="Georgia" w:hAnsi="Georgia" w:eastAsia="Georgia"/>
          <w:sz w:val="23"/>
        </w:rPr>
        <w:t>“Maybe.”</w:t>
      </w:r>
    </w:p>
    <w:p>
      <w:r>
        <w:rPr>
          <w:rFonts w:ascii="Georgia" w:hAnsi="Georgia" w:eastAsia="Georgia"/>
          <w:sz w:val="23"/>
        </w:rPr>
        <w:t>Miren leaned back.</w:t>
      </w:r>
    </w:p>
    <w:p>
      <w:r>
        <w:rPr>
          <w:rFonts w:ascii="Georgia" w:hAnsi="Georgia" w:eastAsia="Georgia"/>
          <w:sz w:val="23"/>
        </w:rPr>
        <w:t>She knew that tone.</w:t>
      </w:r>
    </w:p>
    <w:p>
      <w:r>
        <w:rPr>
          <w:rFonts w:ascii="Georgia" w:hAnsi="Georgia" w:eastAsia="Georgia"/>
          <w:sz w:val="23"/>
        </w:rPr>
        <w:t>Daro said, “What is wrong with reducing confidence when provenance is incomplete?”</w:t>
      </w:r>
    </w:p>
    <w:p>
      <w:r>
        <w:rPr>
          <w:rFonts w:ascii="Georgia" w:hAnsi="Georgia" w:eastAsia="Georgia"/>
          <w:sz w:val="23"/>
        </w:rPr>
        <w:t>“Nothing, if the score is confidence.”</w:t>
      </w:r>
    </w:p>
    <w:p>
      <w:r>
        <w:rPr>
          <w:rFonts w:ascii="Georgia" w:hAnsi="Georgia" w:eastAsia="Georgia"/>
          <w:sz w:val="23"/>
        </w:rPr>
        <w:t>“It is structured comparability.”</w:t>
      </w:r>
    </w:p>
    <w:p>
      <w:r>
        <w:rPr>
          <w:rFonts w:ascii="Georgia" w:hAnsi="Georgia" w:eastAsia="Georgia"/>
          <w:sz w:val="23"/>
        </w:rPr>
        <w:t>“Then unknown sequence should not automatically mean less comparable. It means you do not know whether sequence supports or defeats comparability.”</w:t>
      </w:r>
    </w:p>
    <w:p>
      <w:r>
        <w:rPr>
          <w:rFonts w:ascii="Georgia" w:hAnsi="Georgia" w:eastAsia="Georgia"/>
          <w:sz w:val="23"/>
        </w:rPr>
        <w:t>Silence.</w:t>
      </w:r>
    </w:p>
    <w:p>
      <w:r>
        <w:rPr>
          <w:rFonts w:ascii="Georgia" w:hAnsi="Georgia" w:eastAsia="Georgia"/>
          <w:sz w:val="23"/>
        </w:rPr>
        <w:t>Tern said, “So a lower score would imply an answer the data do not contain.”</w:t>
      </w:r>
    </w:p>
    <w:p>
      <w:r>
        <w:rPr>
          <w:rFonts w:ascii="Georgia" w:hAnsi="Georgia" w:eastAsia="Georgia"/>
          <w:sz w:val="23"/>
        </w:rPr>
        <w:t>“Yes.”</w:t>
      </w:r>
    </w:p>
    <w:p>
      <w:r>
        <w:rPr>
          <w:rFonts w:ascii="Georgia" w:hAnsi="Georgia" w:eastAsia="Georgia"/>
          <w:sz w:val="23"/>
        </w:rPr>
        <w:t>Daro said, “Then we need a second dimension.”</w:t>
      </w:r>
    </w:p>
    <w:p>
      <w:r>
        <w:rPr>
          <w:rFonts w:ascii="Georgia" w:hAnsi="Georgia" w:eastAsia="Georgia"/>
          <w:sz w:val="23"/>
        </w:rPr>
        <w:t>“Or fewer dimensions collapsed into one number.”</w:t>
      </w:r>
    </w:p>
    <w:p>
      <w:r>
        <w:rPr>
          <w:rFonts w:ascii="Georgia" w:hAnsi="Georgia" w:eastAsia="Georgia"/>
          <w:sz w:val="23"/>
        </w:rPr>
        <w:t>“That makes the interface harder.”</w:t>
      </w:r>
    </w:p>
    <w:p>
      <w:r>
        <w:rPr>
          <w:rFonts w:ascii="Georgia" w:hAnsi="Georgia" w:eastAsia="Georgia"/>
          <w:sz w:val="23"/>
        </w:rPr>
        <w:t>“Yes.”</w:t>
      </w:r>
    </w:p>
    <w:p>
      <w:r>
        <w:rPr>
          <w:rFonts w:ascii="Georgia" w:hAnsi="Georgia" w:eastAsia="Georgia"/>
          <w:sz w:val="23"/>
        </w:rPr>
        <w:t>“Clinicians asked for ranking.”</w:t>
      </w:r>
    </w:p>
    <w:p>
      <w:r>
        <w:rPr>
          <w:rFonts w:ascii="Georgia" w:hAnsi="Georgia" w:eastAsia="Georgia"/>
          <w:sz w:val="23"/>
        </w:rPr>
        <w:t>“Then rank by documented overlap and display unresolved sequence separately.”</w:t>
      </w:r>
    </w:p>
    <w:p>
      <w:r>
        <w:rPr>
          <w:rFonts w:ascii="Georgia" w:hAnsi="Georgia" w:eastAsia="Georgia"/>
          <w:sz w:val="23"/>
        </w:rPr>
        <w:t>“That will produce cases with high overlap and high uncertainty.”</w:t>
      </w:r>
    </w:p>
    <w:p>
      <w:r>
        <w:rPr>
          <w:rFonts w:ascii="Georgia" w:hAnsi="Georgia" w:eastAsia="Georgia"/>
          <w:sz w:val="23"/>
        </w:rPr>
        <w:t>“Yes.”</w:t>
      </w:r>
    </w:p>
    <w:p>
      <w:r>
        <w:rPr>
          <w:rFonts w:ascii="Georgia" w:hAnsi="Georgia" w:eastAsia="Georgia"/>
          <w:sz w:val="23"/>
        </w:rPr>
        <w:t>“That is unpleasant.”</w:t>
      </w:r>
    </w:p>
    <w:p>
      <w:r>
        <w:rPr>
          <w:rFonts w:ascii="Georgia" w:hAnsi="Georgia" w:eastAsia="Georgia"/>
          <w:sz w:val="23"/>
        </w:rPr>
        <w:t>“Yes.”</w:t>
      </w:r>
    </w:p>
    <w:p>
      <w:r>
        <w:rPr>
          <w:rFonts w:ascii="Georgia" w:hAnsi="Georgia" w:eastAsia="Georgia"/>
          <w:sz w:val="23"/>
        </w:rPr>
        <w:t>Miren muted the call.</w:t>
      </w:r>
    </w:p>
    <w:p>
      <w:r>
        <w:rPr>
          <w:rFonts w:ascii="Georgia" w:hAnsi="Georgia" w:eastAsia="Georgia"/>
          <w:sz w:val="23"/>
        </w:rPr>
        <w:t>“You are enjoying this.”</w:t>
      </w:r>
    </w:p>
    <w:p>
      <w:r>
        <w:rPr>
          <w:rFonts w:ascii="Georgia" w:hAnsi="Georgia" w:eastAsia="Georgia"/>
          <w:sz w:val="23"/>
        </w:rPr>
        <w:t>“No.”</w:t>
      </w:r>
    </w:p>
    <w:p>
      <w:r>
        <w:rPr>
          <w:rFonts w:ascii="Georgia" w:hAnsi="Georgia" w:eastAsia="Georgia"/>
          <w:sz w:val="23"/>
        </w:rPr>
        <w:t>“You said yes four times.”</w:t>
      </w:r>
    </w:p>
    <w:p>
      <w:r>
        <w:rPr>
          <w:rFonts w:ascii="Georgia" w:hAnsi="Georgia" w:eastAsia="Georgia"/>
          <w:sz w:val="23"/>
        </w:rPr>
        <w:t>“They asked four answerable questions.”</w:t>
      </w:r>
    </w:p>
    <w:p>
      <w:r>
        <w:rPr>
          <w:rFonts w:ascii="Georgia" w:hAnsi="Georgia" w:eastAsia="Georgia"/>
          <w:sz w:val="23"/>
        </w:rPr>
        <w:t>She unmuted.</w:t>
      </w:r>
    </w:p>
    <w:p>
      <w:r>
        <w:rPr>
          <w:rFonts w:ascii="Georgia" w:hAnsi="Georgia" w:eastAsia="Georgia"/>
          <w:sz w:val="23"/>
        </w:rPr>
        <w:t>Daro was still talking.</w:t>
      </w:r>
    </w:p>
    <w:p>
      <w:r>
        <w:rPr>
          <w:rFonts w:ascii="Georgia" w:hAnsi="Georgia" w:eastAsia="Georgia"/>
          <w:sz w:val="23"/>
        </w:rPr>
        <w:t>“We can change the pilot to show two outputs. RECORDED-STATE OVERLAP and SEQUENCE PROVENANCE. No composite score.”</w:t>
      </w:r>
    </w:p>
    <w:p>
      <w:r>
        <w:rPr>
          <w:rFonts w:ascii="Georgia" w:hAnsi="Georgia" w:eastAsia="Georgia"/>
          <w:sz w:val="23"/>
        </w:rPr>
        <w:t>“Use that.”</w:t>
      </w:r>
    </w:p>
    <w:p>
      <w:r>
        <w:rPr>
          <w:rFonts w:ascii="Georgia" w:hAnsi="Georgia" w:eastAsia="Georgia"/>
          <w:sz w:val="23"/>
        </w:rPr>
        <w:t>Tern said, “And the reference case should show which dimensions matched and which were simply unavailable.”</w:t>
      </w:r>
    </w:p>
    <w:p>
      <w:r>
        <w:rPr>
          <w:rFonts w:ascii="Georgia" w:hAnsi="Georgia" w:eastAsia="Georgia"/>
          <w:sz w:val="23"/>
        </w:rPr>
        <w:t>“Yes.”</w:t>
      </w:r>
    </w:p>
    <w:p>
      <w:r>
        <w:rPr>
          <w:rFonts w:ascii="Georgia" w:hAnsi="Georgia" w:eastAsia="Georgia"/>
          <w:sz w:val="23"/>
        </w:rPr>
        <w:t>Daro typed.</w:t>
      </w:r>
    </w:p>
    <w:p>
      <w:r>
        <w:rPr>
          <w:rFonts w:ascii="Georgia" w:hAnsi="Georgia" w:eastAsia="Georgia"/>
          <w:sz w:val="23"/>
        </w:rPr>
        <w:t>“What about historical observations inside one patient?”</w:t>
      </w:r>
    </w:p>
    <w:p>
      <w:r>
        <w:rPr>
          <w:rFonts w:ascii="Georgia" w:hAnsi="Georgia" w:eastAsia="Georgia"/>
          <w:sz w:val="23"/>
        </w:rPr>
        <w:t>I looked at Selen’s graph.</w:t>
      </w:r>
    </w:p>
    <w:p>
      <w:r>
        <w:rPr>
          <w:rFonts w:ascii="Georgia" w:hAnsi="Georgia" w:eastAsia="Georgia"/>
          <w:sz w:val="23"/>
        </w:rPr>
        <w:t>That was the more important repair.</w:t>
      </w:r>
    </w:p>
    <w:p>
      <w:r>
        <w:rPr>
          <w:rFonts w:ascii="Georgia" w:hAnsi="Georgia" w:eastAsia="Georgia"/>
          <w:sz w:val="23"/>
        </w:rPr>
        <w:t>“Every observation needs system-state provenance,” I said. “Not just device version and measurement context. What components existed? Which were active? Which had not been integrated yet?”</w:t>
      </w:r>
    </w:p>
    <w:p>
      <w:r>
        <w:rPr>
          <w:rFonts w:ascii="Georgia" w:hAnsi="Georgia" w:eastAsia="Georgia"/>
          <w:sz w:val="23"/>
        </w:rPr>
        <w:t>“That will be impossible retrospectively for many old records.”</w:t>
      </w:r>
    </w:p>
    <w:p>
      <w:r>
        <w:rPr>
          <w:rFonts w:ascii="Georgia" w:hAnsi="Georgia" w:eastAsia="Georgia"/>
          <w:sz w:val="23"/>
        </w:rPr>
        <w:t>“Yes.”</w:t>
      </w:r>
    </w:p>
    <w:p>
      <w:r>
        <w:rPr>
          <w:rFonts w:ascii="Georgia" w:hAnsi="Georgia" w:eastAsia="Georgia"/>
          <w:sz w:val="23"/>
        </w:rPr>
        <w:t>“So we mark state UNKNOWN.”</w:t>
      </w:r>
    </w:p>
    <w:p>
      <w:r>
        <w:rPr>
          <w:rFonts w:ascii="Georgia" w:hAnsi="Georgia" w:eastAsia="Georgia"/>
          <w:sz w:val="23"/>
        </w:rPr>
        <w:t>“Yes.”</w:t>
      </w:r>
    </w:p>
    <w:p>
      <w:r>
        <w:rPr>
          <w:rFonts w:ascii="Georgia" w:hAnsi="Georgia" w:eastAsia="Georgia"/>
          <w:sz w:val="23"/>
        </w:rPr>
        <w:t>“And then what?”</w:t>
      </w:r>
    </w:p>
    <w:p>
      <w:r>
        <w:rPr>
          <w:rFonts w:ascii="Georgia" w:hAnsi="Georgia" w:eastAsia="Georgia"/>
          <w:sz w:val="23"/>
        </w:rPr>
        <w:t>“Then the clinician knows the measurement is real and its applicability is bounded by missing state history.”</w:t>
      </w:r>
    </w:p>
    <w:p>
      <w:r>
        <w:rPr>
          <w:rFonts w:ascii="Georgia" w:hAnsi="Georgia" w:eastAsia="Georgia"/>
          <w:sz w:val="23"/>
        </w:rPr>
        <w:t>Daro said, “You want uncertainty preserved in the comparison layer.”</w:t>
      </w:r>
    </w:p>
    <w:p>
      <w:r>
        <w:rPr>
          <w:rFonts w:ascii="Georgia" w:hAnsi="Georgia" w:eastAsia="Georgia"/>
          <w:sz w:val="23"/>
        </w:rPr>
        <w:t>“I want it not erased.”</w:t>
      </w:r>
    </w:p>
    <w:p>
      <w:r>
        <w:rPr>
          <w:rFonts w:ascii="Georgia" w:hAnsi="Georgia" w:eastAsia="Georgia"/>
          <w:sz w:val="23"/>
        </w:rPr>
        <w:t>Different sentence.</w:t>
      </w:r>
    </w:p>
    <w:p>
      <w:r>
        <w:rPr>
          <w:rFonts w:ascii="Georgia" w:hAnsi="Georgia" w:eastAsia="Georgia"/>
          <w:sz w:val="23"/>
        </w:rPr>
        <w:t>Important difference.</w:t>
      </w:r>
    </w:p>
    <w:p>
      <w:pPr>
        <w:spacing w:before="80" w:after="80"/>
        <w:jc w:val="center"/>
      </w:pPr>
      <w:r>
        <w:rPr>
          <w:rFonts w:ascii="Georgia" w:hAnsi="Georgia" w:eastAsia="Georgia"/>
          <w:sz w:val="23"/>
        </w:rPr>
        <w:t>§</w:t>
      </w:r>
    </w:p>
    <w:p>
      <w:r>
        <w:rPr>
          <w:rFonts w:ascii="Georgia" w:hAnsi="Georgia" w:eastAsia="Georgia"/>
          <w:sz w:val="23"/>
        </w:rPr>
        <w:t>At 1320 Selen ate lunch.</w:t>
      </w:r>
    </w:p>
    <w:p>
      <w:r>
        <w:rPr>
          <w:rFonts w:ascii="Georgia" w:hAnsi="Georgia" w:eastAsia="Georgia"/>
          <w:sz w:val="23"/>
        </w:rPr>
        <w:t>She had brought her own.</w:t>
      </w:r>
    </w:p>
    <w:p>
      <w:r>
        <w:rPr>
          <w:rFonts w:ascii="Georgia" w:hAnsi="Georgia" w:eastAsia="Georgia"/>
          <w:sz w:val="23"/>
        </w:rPr>
        <w:t>I asked what it was.</w:t>
      </w:r>
    </w:p>
    <w:p>
      <w:r>
        <w:rPr>
          <w:rFonts w:ascii="Georgia" w:hAnsi="Georgia" w:eastAsia="Georgia"/>
          <w:sz w:val="23"/>
        </w:rPr>
        <w:t>Selen looked inside the container.</w:t>
      </w:r>
    </w:p>
    <w:p>
      <w:r>
        <w:rPr>
          <w:rFonts w:ascii="Georgia" w:hAnsi="Georgia" w:eastAsia="Georgia"/>
          <w:sz w:val="23"/>
        </w:rPr>
        <w:t>“Something Tern’s clinic calls lentils.”</w:t>
      </w:r>
    </w:p>
    <w:p>
      <w:r>
        <w:rPr>
          <w:rFonts w:ascii="Georgia" w:hAnsi="Georgia" w:eastAsia="Georgia"/>
          <w:sz w:val="23"/>
        </w:rPr>
        <w:t>Tern said, “They are lentils.”</w:t>
      </w:r>
    </w:p>
    <w:p>
      <w:r>
        <w:rPr>
          <w:rFonts w:ascii="Georgia" w:hAnsi="Georgia" w:eastAsia="Georgia"/>
          <w:sz w:val="23"/>
        </w:rPr>
        <w:t>“They have surrendered.”</w:t>
      </w:r>
    </w:p>
    <w:p>
      <w:r>
        <w:rPr>
          <w:rFonts w:ascii="Georgia" w:hAnsi="Georgia" w:eastAsia="Georgia"/>
          <w:sz w:val="23"/>
        </w:rPr>
        <w:t>“You are free to leave.”</w:t>
      </w:r>
    </w:p>
    <w:p>
      <w:r>
        <w:rPr>
          <w:rFonts w:ascii="Georgia" w:hAnsi="Georgia" w:eastAsia="Georgia"/>
          <w:sz w:val="23"/>
        </w:rPr>
        <w:t>“Not until you finish measuring my foot.”</w:t>
      </w:r>
    </w:p>
    <w:p>
      <w:r>
        <w:rPr>
          <w:rFonts w:ascii="Georgia" w:hAnsi="Georgia" w:eastAsia="Georgia"/>
          <w:sz w:val="23"/>
        </w:rPr>
        <w:t>Selen ate anyway.</w:t>
      </w:r>
    </w:p>
    <w:p>
      <w:r>
        <w:rPr>
          <w:rFonts w:ascii="Georgia" w:hAnsi="Georgia" w:eastAsia="Georgia"/>
          <w:sz w:val="23"/>
        </w:rPr>
        <w:t>At 1348 her repeat walk showed 1.0 degrees clockwise trunk rotation and 1.5 centimeters short on the right foot.</w:t>
      </w:r>
    </w:p>
    <w:p>
      <w:r>
        <w:rPr>
          <w:rFonts w:ascii="Georgia" w:hAnsi="Georgia" w:eastAsia="Georgia"/>
          <w:sz w:val="23"/>
        </w:rPr>
        <w:t>At 1412 neck pressure remained two after twenty minutes standing.</w:t>
      </w:r>
    </w:p>
    <w:p>
      <w:r>
        <w:rPr>
          <w:rFonts w:ascii="Georgia" w:hAnsi="Georgia" w:eastAsia="Georgia"/>
          <w:sz w:val="23"/>
        </w:rPr>
        <w:t>No new symptom.</w:t>
      </w:r>
    </w:p>
    <w:p>
      <w:r>
        <w:rPr>
          <w:rFonts w:ascii="Georgia" w:hAnsi="Georgia" w:eastAsia="Georgia"/>
          <w:sz w:val="23"/>
        </w:rPr>
        <w:t>No fall.</w:t>
      </w:r>
    </w:p>
    <w:p>
      <w:r>
        <w:rPr>
          <w:rFonts w:ascii="Georgia" w:hAnsi="Georgia" w:eastAsia="Georgia"/>
          <w:sz w:val="23"/>
        </w:rPr>
        <w:t>No change in setting state.</w:t>
      </w:r>
    </w:p>
    <w:p>
      <w:r>
        <w:rPr>
          <w:rFonts w:ascii="Georgia" w:hAnsi="Georgia" w:eastAsia="Georgia"/>
          <w:sz w:val="23"/>
        </w:rPr>
        <w:t>The clinic kept the new spinal-aid calibration and scheduled follow-up for the next morning.</w:t>
      </w:r>
    </w:p>
    <w:p>
      <w:r>
        <w:rPr>
          <w:rFonts w:ascii="Georgia" w:hAnsi="Georgia" w:eastAsia="Georgia"/>
          <w:sz w:val="23"/>
        </w:rPr>
        <w:t>Before leaving, Selen asked for the comparison report.</w:t>
      </w:r>
    </w:p>
    <w:p>
      <w:r>
        <w:rPr>
          <w:rFonts w:ascii="Georgia" w:hAnsi="Georgia" w:eastAsia="Georgia"/>
          <w:sz w:val="23"/>
        </w:rPr>
        <w:t>Tern sent it.</w:t>
      </w:r>
    </w:p>
    <w:p>
      <w:r>
        <w:rPr>
          <w:rFonts w:ascii="Georgia" w:hAnsi="Georgia" w:eastAsia="Georgia"/>
          <w:sz w:val="23"/>
        </w:rPr>
        <w:t>Selen read the ninety-four percent one more time.</w:t>
      </w:r>
    </w:p>
    <w:p>
      <w:r>
        <w:rPr>
          <w:rFonts w:ascii="Georgia" w:hAnsi="Georgia" w:eastAsia="Georgia"/>
          <w:sz w:val="23"/>
        </w:rPr>
        <w:t>“Will this number still exist tomorrow?”</w:t>
      </w:r>
    </w:p>
    <w:p>
      <w:r>
        <w:rPr>
          <w:rFonts w:ascii="Georgia" w:hAnsi="Georgia" w:eastAsia="Georgia"/>
          <w:sz w:val="23"/>
        </w:rPr>
        <w:t>“Not in this form,” Tern said.</w:t>
      </w:r>
    </w:p>
    <w:p>
      <w:r>
        <w:rPr>
          <w:rFonts w:ascii="Georgia" w:hAnsi="Georgia" w:eastAsia="Georgia"/>
          <w:sz w:val="23"/>
        </w:rPr>
        <w:t>“Can I keep it?”</w:t>
      </w:r>
    </w:p>
    <w:p>
      <w:r>
        <w:rPr>
          <w:rFonts w:ascii="Georgia" w:hAnsi="Georgia" w:eastAsia="Georgia"/>
          <w:sz w:val="23"/>
        </w:rPr>
        <w:t>“Yes.”</w:t>
      </w:r>
    </w:p>
    <w:p>
      <w:r>
        <w:rPr>
          <w:rFonts w:ascii="Georgia" w:hAnsi="Georgia" w:eastAsia="Georgia"/>
          <w:sz w:val="23"/>
        </w:rPr>
        <w:t>“Why do patients keep asking for your mistakes?” Miren asked.</w:t>
      </w:r>
    </w:p>
    <w:p>
      <w:r>
        <w:rPr>
          <w:rFonts w:ascii="Georgia" w:hAnsi="Georgia" w:eastAsia="Georgia"/>
          <w:sz w:val="23"/>
        </w:rPr>
        <w:t>Selen answered.</w:t>
      </w:r>
    </w:p>
    <w:p>
      <w:r>
        <w:rPr>
          <w:rFonts w:ascii="Georgia" w:hAnsi="Georgia" w:eastAsia="Georgia"/>
          <w:sz w:val="23"/>
        </w:rPr>
        <w:t>“Because your corrections are more believable when we can prove there was something to correct.”</w:t>
      </w:r>
    </w:p>
    <w:p>
      <w:r>
        <w:rPr>
          <w:rFonts w:ascii="Georgia" w:hAnsi="Georgia" w:eastAsia="Georgia"/>
          <w:sz w:val="23"/>
        </w:rPr>
        <w:t>No one improved that.</w:t>
      </w:r>
    </w:p>
    <w:p>
      <w:pPr>
        <w:spacing w:before="80" w:after="80"/>
        <w:jc w:val="center"/>
      </w:pPr>
      <w:r>
        <w:rPr>
          <w:rFonts w:ascii="Georgia" w:hAnsi="Georgia" w:eastAsia="Georgia"/>
          <w:sz w:val="23"/>
        </w:rPr>
        <w:t>§</w:t>
      </w:r>
    </w:p>
    <w:p>
      <w:r>
        <w:rPr>
          <w:rFonts w:ascii="Georgia" w:hAnsi="Georgia" w:eastAsia="Georgia"/>
          <w:sz w:val="23"/>
        </w:rPr>
        <w:t>At 1603 the pilot update arrived.</w:t>
      </w:r>
    </w:p>
    <w:p>
      <w:r>
        <w:rPr>
          <w:rFonts w:ascii="Georgia" w:hAnsi="Georgia" w:eastAsia="Georgia"/>
          <w:sz w:val="23"/>
        </w:rPr>
        <w:t>The ninety-four percent was gone.</w:t>
      </w:r>
    </w:p>
    <w:p>
      <w:r>
        <w:rPr>
          <w:rFonts w:ascii="Georgia" w:hAnsi="Georgia" w:eastAsia="Georgia"/>
          <w:sz w:val="23"/>
        </w:rPr>
        <w:t>In its place:</w:t>
      </w:r>
    </w:p>
    <w:p>
      <w:r>
        <w:rPr>
          <w:rFonts w:ascii="Georgia" w:hAnsi="Georgia" w:eastAsia="Georgia"/>
          <w:sz w:val="23"/>
        </w:rPr>
        <w:t>RECORDED-STATE OVERLAP: HIGH.</w:t>
      </w:r>
    </w:p>
    <w:p>
      <w:r>
        <w:rPr>
          <w:rFonts w:ascii="Georgia" w:hAnsi="Georgia" w:eastAsia="Georgia"/>
          <w:sz w:val="23"/>
        </w:rPr>
        <w:t>SEQUENCE PROVENANCE: INCOMPLETE.</w:t>
      </w:r>
    </w:p>
    <w:p>
      <w:r>
        <w:rPr>
          <w:rFonts w:ascii="Georgia" w:hAnsi="Georgia" w:eastAsia="Georgia"/>
          <w:sz w:val="23"/>
        </w:rPr>
        <w:t>CURRENT-CASE DIFFERENCES:</w:t>
        <w:br/>
        <w:t>SECONDARY FOOT-PLACEMENT DEFICIT PRESENT.</w:t>
        <w:br/>
        <w:t>HISTORICAL SYSTEM-STATE MIGRATION ERROR IDENTIFIED.</w:t>
        <w:br/>
        <w:t>COMMISSIONING ORDER DIFFERS FROM PRIOR PLANNED SERVICE.</w:t>
      </w:r>
    </w:p>
    <w:p>
      <w:r>
        <w:rPr>
          <w:rFonts w:ascii="Georgia" w:hAnsi="Georgia" w:eastAsia="Georgia"/>
          <w:sz w:val="23"/>
        </w:rPr>
        <w:t>Then:</w:t>
      </w:r>
    </w:p>
    <w:p>
      <w:r>
        <w:rPr>
          <w:rFonts w:ascii="Georgia" w:hAnsi="Georgia" w:eastAsia="Georgia"/>
          <w:sz w:val="23"/>
        </w:rPr>
        <w:t>COMPARABILITY IS LIMITED TO RECORDED AND PROVENANCED DIMENSIONS.</w:t>
        <w:br/>
        <w:t>SIMILAR CURRENT STATES DO NOT ESTABLISH SIMILAR DEVELOPMENTAL OR INTEGRATION HISTORY.</w:t>
      </w:r>
    </w:p>
    <w:p>
      <w:r>
        <w:rPr>
          <w:rFonts w:ascii="Georgia" w:hAnsi="Georgia" w:eastAsia="Georgia"/>
          <w:sz w:val="23"/>
        </w:rPr>
        <w:t>Tern added a clinical line from Selen’s case:</w:t>
      </w:r>
    </w:p>
    <w:p>
      <w:r>
        <w:rPr>
          <w:rFonts w:ascii="Georgia" w:hAnsi="Georgia" w:eastAsia="Georgia"/>
          <w:sz w:val="23"/>
        </w:rPr>
        <w:t>HISTORICAL OBSERVATIONS FROM THE SAME PATIENT MAY NOT BE CURRENT-COMPARABLE WHEN SYSTEM STATE HAS CHANGED.</w:t>
      </w:r>
    </w:p>
    <w:p>
      <w:r>
        <w:rPr>
          <w:rFonts w:ascii="Georgia" w:hAnsi="Georgia" w:eastAsia="Georgia"/>
          <w:sz w:val="23"/>
        </w:rPr>
        <w:t>I read it twice.</w:t>
      </w:r>
    </w:p>
    <w:p>
      <w:r>
        <w:rPr>
          <w:rFonts w:ascii="Georgia" w:hAnsi="Georgia" w:eastAsia="Georgia"/>
          <w:sz w:val="23"/>
        </w:rPr>
        <w:t>Miren waited.</w:t>
      </w:r>
    </w:p>
    <w:p>
      <w:r>
        <w:rPr>
          <w:rFonts w:ascii="Georgia" w:hAnsi="Georgia" w:eastAsia="Georgia"/>
          <w:sz w:val="23"/>
        </w:rPr>
        <w:t>“What?”</w:t>
      </w:r>
    </w:p>
    <w:p>
      <w:r>
        <w:rPr>
          <w:rFonts w:ascii="Georgia" w:hAnsi="Georgia" w:eastAsia="Georgia"/>
          <w:sz w:val="23"/>
        </w:rPr>
        <w:t>“People will copy it.”</w:t>
      </w:r>
    </w:p>
    <w:p>
      <w:r>
        <w:rPr>
          <w:rFonts w:ascii="Georgia" w:hAnsi="Georgia" w:eastAsia="Georgia"/>
          <w:sz w:val="23"/>
        </w:rPr>
        <w:t>“Yes.”</w:t>
      </w:r>
    </w:p>
    <w:p>
      <w:r>
        <w:rPr>
          <w:rFonts w:ascii="Georgia" w:hAnsi="Georgia" w:eastAsia="Georgia"/>
          <w:sz w:val="23"/>
        </w:rPr>
        <w:t>“You still dislike useful sentences?”</w:t>
      </w:r>
    </w:p>
    <w:p>
      <w:r>
        <w:rPr>
          <w:rFonts w:ascii="Georgia" w:hAnsi="Georgia" w:eastAsia="Georgia"/>
          <w:sz w:val="23"/>
        </w:rPr>
        <w:t>“Yes.”</w:t>
      </w:r>
    </w:p>
    <w:p>
      <w:r>
        <w:rPr>
          <w:rFonts w:ascii="Georgia" w:hAnsi="Georgia" w:eastAsia="Georgia"/>
          <w:sz w:val="23"/>
        </w:rPr>
        <w:t>“Are you going to remove it?”</w:t>
      </w:r>
    </w:p>
    <w:p>
      <w:r>
        <w:rPr>
          <w:rFonts w:ascii="Georgia" w:hAnsi="Georgia" w:eastAsia="Georgia"/>
          <w:sz w:val="23"/>
        </w:rPr>
        <w:t>“No.”</w:t>
      </w:r>
    </w:p>
    <w:p>
      <w:r>
        <w:rPr>
          <w:rFonts w:ascii="Georgia" w:hAnsi="Georgia" w:eastAsia="Georgia"/>
          <w:sz w:val="23"/>
        </w:rPr>
        <w:t>“Progress.”</w:t>
      </w:r>
    </w:p>
    <w:p>
      <w:r>
        <w:rPr>
          <w:rFonts w:ascii="Georgia" w:hAnsi="Georgia" w:eastAsia="Georgia"/>
          <w:sz w:val="23"/>
        </w:rPr>
        <w:t>I looked at the old comparison report beside the new one.</w:t>
      </w:r>
    </w:p>
    <w:p>
      <w:r>
        <w:rPr>
          <w:rFonts w:ascii="Georgia" w:hAnsi="Georgia" w:eastAsia="Georgia"/>
          <w:sz w:val="23"/>
        </w:rPr>
        <w:t>The old system had been accurate about the present.</w:t>
      </w:r>
    </w:p>
    <w:p>
      <w:r>
        <w:rPr>
          <w:rFonts w:ascii="Georgia" w:hAnsi="Georgia" w:eastAsia="Georgia"/>
          <w:sz w:val="23"/>
        </w:rPr>
        <w:t>Cera and Selen did have similar current components.</w:t>
      </w:r>
    </w:p>
    <w:p>
      <w:r>
        <w:rPr>
          <w:rFonts w:ascii="Georgia" w:hAnsi="Georgia" w:eastAsia="Georgia"/>
          <w:sz w:val="23"/>
        </w:rPr>
        <w:t>The old system had failed because it treated the present as if it contained the route by which the present had been assembled.</w:t>
      </w:r>
    </w:p>
    <w:p>
      <w:r>
        <w:rPr>
          <w:rFonts w:ascii="Georgia" w:hAnsi="Georgia" w:eastAsia="Georgia"/>
          <w:sz w:val="23"/>
        </w:rPr>
        <w:t>That error was older than Kaethe.</w:t>
      </w:r>
    </w:p>
    <w:p>
      <w:r>
        <w:rPr>
          <w:rFonts w:ascii="Georgia" w:hAnsi="Georgia" w:eastAsia="Georgia"/>
          <w:sz w:val="23"/>
        </w:rPr>
        <w:t>A machine could contain the same replacement parts installed in a different sequence.</w:t>
      </w:r>
    </w:p>
    <w:p>
      <w:r>
        <w:rPr>
          <w:rFonts w:ascii="Georgia" w:hAnsi="Georgia" w:eastAsia="Georgia"/>
          <w:sz w:val="23"/>
        </w:rPr>
        <w:t>A body could reach the same classification through different injuries, different adaptations, different years.</w:t>
      </w:r>
    </w:p>
    <w:p>
      <w:r>
        <w:rPr>
          <w:rFonts w:ascii="Georgia" w:hAnsi="Georgia" w:eastAsia="Georgia"/>
          <w:sz w:val="23"/>
        </w:rPr>
        <w:t>Kaethe did not create that problem.</w:t>
      </w:r>
    </w:p>
    <w:p>
      <w:r>
        <w:rPr>
          <w:rFonts w:ascii="Georgia" w:hAnsi="Georgia" w:eastAsia="Georgia"/>
          <w:sz w:val="23"/>
        </w:rPr>
        <w:t>Kaethe made the cost of forgetting it harder to hide.</w:t>
      </w:r>
    </w:p>
    <w:p>
      <w:r>
        <w:rPr>
          <w:rFonts w:ascii="Georgia" w:hAnsi="Georgia" w:eastAsia="Georgia"/>
          <w:sz w:val="23"/>
        </w:rPr>
        <w:t>I opened the final service note.</w:t>
      </w:r>
    </w:p>
    <w:p>
      <w:r>
        <w:rPr>
          <w:rFonts w:ascii="Georgia" w:hAnsi="Georgia" w:eastAsia="Georgia"/>
          <w:sz w:val="23"/>
        </w:rPr>
        <w:t>CURRENT STATE: DOCUMENTED.</w:t>
      </w:r>
    </w:p>
    <w:p>
      <w:r>
        <w:rPr>
          <w:rFonts w:ascii="Georgia" w:hAnsi="Georgia" w:eastAsia="Georgia"/>
          <w:sz w:val="23"/>
        </w:rPr>
        <w:t>INTEGRATION SEQUENCE: PARTIALLY RECOVERED.</w:t>
      </w:r>
    </w:p>
    <w:p>
      <w:r>
        <w:rPr>
          <w:rFonts w:ascii="Georgia" w:hAnsi="Georgia" w:eastAsia="Georgia"/>
          <w:sz w:val="23"/>
        </w:rPr>
        <w:t>CAUSE OF POST-REPLACEMENT ORIENTATION DEFECT: NOT FULLY ESTABLISHED.</w:t>
      </w:r>
    </w:p>
    <w:p>
      <w:r>
        <w:rPr>
          <w:rFonts w:ascii="Georgia" w:hAnsi="Georgia" w:eastAsia="Georgia"/>
          <w:sz w:val="23"/>
        </w:rPr>
        <w:t>COMMISSIONING-SEQUENCE CONTRIBUTION: SUPPORTED BY SIMULATION AND REVERSIBLE RECOMMISSIONING RESPONSE.</w:t>
      </w:r>
    </w:p>
    <w:p>
      <w:r>
        <w:rPr>
          <w:rFonts w:ascii="Georgia" w:hAnsi="Georgia" w:eastAsia="Georgia"/>
          <w:sz w:val="23"/>
        </w:rPr>
        <w:t>SETTING STATE: UNCHANGED.</w:t>
      </w:r>
    </w:p>
    <w:p>
      <w:r>
        <w:rPr>
          <w:rFonts w:ascii="Georgia" w:hAnsi="Georgia" w:eastAsia="Georgia"/>
          <w:sz w:val="23"/>
        </w:rPr>
        <w:t>HISTORICAL ASSOCIATION: ARI RUSK.</w:t>
      </w:r>
    </w:p>
    <w:p>
      <w:r>
        <w:rPr>
          <w:rFonts w:ascii="Georgia" w:hAnsi="Georgia" w:eastAsia="Georgia"/>
          <w:sz w:val="23"/>
        </w:rPr>
        <w:t>PERSON-STANDING: NOT TESTED.</w:t>
      </w:r>
    </w:p>
    <w:p>
      <w:r>
        <w:rPr>
          <w:rFonts w:ascii="Georgia" w:hAnsi="Georgia" w:eastAsia="Georgia"/>
          <w:sz w:val="23"/>
        </w:rPr>
        <w:t>No one had asked who Ari was inside the fragment.</w:t>
      </w:r>
    </w:p>
    <w:p>
      <w:r>
        <w:rPr>
          <w:rFonts w:ascii="Georgia" w:hAnsi="Georgia" w:eastAsia="Georgia"/>
          <w:sz w:val="23"/>
        </w:rPr>
        <w:t>No one needed to.</w:t>
      </w:r>
    </w:p>
    <w:p>
      <w:r>
        <w:rPr>
          <w:rFonts w:ascii="Georgia" w:hAnsi="Georgia" w:eastAsia="Georgia"/>
          <w:sz w:val="23"/>
        </w:rPr>
        <w:t>Selen needed her right foot to arrive where she put it.</w:t>
      </w:r>
    </w:p>
    <w:p>
      <w:r>
        <w:rPr>
          <w:rFonts w:ascii="Georgia" w:hAnsi="Georgia" w:eastAsia="Georgia"/>
          <w:sz w:val="23"/>
        </w:rPr>
        <w:t>The comparison system had matched the same parts.</w:t>
      </w:r>
    </w:p>
    <w:p>
      <w:r>
        <w:rPr>
          <w:rFonts w:ascii="Georgia" w:hAnsi="Georgia" w:eastAsia="Georgia"/>
          <w:sz w:val="23"/>
        </w:rPr>
        <w:t>The parts were real.</w:t>
      </w:r>
    </w:p>
    <w:p>
      <w:r>
        <w:rPr>
          <w:rFonts w:ascii="Georgia" w:hAnsi="Georgia" w:eastAsia="Georgia"/>
          <w:sz w:val="23"/>
        </w:rPr>
        <w:t>The match was real.</w:t>
      </w:r>
    </w:p>
    <w:p>
      <w:r>
        <w:rPr>
          <w:rFonts w:ascii="Georgia" w:hAnsi="Georgia" w:eastAsia="Georgia"/>
          <w:sz w:val="23"/>
        </w:rPr>
        <w:t>The history was different.</w:t>
      </w:r>
    </w:p>
    <w:p>
      <w:pPr>
        <w:keepNext/>
        <w:pageBreakBefore/>
        <w:jc w:val="center"/>
      </w:pPr>
      <w:r>
        <w:rPr>
          <w:rFonts w:ascii="Georgia" w:hAnsi="Georgia" w:eastAsia="Georgia"/>
          <w:b/>
          <w:sz w:val="28"/>
        </w:rPr>
        <w:t>Chapter Twelve — The Three Copies</w:t>
      </w:r>
    </w:p>
    <w:p>
      <w:r>
        <w:rPr>
          <w:rFonts w:ascii="Georgia" w:hAnsi="Georgia" w:eastAsia="Georgia"/>
          <w:sz w:val="23"/>
        </w:rPr>
        <w:t>Three records said the setting came first.</w:t>
      </w:r>
    </w:p>
    <w:p>
      <w:r>
        <w:rPr>
          <w:rFonts w:ascii="Georgia" w:hAnsi="Georgia" w:eastAsia="Georgia"/>
          <w:sz w:val="23"/>
        </w:rPr>
        <w:t>I trusted them less after the third.</w:t>
      </w:r>
    </w:p>
    <w:p>
      <w:r>
        <w:rPr>
          <w:rFonts w:ascii="Georgia" w:hAnsi="Georgia" w:eastAsia="Georgia"/>
          <w:sz w:val="23"/>
        </w:rPr>
        <w:t>Miren was reading over my shoulder.</w:t>
      </w:r>
    </w:p>
    <w:p>
      <w:r>
        <w:rPr>
          <w:rFonts w:ascii="Georgia" w:hAnsi="Georgia" w:eastAsia="Georgia"/>
          <w:sz w:val="23"/>
        </w:rPr>
        <w:t>“You dislike agreement now?”</w:t>
      </w:r>
    </w:p>
    <w:p>
      <w:r>
        <w:rPr>
          <w:rFonts w:ascii="Georgia" w:hAnsi="Georgia" w:eastAsia="Georgia"/>
          <w:sz w:val="23"/>
        </w:rPr>
        <w:t>“I dislike unearned agreement.”</w:t>
      </w:r>
    </w:p>
    <w:p>
      <w:r>
        <w:rPr>
          <w:rFonts w:ascii="Georgia" w:hAnsi="Georgia" w:eastAsia="Georgia"/>
          <w:sz w:val="23"/>
        </w:rPr>
        <w:t>“That sounds expensive.”</w:t>
      </w:r>
    </w:p>
    <w:p>
      <w:r>
        <w:rPr>
          <w:rFonts w:ascii="Georgia" w:hAnsi="Georgia" w:eastAsia="Georgia"/>
          <w:sz w:val="23"/>
        </w:rPr>
        <w:t>“It usually becomes expensive before anyone notices.”</w:t>
      </w:r>
    </w:p>
    <w:p>
      <w:r>
        <w:rPr>
          <w:rFonts w:ascii="Georgia" w:hAnsi="Georgia" w:eastAsia="Georgia"/>
          <w:sz w:val="23"/>
        </w:rPr>
        <w:t>The first record came from North Surgical.</w:t>
      </w:r>
    </w:p>
    <w:p>
      <w:r>
        <w:rPr>
          <w:rFonts w:ascii="Georgia" w:hAnsi="Georgia" w:eastAsia="Georgia"/>
          <w:sz w:val="23"/>
        </w:rPr>
        <w:t>The second came from Ormand Shoulder Systems.</w:t>
      </w:r>
    </w:p>
    <w:p>
      <w:r>
        <w:rPr>
          <w:rFonts w:ascii="Georgia" w:hAnsi="Georgia" w:eastAsia="Georgia"/>
          <w:sz w:val="23"/>
        </w:rPr>
        <w:t>The third came from Municipal Continuity Insurance.</w:t>
      </w:r>
    </w:p>
    <w:p>
      <w:r>
        <w:rPr>
          <w:rFonts w:ascii="Georgia" w:hAnsi="Georgia" w:eastAsia="Georgia"/>
          <w:sz w:val="23"/>
        </w:rPr>
        <w:t>All three described the same event fifty-one years earlier.</w:t>
      </w:r>
    </w:p>
    <w:p>
      <w:r>
        <w:rPr>
          <w:rFonts w:ascii="Georgia" w:hAnsi="Georgia" w:eastAsia="Georgia"/>
          <w:sz w:val="23"/>
        </w:rPr>
        <w:t>ASTER NEMM — LEFT SCAPULAR STABILIZATION LATTICE INSTALLATION.</w:t>
      </w:r>
    </w:p>
    <w:p>
      <w:r>
        <w:rPr>
          <w:rFonts w:ascii="Georgia" w:hAnsi="Georgia" w:eastAsia="Georgia"/>
          <w:sz w:val="23"/>
        </w:rPr>
        <w:t>SETTING-LINKED CONTACT SUPPORT: ACTIVE PRIOR TO LATTICE CALIBRATION.</w:t>
      </w:r>
    </w:p>
    <w:p>
      <w:r>
        <w:rPr>
          <w:rFonts w:ascii="Georgia" w:hAnsi="Georgia" w:eastAsia="Georgia"/>
          <w:sz w:val="23"/>
        </w:rPr>
        <w:t>LATTICE CALIBRATED UNDER ACTIVE CONTACT SUPPORT.</w:t>
      </w:r>
    </w:p>
    <w:p>
      <w:r>
        <w:rPr>
          <w:rFonts w:ascii="Georgia" w:hAnsi="Georgia" w:eastAsia="Georgia"/>
          <w:sz w:val="23"/>
        </w:rPr>
        <w:t>POSTOPERATIVE INTEGRATION: STABLE.</w:t>
      </w:r>
    </w:p>
    <w:p>
      <w:r>
        <w:rPr>
          <w:rFonts w:ascii="Georgia" w:hAnsi="Georgia" w:eastAsia="Georgia"/>
          <w:sz w:val="23"/>
        </w:rPr>
        <w:t>The wording differed slightly.</w:t>
      </w:r>
    </w:p>
    <w:p>
      <w:r>
        <w:rPr>
          <w:rFonts w:ascii="Georgia" w:hAnsi="Georgia" w:eastAsia="Georgia"/>
          <w:sz w:val="23"/>
        </w:rPr>
        <w:t>The order did not.</w:t>
      </w:r>
    </w:p>
    <w:p>
      <w:r>
        <w:rPr>
          <w:rFonts w:ascii="Georgia" w:hAnsi="Georgia" w:eastAsia="Georgia"/>
          <w:sz w:val="23"/>
        </w:rPr>
        <w:t>Aster Nemm was one hundred sixty-two.</w:t>
      </w:r>
    </w:p>
    <w:p>
      <w:r>
        <w:rPr>
          <w:rFonts w:ascii="Georgia" w:hAnsi="Georgia" w:eastAsia="Georgia"/>
          <w:sz w:val="23"/>
        </w:rPr>
        <w:t>Human.</w:t>
      </w:r>
    </w:p>
    <w:p>
      <w:r>
        <w:rPr>
          <w:rFonts w:ascii="Georgia" w:hAnsi="Georgia" w:eastAsia="Georgia"/>
          <w:sz w:val="23"/>
        </w:rPr>
        <w:t>Municipal line mechanic for seventy-four years, retired twice, returned once.</w:t>
      </w:r>
    </w:p>
    <w:p>
      <w:r>
        <w:rPr>
          <w:rFonts w:ascii="Georgia" w:hAnsi="Georgia" w:eastAsia="Georgia"/>
          <w:sz w:val="23"/>
        </w:rPr>
        <w:t>Left scapular lattice: fifty-one years in service.</w:t>
      </w:r>
    </w:p>
    <w:p>
      <w:r>
        <w:rPr>
          <w:rFonts w:ascii="Georgia" w:hAnsi="Georgia" w:eastAsia="Georgia"/>
          <w:sz w:val="23"/>
        </w:rPr>
        <w:t>Intimate Kaethe setting: seventy-two years, eleven months.</w:t>
      </w:r>
    </w:p>
    <w:p>
      <w:r>
        <w:rPr>
          <w:rFonts w:ascii="Georgia" w:hAnsi="Georgia" w:eastAsia="Georgia"/>
          <w:sz w:val="23"/>
        </w:rPr>
        <w:t>Mass: 1.12 grams.</w:t>
      </w:r>
    </w:p>
    <w:p>
      <w:r>
        <w:rPr>
          <w:rFonts w:ascii="Georgia" w:hAnsi="Georgia" w:eastAsia="Georgia"/>
          <w:sz w:val="23"/>
        </w:rPr>
        <w:t>Position: left upper chest, under the clavicle, close enough to the lattice service plane to make everybody unhappy.</w:t>
      </w:r>
    </w:p>
    <w:p>
      <w:r>
        <w:rPr>
          <w:rFonts w:ascii="Georgia" w:hAnsi="Georgia" w:eastAsia="Georgia"/>
          <w:sz w:val="23"/>
        </w:rPr>
        <w:t>Historical association: Ilyo Nemm.</w:t>
      </w:r>
    </w:p>
    <w:p>
      <w:r>
        <w:rPr>
          <w:rFonts w:ascii="Georgia" w:hAnsi="Georgia" w:eastAsia="Georgia"/>
          <w:sz w:val="23"/>
        </w:rPr>
        <w:t>Relationship: husband.</w:t>
      </w:r>
    </w:p>
    <w:p>
      <w:r>
        <w:rPr>
          <w:rFonts w:ascii="Georgia" w:hAnsi="Georgia" w:eastAsia="Georgia"/>
          <w:sz w:val="23"/>
        </w:rPr>
        <w:t>Completion age: forty-seven.</w:t>
      </w:r>
    </w:p>
    <w:p>
      <w:r>
        <w:rPr>
          <w:rFonts w:ascii="Georgia" w:hAnsi="Georgia" w:eastAsia="Georgia"/>
          <w:sz w:val="23"/>
        </w:rPr>
        <w:t>Aster had been eighty-nine.</w:t>
      </w:r>
    </w:p>
    <w:p>
      <w:r>
        <w:rPr>
          <w:rFonts w:ascii="Georgia" w:hAnsi="Georgia" w:eastAsia="Georgia"/>
          <w:sz w:val="23"/>
        </w:rPr>
        <w:t>I read those numbers again.</w:t>
      </w:r>
    </w:p>
    <w:p>
      <w:r>
        <w:rPr>
          <w:rFonts w:ascii="Georgia" w:hAnsi="Georgia" w:eastAsia="Georgia"/>
          <w:sz w:val="23"/>
        </w:rPr>
        <w:t>Ilyo had lost more than a century of expected life by the standards Aster had grown old inside.</w:t>
      </w:r>
    </w:p>
    <w:p>
      <w:r>
        <w:rPr>
          <w:rFonts w:ascii="Georgia" w:hAnsi="Georgia" w:eastAsia="Georgia"/>
          <w:sz w:val="23"/>
        </w:rPr>
        <w:t>The record did not say that.</w:t>
      </w:r>
    </w:p>
    <w:p>
      <w:r>
        <w:rPr>
          <w:rFonts w:ascii="Georgia" w:hAnsi="Georgia" w:eastAsia="Georgia"/>
          <w:sz w:val="23"/>
        </w:rPr>
        <w:t>It said:</w:t>
      </w:r>
    </w:p>
    <w:p>
      <w:r>
        <w:rPr>
          <w:rFonts w:ascii="Georgia" w:hAnsi="Georgia" w:eastAsia="Georgia"/>
          <w:sz w:val="23"/>
        </w:rPr>
        <w:t>MATERIAL ASSOCIATION: SPOUSAL.</w:t>
      </w:r>
    </w:p>
    <w:p>
      <w:r>
        <w:rPr>
          <w:rFonts w:ascii="Georgia" w:hAnsi="Georgia" w:eastAsia="Georgia"/>
          <w:sz w:val="23"/>
        </w:rPr>
        <w:t>Aster’s current problem was more mechanical.</w:t>
      </w:r>
    </w:p>
    <w:p>
      <w:r>
        <w:rPr>
          <w:rFonts w:ascii="Georgia" w:hAnsi="Georgia" w:eastAsia="Georgia"/>
          <w:sz w:val="23"/>
        </w:rPr>
        <w:t>One posterior lattice anchor had developed a fatigue crack through thirty-eight percent of its remaining section.</w:t>
      </w:r>
    </w:p>
    <w:p>
      <w:r>
        <w:rPr>
          <w:rFonts w:ascii="Georgia" w:hAnsi="Georgia" w:eastAsia="Georgia"/>
          <w:sz w:val="23"/>
        </w:rPr>
        <w:t>No fracture yet.</w:t>
      </w:r>
    </w:p>
    <w:p>
      <w:r>
        <w:rPr>
          <w:rFonts w:ascii="Georgia" w:hAnsi="Georgia" w:eastAsia="Georgia"/>
          <w:sz w:val="23"/>
        </w:rPr>
        <w:t>No nerve compression.</w:t>
      </w:r>
    </w:p>
    <w:p>
      <w:r>
        <w:rPr>
          <w:rFonts w:ascii="Georgia" w:hAnsi="Georgia" w:eastAsia="Georgia"/>
          <w:sz w:val="23"/>
        </w:rPr>
        <w:t>No acute field event.</w:t>
      </w:r>
    </w:p>
    <w:p>
      <w:r>
        <w:rPr>
          <w:rFonts w:ascii="Georgia" w:hAnsi="Georgia" w:eastAsia="Georgia"/>
          <w:sz w:val="23"/>
        </w:rPr>
        <w:t>The anchor was simply failing at the rate old metal sometimes failed after half a century of carrying a shoulder.</w:t>
      </w:r>
    </w:p>
    <w:p>
      <w:r>
        <w:rPr>
          <w:rFonts w:ascii="Georgia" w:hAnsi="Georgia" w:eastAsia="Georgia"/>
          <w:sz w:val="23"/>
        </w:rPr>
        <w:t>Replacement was scheduled for 1100.</w:t>
      </w:r>
    </w:p>
    <w:p>
      <w:r>
        <w:rPr>
          <w:rFonts w:ascii="Georgia" w:hAnsi="Georgia" w:eastAsia="Georgia"/>
          <w:sz w:val="23"/>
        </w:rPr>
        <w:t>The surgeon wanted to know whether the new lattice should be calibrated with setting-linked support active from the beginning.</w:t>
      </w:r>
    </w:p>
    <w:p>
      <w:r>
        <w:rPr>
          <w:rFonts w:ascii="Georgia" w:hAnsi="Georgia" w:eastAsia="Georgia"/>
          <w:sz w:val="23"/>
        </w:rPr>
        <w:t>Three records said yes.</w:t>
      </w:r>
    </w:p>
    <w:p>
      <w:r>
        <w:rPr>
          <w:rFonts w:ascii="Georgia" w:hAnsi="Georgia" w:eastAsia="Georgia"/>
          <w:sz w:val="23"/>
        </w:rPr>
        <w:t>Miren said, “What would make you trust them?”</w:t>
      </w:r>
    </w:p>
    <w:p>
      <w:r>
        <w:rPr>
          <w:rFonts w:ascii="Georgia" w:hAnsi="Georgia" w:eastAsia="Georgia"/>
          <w:sz w:val="23"/>
        </w:rPr>
        <w:t>“Three sources.”</w:t>
      </w:r>
    </w:p>
    <w:p>
      <w:r>
        <w:rPr>
          <w:rFonts w:ascii="Georgia" w:hAnsi="Georgia" w:eastAsia="Georgia"/>
          <w:sz w:val="23"/>
        </w:rPr>
        <w:t>“You have three.”</w:t>
      </w:r>
    </w:p>
    <w:p>
      <w:r>
        <w:rPr>
          <w:rFonts w:ascii="Georgia" w:hAnsi="Georgia" w:eastAsia="Georgia"/>
          <w:sz w:val="23"/>
        </w:rPr>
        <w:t>“Three institutions.”</w:t>
      </w:r>
    </w:p>
    <w:p>
      <w:r>
        <w:rPr>
          <w:rFonts w:ascii="Georgia" w:hAnsi="Georgia" w:eastAsia="Georgia"/>
          <w:sz w:val="23"/>
        </w:rPr>
        <w:t>“That is usually what sources means.”</w:t>
      </w:r>
    </w:p>
    <w:p>
      <w:r>
        <w:rPr>
          <w:rFonts w:ascii="Georgia" w:hAnsi="Georgia" w:eastAsia="Georgia"/>
          <w:sz w:val="23"/>
        </w:rPr>
        <w:t>“No.”</w:t>
      </w:r>
    </w:p>
    <w:p>
      <w:r>
        <w:rPr>
          <w:rFonts w:ascii="Georgia" w:hAnsi="Georgia" w:eastAsia="Georgia"/>
          <w:sz w:val="23"/>
        </w:rPr>
        <w:t>She waited.</w:t>
      </w:r>
    </w:p>
    <w:p>
      <w:r>
        <w:rPr>
          <w:rFonts w:ascii="Georgia" w:hAnsi="Georgia" w:eastAsia="Georgia"/>
          <w:sz w:val="23"/>
        </w:rPr>
        <w:t>I opened the provenance tab on the North Surgical record.</w:t>
      </w:r>
    </w:p>
    <w:p>
      <w:r>
        <w:rPr>
          <w:rFonts w:ascii="Georgia" w:hAnsi="Georgia" w:eastAsia="Georgia"/>
          <w:sz w:val="23"/>
        </w:rPr>
        <w:t>SOURCE OBJECT: NS-44-1182-C.</w:t>
      </w:r>
    </w:p>
    <w:p>
      <w:r>
        <w:rPr>
          <w:rFonts w:ascii="Georgia" w:hAnsi="Georgia" w:eastAsia="Georgia"/>
          <w:sz w:val="23"/>
        </w:rPr>
        <w:t>CURRENT REPRESENTATION GENERATED: forty-one years earlier.</w:t>
      </w:r>
    </w:p>
    <w:p>
      <w:r>
        <w:rPr>
          <w:rFonts w:ascii="Georgia" w:hAnsi="Georgia" w:eastAsia="Georgia"/>
          <w:sz w:val="23"/>
        </w:rPr>
        <w:t>PREVIOUS REPRESENTATION: LEGACY SURGICAL CONTINUITY BUNDLE.</w:t>
      </w:r>
    </w:p>
    <w:p>
      <w:r>
        <w:rPr>
          <w:rFonts w:ascii="Georgia" w:hAnsi="Georgia" w:eastAsia="Georgia"/>
          <w:sz w:val="23"/>
        </w:rPr>
        <w:t>I opened Ormand.</w:t>
      </w:r>
    </w:p>
    <w:p>
      <w:r>
        <w:rPr>
          <w:rFonts w:ascii="Georgia" w:hAnsi="Georgia" w:eastAsia="Georgia"/>
          <w:sz w:val="23"/>
        </w:rPr>
        <w:t>SOURCE OBJECT: OSS-MIG-7-88201.</w:t>
      </w:r>
    </w:p>
    <w:p>
      <w:r>
        <w:rPr>
          <w:rFonts w:ascii="Georgia" w:hAnsi="Georgia" w:eastAsia="Georgia"/>
          <w:sz w:val="23"/>
        </w:rPr>
        <w:t>CURRENT REPRESENTATION GENERATED: thirty-eight years earlier.</w:t>
      </w:r>
    </w:p>
    <w:p>
      <w:r>
        <w:rPr>
          <w:rFonts w:ascii="Georgia" w:hAnsi="Georgia" w:eastAsia="Georgia"/>
          <w:sz w:val="23"/>
        </w:rPr>
        <w:t>PREVIOUS REPRESENTATION: LEGACY SURGICAL CONTINUITY BUNDLE.</w:t>
      </w:r>
    </w:p>
    <w:p>
      <w:r>
        <w:rPr>
          <w:rFonts w:ascii="Georgia" w:hAnsi="Georgia" w:eastAsia="Georgia"/>
          <w:sz w:val="23"/>
        </w:rPr>
        <w:t>Municipal Continuity Insurance took longer.</w:t>
      </w:r>
    </w:p>
    <w:p>
      <w:r>
        <w:rPr>
          <w:rFonts w:ascii="Georgia" w:hAnsi="Georgia" w:eastAsia="Georgia"/>
          <w:sz w:val="23"/>
        </w:rPr>
        <w:t>The field was buried under claims ancestry.</w:t>
      </w:r>
    </w:p>
    <w:p>
      <w:r>
        <w:rPr>
          <w:rFonts w:ascii="Georgia" w:hAnsi="Georgia" w:eastAsia="Georgia"/>
          <w:sz w:val="23"/>
        </w:rPr>
        <w:t>PREVIOUS REPRESENTATION: LEGACY SURGICAL CONTINUITY BUNDLE.</w:t>
      </w:r>
    </w:p>
    <w:p>
      <w:r>
        <w:rPr>
          <w:rFonts w:ascii="Georgia" w:hAnsi="Georgia" w:eastAsia="Georgia"/>
          <w:sz w:val="23"/>
        </w:rPr>
        <w:t>Miren leaned closer.</w:t>
      </w:r>
    </w:p>
    <w:p>
      <w:r>
        <w:rPr>
          <w:rFonts w:ascii="Georgia" w:hAnsi="Georgia" w:eastAsia="Georgia"/>
          <w:sz w:val="23"/>
        </w:rPr>
        <w:t>“Same bundle.”</w:t>
      </w:r>
    </w:p>
    <w:p>
      <w:r>
        <w:rPr>
          <w:rFonts w:ascii="Georgia" w:hAnsi="Georgia" w:eastAsia="Georgia"/>
          <w:sz w:val="23"/>
        </w:rPr>
        <w:t>“Yes.”</w:t>
      </w:r>
    </w:p>
    <w:p>
      <w:r>
        <w:rPr>
          <w:rFonts w:ascii="Georgia" w:hAnsi="Georgia" w:eastAsia="Georgia"/>
          <w:sz w:val="23"/>
        </w:rPr>
        <w:t>“So three copies.”</w:t>
      </w:r>
    </w:p>
    <w:p>
      <w:r>
        <w:rPr>
          <w:rFonts w:ascii="Georgia" w:hAnsi="Georgia" w:eastAsia="Georgia"/>
          <w:sz w:val="23"/>
        </w:rPr>
        <w:t>“Maybe.”</w:t>
      </w:r>
    </w:p>
    <w:p>
      <w:r>
        <w:rPr>
          <w:rFonts w:ascii="Georgia" w:hAnsi="Georgia" w:eastAsia="Georgia"/>
          <w:sz w:val="23"/>
        </w:rPr>
        <w:t>“Not three records?”</w:t>
      </w:r>
    </w:p>
    <w:p>
      <w:r>
        <w:rPr>
          <w:rFonts w:ascii="Georgia" w:hAnsi="Georgia" w:eastAsia="Georgia"/>
          <w:sz w:val="23"/>
        </w:rPr>
        <w:t>“They are three records now.”</w:t>
      </w:r>
    </w:p>
    <w:p>
      <w:r>
        <w:rPr>
          <w:rFonts w:ascii="Georgia" w:hAnsi="Georgia" w:eastAsia="Georgia"/>
          <w:sz w:val="23"/>
        </w:rPr>
        <w:t>“That is irritatingly specific.”</w:t>
      </w:r>
    </w:p>
    <w:p>
      <w:r>
        <w:rPr>
          <w:rFonts w:ascii="Georgia" w:hAnsi="Georgia" w:eastAsia="Georgia"/>
          <w:sz w:val="23"/>
        </w:rPr>
        <w:t>“It matters.”</w:t>
      </w:r>
    </w:p>
    <w:p>
      <w:r>
        <w:rPr>
          <w:rFonts w:ascii="Georgia" w:hAnsi="Georgia" w:eastAsia="Georgia"/>
          <w:sz w:val="23"/>
        </w:rPr>
        <w:t>The surgical continuity bundle had been created forty-three years earlier during a regional hospital migration.</w:t>
      </w:r>
    </w:p>
    <w:p>
      <w:r>
        <w:rPr>
          <w:rFonts w:ascii="Georgia" w:hAnsi="Georgia" w:eastAsia="Georgia"/>
          <w:sz w:val="23"/>
        </w:rPr>
        <w:t>Its purpose had been reasonable.</w:t>
      </w:r>
    </w:p>
    <w:p>
      <w:r>
        <w:rPr>
          <w:rFonts w:ascii="Georgia" w:hAnsi="Georgia" w:eastAsia="Georgia"/>
          <w:sz w:val="23"/>
        </w:rPr>
        <w:t>Old operative notes, device records, insurer authorizations, and service documents had been consolidated into one continuity object so patients would not lose medical history when three incompatible archives were retired.</w:t>
      </w:r>
    </w:p>
    <w:p>
      <w:r>
        <w:rPr>
          <w:rFonts w:ascii="Georgia" w:hAnsi="Georgia" w:eastAsia="Georgia"/>
          <w:sz w:val="23"/>
        </w:rPr>
        <w:t>Aster’s bundle had then propagated outward.</w:t>
      </w:r>
    </w:p>
    <w:p>
      <w:r>
        <w:rPr>
          <w:rFonts w:ascii="Georgia" w:hAnsi="Georgia" w:eastAsia="Georgia"/>
          <w:sz w:val="23"/>
        </w:rPr>
        <w:t>North Surgical imported it.</w:t>
      </w:r>
    </w:p>
    <w:p>
      <w:r>
        <w:rPr>
          <w:rFonts w:ascii="Georgia" w:hAnsi="Georgia" w:eastAsia="Georgia"/>
          <w:sz w:val="23"/>
        </w:rPr>
        <w:t>Ormand imported the same bundle into its device record.</w:t>
      </w:r>
    </w:p>
    <w:p>
      <w:r>
        <w:rPr>
          <w:rFonts w:ascii="Georgia" w:hAnsi="Georgia" w:eastAsia="Georgia"/>
          <w:sz w:val="23"/>
        </w:rPr>
        <w:t>The insurer imported it into the claim history.</w:t>
      </w:r>
    </w:p>
    <w:p>
      <w:r>
        <w:rPr>
          <w:rFonts w:ascii="Georgia" w:hAnsi="Georgia" w:eastAsia="Georgia"/>
          <w:sz w:val="23"/>
        </w:rPr>
        <w:t>Three institutions preserved the same sentence independently after receiving it.</w:t>
      </w:r>
    </w:p>
    <w:p>
      <w:r>
        <w:rPr>
          <w:rFonts w:ascii="Georgia" w:hAnsi="Georgia" w:eastAsia="Georgia"/>
          <w:sz w:val="23"/>
        </w:rPr>
        <w:t>They had not observed the event independently.</w:t>
      </w:r>
    </w:p>
    <w:p>
      <w:r>
        <w:rPr>
          <w:rFonts w:ascii="Georgia" w:hAnsi="Georgia" w:eastAsia="Georgia"/>
          <w:sz w:val="23"/>
        </w:rPr>
        <w:t>“Can we get the source documents?” Miren asked.</w:t>
      </w:r>
    </w:p>
    <w:p>
      <w:r>
        <w:rPr>
          <w:rFonts w:ascii="Georgia" w:hAnsi="Georgia" w:eastAsia="Georgia"/>
          <w:sz w:val="23"/>
        </w:rPr>
        <w:t>“Some.”</w:t>
      </w:r>
    </w:p>
    <w:p>
      <w:r>
        <w:rPr>
          <w:rFonts w:ascii="Georgia" w:hAnsi="Georgia" w:eastAsia="Georgia"/>
          <w:sz w:val="23"/>
        </w:rPr>
        <w:t>“How many?”</w:t>
      </w:r>
    </w:p>
    <w:p>
      <w:r>
        <w:rPr>
          <w:rFonts w:ascii="Georgia" w:hAnsi="Georgia" w:eastAsia="Georgia"/>
          <w:sz w:val="23"/>
        </w:rPr>
        <w:t>I opened the bundle manifest.</w:t>
      </w:r>
    </w:p>
    <w:p>
      <w:r>
        <w:rPr>
          <w:rFonts w:ascii="Georgia" w:hAnsi="Georgia" w:eastAsia="Georgia"/>
          <w:sz w:val="23"/>
        </w:rPr>
        <w:t>Seven originals listed.</w:t>
      </w:r>
    </w:p>
    <w:p>
      <w:r>
        <w:rPr>
          <w:rFonts w:ascii="Georgia" w:hAnsi="Georgia" w:eastAsia="Georgia"/>
          <w:sz w:val="23"/>
        </w:rPr>
        <w:t>Two retained as full images.</w:t>
      </w:r>
    </w:p>
    <w:p>
      <w:r>
        <w:rPr>
          <w:rFonts w:ascii="Georgia" w:hAnsi="Georgia" w:eastAsia="Georgia"/>
          <w:sz w:val="23"/>
        </w:rPr>
        <w:t>Three retained as extracted text only.</w:t>
      </w:r>
    </w:p>
    <w:p>
      <w:r>
        <w:rPr>
          <w:rFonts w:ascii="Georgia" w:hAnsi="Georgia" w:eastAsia="Georgia"/>
          <w:sz w:val="23"/>
        </w:rPr>
        <w:t>Two unavailable.</w:t>
      </w:r>
    </w:p>
    <w:p>
      <w:r>
        <w:rPr>
          <w:rFonts w:ascii="Georgia" w:hAnsi="Georgia" w:eastAsia="Georgia"/>
          <w:sz w:val="23"/>
        </w:rPr>
        <w:t>One of the unavailable records was the original lattice commissioning log.</w:t>
      </w:r>
    </w:p>
    <w:p>
      <w:r>
        <w:rPr>
          <w:rFonts w:ascii="Georgia" w:hAnsi="Georgia" w:eastAsia="Georgia"/>
          <w:sz w:val="23"/>
        </w:rPr>
        <w:t>The other was the surgical field-control sheet.</w:t>
      </w:r>
    </w:p>
    <w:p>
      <w:r>
        <w:rPr>
          <w:rFonts w:ascii="Georgia" w:hAnsi="Georgia" w:eastAsia="Georgia"/>
          <w:sz w:val="23"/>
        </w:rPr>
        <w:t>Of course.</w:t>
      </w:r>
    </w:p>
    <w:p>
      <w:pPr>
        <w:spacing w:before="80" w:after="80"/>
        <w:jc w:val="center"/>
      </w:pPr>
      <w:r>
        <w:rPr>
          <w:rFonts w:ascii="Georgia" w:hAnsi="Georgia" w:eastAsia="Georgia"/>
          <w:sz w:val="23"/>
        </w:rPr>
        <w:t>§</w:t>
      </w:r>
    </w:p>
    <w:p>
      <w:r>
        <w:rPr>
          <w:rFonts w:ascii="Georgia" w:hAnsi="Georgia" w:eastAsia="Georgia"/>
          <w:sz w:val="23"/>
        </w:rPr>
        <w:t>Aster Nemm arrived at 0741 carrying a broken hinge in her right hand.</w:t>
      </w:r>
    </w:p>
    <w:p>
      <w:r>
        <w:rPr>
          <w:rFonts w:ascii="Georgia" w:hAnsi="Georgia" w:eastAsia="Georgia"/>
          <w:sz w:val="23"/>
        </w:rPr>
        <w:t>Not from her body.</w:t>
      </w:r>
    </w:p>
    <w:p>
      <w:r>
        <w:rPr>
          <w:rFonts w:ascii="Georgia" w:hAnsi="Georgia" w:eastAsia="Georgia"/>
          <w:sz w:val="23"/>
        </w:rPr>
        <w:t>From a cabinet.</w:t>
      </w:r>
    </w:p>
    <w:p>
      <w:r>
        <w:rPr>
          <w:rFonts w:ascii="Georgia" w:hAnsi="Georgia" w:eastAsia="Georgia"/>
          <w:sz w:val="23"/>
        </w:rPr>
        <w:t>She placed it on Miren’s counter before giving her name.</w:t>
      </w:r>
    </w:p>
    <w:p>
      <w:r>
        <w:rPr>
          <w:rFonts w:ascii="Georgia" w:hAnsi="Georgia" w:eastAsia="Georgia"/>
          <w:sz w:val="23"/>
        </w:rPr>
        <w:t>“This is yours.”</w:t>
      </w:r>
    </w:p>
    <w:p>
      <w:r>
        <w:rPr>
          <w:rFonts w:ascii="Georgia" w:hAnsi="Georgia" w:eastAsia="Georgia"/>
          <w:sz w:val="23"/>
        </w:rPr>
        <w:t>Miren looked at the hinge.</w:t>
      </w:r>
    </w:p>
    <w:p>
      <w:r>
        <w:rPr>
          <w:rFonts w:ascii="Georgia" w:hAnsi="Georgia" w:eastAsia="Georgia"/>
          <w:sz w:val="23"/>
        </w:rPr>
        <w:t>“It is not.”</w:t>
      </w:r>
    </w:p>
    <w:p>
      <w:r>
        <w:rPr>
          <w:rFonts w:ascii="Georgia" w:hAnsi="Georgia" w:eastAsia="Georgia"/>
          <w:sz w:val="23"/>
        </w:rPr>
        <w:t>“It came off your waiting-room cabinet.”</w:t>
      </w:r>
    </w:p>
    <w:p>
      <w:r>
        <w:rPr>
          <w:rFonts w:ascii="Georgia" w:hAnsi="Georgia" w:eastAsia="Georgia"/>
          <w:sz w:val="23"/>
        </w:rPr>
        <w:t>Miren looked through the open door.</w:t>
      </w:r>
    </w:p>
    <w:p>
      <w:r>
        <w:rPr>
          <w:rFonts w:ascii="Georgia" w:hAnsi="Georgia" w:eastAsia="Georgia"/>
          <w:sz w:val="23"/>
        </w:rPr>
        <w:t>One lower cabinet door was resting against the wall.</w:t>
      </w:r>
    </w:p>
    <w:p>
      <w:r>
        <w:rPr>
          <w:rFonts w:ascii="Georgia" w:hAnsi="Georgia" w:eastAsia="Georgia"/>
          <w:sz w:val="23"/>
        </w:rPr>
        <w:t>“You removed it?”</w:t>
      </w:r>
    </w:p>
    <w:p>
      <w:r>
        <w:rPr>
          <w:rFonts w:ascii="Georgia" w:hAnsi="Georgia" w:eastAsia="Georgia"/>
          <w:sz w:val="23"/>
        </w:rPr>
        <w:t>“It was hanging by one screw.”</w:t>
      </w:r>
    </w:p>
    <w:p>
      <w:r>
        <w:rPr>
          <w:rFonts w:ascii="Georgia" w:hAnsi="Georgia" w:eastAsia="Georgia"/>
          <w:sz w:val="23"/>
        </w:rPr>
        <w:t>“You are here for your shoulder.”</w:t>
      </w:r>
    </w:p>
    <w:p>
      <w:r>
        <w:rPr>
          <w:rFonts w:ascii="Georgia" w:hAnsi="Georgia" w:eastAsia="Georgia"/>
          <w:sz w:val="23"/>
        </w:rPr>
        <w:t>“I had two hands when I entered.”</w:t>
      </w:r>
    </w:p>
    <w:p>
      <w:r>
        <w:rPr>
          <w:rFonts w:ascii="Georgia" w:hAnsi="Georgia" w:eastAsia="Georgia"/>
          <w:sz w:val="23"/>
        </w:rPr>
        <w:t>Her left arm remained close to her body.</w:t>
      </w:r>
    </w:p>
    <w:p>
      <w:r>
        <w:rPr>
          <w:rFonts w:ascii="Georgia" w:hAnsi="Georgia" w:eastAsia="Georgia"/>
          <w:sz w:val="23"/>
        </w:rPr>
        <w:t>Not immobilized.</w:t>
      </w:r>
    </w:p>
    <w:p>
      <w:r>
        <w:rPr>
          <w:rFonts w:ascii="Georgia" w:hAnsi="Georgia" w:eastAsia="Georgia"/>
          <w:sz w:val="23"/>
        </w:rPr>
        <w:t>Protected.</w:t>
      </w:r>
    </w:p>
    <w:p>
      <w:r>
        <w:rPr>
          <w:rFonts w:ascii="Georgia" w:hAnsi="Georgia" w:eastAsia="Georgia"/>
          <w:sz w:val="23"/>
        </w:rPr>
        <w:t>The setting under her shirt sat high enough that the contact housing produced a shallow edge beneath the fabric. Her left shoulder was slightly lower than the right. She carried no sling.</w:t>
      </w:r>
    </w:p>
    <w:p>
      <w:r>
        <w:rPr>
          <w:rFonts w:ascii="Georgia" w:hAnsi="Georgia" w:eastAsia="Georgia"/>
          <w:sz w:val="23"/>
        </w:rPr>
        <w:t>I disliked that.</w:t>
      </w:r>
    </w:p>
    <w:p>
      <w:r>
        <w:rPr>
          <w:rFonts w:ascii="Georgia" w:hAnsi="Georgia" w:eastAsia="Georgia"/>
          <w:sz w:val="23"/>
        </w:rPr>
        <w:t>“Pain?” I asked.</w:t>
      </w:r>
    </w:p>
    <w:p>
      <w:r>
        <w:rPr>
          <w:rFonts w:ascii="Georgia" w:hAnsi="Georgia" w:eastAsia="Georgia"/>
          <w:sz w:val="23"/>
        </w:rPr>
        <w:t>“Three sitting. Five if I reach above here.”</w:t>
      </w:r>
    </w:p>
    <w:p>
      <w:r>
        <w:rPr>
          <w:rFonts w:ascii="Georgia" w:hAnsi="Georgia" w:eastAsia="Georgia"/>
          <w:sz w:val="23"/>
        </w:rPr>
        <w:t>She lifted the left hand to sternum height and stopped.</w:t>
      </w:r>
    </w:p>
    <w:p>
      <w:r>
        <w:rPr>
          <w:rFonts w:ascii="Georgia" w:hAnsi="Georgia" w:eastAsia="Georgia"/>
          <w:sz w:val="23"/>
        </w:rPr>
        <w:t>“Why no sling?”</w:t>
      </w:r>
    </w:p>
    <w:p>
      <w:r>
        <w:rPr>
          <w:rFonts w:ascii="Georgia" w:hAnsi="Georgia" w:eastAsia="Georgia"/>
          <w:sz w:val="23"/>
        </w:rPr>
        <w:t>“Because the lattice does not like it.”</w:t>
      </w:r>
    </w:p>
    <w:p>
      <w:r>
        <w:rPr>
          <w:rFonts w:ascii="Georgia" w:hAnsi="Georgia" w:eastAsia="Georgia"/>
          <w:sz w:val="23"/>
        </w:rPr>
        <w:t>“How?”</w:t>
      </w:r>
    </w:p>
    <w:p>
      <w:r>
        <w:rPr>
          <w:rFonts w:ascii="Georgia" w:hAnsi="Georgia" w:eastAsia="Georgia"/>
          <w:sz w:val="23"/>
        </w:rPr>
        <w:t>“Pulls my scapula forward after ten minutes.”</w:t>
      </w:r>
    </w:p>
    <w:p>
      <w:r>
        <w:rPr>
          <w:rFonts w:ascii="Georgia" w:hAnsi="Georgia" w:eastAsia="Georgia"/>
          <w:sz w:val="23"/>
        </w:rPr>
        <w:t>“Measured?”</w:t>
      </w:r>
    </w:p>
    <w:p>
      <w:r>
        <w:rPr>
          <w:rFonts w:ascii="Georgia" w:hAnsi="Georgia" w:eastAsia="Georgia"/>
          <w:sz w:val="23"/>
        </w:rPr>
        <w:t>“Forty years of being attached to it.”</w:t>
      </w:r>
    </w:p>
    <w:p>
      <w:r>
        <w:rPr>
          <w:rFonts w:ascii="Georgia" w:hAnsi="Georgia" w:eastAsia="Georgia"/>
          <w:sz w:val="23"/>
        </w:rPr>
        <w:t>“Attached is not measured.”</w:t>
      </w:r>
    </w:p>
    <w:p>
      <w:r>
        <w:rPr>
          <w:rFonts w:ascii="Georgia" w:hAnsi="Georgia" w:eastAsia="Georgia"/>
          <w:sz w:val="23"/>
        </w:rPr>
        <w:t>Aster looked at Miren.</w:t>
      </w:r>
    </w:p>
    <w:p>
      <w:r>
        <w:rPr>
          <w:rFonts w:ascii="Georgia" w:hAnsi="Georgia" w:eastAsia="Georgia"/>
          <w:sz w:val="23"/>
        </w:rPr>
        <w:t>“Is he always like this?”</w:t>
      </w:r>
    </w:p>
    <w:p>
      <w:r>
        <w:rPr>
          <w:rFonts w:ascii="Georgia" w:hAnsi="Georgia" w:eastAsia="Georgia"/>
          <w:sz w:val="23"/>
        </w:rPr>
        <w:t>“Yes.”</w:t>
      </w:r>
    </w:p>
    <w:p>
      <w:r>
        <w:rPr>
          <w:rFonts w:ascii="Georgia" w:hAnsi="Georgia" w:eastAsia="Georgia"/>
          <w:sz w:val="23"/>
        </w:rPr>
        <w:t>“Measured last month,” Aster said. “One point six degrees anterior rotation after twelve minutes in a standard support sling. My service brace is in the car because it rubs the setting.”</w:t>
      </w:r>
    </w:p>
    <w:p>
      <w:r>
        <w:rPr>
          <w:rFonts w:ascii="Georgia" w:hAnsi="Georgia" w:eastAsia="Georgia"/>
          <w:sz w:val="23"/>
        </w:rPr>
        <w:t>“Better answer.”</w:t>
      </w:r>
    </w:p>
    <w:p>
      <w:r>
        <w:rPr>
          <w:rFonts w:ascii="Georgia" w:hAnsi="Georgia" w:eastAsia="Georgia"/>
          <w:sz w:val="23"/>
        </w:rPr>
        <w:t>“I preferred mine.”</w:t>
      </w:r>
    </w:p>
    <w:p>
      <w:r>
        <w:rPr>
          <w:rFonts w:ascii="Georgia" w:hAnsi="Georgia" w:eastAsia="Georgia"/>
          <w:sz w:val="23"/>
        </w:rPr>
        <w:t>Miren handed her the hinge back.</w:t>
      </w:r>
    </w:p>
    <w:p>
      <w:r>
        <w:rPr>
          <w:rFonts w:ascii="Georgia" w:hAnsi="Georgia" w:eastAsia="Georgia"/>
          <w:sz w:val="23"/>
        </w:rPr>
        <w:t>Aster put it on the counter again.</w:t>
      </w:r>
    </w:p>
    <w:p>
      <w:r>
        <w:rPr>
          <w:rFonts w:ascii="Georgia" w:hAnsi="Georgia" w:eastAsia="Georgia"/>
          <w:sz w:val="23"/>
        </w:rPr>
        <w:t>“No.”</w:t>
      </w:r>
    </w:p>
    <w:p>
      <w:r>
        <w:rPr>
          <w:rFonts w:ascii="Georgia" w:hAnsi="Georgia" w:eastAsia="Georgia"/>
          <w:sz w:val="23"/>
        </w:rPr>
        <w:t>Miren left it there.</w:t>
      </w:r>
    </w:p>
    <w:p>
      <w:r>
        <w:rPr>
          <w:rFonts w:ascii="Georgia" w:hAnsi="Georgia" w:eastAsia="Georgia"/>
          <w:sz w:val="23"/>
        </w:rPr>
        <w:t>I opened the three records.</w:t>
      </w:r>
    </w:p>
    <w:p>
      <w:r>
        <w:rPr>
          <w:rFonts w:ascii="Georgia" w:hAnsi="Georgia" w:eastAsia="Georgia"/>
          <w:sz w:val="23"/>
        </w:rPr>
        <w:t>“Do you remember the original lattice surgery?”</w:t>
      </w:r>
    </w:p>
    <w:p>
      <w:r>
        <w:rPr>
          <w:rFonts w:ascii="Georgia" w:hAnsi="Georgia" w:eastAsia="Georgia"/>
          <w:sz w:val="23"/>
        </w:rPr>
        <w:t>“Yes.”</w:t>
      </w:r>
    </w:p>
    <w:p>
      <w:r>
        <w:rPr>
          <w:rFonts w:ascii="Georgia" w:hAnsi="Georgia" w:eastAsia="Georgia"/>
          <w:sz w:val="23"/>
        </w:rPr>
        <w:t>“You were one hundred eleven.”</w:t>
      </w:r>
    </w:p>
    <w:p>
      <w:r>
        <w:rPr>
          <w:rFonts w:ascii="Georgia" w:hAnsi="Georgia" w:eastAsia="Georgia"/>
          <w:sz w:val="23"/>
        </w:rPr>
        <w:t>“I was conscious.”</w:t>
      </w:r>
    </w:p>
    <w:p>
      <w:r>
        <w:rPr>
          <w:rFonts w:ascii="Georgia" w:hAnsi="Georgia" w:eastAsia="Georgia"/>
          <w:sz w:val="23"/>
        </w:rPr>
        <w:t>“Was your setting support active before they calibrated the lattice?”</w:t>
      </w:r>
    </w:p>
    <w:p>
      <w:r>
        <w:rPr>
          <w:rFonts w:ascii="Georgia" w:hAnsi="Georgia" w:eastAsia="Georgia"/>
          <w:sz w:val="23"/>
        </w:rPr>
        <w:t>Aster looked at me for several seconds.</w:t>
      </w:r>
    </w:p>
    <w:p>
      <w:r>
        <w:rPr>
          <w:rFonts w:ascii="Georgia" w:hAnsi="Georgia" w:eastAsia="Georgia"/>
          <w:sz w:val="23"/>
        </w:rPr>
        <w:t>“You are asking whether I remember the order of two technical procedures fifty-one years ago while recovering from a crushed shoulder.”</w:t>
      </w:r>
    </w:p>
    <w:p>
      <w:r>
        <w:rPr>
          <w:rFonts w:ascii="Georgia" w:hAnsi="Georgia" w:eastAsia="Georgia"/>
          <w:sz w:val="23"/>
        </w:rPr>
        <w:t>“Yes.”</w:t>
      </w:r>
    </w:p>
    <w:p>
      <w:r>
        <w:rPr>
          <w:rFonts w:ascii="Georgia" w:hAnsi="Georgia" w:eastAsia="Georgia"/>
          <w:sz w:val="23"/>
        </w:rPr>
        <w:t>“No.”</w:t>
      </w:r>
    </w:p>
    <w:p>
      <w:r>
        <w:rPr>
          <w:rFonts w:ascii="Georgia" w:hAnsi="Georgia" w:eastAsia="Georgia"/>
          <w:sz w:val="23"/>
        </w:rPr>
        <w:t>“Any impression?”</w:t>
      </w:r>
    </w:p>
    <w:p>
      <w:r>
        <w:rPr>
          <w:rFonts w:ascii="Georgia" w:hAnsi="Georgia" w:eastAsia="Georgia"/>
          <w:sz w:val="23"/>
        </w:rPr>
        <w:t>“No useful one.”</w:t>
      </w:r>
    </w:p>
    <w:p>
      <w:r>
        <w:rPr>
          <w:rFonts w:ascii="Georgia" w:hAnsi="Georgia" w:eastAsia="Georgia"/>
          <w:sz w:val="23"/>
        </w:rPr>
        <w:t>“Did anyone discuss the order with you?”</w:t>
      </w:r>
    </w:p>
    <w:p>
      <w:r>
        <w:rPr>
          <w:rFonts w:ascii="Georgia" w:hAnsi="Georgia" w:eastAsia="Georgia"/>
          <w:sz w:val="23"/>
        </w:rPr>
        <w:t>“They discussed not losing the arm.”</w:t>
      </w:r>
    </w:p>
    <w:p>
      <w:r>
        <w:rPr>
          <w:rFonts w:ascii="Georgia" w:hAnsi="Georgia" w:eastAsia="Georgia"/>
          <w:sz w:val="23"/>
        </w:rPr>
        <w:t>I waited.</w:t>
      </w:r>
    </w:p>
    <w:p>
      <w:r>
        <w:rPr>
          <w:rFonts w:ascii="Georgia" w:hAnsi="Georgia" w:eastAsia="Georgia"/>
          <w:sz w:val="23"/>
        </w:rPr>
        <w:t>She added, “I remember Ilyo’s setting housing being taped farther toward my sternum because they needed the clavicle clear.”</w:t>
      </w:r>
    </w:p>
    <w:p>
      <w:r>
        <w:rPr>
          <w:rFonts w:ascii="Georgia" w:hAnsi="Georgia" w:eastAsia="Georgia"/>
          <w:sz w:val="23"/>
        </w:rPr>
        <w:t>“Your setting.”</w:t>
      </w:r>
    </w:p>
    <w:p>
      <w:r>
        <w:rPr>
          <w:rFonts w:ascii="Georgia" w:hAnsi="Georgia" w:eastAsia="Georgia"/>
          <w:sz w:val="23"/>
        </w:rPr>
        <w:t>She looked at me.</w:t>
      </w:r>
    </w:p>
    <w:p>
      <w:r>
        <w:rPr>
          <w:rFonts w:ascii="Georgia" w:hAnsi="Georgia" w:eastAsia="Georgia"/>
          <w:sz w:val="23"/>
        </w:rPr>
        <w:t>“I know what I said.”</w:t>
      </w:r>
    </w:p>
    <w:p>
      <w:r>
        <w:rPr>
          <w:rFonts w:ascii="Georgia" w:hAnsi="Georgia" w:eastAsia="Georgia"/>
          <w:sz w:val="23"/>
        </w:rPr>
        <w:t>I did not correct her again.</w:t>
      </w:r>
    </w:p>
    <w:p>
      <w:r>
        <w:rPr>
          <w:rFonts w:ascii="Georgia" w:hAnsi="Georgia" w:eastAsia="Georgia"/>
          <w:sz w:val="23"/>
        </w:rPr>
        <w:t>“Did the setting stay on you?”</w:t>
      </w:r>
    </w:p>
    <w:p>
      <w:r>
        <w:rPr>
          <w:rFonts w:ascii="Georgia" w:hAnsi="Georgia" w:eastAsia="Georgia"/>
          <w:sz w:val="23"/>
        </w:rPr>
        <w:t>“Yes.”</w:t>
      </w:r>
    </w:p>
    <w:p>
      <w:r>
        <w:rPr>
          <w:rFonts w:ascii="Georgia" w:hAnsi="Georgia" w:eastAsia="Georgia"/>
          <w:sz w:val="23"/>
        </w:rPr>
        <w:t>“Field active?”</w:t>
      </w:r>
    </w:p>
    <w:p>
      <w:r>
        <w:rPr>
          <w:rFonts w:ascii="Georgia" w:hAnsi="Georgia" w:eastAsia="Georgia"/>
          <w:sz w:val="23"/>
        </w:rPr>
        <w:t>“I do not know.”</w:t>
      </w:r>
    </w:p>
    <w:p>
      <w:r>
        <w:rPr>
          <w:rFonts w:ascii="Georgia" w:hAnsi="Georgia" w:eastAsia="Georgia"/>
          <w:sz w:val="23"/>
        </w:rPr>
        <w:t>“Contact compensation?”</w:t>
      </w:r>
    </w:p>
    <w:p>
      <w:r>
        <w:rPr>
          <w:rFonts w:ascii="Georgia" w:hAnsi="Georgia" w:eastAsia="Georgia"/>
          <w:sz w:val="23"/>
        </w:rPr>
        <w:t>“I did not know that phrase then.”</w:t>
      </w:r>
    </w:p>
    <w:p>
      <w:r>
        <w:rPr>
          <w:rFonts w:ascii="Georgia" w:hAnsi="Georgia" w:eastAsia="Georgia"/>
          <w:sz w:val="23"/>
        </w:rPr>
        <w:t>“Any symptom when they changed it?”</w:t>
      </w:r>
    </w:p>
    <w:p>
      <w:r>
        <w:rPr>
          <w:rFonts w:ascii="Georgia" w:hAnsi="Georgia" w:eastAsia="Georgia"/>
          <w:sz w:val="23"/>
        </w:rPr>
        <w:t>“My shoulder had been opened.”</w:t>
      </w:r>
    </w:p>
    <w:p>
      <w:r>
        <w:rPr>
          <w:rFonts w:ascii="Georgia" w:hAnsi="Georgia" w:eastAsia="Georgia"/>
          <w:sz w:val="23"/>
        </w:rPr>
        <w:t>Reasonable.</w:t>
      </w:r>
    </w:p>
    <w:p>
      <w:r>
        <w:rPr>
          <w:rFonts w:ascii="Georgia" w:hAnsi="Georgia" w:eastAsia="Georgia"/>
          <w:sz w:val="23"/>
        </w:rPr>
        <w:t>Aster sat.</w:t>
      </w:r>
    </w:p>
    <w:p>
      <w:r>
        <w:rPr>
          <w:rFonts w:ascii="Georgia" w:hAnsi="Georgia" w:eastAsia="Georgia"/>
          <w:sz w:val="23"/>
        </w:rPr>
        <w:t>“What did your three records say?”</w:t>
      </w:r>
    </w:p>
    <w:p>
      <w:r>
        <w:rPr>
          <w:rFonts w:ascii="Georgia" w:hAnsi="Georgia" w:eastAsia="Georgia"/>
          <w:sz w:val="23"/>
        </w:rPr>
        <w:t>“That setting-linked support was active before lattice calibration.”</w:t>
      </w:r>
    </w:p>
    <w:p>
      <w:r>
        <w:rPr>
          <w:rFonts w:ascii="Georgia" w:hAnsi="Georgia" w:eastAsia="Georgia"/>
          <w:sz w:val="23"/>
        </w:rPr>
        <w:t>“Then why are you asking me?”</w:t>
      </w:r>
    </w:p>
    <w:p>
      <w:r>
        <w:rPr>
          <w:rFonts w:ascii="Georgia" w:hAnsi="Georgia" w:eastAsia="Georgia"/>
          <w:sz w:val="23"/>
        </w:rPr>
        <w:t>“Because all three records inherited that statement from the same continuity bundle.”</w:t>
      </w:r>
    </w:p>
    <w:p>
      <w:r>
        <w:rPr>
          <w:rFonts w:ascii="Georgia" w:hAnsi="Georgia" w:eastAsia="Georgia"/>
          <w:sz w:val="23"/>
        </w:rPr>
        <w:t>She understood immediately.</w:t>
      </w:r>
    </w:p>
    <w:p>
      <w:r>
        <w:rPr>
          <w:rFonts w:ascii="Georgia" w:hAnsi="Georgia" w:eastAsia="Georgia"/>
          <w:sz w:val="23"/>
        </w:rPr>
        <w:t>“So one record dressed three times.”</w:t>
      </w:r>
    </w:p>
    <w:p>
      <w:r>
        <w:rPr>
          <w:rFonts w:ascii="Georgia" w:hAnsi="Georgia" w:eastAsia="Georgia"/>
          <w:sz w:val="23"/>
        </w:rPr>
        <w:t>“Yes.”</w:t>
      </w:r>
    </w:p>
    <w:p>
      <w:r>
        <w:rPr>
          <w:rFonts w:ascii="Georgia" w:hAnsi="Georgia" w:eastAsia="Georgia"/>
          <w:sz w:val="23"/>
        </w:rPr>
        <w:t>Miren said, “That is better than three copies.”</w:t>
      </w:r>
    </w:p>
    <w:p>
      <w:r>
        <w:rPr>
          <w:rFonts w:ascii="Georgia" w:hAnsi="Georgia" w:eastAsia="Georgia"/>
          <w:sz w:val="23"/>
        </w:rPr>
        <w:t>Aster looked at her.</w:t>
      </w:r>
    </w:p>
    <w:p>
      <w:r>
        <w:rPr>
          <w:rFonts w:ascii="Georgia" w:hAnsi="Georgia" w:eastAsia="Georgia"/>
          <w:sz w:val="23"/>
        </w:rPr>
        <w:t>“You can have it.”</w:t>
      </w:r>
    </w:p>
    <w:p>
      <w:r>
        <w:rPr>
          <w:rFonts w:ascii="Georgia" w:hAnsi="Georgia" w:eastAsia="Georgia"/>
          <w:sz w:val="23"/>
        </w:rPr>
        <w:t>“I was not asking.”</w:t>
      </w:r>
    </w:p>
    <w:p>
      <w:r>
        <w:rPr>
          <w:rFonts w:ascii="Georgia" w:hAnsi="Georgia" w:eastAsia="Georgia"/>
          <w:sz w:val="23"/>
        </w:rPr>
        <w:t>“Then do not put it on a form.”</w:t>
      </w:r>
    </w:p>
    <w:p>
      <w:pPr>
        <w:spacing w:before="80" w:after="80"/>
        <w:jc w:val="center"/>
      </w:pPr>
      <w:r>
        <w:rPr>
          <w:rFonts w:ascii="Georgia" w:hAnsi="Georgia" w:eastAsia="Georgia"/>
          <w:sz w:val="23"/>
        </w:rPr>
        <w:t>§</w:t>
      </w:r>
    </w:p>
    <w:p>
      <w:r>
        <w:rPr>
          <w:rFonts w:ascii="Georgia" w:hAnsi="Georgia" w:eastAsia="Georgia"/>
          <w:sz w:val="23"/>
        </w:rPr>
        <w:t>The two surviving source images arrived at 0813.</w:t>
      </w:r>
    </w:p>
    <w:p>
      <w:r>
        <w:rPr>
          <w:rFonts w:ascii="Georgia" w:hAnsi="Georgia" w:eastAsia="Georgia"/>
          <w:sz w:val="23"/>
        </w:rPr>
        <w:t>One was an operative summary.</w:t>
      </w:r>
    </w:p>
    <w:p>
      <w:r>
        <w:rPr>
          <w:rFonts w:ascii="Georgia" w:hAnsi="Georgia" w:eastAsia="Georgia"/>
          <w:sz w:val="23"/>
        </w:rPr>
        <w:t>One was an insurer authorization signed two days before surgery.</w:t>
      </w:r>
    </w:p>
    <w:p>
      <w:r>
        <w:rPr>
          <w:rFonts w:ascii="Georgia" w:hAnsi="Georgia" w:eastAsia="Georgia"/>
          <w:sz w:val="23"/>
        </w:rPr>
        <w:t>The authorization told us almost nothing about sequence.</w:t>
      </w:r>
    </w:p>
    <w:p>
      <w:r>
        <w:rPr>
          <w:rFonts w:ascii="Georgia" w:hAnsi="Georgia" w:eastAsia="Georgia"/>
          <w:sz w:val="23"/>
        </w:rPr>
        <w:t>It approved:</w:t>
      </w:r>
    </w:p>
    <w:p>
      <w:r>
        <w:rPr>
          <w:rFonts w:ascii="Georgia" w:hAnsi="Georgia" w:eastAsia="Georgia"/>
          <w:sz w:val="23"/>
        </w:rPr>
        <w:t>LATTICE INSTALLATION WITH CONTINUED INTIMATE SETTING SUPPORT AS MEDICALLY NECESSARY.</w:t>
      </w:r>
    </w:p>
    <w:p>
      <w:r>
        <w:rPr>
          <w:rFonts w:ascii="Georgia" w:hAnsi="Georgia" w:eastAsia="Georgia"/>
          <w:sz w:val="23"/>
        </w:rPr>
        <w:t>Continued did not mean uninterrupted.</w:t>
      </w:r>
    </w:p>
    <w:p>
      <w:r>
        <w:rPr>
          <w:rFonts w:ascii="Georgia" w:hAnsi="Georgia" w:eastAsia="Georgia"/>
          <w:sz w:val="23"/>
        </w:rPr>
        <w:t>Support did not tell us when the controller was active.</w:t>
      </w:r>
    </w:p>
    <w:p>
      <w:r>
        <w:rPr>
          <w:rFonts w:ascii="Georgia" w:hAnsi="Georgia" w:eastAsia="Georgia"/>
          <w:sz w:val="23"/>
        </w:rPr>
        <w:t>Medically necessary described why they intended to preserve it, not how.</w:t>
      </w:r>
    </w:p>
    <w:p>
      <w:r>
        <w:rPr>
          <w:rFonts w:ascii="Georgia" w:hAnsi="Georgia" w:eastAsia="Georgia"/>
          <w:sz w:val="23"/>
        </w:rPr>
        <w:t>The operative summary was better.</w:t>
      </w:r>
    </w:p>
    <w:p>
      <w:r>
        <w:rPr>
          <w:rFonts w:ascii="Georgia" w:hAnsi="Georgia" w:eastAsia="Georgia"/>
          <w:sz w:val="23"/>
        </w:rPr>
        <w:t>At 1022:</w:t>
      </w:r>
    </w:p>
    <w:p>
      <w:r>
        <w:rPr>
          <w:rFonts w:ascii="Georgia" w:hAnsi="Georgia" w:eastAsia="Georgia"/>
          <w:sz w:val="23"/>
        </w:rPr>
        <w:t>SETTING HOUSING MEDIALLY DISPLACED 3.2 CM MEDIAL FOR ACCESS.</w:t>
      </w:r>
    </w:p>
    <w:p>
      <w:r>
        <w:rPr>
          <w:rFonts w:ascii="Georgia" w:hAnsi="Georgia" w:eastAsia="Georgia"/>
          <w:sz w:val="23"/>
        </w:rPr>
        <w:t>At 1041:</w:t>
      </w:r>
    </w:p>
    <w:p>
      <w:r>
        <w:rPr>
          <w:rFonts w:ascii="Georgia" w:hAnsi="Georgia" w:eastAsia="Georgia"/>
          <w:sz w:val="23"/>
        </w:rPr>
        <w:t>SCAPULAR LATTICE PRIMARY ANCHORS SEATED.</w:t>
      </w:r>
    </w:p>
    <w:p>
      <w:r>
        <w:rPr>
          <w:rFonts w:ascii="Georgia" w:hAnsi="Georgia" w:eastAsia="Georgia"/>
          <w:sz w:val="23"/>
        </w:rPr>
        <w:t>At 1058:</w:t>
      </w:r>
    </w:p>
    <w:p>
      <w:r>
        <w:rPr>
          <w:rFonts w:ascii="Georgia" w:hAnsi="Georgia" w:eastAsia="Georgia"/>
          <w:sz w:val="23"/>
        </w:rPr>
        <w:t>FIELD SUPPORT RETURNED TO SERVICE POSITION.</w:t>
      </w:r>
    </w:p>
    <w:p>
      <w:r>
        <w:rPr>
          <w:rFonts w:ascii="Georgia" w:hAnsi="Georgia" w:eastAsia="Georgia"/>
          <w:sz w:val="23"/>
        </w:rPr>
        <w:t>At 1114:</w:t>
      </w:r>
    </w:p>
    <w:p>
      <w:r>
        <w:rPr>
          <w:rFonts w:ascii="Georgia" w:hAnsi="Georgia" w:eastAsia="Georgia"/>
          <w:sz w:val="23"/>
        </w:rPr>
        <w:t>LATTICE CALIBRATION COMPLETED.</w:t>
      </w:r>
    </w:p>
    <w:p>
      <w:r>
        <w:rPr>
          <w:rFonts w:ascii="Georgia" w:hAnsi="Georgia" w:eastAsia="Georgia"/>
          <w:sz w:val="23"/>
        </w:rPr>
        <w:t>Miren pointed at 1058.</w:t>
      </w:r>
    </w:p>
    <w:p>
      <w:r>
        <w:rPr>
          <w:rFonts w:ascii="Georgia" w:hAnsi="Georgia" w:eastAsia="Georgia"/>
          <w:sz w:val="23"/>
        </w:rPr>
        <w:t>“That supports the bundle.”</w:t>
      </w:r>
    </w:p>
    <w:p>
      <w:r>
        <w:rPr>
          <w:rFonts w:ascii="Georgia" w:hAnsi="Georgia" w:eastAsia="Georgia"/>
          <w:sz w:val="23"/>
        </w:rPr>
        <w:t>“Maybe.”</w:t>
      </w:r>
    </w:p>
    <w:p>
      <w:r>
        <w:rPr>
          <w:rFonts w:ascii="Georgia" w:hAnsi="Georgia" w:eastAsia="Georgia"/>
          <w:sz w:val="23"/>
        </w:rPr>
        <w:t>“Field support returned before calibration.”</w:t>
      </w:r>
    </w:p>
    <w:p>
      <w:r>
        <w:rPr>
          <w:rFonts w:ascii="Georgia" w:hAnsi="Georgia" w:eastAsia="Georgia"/>
          <w:sz w:val="23"/>
        </w:rPr>
        <w:t>“Yes.”</w:t>
      </w:r>
    </w:p>
    <w:p>
      <w:r>
        <w:rPr>
          <w:rFonts w:ascii="Georgia" w:hAnsi="Georgia" w:eastAsia="Georgia"/>
          <w:sz w:val="23"/>
        </w:rPr>
        <w:t>“Why maybe?”</w:t>
      </w:r>
    </w:p>
    <w:p>
      <w:r>
        <w:rPr>
          <w:rFonts w:ascii="Georgia" w:hAnsi="Georgia" w:eastAsia="Georgia"/>
          <w:sz w:val="23"/>
        </w:rPr>
        <w:t>“Returned to service position is not the same as active support.”</w:t>
      </w:r>
    </w:p>
    <w:p>
      <w:r>
        <w:rPr>
          <w:rFonts w:ascii="Georgia" w:hAnsi="Georgia" w:eastAsia="Georgia"/>
          <w:sz w:val="23"/>
        </w:rPr>
        <w:t>Aster, reading beside us, said, “How many ways can a thing be on my chest without being on?”</w:t>
      </w:r>
    </w:p>
    <w:p>
      <w:r>
        <w:rPr>
          <w:rFonts w:ascii="Georgia" w:hAnsi="Georgia" w:eastAsia="Georgia"/>
          <w:sz w:val="23"/>
        </w:rPr>
        <w:t>“Several.”</w:t>
      </w:r>
    </w:p>
    <w:p>
      <w:r>
        <w:rPr>
          <w:rFonts w:ascii="Georgia" w:hAnsi="Georgia" w:eastAsia="Georgia"/>
          <w:sz w:val="23"/>
        </w:rPr>
        <w:t>“That was rhetorical.”</w:t>
      </w:r>
    </w:p>
    <w:p>
      <w:r>
        <w:rPr>
          <w:rFonts w:ascii="Georgia" w:hAnsi="Georgia" w:eastAsia="Georgia"/>
          <w:sz w:val="23"/>
        </w:rPr>
        <w:t>“I know.”</w:t>
      </w:r>
    </w:p>
    <w:p>
      <w:r>
        <w:rPr>
          <w:rFonts w:ascii="Georgia" w:hAnsi="Georgia" w:eastAsia="Georgia"/>
          <w:sz w:val="23"/>
        </w:rPr>
        <w:t>The old operative language had no separate fields for housing position, contact field, compensation state, and integrated support state.</w:t>
      </w:r>
    </w:p>
    <w:p>
      <w:r>
        <w:rPr>
          <w:rFonts w:ascii="Georgia" w:hAnsi="Georgia" w:eastAsia="Georgia"/>
          <w:sz w:val="23"/>
        </w:rPr>
        <w:t>Those distinctions were developed later because people had been hurt when the distinctions were missing.</w:t>
      </w:r>
    </w:p>
    <w:p>
      <w:r>
        <w:rPr>
          <w:rFonts w:ascii="Georgia" w:hAnsi="Georgia" w:eastAsia="Georgia"/>
          <w:sz w:val="23"/>
        </w:rPr>
        <w:t>The phrase FIELD SUPPORT RETURNED TO SERVICE POSITION might mean the physical housing was moved back.</w:t>
      </w:r>
    </w:p>
    <w:p>
      <w:r>
        <w:rPr>
          <w:rFonts w:ascii="Georgia" w:hAnsi="Georgia" w:eastAsia="Georgia"/>
          <w:sz w:val="23"/>
        </w:rPr>
        <w:t>It might mean contact was restored.</w:t>
      </w:r>
    </w:p>
    <w:p>
      <w:r>
        <w:rPr>
          <w:rFonts w:ascii="Georgia" w:hAnsi="Georgia" w:eastAsia="Georgia"/>
          <w:sz w:val="23"/>
        </w:rPr>
        <w:t>It might mean full compensation resumed.</w:t>
      </w:r>
    </w:p>
    <w:p>
      <w:r>
        <w:rPr>
          <w:rFonts w:ascii="Georgia" w:hAnsi="Georgia" w:eastAsia="Georgia"/>
          <w:sz w:val="23"/>
        </w:rPr>
        <w:t>It might have been a shorthand for all three.</w:t>
      </w:r>
    </w:p>
    <w:p>
      <w:r>
        <w:rPr>
          <w:rFonts w:ascii="Georgia" w:hAnsi="Georgia" w:eastAsia="Georgia"/>
          <w:sz w:val="23"/>
        </w:rPr>
        <w:t>We did not know.</w:t>
      </w:r>
    </w:p>
    <w:p>
      <w:r>
        <w:rPr>
          <w:rFonts w:ascii="Georgia" w:hAnsi="Georgia" w:eastAsia="Georgia"/>
          <w:sz w:val="23"/>
        </w:rPr>
        <w:t>The continuity bundle had translated the phrase decades later into:</w:t>
      </w:r>
    </w:p>
    <w:p>
      <w:r>
        <w:rPr>
          <w:rFonts w:ascii="Georgia" w:hAnsi="Georgia" w:eastAsia="Georgia"/>
          <w:sz w:val="23"/>
        </w:rPr>
        <w:t>SETTING-LINKED CONTACT SUPPORT: ACTIVE PRIOR TO LATTICE CALIBRATION.</w:t>
      </w:r>
    </w:p>
    <w:p>
      <w:r>
        <w:rPr>
          <w:rFonts w:ascii="Georgia" w:hAnsi="Georgia" w:eastAsia="Georgia"/>
          <w:sz w:val="23"/>
        </w:rPr>
        <w:t>That translation was plausible.</w:t>
      </w:r>
    </w:p>
    <w:p>
      <w:r>
        <w:rPr>
          <w:rFonts w:ascii="Georgia" w:hAnsi="Georgia" w:eastAsia="Georgia"/>
          <w:sz w:val="23"/>
        </w:rPr>
        <w:t>It was also the parent sentence of all three modern records.</w:t>
      </w:r>
    </w:p>
    <w:p>
      <w:r>
        <w:rPr>
          <w:rFonts w:ascii="Georgia" w:hAnsi="Georgia" w:eastAsia="Georgia"/>
          <w:sz w:val="23"/>
        </w:rPr>
        <w:t>Miren said, “Can we find who built the bundle?”</w:t>
      </w:r>
    </w:p>
    <w:p>
      <w:r>
        <w:rPr>
          <w:rFonts w:ascii="Georgia" w:hAnsi="Georgia" w:eastAsia="Georgia"/>
          <w:sz w:val="23"/>
        </w:rPr>
        <w:t>“Forty-three years ago.”</w:t>
      </w:r>
    </w:p>
    <w:p>
      <w:r>
        <w:rPr>
          <w:rFonts w:ascii="Georgia" w:hAnsi="Georgia" w:eastAsia="Georgia"/>
          <w:sz w:val="23"/>
        </w:rPr>
        <w:t>“That is not an answer.”</w:t>
      </w:r>
    </w:p>
    <w:p>
      <w:r>
        <w:rPr>
          <w:rFonts w:ascii="Georgia" w:hAnsi="Georgia" w:eastAsia="Georgia"/>
          <w:sz w:val="23"/>
        </w:rPr>
        <w:t>“It was a regional migration team.”</w:t>
      </w:r>
    </w:p>
    <w:p>
      <w:r>
        <w:rPr>
          <w:rFonts w:ascii="Georgia" w:hAnsi="Georgia" w:eastAsia="Georgia"/>
          <w:sz w:val="23"/>
        </w:rPr>
        <w:t>“Names?”</w:t>
      </w:r>
    </w:p>
    <w:p>
      <w:r>
        <w:rPr>
          <w:rFonts w:ascii="Georgia" w:hAnsi="Georgia" w:eastAsia="Georgia"/>
          <w:sz w:val="23"/>
        </w:rPr>
        <w:t>I opened the signature chain.</w:t>
      </w:r>
    </w:p>
    <w:p>
      <w:r>
        <w:rPr>
          <w:rFonts w:ascii="Georgia" w:hAnsi="Georgia" w:eastAsia="Georgia"/>
          <w:sz w:val="23"/>
        </w:rPr>
        <w:t>Twenty-two people.</w:t>
      </w:r>
    </w:p>
    <w:p>
      <w:r>
        <w:rPr>
          <w:rFonts w:ascii="Georgia" w:hAnsi="Georgia" w:eastAsia="Georgia"/>
          <w:sz w:val="23"/>
        </w:rPr>
        <w:t>Eleven human.</w:t>
      </w:r>
    </w:p>
    <w:p>
      <w:r>
        <w:rPr>
          <w:rFonts w:ascii="Georgia" w:hAnsi="Georgia" w:eastAsia="Georgia"/>
          <w:sz w:val="23"/>
        </w:rPr>
        <w:t>Eleven SUPO.</w:t>
      </w:r>
    </w:p>
    <w:p>
      <w:r>
        <w:rPr>
          <w:rFonts w:ascii="Georgia" w:hAnsi="Georgia" w:eastAsia="Georgia"/>
          <w:sz w:val="23"/>
        </w:rPr>
        <w:t>Six still professionally active.</w:t>
      </w:r>
    </w:p>
    <w:p>
      <w:r>
        <w:rPr>
          <w:rFonts w:ascii="Georgia" w:hAnsi="Georgia" w:eastAsia="Georgia"/>
          <w:sz w:val="23"/>
        </w:rPr>
        <w:t>The bundle conversion itself had been automated under a rule set approved by the team.</w:t>
      </w:r>
    </w:p>
    <w:p>
      <w:r>
        <w:rPr>
          <w:rFonts w:ascii="Georgia" w:hAnsi="Georgia" w:eastAsia="Georgia"/>
          <w:sz w:val="23"/>
        </w:rPr>
        <w:t>Rule version 4.8.</w:t>
      </w:r>
    </w:p>
    <w:p>
      <w:r>
        <w:rPr>
          <w:rFonts w:ascii="Georgia" w:hAnsi="Georgia" w:eastAsia="Georgia"/>
          <w:sz w:val="23"/>
        </w:rPr>
        <w:t>I opened it.</w:t>
      </w:r>
    </w:p>
    <w:p>
      <w:r>
        <w:rPr>
          <w:rFonts w:ascii="Georgia" w:hAnsi="Georgia" w:eastAsia="Georgia"/>
          <w:sz w:val="23"/>
        </w:rPr>
        <w:t>Legacy phrase mapping:</w:t>
      </w:r>
    </w:p>
    <w:p>
      <w:r>
        <w:rPr>
          <w:rFonts w:ascii="Georgia" w:hAnsi="Georgia" w:eastAsia="Georgia"/>
          <w:sz w:val="23"/>
        </w:rPr>
        <w:t>FIELD SUPPORT RETURNED TO SERVICE POSITION → CONTACT SUPPORT ACTIVE.</w:t>
      </w:r>
    </w:p>
    <w:p>
      <w:r>
        <w:rPr>
          <w:rFonts w:ascii="Georgia" w:hAnsi="Georgia" w:eastAsia="Georgia"/>
          <w:sz w:val="23"/>
        </w:rPr>
        <w:t>Confidence: HIGH.</w:t>
      </w:r>
    </w:p>
    <w:p>
      <w:r>
        <w:rPr>
          <w:rFonts w:ascii="Georgia" w:hAnsi="Georgia" w:eastAsia="Georgia"/>
          <w:sz w:val="23"/>
        </w:rPr>
        <w:t>The rule had been used across 218,000 migrated records.</w:t>
      </w:r>
    </w:p>
    <w:p>
      <w:r>
        <w:rPr>
          <w:rFonts w:ascii="Georgia" w:hAnsi="Georgia" w:eastAsia="Georgia"/>
          <w:sz w:val="23"/>
        </w:rPr>
        <w:t>Miren went still.</w:t>
      </w:r>
    </w:p>
    <w:p>
      <w:r>
        <w:rPr>
          <w:rFonts w:ascii="Georgia" w:hAnsi="Georgia" w:eastAsia="Georgia"/>
          <w:sz w:val="23"/>
        </w:rPr>
        <w:t>“That is not Aster’s problem anymore.”</w:t>
      </w:r>
    </w:p>
    <w:p>
      <w:r>
        <w:rPr>
          <w:rFonts w:ascii="Georgia" w:hAnsi="Georgia" w:eastAsia="Georgia"/>
          <w:sz w:val="23"/>
        </w:rPr>
        <w:t>“It is still Aster’s problem at eleven.”</w:t>
      </w:r>
    </w:p>
    <w:p>
      <w:r>
        <w:rPr>
          <w:rFonts w:ascii="Georgia" w:hAnsi="Georgia" w:eastAsia="Georgia"/>
          <w:sz w:val="23"/>
        </w:rPr>
        <w:t>The larger problem could wait until her shoulder did not have a cracked anchor.</w:t>
      </w:r>
    </w:p>
    <w:p>
      <w:pPr>
        <w:spacing w:before="80" w:after="80"/>
        <w:jc w:val="center"/>
      </w:pPr>
      <w:r>
        <w:rPr>
          <w:rFonts w:ascii="Georgia" w:hAnsi="Georgia" w:eastAsia="Georgia"/>
          <w:sz w:val="23"/>
        </w:rPr>
        <w:t>§</w:t>
      </w:r>
    </w:p>
    <w:p>
      <w:r>
        <w:rPr>
          <w:rFonts w:ascii="Georgia" w:hAnsi="Georgia" w:eastAsia="Georgia"/>
          <w:sz w:val="23"/>
        </w:rPr>
        <w:t>Dr. Pava Renn arrived at 0839.</w:t>
      </w:r>
    </w:p>
    <w:p>
      <w:r>
        <w:rPr>
          <w:rFonts w:ascii="Georgia" w:hAnsi="Georgia" w:eastAsia="Georgia"/>
          <w:sz w:val="23"/>
        </w:rPr>
        <w:t>She was the orthopedic systems surgeon scheduled to replace the lattice.</w:t>
      </w:r>
    </w:p>
    <w:p>
      <w:r>
        <w:rPr>
          <w:rFonts w:ascii="Georgia" w:hAnsi="Georgia" w:eastAsia="Georgia"/>
          <w:sz w:val="23"/>
        </w:rPr>
        <w:t>One hundred forty-four.</w:t>
      </w:r>
    </w:p>
    <w:p>
      <w:r>
        <w:rPr>
          <w:rFonts w:ascii="Georgia" w:hAnsi="Georgia" w:eastAsia="Georgia"/>
          <w:sz w:val="23"/>
        </w:rPr>
        <w:t>Human.</w:t>
      </w:r>
    </w:p>
    <w:p>
      <w:r>
        <w:rPr>
          <w:rFonts w:ascii="Georgia" w:hAnsi="Georgia" w:eastAsia="Georgia"/>
          <w:sz w:val="23"/>
        </w:rPr>
        <w:t>She wore no setting.</w:t>
      </w:r>
    </w:p>
    <w:p>
      <w:r>
        <w:rPr>
          <w:rFonts w:ascii="Georgia" w:hAnsi="Georgia" w:eastAsia="Georgia"/>
          <w:sz w:val="23"/>
        </w:rPr>
        <w:t>That fact was irrelevant until she told me she had trained before intimate-settings medicine became a separate specialty.</w:t>
      </w:r>
    </w:p>
    <w:p>
      <w:r>
        <w:rPr>
          <w:rFonts w:ascii="Georgia" w:hAnsi="Georgia" w:eastAsia="Georgia"/>
          <w:sz w:val="23"/>
        </w:rPr>
        <w:t>“I know what the old operative language meant,” she said.</w:t>
      </w:r>
    </w:p>
    <w:p>
      <w:r>
        <w:rPr>
          <w:rFonts w:ascii="Georgia" w:hAnsi="Georgia" w:eastAsia="Georgia"/>
          <w:sz w:val="23"/>
        </w:rPr>
        <w:t>“Which old operative language?”</w:t>
      </w:r>
    </w:p>
    <w:p>
      <w:r>
        <w:rPr>
          <w:rFonts w:ascii="Georgia" w:hAnsi="Georgia" w:eastAsia="Georgia"/>
          <w:sz w:val="23"/>
        </w:rPr>
        <w:t>“That phrase. Field support returned to service position.”</w:t>
      </w:r>
    </w:p>
    <w:p>
      <w:r>
        <w:rPr>
          <w:rFonts w:ascii="Georgia" w:hAnsi="Georgia" w:eastAsia="Georgia"/>
          <w:sz w:val="23"/>
        </w:rPr>
        <w:t>“In that hospital?”</w:t>
      </w:r>
    </w:p>
    <w:p>
      <w:r>
        <w:rPr>
          <w:rFonts w:ascii="Georgia" w:hAnsi="Georgia" w:eastAsia="Georgia"/>
          <w:sz w:val="23"/>
        </w:rPr>
        <w:t>“In that era.”</w:t>
      </w:r>
    </w:p>
    <w:p>
      <w:r>
        <w:rPr>
          <w:rFonts w:ascii="Georgia" w:hAnsi="Georgia" w:eastAsia="Georgia"/>
          <w:sz w:val="23"/>
        </w:rPr>
        <w:t>“Which hospital?”</w:t>
      </w:r>
    </w:p>
    <w:p>
      <w:r>
        <w:rPr>
          <w:rFonts w:ascii="Georgia" w:hAnsi="Georgia" w:eastAsia="Georgia"/>
          <w:sz w:val="23"/>
        </w:rPr>
        <w:t>She looked at me.</w:t>
      </w:r>
    </w:p>
    <w:p>
      <w:r>
        <w:rPr>
          <w:rFonts w:ascii="Georgia" w:hAnsi="Georgia" w:eastAsia="Georgia"/>
          <w:sz w:val="23"/>
        </w:rPr>
        <w:t>“North Surgical West.”</w:t>
      </w:r>
    </w:p>
    <w:p>
      <w:r>
        <w:rPr>
          <w:rFonts w:ascii="Georgia" w:hAnsi="Georgia" w:eastAsia="Georgia"/>
          <w:sz w:val="23"/>
        </w:rPr>
        <w:t>“Aster’s surgery was North Surgical River.”</w:t>
      </w:r>
    </w:p>
    <w:p>
      <w:r>
        <w:rPr>
          <w:rFonts w:ascii="Georgia" w:hAnsi="Georgia" w:eastAsia="Georgia"/>
          <w:sz w:val="23"/>
        </w:rPr>
        <w:t>“The protocols were shared.”</w:t>
      </w:r>
    </w:p>
    <w:p>
      <w:r>
        <w:rPr>
          <w:rFonts w:ascii="Georgia" w:hAnsi="Georgia" w:eastAsia="Georgia"/>
          <w:sz w:val="23"/>
        </w:rPr>
        <w:t>“Documented?”</w:t>
      </w:r>
    </w:p>
    <w:p>
      <w:r>
        <w:rPr>
          <w:rFonts w:ascii="Georgia" w:hAnsi="Georgia" w:eastAsia="Georgia"/>
          <w:sz w:val="23"/>
        </w:rPr>
        <w:t>“They were regional.”</w:t>
      </w:r>
    </w:p>
    <w:p>
      <w:r>
        <w:rPr>
          <w:rFonts w:ascii="Georgia" w:hAnsi="Georgia" w:eastAsia="Georgia"/>
          <w:sz w:val="23"/>
        </w:rPr>
        <w:t>“Documented?”</w:t>
      </w:r>
    </w:p>
    <w:p>
      <w:r>
        <w:rPr>
          <w:rFonts w:ascii="Georgia" w:hAnsi="Georgia" w:eastAsia="Georgia"/>
          <w:sz w:val="23"/>
        </w:rPr>
        <w:t>Renn exhaled through her nose.</w:t>
      </w:r>
    </w:p>
    <w:p>
      <w:r>
        <w:rPr>
          <w:rFonts w:ascii="Georgia" w:hAnsi="Georgia" w:eastAsia="Georgia"/>
          <w:sz w:val="23"/>
        </w:rPr>
        <w:t>Miren moved half a step away from us.</w:t>
      </w:r>
    </w:p>
    <w:p>
      <w:r>
        <w:rPr>
          <w:rFonts w:ascii="Georgia" w:hAnsi="Georgia" w:eastAsia="Georgia"/>
          <w:sz w:val="23"/>
        </w:rPr>
        <w:t>Aster watched with interest.</w:t>
      </w:r>
    </w:p>
    <w:p>
      <w:r>
        <w:rPr>
          <w:rFonts w:ascii="Georgia" w:hAnsi="Georgia" w:eastAsia="Georgia"/>
          <w:sz w:val="23"/>
        </w:rPr>
        <w:t>Renn said, “You think the phrase could have meant the housing was physically restored but support remained reduced.”</w:t>
      </w:r>
    </w:p>
    <w:p>
      <w:r>
        <w:rPr>
          <w:rFonts w:ascii="Georgia" w:hAnsi="Georgia" w:eastAsia="Georgia"/>
          <w:sz w:val="23"/>
        </w:rPr>
        <w:t>“Yes.”</w:t>
      </w:r>
    </w:p>
    <w:p>
      <w:r>
        <w:rPr>
          <w:rFonts w:ascii="Georgia" w:hAnsi="Georgia" w:eastAsia="Georgia"/>
          <w:sz w:val="23"/>
        </w:rPr>
        <w:t>“It could have.”</w:t>
      </w:r>
    </w:p>
    <w:p>
      <w:r>
        <w:rPr>
          <w:rFonts w:ascii="Georgia" w:hAnsi="Georgia" w:eastAsia="Georgia"/>
          <w:sz w:val="23"/>
        </w:rPr>
        <w:t>“Could it also mean full support was active?”</w:t>
      </w:r>
    </w:p>
    <w:p>
      <w:r>
        <w:rPr>
          <w:rFonts w:ascii="Georgia" w:hAnsi="Georgia" w:eastAsia="Georgia"/>
          <w:sz w:val="23"/>
        </w:rPr>
        <w:t>“Yes.”</w:t>
      </w:r>
    </w:p>
    <w:p>
      <w:r>
        <w:rPr>
          <w:rFonts w:ascii="Georgia" w:hAnsi="Georgia" w:eastAsia="Georgia"/>
          <w:sz w:val="23"/>
        </w:rPr>
        <w:t>“So you do not know.”</w:t>
      </w:r>
    </w:p>
    <w:p>
      <w:r>
        <w:rPr>
          <w:rFonts w:ascii="Georgia" w:hAnsi="Georgia" w:eastAsia="Georgia"/>
          <w:sz w:val="23"/>
        </w:rPr>
        <w:t>“I know what we usually did.”</w:t>
      </w:r>
    </w:p>
    <w:p>
      <w:r>
        <w:rPr>
          <w:rFonts w:ascii="Georgia" w:hAnsi="Georgia" w:eastAsia="Georgia"/>
          <w:sz w:val="23"/>
        </w:rPr>
        <w:t>“Usually is useful.”</w:t>
      </w:r>
    </w:p>
    <w:p>
      <w:r>
        <w:rPr>
          <w:rFonts w:ascii="Georgia" w:hAnsi="Georgia" w:eastAsia="Georgia"/>
          <w:sz w:val="23"/>
        </w:rPr>
        <w:t>“That sounded painful for you.”</w:t>
      </w:r>
    </w:p>
    <w:p>
      <w:r>
        <w:rPr>
          <w:rFonts w:ascii="Georgia" w:hAnsi="Georgia" w:eastAsia="Georgia"/>
          <w:sz w:val="23"/>
        </w:rPr>
        <w:t>“It was manageable.”</w:t>
      </w:r>
    </w:p>
    <w:p>
      <w:r>
        <w:rPr>
          <w:rFonts w:ascii="Georgia" w:hAnsi="Georgia" w:eastAsia="Georgia"/>
          <w:sz w:val="23"/>
        </w:rPr>
        <w:t>She pulled up the planned replacement sequence.</w:t>
      </w:r>
    </w:p>
    <w:p>
      <w:r>
        <w:rPr>
          <w:rFonts w:ascii="Georgia" w:hAnsi="Georgia" w:eastAsia="Georgia"/>
          <w:sz w:val="23"/>
        </w:rPr>
        <w:t>Current protocol offered two standard paths.</w:t>
      </w:r>
    </w:p>
    <w:p>
      <w:r>
        <w:rPr>
          <w:rFonts w:ascii="Georgia" w:hAnsi="Georgia" w:eastAsia="Georgia"/>
          <w:sz w:val="23"/>
        </w:rPr>
        <w:t>Path A:</w:t>
      </w:r>
    </w:p>
    <w:p>
      <w:r>
        <w:rPr>
          <w:rFonts w:ascii="Georgia" w:hAnsi="Georgia" w:eastAsia="Georgia"/>
          <w:sz w:val="23"/>
        </w:rPr>
        <w:t>Keep setting-linked support active.</w:t>
      </w:r>
    </w:p>
    <w:p>
      <w:r>
        <w:rPr>
          <w:rFonts w:ascii="Georgia" w:hAnsi="Georgia" w:eastAsia="Georgia"/>
          <w:sz w:val="23"/>
        </w:rPr>
        <w:t>Unload old lattice.</w:t>
      </w:r>
    </w:p>
    <w:p>
      <w:r>
        <w:rPr>
          <w:rFonts w:ascii="Georgia" w:hAnsi="Georgia" w:eastAsia="Georgia"/>
          <w:sz w:val="23"/>
        </w:rPr>
        <w:t>Remove failed anchor.</w:t>
      </w:r>
    </w:p>
    <w:p>
      <w:r>
        <w:rPr>
          <w:rFonts w:ascii="Georgia" w:hAnsi="Georgia" w:eastAsia="Georgia"/>
          <w:sz w:val="23"/>
        </w:rPr>
        <w:t>Seat replacement lattice.</w:t>
      </w:r>
    </w:p>
    <w:p>
      <w:r>
        <w:rPr>
          <w:rFonts w:ascii="Georgia" w:hAnsi="Georgia" w:eastAsia="Georgia"/>
          <w:sz w:val="23"/>
        </w:rPr>
        <w:t>Calibrate new lattice under active support.</w:t>
      </w:r>
    </w:p>
    <w:p>
      <w:r>
        <w:rPr>
          <w:rFonts w:ascii="Georgia" w:hAnsi="Georgia" w:eastAsia="Georgia"/>
          <w:sz w:val="23"/>
        </w:rPr>
        <w:t>Path B:</w:t>
      </w:r>
    </w:p>
    <w:p>
      <w:r>
        <w:rPr>
          <w:rFonts w:ascii="Georgia" w:hAnsi="Georgia" w:eastAsia="Georgia"/>
          <w:sz w:val="23"/>
        </w:rPr>
        <w:t>Reduce setting-linked support to protected minimum.</w:t>
      </w:r>
    </w:p>
    <w:p>
      <w:r>
        <w:rPr>
          <w:rFonts w:ascii="Georgia" w:hAnsi="Georgia" w:eastAsia="Georgia"/>
          <w:sz w:val="23"/>
        </w:rPr>
        <w:t>Unload old lattice.</w:t>
      </w:r>
    </w:p>
    <w:p>
      <w:r>
        <w:rPr>
          <w:rFonts w:ascii="Georgia" w:hAnsi="Georgia" w:eastAsia="Georgia"/>
          <w:sz w:val="23"/>
        </w:rPr>
        <w:t>Replace.</w:t>
      </w:r>
    </w:p>
    <w:p>
      <w:r>
        <w:rPr>
          <w:rFonts w:ascii="Georgia" w:hAnsi="Georgia" w:eastAsia="Georgia"/>
          <w:sz w:val="23"/>
        </w:rPr>
        <w:t>Calibrate lattice mechanically.</w:t>
      </w:r>
    </w:p>
    <w:p>
      <w:r>
        <w:rPr>
          <w:rFonts w:ascii="Georgia" w:hAnsi="Georgia" w:eastAsia="Georgia"/>
          <w:sz w:val="23"/>
        </w:rPr>
        <w:t>Restore setting support after lattice baseline stabilizes.</w:t>
      </w:r>
    </w:p>
    <w:p>
      <w:r>
        <w:rPr>
          <w:rFonts w:ascii="Georgia" w:hAnsi="Georgia" w:eastAsia="Georgia"/>
          <w:sz w:val="23"/>
        </w:rPr>
        <w:t>Both were licensed.</w:t>
      </w:r>
    </w:p>
    <w:p>
      <w:r>
        <w:rPr>
          <w:rFonts w:ascii="Georgia" w:hAnsi="Georgia" w:eastAsia="Georgia"/>
          <w:sz w:val="23"/>
        </w:rPr>
        <w:t>The recommended path depended partly on how the existing integrated architecture had originally been built.</w:t>
      </w:r>
    </w:p>
    <w:p>
      <w:r>
        <w:rPr>
          <w:rFonts w:ascii="Georgia" w:hAnsi="Georgia" w:eastAsia="Georgia"/>
          <w:sz w:val="23"/>
        </w:rPr>
        <w:t>If the old lattice had spent fifty-one years calibrated under active setting support, changing that relationship during replacement could create a large functional discontinuity.</w:t>
      </w:r>
    </w:p>
    <w:p>
      <w:r>
        <w:rPr>
          <w:rFonts w:ascii="Georgia" w:hAnsi="Georgia" w:eastAsia="Georgia"/>
          <w:sz w:val="23"/>
        </w:rPr>
        <w:t>If it had originally been calibrated mechanically before setting support returned, Path B more closely reproduced its known developmental sequence.</w:t>
      </w:r>
    </w:p>
    <w:p>
      <w:r>
        <w:rPr>
          <w:rFonts w:ascii="Georgia" w:hAnsi="Georgia" w:eastAsia="Georgia"/>
          <w:sz w:val="23"/>
        </w:rPr>
        <w:t>Three records said Path A.</w:t>
      </w:r>
    </w:p>
    <w:p>
      <w:r>
        <w:rPr>
          <w:rFonts w:ascii="Georgia" w:hAnsi="Georgia" w:eastAsia="Georgia"/>
          <w:sz w:val="23"/>
        </w:rPr>
        <w:t>One source phrase remained ambiguous.</w:t>
      </w:r>
    </w:p>
    <w:p>
      <w:r>
        <w:rPr>
          <w:rFonts w:ascii="Georgia" w:hAnsi="Georgia" w:eastAsia="Georgia"/>
          <w:sz w:val="23"/>
        </w:rPr>
        <w:t>“What is the consequence if we choose wrong?” Aster asked.</w:t>
      </w:r>
    </w:p>
    <w:p>
      <w:r>
        <w:rPr>
          <w:rFonts w:ascii="Georgia" w:hAnsi="Georgia" w:eastAsia="Georgia"/>
          <w:sz w:val="23"/>
        </w:rPr>
        <w:t>Renn answered.</w:t>
      </w:r>
    </w:p>
    <w:p>
      <w:r>
        <w:rPr>
          <w:rFonts w:ascii="Georgia" w:hAnsi="Georgia" w:eastAsia="Georgia"/>
          <w:sz w:val="23"/>
        </w:rPr>
        <w:t>“Most likely, several days of recalibration and shoulder instability. Less likely, a transient motor-position error. Worst credible case, the new lattice and setting-linked support oppose each other strongly enough that we have to stop and recommission under the other sequence.”</w:t>
      </w:r>
    </w:p>
    <w:p>
      <w:r>
        <w:rPr>
          <w:rFonts w:ascii="Georgia" w:hAnsi="Georgia" w:eastAsia="Georgia"/>
          <w:sz w:val="23"/>
        </w:rPr>
        <w:t>“Permanent?”</w:t>
      </w:r>
    </w:p>
    <w:p>
      <w:r>
        <w:rPr>
          <w:rFonts w:ascii="Georgia" w:hAnsi="Georgia" w:eastAsia="Georgia"/>
          <w:sz w:val="23"/>
        </w:rPr>
        <w:t>“Not expected.”</w:t>
      </w:r>
    </w:p>
    <w:p>
      <w:r>
        <w:rPr>
          <w:rFonts w:ascii="Georgia" w:hAnsi="Georgia" w:eastAsia="Georgia"/>
          <w:sz w:val="23"/>
        </w:rPr>
        <w:t>“Expected is doing work.”</w:t>
      </w:r>
    </w:p>
    <w:p>
      <w:r>
        <w:rPr>
          <w:rFonts w:ascii="Georgia" w:hAnsi="Georgia" w:eastAsia="Georgia"/>
          <w:sz w:val="23"/>
        </w:rPr>
        <w:t>“Yes.”</w:t>
      </w:r>
    </w:p>
    <w:p>
      <w:r>
        <w:rPr>
          <w:rFonts w:ascii="Georgia" w:hAnsi="Georgia" w:eastAsia="Georgia"/>
          <w:sz w:val="23"/>
        </w:rPr>
        <w:t>Aster looked at me.</w:t>
      </w:r>
    </w:p>
    <w:p>
      <w:r>
        <w:rPr>
          <w:rFonts w:ascii="Georgia" w:hAnsi="Georgia" w:eastAsia="Georgia"/>
          <w:sz w:val="23"/>
        </w:rPr>
        <w:t>“You have a third path.”</w:t>
      </w:r>
    </w:p>
    <w:p>
      <w:r>
        <w:rPr>
          <w:rFonts w:ascii="Georgia" w:hAnsi="Georgia" w:eastAsia="Georgia"/>
          <w:sz w:val="23"/>
        </w:rPr>
        <w:t>“I have not said that.”</w:t>
      </w:r>
    </w:p>
    <w:p>
      <w:r>
        <w:rPr>
          <w:rFonts w:ascii="Georgia" w:hAnsi="Georgia" w:eastAsia="Georgia"/>
          <w:sz w:val="23"/>
        </w:rPr>
        <w:t>“You are looking at my shoulder like it is a bridge.”</w:t>
      </w:r>
    </w:p>
    <w:p>
      <w:r>
        <w:rPr>
          <w:rFonts w:ascii="Georgia" w:hAnsi="Georgia" w:eastAsia="Georgia"/>
          <w:sz w:val="23"/>
        </w:rPr>
        <w:t>“It is carrying load.”</w:t>
      </w:r>
    </w:p>
    <w:p>
      <w:r>
        <w:rPr>
          <w:rFonts w:ascii="Georgia" w:hAnsi="Georgia" w:eastAsia="Georgia"/>
          <w:sz w:val="23"/>
        </w:rPr>
        <w:t>“You are still looking at it like one.”</w:t>
      </w:r>
    </w:p>
    <w:p>
      <w:r>
        <w:rPr>
          <w:rFonts w:ascii="Georgia" w:hAnsi="Georgia" w:eastAsia="Georgia"/>
          <w:sz w:val="23"/>
        </w:rPr>
        <w:t>It was not.</w:t>
      </w:r>
    </w:p>
    <w:p>
      <w:pPr>
        <w:spacing w:before="80" w:after="80"/>
        <w:jc w:val="center"/>
      </w:pPr>
      <w:r>
        <w:rPr>
          <w:rFonts w:ascii="Georgia" w:hAnsi="Georgia" w:eastAsia="Georgia"/>
          <w:sz w:val="23"/>
        </w:rPr>
        <w:t>§</w:t>
      </w:r>
    </w:p>
    <w:p>
      <w:r>
        <w:rPr>
          <w:rFonts w:ascii="Georgia" w:hAnsi="Georgia" w:eastAsia="Georgia"/>
          <w:sz w:val="23"/>
        </w:rPr>
        <w:t>The physical problem was simpler than the record problem.</w:t>
      </w:r>
    </w:p>
    <w:p>
      <w:r>
        <w:rPr>
          <w:rFonts w:ascii="Georgia" w:hAnsi="Georgia" w:eastAsia="Georgia"/>
          <w:sz w:val="23"/>
        </w:rPr>
        <w:t>That helped.</w:t>
      </w:r>
    </w:p>
    <w:p>
      <w:r>
        <w:rPr>
          <w:rFonts w:ascii="Georgia" w:hAnsi="Georgia" w:eastAsia="Georgia"/>
          <w:sz w:val="23"/>
        </w:rPr>
        <w:t>The cracked anchor carried approximately twenty-two percent of peak posterior scapular stabilization load during overhead reach.</w:t>
      </w:r>
    </w:p>
    <w:p>
      <w:r>
        <w:rPr>
          <w:rFonts w:ascii="Georgia" w:hAnsi="Georgia" w:eastAsia="Georgia"/>
          <w:sz w:val="23"/>
        </w:rPr>
        <w:t>At rest, less than six percent.</w:t>
      </w:r>
    </w:p>
    <w:p>
      <w:r>
        <w:rPr>
          <w:rFonts w:ascii="Georgia" w:hAnsi="Georgia" w:eastAsia="Georgia"/>
          <w:sz w:val="23"/>
        </w:rPr>
        <w:t>The remaining lattice was sound.</w:t>
      </w:r>
    </w:p>
    <w:p>
      <w:r>
        <w:rPr>
          <w:rFonts w:ascii="Georgia" w:hAnsi="Georgia" w:eastAsia="Georgia"/>
          <w:sz w:val="23"/>
        </w:rPr>
        <w:t>The setting sat anterior and superior to the primary lattice plane.</w:t>
      </w:r>
    </w:p>
    <w:p>
      <w:r>
        <w:rPr>
          <w:rFonts w:ascii="Georgia" w:hAnsi="Georgia" w:eastAsia="Georgia"/>
          <w:sz w:val="23"/>
        </w:rPr>
        <w:t>The two systems interacted through Aster’s body and controller, not through a shared mechanical component.</w:t>
      </w:r>
    </w:p>
    <w:p>
      <w:r>
        <w:rPr>
          <w:rFonts w:ascii="Georgia" w:hAnsi="Georgia" w:eastAsia="Georgia"/>
          <w:sz w:val="23"/>
        </w:rPr>
        <w:t>I asked for the imaging model.</w:t>
      </w:r>
    </w:p>
    <w:p>
      <w:r>
        <w:rPr>
          <w:rFonts w:ascii="Georgia" w:hAnsi="Georgia" w:eastAsia="Georgia"/>
          <w:sz w:val="23"/>
        </w:rPr>
        <w:t>Renn sent it.</w:t>
      </w:r>
    </w:p>
    <w:p>
      <w:r>
        <w:rPr>
          <w:rFonts w:ascii="Georgia" w:hAnsi="Georgia" w:eastAsia="Georgia"/>
          <w:sz w:val="23"/>
        </w:rPr>
        <w:t>I rotated the scapula representation until the failed anchor faced me.</w:t>
      </w:r>
    </w:p>
    <w:p>
      <w:r>
        <w:rPr>
          <w:rFonts w:ascii="Georgia" w:hAnsi="Georgia" w:eastAsia="Georgia"/>
          <w:sz w:val="23"/>
        </w:rPr>
        <w:t>A temporary external frame could unload the posterior anchor without changing either the setting state or the lattice calibration.</w:t>
      </w:r>
    </w:p>
    <w:p>
      <w:r>
        <w:rPr>
          <w:rFonts w:ascii="Georgia" w:hAnsi="Georgia" w:eastAsia="Georgia"/>
          <w:sz w:val="23"/>
        </w:rPr>
        <w:t>Not a sling.</w:t>
      </w:r>
    </w:p>
    <w:p>
      <w:r>
        <w:rPr>
          <w:rFonts w:ascii="Georgia" w:hAnsi="Georgia" w:eastAsia="Georgia"/>
          <w:sz w:val="23"/>
        </w:rPr>
        <w:t>A rigid three-point brace from upper thorax to humeral cuff, with a floating scapular support pad that followed Aster’s current resting geometry.</w:t>
      </w:r>
    </w:p>
    <w:p>
      <w:r>
        <w:rPr>
          <w:rFonts w:ascii="Georgia" w:hAnsi="Georgia" w:eastAsia="Georgia"/>
          <w:sz w:val="23"/>
        </w:rPr>
        <w:t>Renn saw it before I finished drawing.</w:t>
      </w:r>
    </w:p>
    <w:p>
      <w:r>
        <w:rPr>
          <w:rFonts w:ascii="Georgia" w:hAnsi="Georgia" w:eastAsia="Georgia"/>
          <w:sz w:val="23"/>
        </w:rPr>
        <w:t>“You want to preserve current load while we replace the anchor.”</w:t>
      </w:r>
    </w:p>
    <w:p>
      <w:r>
        <w:rPr>
          <w:rFonts w:ascii="Georgia" w:hAnsi="Georgia" w:eastAsia="Georgia"/>
          <w:sz w:val="23"/>
        </w:rPr>
        <w:t>“Yes.”</w:t>
      </w:r>
    </w:p>
    <w:p>
      <w:r>
        <w:rPr>
          <w:rFonts w:ascii="Georgia" w:hAnsi="Georgia" w:eastAsia="Georgia"/>
          <w:sz w:val="23"/>
        </w:rPr>
        <w:t>“Then calibrate after the mechanical replacement is stable.”</w:t>
      </w:r>
    </w:p>
    <w:p>
      <w:r>
        <w:rPr>
          <w:rFonts w:ascii="Georgia" w:hAnsi="Georgia" w:eastAsia="Georgia"/>
          <w:sz w:val="23"/>
        </w:rPr>
        <w:t>“Not yet.”</w:t>
      </w:r>
    </w:p>
    <w:p>
      <w:r>
        <w:rPr>
          <w:rFonts w:ascii="Georgia" w:hAnsi="Georgia" w:eastAsia="Georgia"/>
          <w:sz w:val="23"/>
        </w:rPr>
        <w:t>“What are you waiting for?”</w:t>
      </w:r>
    </w:p>
    <w:p>
      <w:r>
        <w:rPr>
          <w:rFonts w:ascii="Georgia" w:hAnsi="Georgia" w:eastAsia="Georgia"/>
          <w:sz w:val="23"/>
        </w:rPr>
        <w:t>“I want the procedure to remain safe if the historical sequence is A or B.”</w:t>
      </w:r>
    </w:p>
    <w:p>
      <w:r>
        <w:rPr>
          <w:rFonts w:ascii="Georgia" w:hAnsi="Georgia" w:eastAsia="Georgia"/>
          <w:sz w:val="23"/>
        </w:rPr>
        <w:t>Aster said, “That sounds like a third path.”</w:t>
      </w:r>
    </w:p>
    <w:p>
      <w:r>
        <w:rPr>
          <w:rFonts w:ascii="Georgia" w:hAnsi="Georgia" w:eastAsia="Georgia"/>
          <w:sz w:val="23"/>
        </w:rPr>
        <w:t>“Yes.”</w:t>
      </w:r>
    </w:p>
    <w:p>
      <w:r>
        <w:rPr>
          <w:rFonts w:ascii="Georgia" w:hAnsi="Georgia" w:eastAsia="Georgia"/>
          <w:sz w:val="23"/>
        </w:rPr>
        <w:t>Miren smiled without showing teeth.</w:t>
      </w:r>
    </w:p>
    <w:p>
      <w:r>
        <w:rPr>
          <w:rFonts w:ascii="Georgia" w:hAnsi="Georgia" w:eastAsia="Georgia"/>
          <w:sz w:val="23"/>
        </w:rPr>
        <w:t>I disliked that she had been waiting.</w:t>
      </w:r>
    </w:p>
    <w:p>
      <w:r>
        <w:rPr>
          <w:rFonts w:ascii="Georgia" w:hAnsi="Georgia" w:eastAsia="Georgia"/>
          <w:sz w:val="23"/>
        </w:rPr>
        <w:t>The frame would do three things.</w:t>
      </w:r>
    </w:p>
    <w:p>
      <w:r>
        <w:rPr>
          <w:rFonts w:ascii="Georgia" w:hAnsi="Georgia" w:eastAsia="Georgia"/>
          <w:sz w:val="23"/>
        </w:rPr>
        <w:t>First, carry the failed anchor’s load during removal.</w:t>
      </w:r>
    </w:p>
    <w:p>
      <w:r>
        <w:rPr>
          <w:rFonts w:ascii="Georgia" w:hAnsi="Georgia" w:eastAsia="Georgia"/>
          <w:sz w:val="23"/>
        </w:rPr>
        <w:t>Second, preserve Aster’s current shoulder position while the new lattice remained uncalibrated.</w:t>
      </w:r>
    </w:p>
    <w:p>
      <w:r>
        <w:rPr>
          <w:rFonts w:ascii="Georgia" w:hAnsi="Georgia" w:eastAsia="Georgia"/>
          <w:sz w:val="23"/>
        </w:rPr>
        <w:t>Third, give us time after mechanical seating to let whichever support system was active remain at its current stable baseline before calibration.</w:t>
      </w:r>
    </w:p>
    <w:p>
      <w:r>
        <w:rPr>
          <w:rFonts w:ascii="Georgia" w:hAnsi="Georgia" w:eastAsia="Georgia"/>
          <w:sz w:val="23"/>
        </w:rPr>
        <w:t>We would not reproduce the old sequence.</w:t>
      </w:r>
    </w:p>
    <w:p>
      <w:r>
        <w:rPr>
          <w:rFonts w:ascii="Georgia" w:hAnsi="Georgia" w:eastAsia="Georgia"/>
          <w:sz w:val="23"/>
        </w:rPr>
        <w:t>We would avoid depending on knowing it.</w:t>
      </w:r>
    </w:p>
    <w:p>
      <w:r>
        <w:rPr>
          <w:rFonts w:ascii="Georgia" w:hAnsi="Georgia" w:eastAsia="Georgia"/>
          <w:sz w:val="23"/>
        </w:rPr>
        <w:t>Renn studied the model.</w:t>
      </w:r>
    </w:p>
    <w:p>
      <w:r>
        <w:rPr>
          <w:rFonts w:ascii="Georgia" w:hAnsi="Georgia" w:eastAsia="Georgia"/>
          <w:sz w:val="23"/>
        </w:rPr>
        <w:t>“You are adding ninety minutes.”</w:t>
      </w:r>
    </w:p>
    <w:p>
      <w:r>
        <w:rPr>
          <w:rFonts w:ascii="Georgia" w:hAnsi="Georgia" w:eastAsia="Georgia"/>
          <w:sz w:val="23"/>
        </w:rPr>
        <w:t>“Approximately.”</w:t>
      </w:r>
    </w:p>
    <w:p>
      <w:r>
        <w:rPr>
          <w:rFonts w:ascii="Georgia" w:hAnsi="Georgia" w:eastAsia="Georgia"/>
          <w:sz w:val="23"/>
        </w:rPr>
        <w:t>“Operating time.”</w:t>
      </w:r>
    </w:p>
    <w:p>
      <w:r>
        <w:rPr>
          <w:rFonts w:ascii="Georgia" w:hAnsi="Georgia" w:eastAsia="Georgia"/>
          <w:sz w:val="23"/>
        </w:rPr>
        <w:t>“Brace fitting occurs before incision.”</w:t>
      </w:r>
    </w:p>
    <w:p>
      <w:r>
        <w:rPr>
          <w:rFonts w:ascii="Georgia" w:hAnsi="Georgia" w:eastAsia="Georgia"/>
          <w:sz w:val="23"/>
        </w:rPr>
        <w:t>“Forty minutes operating time.”</w:t>
      </w:r>
    </w:p>
    <w:p>
      <w:r>
        <w:rPr>
          <w:rFonts w:ascii="Georgia" w:hAnsi="Georgia" w:eastAsia="Georgia"/>
          <w:sz w:val="23"/>
        </w:rPr>
        <w:t>“Yes.”</w:t>
      </w:r>
    </w:p>
    <w:p>
      <w:r>
        <w:rPr>
          <w:rFonts w:ascii="Georgia" w:hAnsi="Georgia" w:eastAsia="Georgia"/>
          <w:sz w:val="23"/>
        </w:rPr>
        <w:t>“More bleeding.”</w:t>
      </w:r>
    </w:p>
    <w:p>
      <w:r>
        <w:rPr>
          <w:rFonts w:ascii="Georgia" w:hAnsi="Georgia" w:eastAsia="Georgia"/>
          <w:sz w:val="23"/>
        </w:rPr>
        <w:t>“Some.”</w:t>
      </w:r>
    </w:p>
    <w:p>
      <w:r>
        <w:rPr>
          <w:rFonts w:ascii="Georgia" w:hAnsi="Georgia" w:eastAsia="Georgia"/>
          <w:sz w:val="23"/>
        </w:rPr>
        <w:t>“More anesthesia.”</w:t>
      </w:r>
    </w:p>
    <w:p>
      <w:r>
        <w:rPr>
          <w:rFonts w:ascii="Georgia" w:hAnsi="Georgia" w:eastAsia="Georgia"/>
          <w:sz w:val="23"/>
        </w:rPr>
        <w:t>“Yes.”</w:t>
      </w:r>
    </w:p>
    <w:p>
      <w:r>
        <w:rPr>
          <w:rFonts w:ascii="Georgia" w:hAnsi="Georgia" w:eastAsia="Georgia"/>
          <w:sz w:val="23"/>
        </w:rPr>
        <w:t>Aster looked at Renn.</w:t>
      </w:r>
    </w:p>
    <w:p>
      <w:r>
        <w:rPr>
          <w:rFonts w:ascii="Georgia" w:hAnsi="Georgia" w:eastAsia="Georgia"/>
          <w:sz w:val="23"/>
        </w:rPr>
        <w:t>“How much more risk?”</w:t>
      </w:r>
    </w:p>
    <w:p>
      <w:r>
        <w:rPr>
          <w:rFonts w:ascii="Georgia" w:hAnsi="Georgia" w:eastAsia="Georgia"/>
          <w:sz w:val="23"/>
        </w:rPr>
        <w:t>Renn did not simplify.</w:t>
      </w:r>
    </w:p>
    <w:p>
      <w:r>
        <w:rPr>
          <w:rFonts w:ascii="Georgia" w:hAnsi="Georgia" w:eastAsia="Georgia"/>
          <w:sz w:val="23"/>
        </w:rPr>
        <w:t>“Small but real. Increased wound time. Slightly higher infection exposure. More fatigue on the remaining anchors while the temporary frame takes load. The benefit is that we do not have to choose an integration history we cannot actually establish.”</w:t>
      </w:r>
    </w:p>
    <w:p>
      <w:r>
        <w:rPr>
          <w:rFonts w:ascii="Georgia" w:hAnsi="Georgia" w:eastAsia="Georgia"/>
          <w:sz w:val="23"/>
        </w:rPr>
        <w:t>Aster looked at me.</w:t>
      </w:r>
    </w:p>
    <w:p>
      <w:r>
        <w:rPr>
          <w:rFonts w:ascii="Georgia" w:hAnsi="Georgia" w:eastAsia="Georgia"/>
          <w:sz w:val="23"/>
        </w:rPr>
        <w:t>“Can you build it before eleven?”</w:t>
      </w:r>
    </w:p>
    <w:p>
      <w:r>
        <w:rPr>
          <w:rFonts w:ascii="Georgia" w:hAnsi="Georgia" w:eastAsia="Georgia"/>
          <w:sz w:val="23"/>
        </w:rPr>
        <w:t>“Yes.”</w:t>
      </w:r>
    </w:p>
    <w:p>
      <w:r>
        <w:rPr>
          <w:rFonts w:ascii="Georgia" w:hAnsi="Georgia" w:eastAsia="Georgia"/>
          <w:sz w:val="23"/>
        </w:rPr>
        <w:t>“You say that quickly.”</w:t>
      </w:r>
    </w:p>
    <w:p>
      <w:r>
        <w:rPr>
          <w:rFonts w:ascii="Georgia" w:hAnsi="Georgia" w:eastAsia="Georgia"/>
          <w:sz w:val="23"/>
        </w:rPr>
        <w:t>“I know how long metal takes.”</w:t>
      </w:r>
    </w:p>
    <w:p>
      <w:r>
        <w:rPr>
          <w:rFonts w:ascii="Georgia" w:hAnsi="Georgia" w:eastAsia="Georgia"/>
          <w:sz w:val="23"/>
        </w:rPr>
        <w:t>“Do you know how long I take?”</w:t>
      </w:r>
    </w:p>
    <w:p>
      <w:r>
        <w:rPr>
          <w:rFonts w:ascii="Georgia" w:hAnsi="Georgia" w:eastAsia="Georgia"/>
          <w:sz w:val="23"/>
        </w:rPr>
        <w:t>“No.”</w:t>
      </w:r>
    </w:p>
    <w:p>
      <w:r>
        <w:rPr>
          <w:rFonts w:ascii="Georgia" w:hAnsi="Georgia" w:eastAsia="Georgia"/>
          <w:sz w:val="23"/>
        </w:rPr>
        <w:t>She stood.</w:t>
      </w:r>
    </w:p>
    <w:p>
      <w:r>
        <w:rPr>
          <w:rFonts w:ascii="Georgia" w:hAnsi="Georgia" w:eastAsia="Georgia"/>
          <w:sz w:val="23"/>
        </w:rPr>
        <w:t>“Build it.”</w:t>
      </w:r>
    </w:p>
    <w:p>
      <w:pPr>
        <w:spacing w:before="80" w:after="80"/>
        <w:jc w:val="center"/>
      </w:pPr>
      <w:r>
        <w:rPr>
          <w:rFonts w:ascii="Georgia" w:hAnsi="Georgia" w:eastAsia="Georgia"/>
          <w:sz w:val="23"/>
        </w:rPr>
        <w:t>§</w:t>
      </w:r>
    </w:p>
    <w:p>
      <w:r>
        <w:rPr>
          <w:rFonts w:ascii="Georgia" w:hAnsi="Georgia" w:eastAsia="Georgia"/>
          <w:sz w:val="23"/>
        </w:rPr>
        <w:t>Physical work improved the morning.</w:t>
      </w:r>
    </w:p>
    <w:p>
      <w:r>
        <w:rPr>
          <w:rFonts w:ascii="Georgia" w:hAnsi="Georgia" w:eastAsia="Georgia"/>
          <w:sz w:val="23"/>
        </w:rPr>
        <w:t>Miren cleared the rear fabrication bench.</w:t>
      </w:r>
    </w:p>
    <w:p>
      <w:r>
        <w:rPr>
          <w:rFonts w:ascii="Georgia" w:hAnsi="Georgia" w:eastAsia="Georgia"/>
          <w:sz w:val="23"/>
        </w:rPr>
        <w:t>Aster sat on the fitting platform with her left arm supported at twenty-two degrees abduction.</w:t>
      </w:r>
    </w:p>
    <w:p>
      <w:r>
        <w:rPr>
          <w:rFonts w:ascii="Georgia" w:hAnsi="Georgia" w:eastAsia="Georgia"/>
          <w:sz w:val="23"/>
        </w:rPr>
        <w:t>I used a flexible thoracic reference strip to capture rib geometry without crossing the setting contact plane.</w:t>
      </w:r>
    </w:p>
    <w:p>
      <w:r>
        <w:rPr>
          <w:rFonts w:ascii="Georgia" w:hAnsi="Georgia" w:eastAsia="Georgia"/>
          <w:sz w:val="23"/>
        </w:rPr>
        <w:t>No imaging reconstruction alone.</w:t>
      </w:r>
    </w:p>
    <w:p>
      <w:r>
        <w:rPr>
          <w:rFonts w:ascii="Georgia" w:hAnsi="Georgia" w:eastAsia="Georgia"/>
          <w:sz w:val="23"/>
        </w:rPr>
        <w:t>I wanted the current body.</w:t>
      </w:r>
    </w:p>
    <w:p>
      <w:r>
        <w:rPr>
          <w:rFonts w:ascii="Georgia" w:hAnsi="Georgia" w:eastAsia="Georgia"/>
          <w:sz w:val="23"/>
        </w:rPr>
        <w:t>Breath changed the lower contact by four millimeters.</w:t>
      </w:r>
    </w:p>
    <w:p>
      <w:r>
        <w:rPr>
          <w:rFonts w:ascii="Georgia" w:hAnsi="Georgia" w:eastAsia="Georgia"/>
          <w:sz w:val="23"/>
        </w:rPr>
        <w:t>I built clearance for eight.</w:t>
      </w:r>
    </w:p>
    <w:p>
      <w:r>
        <w:rPr>
          <w:rFonts w:ascii="Georgia" w:hAnsi="Georgia" w:eastAsia="Georgia"/>
          <w:sz w:val="23"/>
        </w:rPr>
        <w:t>The humeral cuff took two fittings.</w:t>
      </w:r>
    </w:p>
    <w:p>
      <w:r>
        <w:rPr>
          <w:rFonts w:ascii="Georgia" w:hAnsi="Georgia" w:eastAsia="Georgia"/>
          <w:sz w:val="23"/>
        </w:rPr>
        <w:t>Aster rejected the first.</w:t>
      </w:r>
    </w:p>
    <w:p>
      <w:r>
        <w:rPr>
          <w:rFonts w:ascii="Georgia" w:hAnsi="Georgia" w:eastAsia="Georgia"/>
          <w:sz w:val="23"/>
        </w:rPr>
        <w:t>“Pinches when I rotate inward.”</w:t>
      </w:r>
    </w:p>
    <w:p>
      <w:r>
        <w:rPr>
          <w:rFonts w:ascii="Georgia" w:hAnsi="Georgia" w:eastAsia="Georgia"/>
          <w:sz w:val="23"/>
        </w:rPr>
        <w:t>“Where?”</w:t>
      </w:r>
    </w:p>
    <w:p>
      <w:r>
        <w:rPr>
          <w:rFonts w:ascii="Georgia" w:hAnsi="Georgia" w:eastAsia="Georgia"/>
          <w:sz w:val="23"/>
        </w:rPr>
        <w:t>She pointed with two fingers.</w:t>
      </w:r>
    </w:p>
    <w:p>
      <w:r>
        <w:rPr>
          <w:rFonts w:ascii="Georgia" w:hAnsi="Georgia" w:eastAsia="Georgia"/>
          <w:sz w:val="23"/>
        </w:rPr>
        <w:t>I relieved six millimeters.</w:t>
      </w:r>
    </w:p>
    <w:p>
      <w:r>
        <w:rPr>
          <w:rFonts w:ascii="Georgia" w:hAnsi="Georgia" w:eastAsia="Georgia"/>
          <w:sz w:val="23"/>
        </w:rPr>
        <w:t>“Again.”</w:t>
      </w:r>
    </w:p>
    <w:p>
      <w:r>
        <w:rPr>
          <w:rFonts w:ascii="Georgia" w:hAnsi="Georgia" w:eastAsia="Georgia"/>
          <w:sz w:val="23"/>
        </w:rPr>
        <w:t>She rotated.</w:t>
      </w:r>
    </w:p>
    <w:p>
      <w:r>
        <w:rPr>
          <w:rFonts w:ascii="Georgia" w:hAnsi="Georgia" w:eastAsia="Georgia"/>
          <w:sz w:val="23"/>
        </w:rPr>
        <w:t>“Still.”</w:t>
      </w:r>
    </w:p>
    <w:p>
      <w:r>
        <w:rPr>
          <w:rFonts w:ascii="Georgia" w:hAnsi="Georgia" w:eastAsia="Georgia"/>
          <w:sz w:val="23"/>
        </w:rPr>
        <w:t>“Same place?”</w:t>
      </w:r>
    </w:p>
    <w:p>
      <w:r>
        <w:rPr>
          <w:rFonts w:ascii="Georgia" w:hAnsi="Georgia" w:eastAsia="Georgia"/>
          <w:sz w:val="23"/>
        </w:rPr>
        <w:t>“Lower.”</w:t>
      </w:r>
    </w:p>
    <w:p>
      <w:r>
        <w:rPr>
          <w:rFonts w:ascii="Georgia" w:hAnsi="Georgia" w:eastAsia="Georgia"/>
          <w:sz w:val="23"/>
        </w:rPr>
        <w:t>I changed the cuff angle by three degrees and replaced the medial liner.</w:t>
      </w:r>
    </w:p>
    <w:p>
      <w:r>
        <w:rPr>
          <w:rFonts w:ascii="Georgia" w:hAnsi="Georgia" w:eastAsia="Georgia"/>
          <w:sz w:val="23"/>
        </w:rPr>
        <w:t>Third fitting.</w:t>
      </w:r>
    </w:p>
    <w:p>
      <w:r>
        <w:rPr>
          <w:rFonts w:ascii="Georgia" w:hAnsi="Georgia" w:eastAsia="Georgia"/>
          <w:sz w:val="23"/>
        </w:rPr>
        <w:t>She rotated farther than I asked.</w:t>
      </w:r>
    </w:p>
    <w:p>
      <w:r>
        <w:rPr>
          <w:rFonts w:ascii="Georgia" w:hAnsi="Georgia" w:eastAsia="Georgia"/>
          <w:sz w:val="23"/>
        </w:rPr>
        <w:t>“No pinch.”</w:t>
      </w:r>
    </w:p>
    <w:p>
      <w:r>
        <w:rPr>
          <w:rFonts w:ascii="Georgia" w:hAnsi="Georgia" w:eastAsia="Georgia"/>
          <w:sz w:val="23"/>
        </w:rPr>
        <w:t>“Stop there.”</w:t>
      </w:r>
    </w:p>
    <w:p>
      <w:r>
        <w:rPr>
          <w:rFonts w:ascii="Georgia" w:hAnsi="Georgia" w:eastAsia="Georgia"/>
          <w:sz w:val="23"/>
        </w:rPr>
        <w:t>“I can go farther.”</w:t>
      </w:r>
    </w:p>
    <w:p>
      <w:r>
        <w:rPr>
          <w:rFonts w:ascii="Georgia" w:hAnsi="Georgia" w:eastAsia="Georgia"/>
          <w:sz w:val="23"/>
        </w:rPr>
        <w:t>“The anchor cannot.”</w:t>
      </w:r>
    </w:p>
    <w:p>
      <w:r>
        <w:rPr>
          <w:rFonts w:ascii="Georgia" w:hAnsi="Georgia" w:eastAsia="Georgia"/>
          <w:sz w:val="23"/>
        </w:rPr>
        <w:t>She stopped.</w:t>
      </w:r>
    </w:p>
    <w:p>
      <w:r>
        <w:rPr>
          <w:rFonts w:ascii="Georgia" w:hAnsi="Georgia" w:eastAsia="Georgia"/>
          <w:sz w:val="23"/>
        </w:rPr>
        <w:t>The scapular pad was harder.</w:t>
      </w:r>
    </w:p>
    <w:p>
      <w:r>
        <w:rPr>
          <w:rFonts w:ascii="Georgia" w:hAnsi="Georgia" w:eastAsia="Georgia"/>
          <w:sz w:val="23"/>
        </w:rPr>
        <w:t>It needed to support without correcting.</w:t>
      </w:r>
    </w:p>
    <w:p>
      <w:r>
        <w:rPr>
          <w:rFonts w:ascii="Georgia" w:hAnsi="Georgia" w:eastAsia="Georgia"/>
          <w:sz w:val="23"/>
        </w:rPr>
        <w:t>A support that improved her resting geometry would change the system we were trying to preserve.</w:t>
      </w:r>
    </w:p>
    <w:p>
      <w:r>
        <w:rPr>
          <w:rFonts w:ascii="Georgia" w:hAnsi="Georgia" w:eastAsia="Georgia"/>
          <w:sz w:val="23"/>
        </w:rPr>
        <w:t>Miren watched the pressure map.</w:t>
      </w:r>
    </w:p>
    <w:p>
      <w:r>
        <w:rPr>
          <w:rFonts w:ascii="Georgia" w:hAnsi="Georgia" w:eastAsia="Georgia"/>
          <w:sz w:val="23"/>
        </w:rPr>
        <w:t>“Left edge is high.”</w:t>
      </w:r>
    </w:p>
    <w:p>
      <w:r>
        <w:rPr>
          <w:rFonts w:ascii="Georgia" w:hAnsi="Georgia" w:eastAsia="Georgia"/>
          <w:sz w:val="23"/>
        </w:rPr>
        <w:t>“I see it.”</w:t>
      </w:r>
    </w:p>
    <w:p>
      <w:r>
        <w:rPr>
          <w:rFonts w:ascii="Georgia" w:hAnsi="Georgia" w:eastAsia="Georgia"/>
          <w:sz w:val="23"/>
        </w:rPr>
        <w:t>“You are compensating for the dropped shoulder.”</w:t>
      </w:r>
    </w:p>
    <w:p>
      <w:r>
        <w:rPr>
          <w:rFonts w:ascii="Georgia" w:hAnsi="Georgia" w:eastAsia="Georgia"/>
          <w:sz w:val="23"/>
        </w:rPr>
        <w:t>“I am matching it.”</w:t>
      </w:r>
    </w:p>
    <w:p>
      <w:r>
        <w:rPr>
          <w:rFonts w:ascii="Georgia" w:hAnsi="Georgia" w:eastAsia="Georgia"/>
          <w:sz w:val="23"/>
        </w:rPr>
        <w:t>“That pad is lifting.”</w:t>
      </w:r>
    </w:p>
    <w:p>
      <w:r>
        <w:rPr>
          <w:rFonts w:ascii="Georgia" w:hAnsi="Georgia" w:eastAsia="Georgia"/>
          <w:sz w:val="23"/>
        </w:rPr>
        <w:t>I looked again.</w:t>
      </w:r>
    </w:p>
    <w:p>
      <w:r>
        <w:rPr>
          <w:rFonts w:ascii="Georgia" w:hAnsi="Georgia" w:eastAsia="Georgia"/>
          <w:sz w:val="23"/>
        </w:rPr>
        <w:t>She was right.</w:t>
      </w:r>
    </w:p>
    <w:p>
      <w:r>
        <w:rPr>
          <w:rFonts w:ascii="Georgia" w:hAnsi="Georgia" w:eastAsia="Georgia"/>
          <w:sz w:val="23"/>
        </w:rPr>
        <w:t>Two millimeters of foam compression at the superior edge was enough to raise the scapula under load.</w:t>
      </w:r>
    </w:p>
    <w:p>
      <w:r>
        <w:rPr>
          <w:rFonts w:ascii="Georgia" w:hAnsi="Georgia" w:eastAsia="Georgia"/>
          <w:sz w:val="23"/>
        </w:rPr>
        <w:t>I had built a correction into a preservation device.</w:t>
      </w:r>
    </w:p>
    <w:p>
      <w:r>
        <w:rPr>
          <w:rFonts w:ascii="Georgia" w:hAnsi="Georgia" w:eastAsia="Georgia"/>
          <w:sz w:val="23"/>
        </w:rPr>
        <w:t>I removed the pad.</w:t>
      </w:r>
    </w:p>
    <w:p>
      <w:r>
        <w:rPr>
          <w:rFonts w:ascii="Georgia" w:hAnsi="Georgia" w:eastAsia="Georgia"/>
          <w:sz w:val="23"/>
        </w:rPr>
        <w:t>Aster said, “What did you do?”</w:t>
      </w:r>
    </w:p>
    <w:p>
      <w:r>
        <w:rPr>
          <w:rFonts w:ascii="Georgia" w:hAnsi="Georgia" w:eastAsia="Georgia"/>
          <w:sz w:val="23"/>
        </w:rPr>
        <w:t>“Made it better.”</w:t>
      </w:r>
    </w:p>
    <w:p>
      <w:r>
        <w:rPr>
          <w:rFonts w:ascii="Georgia" w:hAnsi="Georgia" w:eastAsia="Georgia"/>
          <w:sz w:val="23"/>
        </w:rPr>
        <w:t>“That sounds bad when you say it.”</w:t>
      </w:r>
    </w:p>
    <w:p>
      <w:r>
        <w:rPr>
          <w:rFonts w:ascii="Georgia" w:hAnsi="Georgia" w:eastAsia="Georgia"/>
          <w:sz w:val="23"/>
        </w:rPr>
        <w:t>“It was wrong.”</w:t>
      </w:r>
    </w:p>
    <w:p>
      <w:r>
        <w:rPr>
          <w:rFonts w:ascii="Georgia" w:hAnsi="Georgia" w:eastAsia="Georgia"/>
          <w:sz w:val="23"/>
        </w:rPr>
        <w:t>“Why?”</w:t>
      </w:r>
    </w:p>
    <w:p>
      <w:r>
        <w:rPr>
          <w:rFonts w:ascii="Georgia" w:hAnsi="Georgia" w:eastAsia="Georgia"/>
          <w:sz w:val="23"/>
        </w:rPr>
        <w:t>“Your shoulder is low. I built the pad toward where I thought it should sit instead of where it currently carries load.”</w:t>
      </w:r>
    </w:p>
    <w:p>
      <w:r>
        <w:rPr>
          <w:rFonts w:ascii="Georgia" w:hAnsi="Georgia" w:eastAsia="Georgia"/>
          <w:sz w:val="23"/>
        </w:rPr>
        <w:t>Aster looked at Miren.</w:t>
      </w:r>
    </w:p>
    <w:p>
      <w:r>
        <w:rPr>
          <w:rFonts w:ascii="Georgia" w:hAnsi="Georgia" w:eastAsia="Georgia"/>
          <w:sz w:val="23"/>
        </w:rPr>
        <w:t>“He admits things faster when there are tools involved.”</w:t>
      </w:r>
    </w:p>
    <w:p>
      <w:r>
        <w:rPr>
          <w:rFonts w:ascii="Georgia" w:hAnsi="Georgia" w:eastAsia="Georgia"/>
          <w:sz w:val="23"/>
        </w:rPr>
        <w:t>“Yes.”</w:t>
      </w:r>
    </w:p>
    <w:p>
      <w:r>
        <w:rPr>
          <w:rFonts w:ascii="Georgia" w:hAnsi="Georgia" w:eastAsia="Georgia"/>
          <w:sz w:val="23"/>
        </w:rPr>
        <w:t>I cut a new pad.</w:t>
      </w:r>
    </w:p>
    <w:p>
      <w:r>
        <w:rPr>
          <w:rFonts w:ascii="Georgia" w:hAnsi="Georgia" w:eastAsia="Georgia"/>
          <w:sz w:val="23"/>
        </w:rPr>
        <w:t>No corrective wedge.</w:t>
      </w:r>
    </w:p>
    <w:p>
      <w:r>
        <w:rPr>
          <w:rFonts w:ascii="Georgia" w:hAnsi="Georgia" w:eastAsia="Georgia"/>
          <w:sz w:val="23"/>
        </w:rPr>
        <w:t>No symmetry target.</w:t>
      </w:r>
    </w:p>
    <w:p>
      <w:r>
        <w:rPr>
          <w:rFonts w:ascii="Georgia" w:hAnsi="Georgia" w:eastAsia="Georgia"/>
          <w:sz w:val="23"/>
        </w:rPr>
        <w:t>Current geometry only.</w:t>
      </w:r>
    </w:p>
    <w:p>
      <w:r>
        <w:rPr>
          <w:rFonts w:ascii="Georgia" w:hAnsi="Georgia" w:eastAsia="Georgia"/>
          <w:sz w:val="23"/>
        </w:rPr>
        <w:t>Meya would have understood the error before I did.</w:t>
      </w:r>
    </w:p>
    <w:p>
      <w:r>
        <w:rPr>
          <w:rFonts w:ascii="Georgia" w:hAnsi="Georgia" w:eastAsia="Georgia"/>
          <w:sz w:val="23"/>
        </w:rPr>
        <w:t>Not because she knew shoulder braces.</w:t>
      </w:r>
    </w:p>
    <w:p>
      <w:r>
        <w:rPr>
          <w:rFonts w:ascii="Georgia" w:hAnsi="Georgia" w:eastAsia="Georgia"/>
          <w:sz w:val="23"/>
        </w:rPr>
        <w:t>Because I had once tried to improve the map instead of preserving where the person actually was.</w:t>
      </w:r>
    </w:p>
    <w:p>
      <w:r>
        <w:rPr>
          <w:rFonts w:ascii="Georgia" w:hAnsi="Georgia" w:eastAsia="Georgia"/>
          <w:sz w:val="23"/>
        </w:rPr>
        <w:t>The new pad distributed load within six percent across the three intended zones.</w:t>
      </w:r>
    </w:p>
    <w:p>
      <w:r>
        <w:rPr>
          <w:rFonts w:ascii="Georgia" w:hAnsi="Georgia" w:eastAsia="Georgia"/>
          <w:sz w:val="23"/>
        </w:rPr>
        <w:t>Aster breathed.</w:t>
      </w:r>
    </w:p>
    <w:p>
      <w:r>
        <w:rPr>
          <w:rFonts w:ascii="Georgia" w:hAnsi="Georgia" w:eastAsia="Georgia"/>
          <w:sz w:val="23"/>
        </w:rPr>
        <w:t>Rotated four degrees.</w:t>
      </w:r>
    </w:p>
    <w:p>
      <w:r>
        <w:rPr>
          <w:rFonts w:ascii="Georgia" w:hAnsi="Georgia" w:eastAsia="Georgia"/>
          <w:sz w:val="23"/>
        </w:rPr>
        <w:t>Flexed the elbow.</w:t>
      </w:r>
    </w:p>
    <w:p>
      <w:r>
        <w:rPr>
          <w:rFonts w:ascii="Georgia" w:hAnsi="Georgia" w:eastAsia="Georgia"/>
          <w:sz w:val="23"/>
        </w:rPr>
        <w:t>No setting excursion.</w:t>
      </w:r>
    </w:p>
    <w:p>
      <w:r>
        <w:rPr>
          <w:rFonts w:ascii="Georgia" w:hAnsi="Georgia" w:eastAsia="Georgia"/>
          <w:sz w:val="23"/>
        </w:rPr>
        <w:t>No pain increase.</w:t>
      </w:r>
    </w:p>
    <w:p>
      <w:r>
        <w:rPr>
          <w:rFonts w:ascii="Georgia" w:hAnsi="Georgia" w:eastAsia="Georgia"/>
          <w:sz w:val="23"/>
        </w:rPr>
        <w:t>No scapular correction above measurement noise.</w:t>
      </w:r>
    </w:p>
    <w:p>
      <w:r>
        <w:rPr>
          <w:rFonts w:ascii="Georgia" w:hAnsi="Georgia" w:eastAsia="Georgia"/>
          <w:sz w:val="23"/>
        </w:rPr>
        <w:t>At 1017 the frame was ready.</w:t>
      </w:r>
    </w:p>
    <w:p>
      <w:r>
        <w:rPr>
          <w:rFonts w:ascii="Georgia" w:hAnsi="Georgia" w:eastAsia="Georgia"/>
          <w:sz w:val="23"/>
        </w:rPr>
        <w:t>Renn arrived to inspect it.</w:t>
      </w:r>
    </w:p>
    <w:p>
      <w:r>
        <w:rPr>
          <w:rFonts w:ascii="Georgia" w:hAnsi="Georgia" w:eastAsia="Georgia"/>
          <w:sz w:val="23"/>
        </w:rPr>
        <w:t>She pushed on the upper thoracic bar.</w:t>
      </w:r>
    </w:p>
    <w:p>
      <w:r>
        <w:rPr>
          <w:rFonts w:ascii="Georgia" w:hAnsi="Georgia" w:eastAsia="Georgia"/>
          <w:sz w:val="23"/>
        </w:rPr>
        <w:t>“Ugly.”</w:t>
      </w:r>
    </w:p>
    <w:p>
      <w:r>
        <w:rPr>
          <w:rFonts w:ascii="Georgia" w:hAnsi="Georgia" w:eastAsia="Georgia"/>
          <w:sz w:val="23"/>
        </w:rPr>
        <w:t>“Yes.”</w:t>
      </w:r>
    </w:p>
    <w:p>
      <w:r>
        <w:rPr>
          <w:rFonts w:ascii="Georgia" w:hAnsi="Georgia" w:eastAsia="Georgia"/>
          <w:sz w:val="23"/>
        </w:rPr>
        <w:t>“Single use.”</w:t>
      </w:r>
    </w:p>
    <w:p>
      <w:r>
        <w:rPr>
          <w:rFonts w:ascii="Georgia" w:hAnsi="Georgia" w:eastAsia="Georgia"/>
          <w:sz w:val="23"/>
        </w:rPr>
        <w:t>“Yes.”</w:t>
      </w:r>
    </w:p>
    <w:p>
      <w:r>
        <w:rPr>
          <w:rFonts w:ascii="Georgia" w:hAnsi="Georgia" w:eastAsia="Georgia"/>
          <w:sz w:val="23"/>
        </w:rPr>
        <w:t>“Overbuilt.”</w:t>
      </w:r>
    </w:p>
    <w:p>
      <w:r>
        <w:rPr>
          <w:rFonts w:ascii="Georgia" w:hAnsi="Georgia" w:eastAsia="Georgia"/>
          <w:sz w:val="23"/>
        </w:rPr>
        <w:t>“By eleven percent.”</w:t>
      </w:r>
    </w:p>
    <w:p>
      <w:r>
        <w:rPr>
          <w:rFonts w:ascii="Georgia" w:hAnsi="Georgia" w:eastAsia="Georgia"/>
          <w:sz w:val="23"/>
        </w:rPr>
        <w:t>“That was not praise.”</w:t>
      </w:r>
    </w:p>
    <w:p>
      <w:r>
        <w:rPr>
          <w:rFonts w:ascii="Georgia" w:hAnsi="Georgia" w:eastAsia="Georgia"/>
          <w:sz w:val="23"/>
        </w:rPr>
        <w:t>“It was measurable.”</w:t>
      </w:r>
    </w:p>
    <w:p>
      <w:r>
        <w:rPr>
          <w:rFonts w:ascii="Georgia" w:hAnsi="Georgia" w:eastAsia="Georgia"/>
          <w:sz w:val="23"/>
        </w:rPr>
        <w:t>Aster stood inside the frame.</w:t>
      </w:r>
    </w:p>
    <w:p>
      <w:r>
        <w:rPr>
          <w:rFonts w:ascii="Georgia" w:hAnsi="Georgia" w:eastAsia="Georgia"/>
          <w:sz w:val="23"/>
        </w:rPr>
        <w:t>“It looks like plumbing.”</w:t>
      </w:r>
    </w:p>
    <w:p>
      <w:r>
        <w:rPr>
          <w:rFonts w:ascii="Georgia" w:hAnsi="Georgia" w:eastAsia="Georgia"/>
          <w:sz w:val="23"/>
        </w:rPr>
        <w:t>“Plumbing is useful.”</w:t>
      </w:r>
    </w:p>
    <w:p>
      <w:r>
        <w:rPr>
          <w:rFonts w:ascii="Georgia" w:hAnsi="Georgia" w:eastAsia="Georgia"/>
          <w:sz w:val="23"/>
        </w:rPr>
        <w:t>“Ilyo would have painted it.”</w:t>
      </w:r>
    </w:p>
    <w:p>
      <w:r>
        <w:rPr>
          <w:rFonts w:ascii="Georgia" w:hAnsi="Georgia" w:eastAsia="Georgia"/>
          <w:sz w:val="23"/>
        </w:rPr>
        <w:t>“What color?” Miren asked.</w:t>
      </w:r>
    </w:p>
    <w:p>
      <w:r>
        <w:rPr>
          <w:rFonts w:ascii="Georgia" w:hAnsi="Georgia" w:eastAsia="Georgia"/>
          <w:sz w:val="23"/>
        </w:rPr>
        <w:t>“Yellow.”</w:t>
      </w:r>
    </w:p>
    <w:p>
      <w:r>
        <w:rPr>
          <w:rFonts w:ascii="Georgia" w:hAnsi="Georgia" w:eastAsia="Georgia"/>
          <w:sz w:val="23"/>
        </w:rPr>
        <w:t>“Why?”</w:t>
      </w:r>
    </w:p>
    <w:p>
      <w:r>
        <w:rPr>
          <w:rFonts w:ascii="Georgia" w:hAnsi="Georgia" w:eastAsia="Georgia"/>
          <w:sz w:val="23"/>
        </w:rPr>
        <w:t>“He painted every tool he thought somebody else might steal yellow.”</w:t>
      </w:r>
    </w:p>
    <w:p>
      <w:r>
        <w:rPr>
          <w:rFonts w:ascii="Georgia" w:hAnsi="Georgia" w:eastAsia="Georgia"/>
          <w:sz w:val="23"/>
        </w:rPr>
        <w:t>“Did it work?”</w:t>
      </w:r>
    </w:p>
    <w:p>
      <w:r>
        <w:rPr>
          <w:rFonts w:ascii="Georgia" w:hAnsi="Georgia" w:eastAsia="Georgia"/>
          <w:sz w:val="23"/>
        </w:rPr>
        <w:t>“No. It only made his stolen tools easier to recognize.”</w:t>
      </w:r>
    </w:p>
    <w:p>
      <w:r>
        <w:rPr>
          <w:rFonts w:ascii="Georgia" w:hAnsi="Georgia" w:eastAsia="Georgia"/>
          <w:sz w:val="23"/>
        </w:rPr>
        <w:t>Aster touched the upper frame with her right hand.</w:t>
      </w:r>
    </w:p>
    <w:p>
      <w:r>
        <w:rPr>
          <w:rFonts w:ascii="Georgia" w:hAnsi="Georgia" w:eastAsia="Georgia"/>
          <w:sz w:val="23"/>
        </w:rPr>
        <w:t>“He was not good at deterrence.”</w:t>
      </w:r>
    </w:p>
    <w:p>
      <w:pPr>
        <w:spacing w:before="80" w:after="80"/>
        <w:jc w:val="center"/>
      </w:pPr>
      <w:r>
        <w:rPr>
          <w:rFonts w:ascii="Georgia" w:hAnsi="Georgia" w:eastAsia="Georgia"/>
          <w:sz w:val="23"/>
        </w:rPr>
        <w:t>§</w:t>
      </w:r>
    </w:p>
    <w:p>
      <w:r>
        <w:rPr>
          <w:rFonts w:ascii="Georgia" w:hAnsi="Georgia" w:eastAsia="Georgia"/>
          <w:sz w:val="23"/>
        </w:rPr>
        <w:t>At 1106 the frame took load.</w:t>
      </w:r>
    </w:p>
    <w:p>
      <w:r>
        <w:rPr>
          <w:rFonts w:ascii="Georgia" w:hAnsi="Georgia" w:eastAsia="Georgia"/>
          <w:sz w:val="23"/>
        </w:rPr>
        <w:t>Aster lay on her right side with the left shoulder exposed through the surgical support window.</w:t>
      </w:r>
    </w:p>
    <w:p>
      <w:r>
        <w:rPr>
          <w:rFonts w:ascii="Georgia" w:hAnsi="Georgia" w:eastAsia="Georgia"/>
          <w:sz w:val="23"/>
        </w:rPr>
        <w:t>Setting remained at current baseline.</w:t>
      </w:r>
    </w:p>
    <w:p>
      <w:r>
        <w:rPr>
          <w:rFonts w:ascii="Georgia" w:hAnsi="Georgia" w:eastAsia="Georgia"/>
          <w:sz w:val="23"/>
        </w:rPr>
        <w:t>Lattice remained at current baseline.</w:t>
      </w:r>
    </w:p>
    <w:p>
      <w:r>
        <w:rPr>
          <w:rFonts w:ascii="Georgia" w:hAnsi="Georgia" w:eastAsia="Georgia"/>
          <w:sz w:val="23"/>
        </w:rPr>
        <w:t>No attempt to reproduce a fifty-one-year-old sequence.</w:t>
      </w:r>
    </w:p>
    <w:p>
      <w:r>
        <w:rPr>
          <w:rFonts w:ascii="Georgia" w:hAnsi="Georgia" w:eastAsia="Georgia"/>
          <w:sz w:val="23"/>
        </w:rPr>
        <w:t>Renn injected a test load through the frame.</w:t>
      </w:r>
    </w:p>
    <w:p>
      <w:r>
        <w:rPr>
          <w:rFonts w:ascii="Georgia" w:hAnsi="Georgia" w:eastAsia="Georgia"/>
          <w:sz w:val="23"/>
        </w:rPr>
        <w:t>Posterior anchor load fell from estimated twenty-two percent to three.</w:t>
      </w:r>
    </w:p>
    <w:p>
      <w:r>
        <w:rPr>
          <w:rFonts w:ascii="Georgia" w:hAnsi="Georgia" w:eastAsia="Georgia"/>
          <w:sz w:val="23"/>
        </w:rPr>
        <w:t>“Accept,” she said.</w:t>
      </w:r>
    </w:p>
    <w:p>
      <w:r>
        <w:rPr>
          <w:rFonts w:ascii="Georgia" w:hAnsi="Georgia" w:eastAsia="Georgia"/>
          <w:sz w:val="23"/>
        </w:rPr>
        <w:t>The anesthetist confirmed Aster’s block.</w:t>
      </w:r>
    </w:p>
    <w:p>
      <w:r>
        <w:rPr>
          <w:rFonts w:ascii="Georgia" w:hAnsi="Georgia" w:eastAsia="Georgia"/>
          <w:sz w:val="23"/>
        </w:rPr>
        <w:t>Aster remained lightly awake by preference.</w:t>
      </w:r>
    </w:p>
    <w:p>
      <w:r>
        <w:rPr>
          <w:rFonts w:ascii="Georgia" w:hAnsi="Georgia" w:eastAsia="Georgia"/>
          <w:sz w:val="23"/>
        </w:rPr>
        <w:t>“Can I hear you?” she asked.</w:t>
      </w:r>
    </w:p>
    <w:p>
      <w:r>
        <w:rPr>
          <w:rFonts w:ascii="Georgia" w:hAnsi="Georgia" w:eastAsia="Georgia"/>
          <w:sz w:val="23"/>
        </w:rPr>
        <w:t>“Yes,” Renn said.</w:t>
      </w:r>
    </w:p>
    <w:p>
      <w:r>
        <w:rPr>
          <w:rFonts w:ascii="Georgia" w:hAnsi="Georgia" w:eastAsia="Georgia"/>
          <w:sz w:val="23"/>
        </w:rPr>
        <w:t>“Do not narrate.”</w:t>
      </w:r>
    </w:p>
    <w:p>
      <w:r>
        <w:rPr>
          <w:rFonts w:ascii="Georgia" w:hAnsi="Georgia" w:eastAsia="Georgia"/>
          <w:sz w:val="23"/>
        </w:rPr>
        <w:t>“I was not planning to.”</w:t>
      </w:r>
    </w:p>
    <w:p>
      <w:r>
        <w:rPr>
          <w:rFonts w:ascii="Georgia" w:hAnsi="Georgia" w:eastAsia="Georgia"/>
          <w:sz w:val="23"/>
        </w:rPr>
        <w:t>“People plan badly around me.”</w:t>
      </w:r>
    </w:p>
    <w:p>
      <w:r>
        <w:rPr>
          <w:rFonts w:ascii="Georgia" w:hAnsi="Georgia" w:eastAsia="Georgia"/>
          <w:sz w:val="23"/>
        </w:rPr>
        <w:t>The incision began at 1114.</w:t>
      </w:r>
    </w:p>
    <w:p>
      <w:r>
        <w:rPr>
          <w:rFonts w:ascii="Georgia" w:hAnsi="Georgia" w:eastAsia="Georgia"/>
          <w:sz w:val="23"/>
        </w:rPr>
        <w:t>The cracked anchor exposed at 1127.</w:t>
      </w:r>
    </w:p>
    <w:p>
      <w:r>
        <w:rPr>
          <w:rFonts w:ascii="Georgia" w:hAnsi="Georgia" w:eastAsia="Georgia"/>
          <w:sz w:val="23"/>
        </w:rPr>
        <w:t>Renn showed me the magnified feed.</w:t>
      </w:r>
    </w:p>
    <w:p>
      <w:r>
        <w:rPr>
          <w:rFonts w:ascii="Georgia" w:hAnsi="Georgia" w:eastAsia="Georgia"/>
          <w:sz w:val="23"/>
        </w:rPr>
        <w:t>The fatigue line ran farther than imaging had predicted.</w:t>
      </w:r>
    </w:p>
    <w:p>
      <w:r>
        <w:rPr>
          <w:rFonts w:ascii="Georgia" w:hAnsi="Georgia" w:eastAsia="Georgia"/>
          <w:sz w:val="23"/>
        </w:rPr>
        <w:t>Forty-six percent of remaining section, not thirty-eight.</w:t>
      </w:r>
    </w:p>
    <w:p>
      <w:r>
        <w:rPr>
          <w:rFonts w:ascii="Georgia" w:hAnsi="Georgia" w:eastAsia="Georgia"/>
          <w:sz w:val="23"/>
        </w:rPr>
        <w:t>Still contained.</w:t>
      </w:r>
    </w:p>
    <w:p>
      <w:r>
        <w:rPr>
          <w:rFonts w:ascii="Georgia" w:hAnsi="Georgia" w:eastAsia="Georgia"/>
          <w:sz w:val="23"/>
        </w:rPr>
        <w:t>Still not fractured.</w:t>
      </w:r>
    </w:p>
    <w:p>
      <w:r>
        <w:rPr>
          <w:rFonts w:ascii="Georgia" w:hAnsi="Georgia" w:eastAsia="Georgia"/>
          <w:sz w:val="23"/>
        </w:rPr>
        <w:t>The mechanical problem had become slightly worse and no more mysterious.</w:t>
      </w:r>
    </w:p>
    <w:p>
      <w:r>
        <w:rPr>
          <w:rFonts w:ascii="Georgia" w:hAnsi="Georgia" w:eastAsia="Georgia"/>
          <w:sz w:val="23"/>
        </w:rPr>
        <w:t>Renn cut the old anchor at 1132.</w:t>
      </w:r>
    </w:p>
    <w:p>
      <w:r>
        <w:rPr>
          <w:rFonts w:ascii="Georgia" w:hAnsi="Georgia" w:eastAsia="Georgia"/>
          <w:sz w:val="23"/>
        </w:rPr>
        <w:t>The frame load increased.</w:t>
      </w:r>
    </w:p>
    <w:p>
      <w:r>
        <w:rPr>
          <w:rFonts w:ascii="Georgia" w:hAnsi="Georgia" w:eastAsia="Georgia"/>
          <w:sz w:val="23"/>
        </w:rPr>
        <w:t>Aster’s setting trace did not change beyond ordinary surgical noise.</w:t>
      </w:r>
    </w:p>
    <w:p>
      <w:r>
        <w:rPr>
          <w:rFonts w:ascii="Georgia" w:hAnsi="Georgia" w:eastAsia="Georgia"/>
          <w:sz w:val="23"/>
        </w:rPr>
        <w:t>At 1139 the old anchor came free.</w:t>
      </w:r>
    </w:p>
    <w:p>
      <w:r>
        <w:rPr>
          <w:rFonts w:ascii="Georgia" w:hAnsi="Georgia" w:eastAsia="Georgia"/>
          <w:sz w:val="23"/>
        </w:rPr>
        <w:t>At 1146 Renn seated the replacement.</w:t>
      </w:r>
    </w:p>
    <w:p>
      <w:r>
        <w:rPr>
          <w:rFonts w:ascii="Georgia" w:hAnsi="Georgia" w:eastAsia="Georgia"/>
          <w:sz w:val="23"/>
        </w:rPr>
        <w:t>Primary mechanical alignment first.</w:t>
      </w:r>
    </w:p>
    <w:p>
      <w:r>
        <w:rPr>
          <w:rFonts w:ascii="Georgia" w:hAnsi="Georgia" w:eastAsia="Georgia"/>
          <w:sz w:val="23"/>
        </w:rPr>
        <w:t>No adaptive calibration.</w:t>
      </w:r>
    </w:p>
    <w:p>
      <w:r>
        <w:rPr>
          <w:rFonts w:ascii="Georgia" w:hAnsi="Georgia" w:eastAsia="Georgia"/>
          <w:sz w:val="23"/>
        </w:rPr>
        <w:t>No setting change.</w:t>
      </w:r>
    </w:p>
    <w:p>
      <w:r>
        <w:rPr>
          <w:rFonts w:ascii="Georgia" w:hAnsi="Georgia" w:eastAsia="Georgia"/>
          <w:sz w:val="23"/>
        </w:rPr>
        <w:t>The new anchor carried static load correctly.</w:t>
      </w:r>
    </w:p>
    <w:p>
      <w:r>
        <w:rPr>
          <w:rFonts w:ascii="Georgia" w:hAnsi="Georgia" w:eastAsia="Georgia"/>
          <w:sz w:val="23"/>
        </w:rPr>
        <w:t>Then we waited.</w:t>
      </w:r>
    </w:p>
    <w:p>
      <w:r>
        <w:rPr>
          <w:rFonts w:ascii="Georgia" w:hAnsi="Georgia" w:eastAsia="Georgia"/>
          <w:sz w:val="23"/>
        </w:rPr>
        <w:t>That was the expensive part.</w:t>
      </w:r>
    </w:p>
    <w:p>
      <w:r>
        <w:rPr>
          <w:rFonts w:ascii="Georgia" w:hAnsi="Georgia" w:eastAsia="Georgia"/>
          <w:sz w:val="23"/>
        </w:rPr>
        <w:t>Twenty minutes of an operating room doing almost nothing while two systems remained where they already were.</w:t>
      </w:r>
    </w:p>
    <w:p>
      <w:r>
        <w:rPr>
          <w:rFonts w:ascii="Georgia" w:hAnsi="Georgia" w:eastAsia="Georgia"/>
          <w:sz w:val="23"/>
        </w:rPr>
        <w:t>At 1208 setting-linked support trace remained stable.</w:t>
      </w:r>
    </w:p>
    <w:p>
      <w:r>
        <w:rPr>
          <w:rFonts w:ascii="Georgia" w:hAnsi="Georgia" w:eastAsia="Georgia"/>
          <w:sz w:val="23"/>
        </w:rPr>
        <w:t>At 1211 lattice mechanical position remained stable.</w:t>
      </w:r>
    </w:p>
    <w:p>
      <w:r>
        <w:rPr>
          <w:rFonts w:ascii="Georgia" w:hAnsi="Georgia" w:eastAsia="Georgia"/>
          <w:sz w:val="23"/>
        </w:rPr>
        <w:t>Renn said, “We have enough.”</w:t>
      </w:r>
    </w:p>
    <w:p>
      <w:r>
        <w:rPr>
          <w:rFonts w:ascii="Georgia" w:hAnsi="Georgia" w:eastAsia="Georgia"/>
          <w:sz w:val="23"/>
        </w:rPr>
        <w:t>“For what?” Aster asked from behind the drape.</w:t>
      </w:r>
    </w:p>
    <w:p>
      <w:r>
        <w:rPr>
          <w:rFonts w:ascii="Georgia" w:hAnsi="Georgia" w:eastAsia="Georgia"/>
          <w:sz w:val="23"/>
        </w:rPr>
        <w:t>“To calibrate the new lattice against your current stable condition.”</w:t>
      </w:r>
    </w:p>
    <w:p>
      <w:r>
        <w:rPr>
          <w:rFonts w:ascii="Georgia" w:hAnsi="Georgia" w:eastAsia="Georgia"/>
          <w:sz w:val="23"/>
        </w:rPr>
        <w:t>“Not the old one.”</w:t>
      </w:r>
    </w:p>
    <w:p>
      <w:r>
        <w:rPr>
          <w:rFonts w:ascii="Georgia" w:hAnsi="Georgia" w:eastAsia="Georgia"/>
          <w:sz w:val="23"/>
        </w:rPr>
        <w:t>“No.”</w:t>
      </w:r>
    </w:p>
    <w:p>
      <w:r>
        <w:rPr>
          <w:rFonts w:ascii="Georgia" w:hAnsi="Georgia" w:eastAsia="Georgia"/>
          <w:sz w:val="23"/>
        </w:rPr>
        <w:t>“Because you never figured out the old order.”</w:t>
      </w:r>
    </w:p>
    <w:p>
      <w:r>
        <w:rPr>
          <w:rFonts w:ascii="Georgia" w:hAnsi="Georgia" w:eastAsia="Georgia"/>
          <w:sz w:val="23"/>
        </w:rPr>
        <w:t>“No.”</w:t>
      </w:r>
    </w:p>
    <w:p>
      <w:r>
        <w:rPr>
          <w:rFonts w:ascii="Georgia" w:hAnsi="Georgia" w:eastAsia="Georgia"/>
          <w:sz w:val="23"/>
        </w:rPr>
        <w:t>“Excellent.”</w:t>
      </w:r>
    </w:p>
    <w:p>
      <w:r>
        <w:rPr>
          <w:rFonts w:ascii="Georgia" w:hAnsi="Georgia" w:eastAsia="Georgia"/>
          <w:sz w:val="23"/>
        </w:rPr>
        <w:t>Renn looked at me.</w:t>
      </w:r>
    </w:p>
    <w:p>
      <w:r>
        <w:rPr>
          <w:rFonts w:ascii="Georgia" w:hAnsi="Georgia" w:eastAsia="Georgia"/>
          <w:sz w:val="23"/>
        </w:rPr>
        <w:t>I said nothing.</w:t>
      </w:r>
    </w:p>
    <w:p>
      <w:r>
        <w:rPr>
          <w:rFonts w:ascii="Georgia" w:hAnsi="Georgia" w:eastAsia="Georgia"/>
          <w:sz w:val="23"/>
        </w:rPr>
        <w:t>The calibration began.</w:t>
      </w:r>
    </w:p>
    <w:p>
      <w:r>
        <w:rPr>
          <w:rFonts w:ascii="Georgia" w:hAnsi="Georgia" w:eastAsia="Georgia"/>
          <w:sz w:val="23"/>
        </w:rPr>
        <w:t>The new lattice learned current scapular geometry under current setting support and current external frame load.</w:t>
      </w:r>
    </w:p>
    <w:p>
      <w:r>
        <w:rPr>
          <w:rFonts w:ascii="Georgia" w:hAnsi="Georgia" w:eastAsia="Georgia"/>
          <w:sz w:val="23"/>
        </w:rPr>
        <w:t>At thirty seconds the posterior support increased smoothly.</w:t>
      </w:r>
    </w:p>
    <w:p>
      <w:r>
        <w:rPr>
          <w:rFonts w:ascii="Georgia" w:hAnsi="Georgia" w:eastAsia="Georgia"/>
          <w:sz w:val="23"/>
        </w:rPr>
        <w:t>At forty-eight seconds Aster’s left fingers flexed.</w:t>
      </w:r>
    </w:p>
    <w:p>
      <w:r>
        <w:rPr>
          <w:rFonts w:ascii="Georgia" w:hAnsi="Georgia" w:eastAsia="Georgia"/>
          <w:sz w:val="23"/>
        </w:rPr>
        <w:t>Renn stopped.</w:t>
      </w:r>
    </w:p>
    <w:p>
      <w:r>
        <w:rPr>
          <w:rFonts w:ascii="Georgia" w:hAnsi="Georgia" w:eastAsia="Georgia"/>
          <w:sz w:val="23"/>
        </w:rPr>
        <w:t>“Why?” Aster asked.</w:t>
      </w:r>
    </w:p>
    <w:p>
      <w:r>
        <w:rPr>
          <w:rFonts w:ascii="Georgia" w:hAnsi="Georgia" w:eastAsia="Georgia"/>
          <w:sz w:val="23"/>
        </w:rPr>
        <w:t>“Movement.”</w:t>
      </w:r>
    </w:p>
    <w:p>
      <w:r>
        <w:rPr>
          <w:rFonts w:ascii="Georgia" w:hAnsi="Georgia" w:eastAsia="Georgia"/>
          <w:sz w:val="23"/>
        </w:rPr>
        <w:t>“I moved them.”</w:t>
      </w:r>
    </w:p>
    <w:p>
      <w:r>
        <w:rPr>
          <w:rFonts w:ascii="Georgia" w:hAnsi="Georgia" w:eastAsia="Georgia"/>
          <w:sz w:val="23"/>
        </w:rPr>
        <w:t>“Why?”</w:t>
      </w:r>
    </w:p>
    <w:p>
      <w:r>
        <w:rPr>
          <w:rFonts w:ascii="Georgia" w:hAnsi="Georgia" w:eastAsia="Georgia"/>
          <w:sz w:val="23"/>
        </w:rPr>
        <w:t>“Tingling.”</w:t>
      </w:r>
    </w:p>
    <w:p>
      <w:r>
        <w:rPr>
          <w:rFonts w:ascii="Georgia" w:hAnsi="Georgia" w:eastAsia="Georgia"/>
          <w:sz w:val="23"/>
        </w:rPr>
        <w:t>“Where?”</w:t>
      </w:r>
    </w:p>
    <w:p>
      <w:r>
        <w:rPr>
          <w:rFonts w:ascii="Georgia" w:hAnsi="Georgia" w:eastAsia="Georgia"/>
          <w:sz w:val="23"/>
        </w:rPr>
        <w:t>“Ring and little finger.”</w:t>
      </w:r>
    </w:p>
    <w:p>
      <w:r>
        <w:rPr>
          <w:rFonts w:ascii="Georgia" w:hAnsi="Georgia" w:eastAsia="Georgia"/>
          <w:sz w:val="23"/>
        </w:rPr>
        <w:t>Ulnar distribution.</w:t>
      </w:r>
    </w:p>
    <w:p>
      <w:r>
        <w:rPr>
          <w:rFonts w:ascii="Georgia" w:hAnsi="Georgia" w:eastAsia="Georgia"/>
          <w:sz w:val="23"/>
        </w:rPr>
        <w:t>Not Kaethe.</w:t>
      </w:r>
    </w:p>
    <w:p>
      <w:r>
        <w:rPr>
          <w:rFonts w:ascii="Georgia" w:hAnsi="Georgia" w:eastAsia="Georgia"/>
          <w:sz w:val="23"/>
        </w:rPr>
        <w:t>Renn checked the arm position.</w:t>
      </w:r>
    </w:p>
    <w:p>
      <w:r>
        <w:rPr>
          <w:rFonts w:ascii="Georgia" w:hAnsi="Georgia" w:eastAsia="Georgia"/>
          <w:sz w:val="23"/>
        </w:rPr>
        <w:t>The external frame cuff had shifted four millimeters after surgical draping.</w:t>
      </w:r>
    </w:p>
    <w:p>
      <w:r>
        <w:rPr>
          <w:rFonts w:ascii="Georgia" w:hAnsi="Georgia" w:eastAsia="Georgia"/>
          <w:sz w:val="23"/>
        </w:rPr>
        <w:t>Mechanical compression at the elbow.</w:t>
      </w:r>
    </w:p>
    <w:p>
      <w:r>
        <w:rPr>
          <w:rFonts w:ascii="Georgia" w:hAnsi="Georgia" w:eastAsia="Georgia"/>
          <w:sz w:val="23"/>
        </w:rPr>
        <w:t>I released the cuff one notch.</w:t>
      </w:r>
    </w:p>
    <w:p>
      <w:r>
        <w:rPr>
          <w:rFonts w:ascii="Georgia" w:hAnsi="Georgia" w:eastAsia="Georgia"/>
          <w:sz w:val="23"/>
        </w:rPr>
        <w:t>Tingling faded in nineteen seconds.</w:t>
      </w:r>
    </w:p>
    <w:p>
      <w:r>
        <w:rPr>
          <w:rFonts w:ascii="Georgia" w:hAnsi="Georgia" w:eastAsia="Georgia"/>
          <w:sz w:val="23"/>
        </w:rPr>
        <w:t>We waited another minute.</w:t>
      </w:r>
    </w:p>
    <w:p>
      <w:r>
        <w:rPr>
          <w:rFonts w:ascii="Georgia" w:hAnsi="Georgia" w:eastAsia="Georgia"/>
          <w:sz w:val="23"/>
        </w:rPr>
        <w:t>No recurrence.</w:t>
      </w:r>
    </w:p>
    <w:p>
      <w:r>
        <w:rPr>
          <w:rFonts w:ascii="Georgia" w:hAnsi="Georgia" w:eastAsia="Georgia"/>
          <w:sz w:val="23"/>
        </w:rPr>
        <w:t>Calibration resumed.</w:t>
      </w:r>
    </w:p>
    <w:p>
      <w:r>
        <w:rPr>
          <w:rFonts w:ascii="Georgia" w:hAnsi="Georgia" w:eastAsia="Georgia"/>
          <w:sz w:val="23"/>
        </w:rPr>
        <w:t>Completed at 1224.</w:t>
      </w:r>
    </w:p>
    <w:p>
      <w:r>
        <w:rPr>
          <w:rFonts w:ascii="Georgia" w:hAnsi="Georgia" w:eastAsia="Georgia"/>
          <w:sz w:val="23"/>
        </w:rPr>
        <w:t>No setting excursion.</w:t>
      </w:r>
    </w:p>
    <w:p>
      <w:r>
        <w:rPr>
          <w:rFonts w:ascii="Georgia" w:hAnsi="Georgia" w:eastAsia="Georgia"/>
          <w:sz w:val="23"/>
        </w:rPr>
        <w:t>No involuntary shoulder movement.</w:t>
      </w:r>
    </w:p>
    <w:p>
      <w:r>
        <w:rPr>
          <w:rFonts w:ascii="Georgia" w:hAnsi="Georgia" w:eastAsia="Georgia"/>
          <w:sz w:val="23"/>
        </w:rPr>
        <w:t>No abnormal field response.</w:t>
      </w:r>
    </w:p>
    <w:p>
      <w:r>
        <w:rPr>
          <w:rFonts w:ascii="Georgia" w:hAnsi="Georgia" w:eastAsia="Georgia"/>
          <w:sz w:val="23"/>
        </w:rPr>
        <w:t>Renn transferred load from the external frame to the new lattice in five-percent steps.</w:t>
      </w:r>
    </w:p>
    <w:p>
      <w:r>
        <w:rPr>
          <w:rFonts w:ascii="Georgia" w:hAnsi="Georgia" w:eastAsia="Georgia"/>
          <w:sz w:val="23"/>
        </w:rPr>
        <w:t>At fifty percent Aster said, “That feels wrong.”</w:t>
      </w:r>
    </w:p>
    <w:p>
      <w:r>
        <w:rPr>
          <w:rFonts w:ascii="Georgia" w:hAnsi="Georgia" w:eastAsia="Georgia"/>
          <w:sz w:val="23"/>
        </w:rPr>
        <w:t>Stop.</w:t>
      </w:r>
    </w:p>
    <w:p>
      <w:r>
        <w:rPr>
          <w:rFonts w:ascii="Georgia" w:hAnsi="Georgia" w:eastAsia="Georgia"/>
          <w:sz w:val="23"/>
        </w:rPr>
        <w:t>“Where?”</w:t>
      </w:r>
    </w:p>
    <w:p>
      <w:r>
        <w:rPr>
          <w:rFonts w:ascii="Georgia" w:hAnsi="Georgia" w:eastAsia="Georgia"/>
          <w:sz w:val="23"/>
        </w:rPr>
        <w:t>“Back of shoulder. Too high.”</w:t>
      </w:r>
    </w:p>
    <w:p>
      <w:r>
        <w:rPr>
          <w:rFonts w:ascii="Georgia" w:hAnsi="Georgia" w:eastAsia="Georgia"/>
          <w:sz w:val="23"/>
        </w:rPr>
        <w:t>Renn checked geometry.</w:t>
      </w:r>
    </w:p>
    <w:p>
      <w:r>
        <w:rPr>
          <w:rFonts w:ascii="Georgia" w:hAnsi="Georgia" w:eastAsia="Georgia"/>
          <w:sz w:val="23"/>
        </w:rPr>
        <w:t>The lattice was applying exactly the planned posterior support.</w:t>
      </w:r>
    </w:p>
    <w:p>
      <w:r>
        <w:rPr>
          <w:rFonts w:ascii="Georgia" w:hAnsi="Georgia" w:eastAsia="Georgia"/>
          <w:sz w:val="23"/>
        </w:rPr>
        <w:t>The plan had been based on imaging at rest.</w:t>
      </w:r>
    </w:p>
    <w:p>
      <w:r>
        <w:rPr>
          <w:rFonts w:ascii="Georgia" w:hAnsi="Georgia" w:eastAsia="Georgia"/>
          <w:sz w:val="23"/>
        </w:rPr>
        <w:t>Aster was now slightly rotated from forty minutes on her side.</w:t>
      </w:r>
    </w:p>
    <w:p>
      <w:r>
        <w:rPr>
          <w:rFonts w:ascii="Georgia" w:hAnsi="Georgia" w:eastAsia="Georgia"/>
          <w:sz w:val="23"/>
        </w:rPr>
        <w:t>Again, the current body outranked the ideal one.</w:t>
      </w:r>
    </w:p>
    <w:p>
      <w:r>
        <w:rPr>
          <w:rFonts w:ascii="Georgia" w:hAnsi="Georgia" w:eastAsia="Georgia"/>
          <w:sz w:val="23"/>
        </w:rPr>
        <w:t>Renn reduced posterior bias by three percent.</w:t>
      </w:r>
    </w:p>
    <w:p>
      <w:r>
        <w:rPr>
          <w:rFonts w:ascii="Georgia" w:hAnsi="Georgia" w:eastAsia="Georgia"/>
          <w:sz w:val="23"/>
        </w:rPr>
        <w:t>“Better?”</w:t>
      </w:r>
    </w:p>
    <w:p>
      <w:r>
        <w:rPr>
          <w:rFonts w:ascii="Georgia" w:hAnsi="Georgia" w:eastAsia="Georgia"/>
          <w:sz w:val="23"/>
        </w:rPr>
        <w:t>“Yes.”</w:t>
      </w:r>
    </w:p>
    <w:p>
      <w:r>
        <w:rPr>
          <w:rFonts w:ascii="Georgia" w:hAnsi="Georgia" w:eastAsia="Georgia"/>
          <w:sz w:val="23"/>
        </w:rPr>
        <w:t>“Continue?”</w:t>
      </w:r>
    </w:p>
    <w:p>
      <w:r>
        <w:rPr>
          <w:rFonts w:ascii="Georgia" w:hAnsi="Georgia" w:eastAsia="Georgia"/>
          <w:sz w:val="23"/>
        </w:rPr>
        <w:t>“Yes.”</w:t>
      </w:r>
    </w:p>
    <w:p>
      <w:r>
        <w:rPr>
          <w:rFonts w:ascii="Georgia" w:hAnsi="Georgia" w:eastAsia="Georgia"/>
          <w:sz w:val="23"/>
        </w:rPr>
        <w:t>Seventy-five percent.</w:t>
      </w:r>
    </w:p>
    <w:p>
      <w:r>
        <w:rPr>
          <w:rFonts w:ascii="Georgia" w:hAnsi="Georgia" w:eastAsia="Georgia"/>
          <w:sz w:val="23"/>
        </w:rPr>
        <w:t>Ninety.</w:t>
      </w:r>
    </w:p>
    <w:p>
      <w:r>
        <w:rPr>
          <w:rFonts w:ascii="Georgia" w:hAnsi="Georgia" w:eastAsia="Georgia"/>
          <w:sz w:val="23"/>
        </w:rPr>
        <w:t>Full load at 1238.</w:t>
      </w:r>
    </w:p>
    <w:p>
      <w:r>
        <w:rPr>
          <w:rFonts w:ascii="Georgia" w:hAnsi="Georgia" w:eastAsia="Georgia"/>
          <w:sz w:val="23"/>
        </w:rPr>
        <w:t>The external frame remained in place but unloaded.</w:t>
      </w:r>
    </w:p>
    <w:p>
      <w:r>
        <w:rPr>
          <w:rFonts w:ascii="Georgia" w:hAnsi="Georgia" w:eastAsia="Georgia"/>
          <w:sz w:val="23"/>
        </w:rPr>
        <w:t>Aster moved the left hand five centimeters.</w:t>
      </w:r>
    </w:p>
    <w:p>
      <w:r>
        <w:rPr>
          <w:rFonts w:ascii="Georgia" w:hAnsi="Georgia" w:eastAsia="Georgia"/>
          <w:sz w:val="23"/>
        </w:rPr>
        <w:t>Then ten.</w:t>
      </w:r>
    </w:p>
    <w:p>
      <w:r>
        <w:rPr>
          <w:rFonts w:ascii="Georgia" w:hAnsi="Georgia" w:eastAsia="Georgia"/>
          <w:sz w:val="23"/>
        </w:rPr>
        <w:t>No pain increase.</w:t>
      </w:r>
    </w:p>
    <w:p>
      <w:r>
        <w:rPr>
          <w:rFonts w:ascii="Georgia" w:hAnsi="Georgia" w:eastAsia="Georgia"/>
          <w:sz w:val="23"/>
        </w:rPr>
        <w:t>No setting change.</w:t>
      </w:r>
    </w:p>
    <w:p>
      <w:r>
        <w:rPr>
          <w:rFonts w:ascii="Georgia" w:hAnsi="Georgia" w:eastAsia="Georgia"/>
          <w:sz w:val="23"/>
        </w:rPr>
        <w:t>Renn closed at 1249.</w:t>
      </w:r>
    </w:p>
    <w:p>
      <w:r>
        <w:rPr>
          <w:rFonts w:ascii="Georgia" w:hAnsi="Georgia" w:eastAsia="Georgia"/>
          <w:sz w:val="23"/>
        </w:rPr>
        <w:t>The shoulder had been repaired without resolving the historical sequence.</w:t>
      </w:r>
    </w:p>
    <w:p>
      <w:r>
        <w:rPr>
          <w:rFonts w:ascii="Georgia" w:hAnsi="Georgia" w:eastAsia="Georgia"/>
          <w:sz w:val="23"/>
        </w:rPr>
        <w:t>I considered that a success.</w:t>
      </w:r>
    </w:p>
    <w:p>
      <w:r>
        <w:rPr>
          <w:rFonts w:ascii="Georgia" w:hAnsi="Georgia" w:eastAsia="Georgia"/>
          <w:sz w:val="23"/>
        </w:rPr>
        <w:t>I did not put the word in the record.</w:t>
      </w:r>
    </w:p>
    <w:p>
      <w:pPr>
        <w:spacing w:before="80" w:after="80"/>
        <w:jc w:val="center"/>
      </w:pPr>
      <w:r>
        <w:rPr>
          <w:rFonts w:ascii="Georgia" w:hAnsi="Georgia" w:eastAsia="Georgia"/>
          <w:sz w:val="23"/>
        </w:rPr>
        <w:t>§</w:t>
      </w:r>
    </w:p>
    <w:p>
      <w:r>
        <w:rPr>
          <w:rFonts w:ascii="Georgia" w:hAnsi="Georgia" w:eastAsia="Georgia"/>
          <w:sz w:val="23"/>
        </w:rPr>
        <w:t>At 1430 Aster was sitting up.</w:t>
      </w:r>
    </w:p>
    <w:p>
      <w:r>
        <w:rPr>
          <w:rFonts w:ascii="Georgia" w:hAnsi="Georgia" w:eastAsia="Georgia"/>
          <w:sz w:val="23"/>
        </w:rPr>
        <w:t>Pain four.</w:t>
      </w:r>
    </w:p>
    <w:p>
      <w:r>
        <w:rPr>
          <w:rFonts w:ascii="Georgia" w:hAnsi="Georgia" w:eastAsia="Georgia"/>
          <w:sz w:val="23"/>
        </w:rPr>
        <w:t>Expected postoperative increase.</w:t>
      </w:r>
    </w:p>
    <w:p>
      <w:r>
        <w:rPr>
          <w:rFonts w:ascii="Georgia" w:hAnsi="Georgia" w:eastAsia="Georgia"/>
          <w:sz w:val="23"/>
        </w:rPr>
        <w:t>Hand sensation normal.</w:t>
      </w:r>
    </w:p>
    <w:p>
      <w:r>
        <w:rPr>
          <w:rFonts w:ascii="Georgia" w:hAnsi="Georgia" w:eastAsia="Georgia"/>
          <w:sz w:val="23"/>
        </w:rPr>
        <w:t>Scapular resting angle within 0.3 degrees of preoperative baseline.</w:t>
      </w:r>
    </w:p>
    <w:p>
      <w:r>
        <w:rPr>
          <w:rFonts w:ascii="Georgia" w:hAnsi="Georgia" w:eastAsia="Georgia"/>
          <w:sz w:val="23"/>
        </w:rPr>
        <w:t>Setting state unchanged.</w:t>
      </w:r>
    </w:p>
    <w:p>
      <w:r>
        <w:rPr>
          <w:rFonts w:ascii="Georgia" w:hAnsi="Georgia" w:eastAsia="Georgia"/>
          <w:sz w:val="23"/>
        </w:rPr>
        <w:t>New lattice calibration stable.</w:t>
      </w:r>
    </w:p>
    <w:p>
      <w:r>
        <w:rPr>
          <w:rFonts w:ascii="Georgia" w:hAnsi="Georgia" w:eastAsia="Georgia"/>
          <w:sz w:val="23"/>
        </w:rPr>
        <w:t>She looked at the three modern records on the screen.</w:t>
      </w:r>
    </w:p>
    <w:p>
      <w:r>
        <w:rPr>
          <w:rFonts w:ascii="Georgia" w:hAnsi="Georgia" w:eastAsia="Georgia"/>
          <w:sz w:val="23"/>
        </w:rPr>
        <w:t>“What happens to those?”</w:t>
      </w:r>
    </w:p>
    <w:p>
      <w:r>
        <w:rPr>
          <w:rFonts w:ascii="Georgia" w:hAnsi="Georgia" w:eastAsia="Georgia"/>
          <w:sz w:val="23"/>
        </w:rPr>
        <w:t>“The event remains in all three institutions.”</w:t>
      </w:r>
    </w:p>
    <w:p>
      <w:r>
        <w:rPr>
          <w:rFonts w:ascii="Georgia" w:hAnsi="Georgia" w:eastAsia="Georgia"/>
          <w:sz w:val="23"/>
        </w:rPr>
        <w:t>“The sentence?”</w:t>
      </w:r>
    </w:p>
    <w:p>
      <w:r>
        <w:rPr>
          <w:rFonts w:ascii="Georgia" w:hAnsi="Georgia" w:eastAsia="Georgia"/>
          <w:sz w:val="23"/>
        </w:rPr>
        <w:t>“It needs correction.”</w:t>
      </w:r>
    </w:p>
    <w:p>
      <w:r>
        <w:rPr>
          <w:rFonts w:ascii="Georgia" w:hAnsi="Georgia" w:eastAsia="Georgia"/>
          <w:sz w:val="23"/>
        </w:rPr>
        <w:t>“To what?”</w:t>
      </w:r>
    </w:p>
    <w:p>
      <w:r>
        <w:rPr>
          <w:rFonts w:ascii="Georgia" w:hAnsi="Georgia" w:eastAsia="Georgia"/>
          <w:sz w:val="23"/>
        </w:rPr>
        <w:t>I opened the source trace.</w:t>
      </w:r>
    </w:p>
    <w:p>
      <w:r>
        <w:rPr>
          <w:rFonts w:ascii="Georgia" w:hAnsi="Georgia" w:eastAsia="Georgia"/>
          <w:sz w:val="23"/>
        </w:rPr>
        <w:t>The temptation was to replace the old sentence with a better one.</w:t>
      </w:r>
    </w:p>
    <w:p>
      <w:r>
        <w:rPr>
          <w:rFonts w:ascii="Georgia" w:hAnsi="Georgia" w:eastAsia="Georgia"/>
          <w:sz w:val="23"/>
        </w:rPr>
        <w:t>SETTING SUPPORT STATE PRIOR TO ORIGINAL LATTICE CALIBRATION: UNKNOWN.</w:t>
      </w:r>
    </w:p>
    <w:p>
      <w:r>
        <w:rPr>
          <w:rFonts w:ascii="Georgia" w:hAnsi="Georgia" w:eastAsia="Georgia"/>
          <w:sz w:val="23"/>
        </w:rPr>
        <w:t>That was necessary.</w:t>
      </w:r>
    </w:p>
    <w:p>
      <w:r>
        <w:rPr>
          <w:rFonts w:ascii="Georgia" w:hAnsi="Georgia" w:eastAsia="Georgia"/>
          <w:sz w:val="23"/>
        </w:rPr>
        <w:t>Not sufficient.</w:t>
      </w:r>
    </w:p>
    <w:p>
      <w:r>
        <w:rPr>
          <w:rFonts w:ascii="Georgia" w:hAnsi="Georgia" w:eastAsia="Georgia"/>
          <w:sz w:val="23"/>
        </w:rPr>
        <w:t>If we simply changed all three records to UNKNOWN, a future reader might assume three institutions had independently reached uncertainty.</w:t>
      </w:r>
    </w:p>
    <w:p>
      <w:r>
        <w:rPr>
          <w:rFonts w:ascii="Georgia" w:hAnsi="Georgia" w:eastAsia="Georgia"/>
          <w:sz w:val="23"/>
        </w:rPr>
        <w:t>They had not.</w:t>
      </w:r>
    </w:p>
    <w:p>
      <w:r>
        <w:rPr>
          <w:rFonts w:ascii="Georgia" w:hAnsi="Georgia" w:eastAsia="Georgia"/>
          <w:sz w:val="23"/>
        </w:rPr>
        <w:t>The uncertainty itself had provenance.</w:t>
      </w:r>
    </w:p>
    <w:p>
      <w:r>
        <w:rPr>
          <w:rFonts w:ascii="Georgia" w:hAnsi="Georgia" w:eastAsia="Georgia"/>
          <w:sz w:val="23"/>
        </w:rPr>
        <w:t>I added:</w:t>
      </w:r>
    </w:p>
    <w:p>
      <w:r>
        <w:rPr>
          <w:rFonts w:ascii="Georgia" w:hAnsi="Georgia" w:eastAsia="Georgia"/>
          <w:sz w:val="23"/>
        </w:rPr>
        <w:t>PRIOR ASSERTION OF ACTIVE SETTING SUPPORT DESCENDED FROM SHARED LEGACY SURGICAL CONTINUITY BUNDLE.</w:t>
      </w:r>
    </w:p>
    <w:p>
      <w:r>
        <w:rPr>
          <w:rFonts w:ascii="Georgia" w:hAnsi="Georgia" w:eastAsia="Georgia"/>
          <w:sz w:val="23"/>
        </w:rPr>
        <w:t>INDEPENDENT CORROBORATING SOURCE NOT RECOVERED.</w:t>
      </w:r>
    </w:p>
    <w:p>
      <w:r>
        <w:rPr>
          <w:rFonts w:ascii="Georgia" w:hAnsi="Georgia" w:eastAsia="Georgia"/>
          <w:sz w:val="23"/>
        </w:rPr>
        <w:t>SURVIVING OPERATIVE SUMMARY DOCUMENTS HOUSING RETURN TO SERVICE POSITION PRIOR TO LATTICE CALIBRATION; SUPPORT STATE AT THAT TIME NOT SEPARATELY RECORDED.</w:t>
      </w:r>
    </w:p>
    <w:p>
      <w:r>
        <w:rPr>
          <w:rFonts w:ascii="Georgia" w:hAnsi="Georgia" w:eastAsia="Georgia"/>
          <w:sz w:val="23"/>
        </w:rPr>
        <w:t>Aster read it.</w:t>
      </w:r>
    </w:p>
    <w:p>
      <w:r>
        <w:rPr>
          <w:rFonts w:ascii="Georgia" w:hAnsi="Georgia" w:eastAsia="Georgia"/>
          <w:sz w:val="23"/>
        </w:rPr>
        <w:t>“That is ugly.”</w:t>
      </w:r>
    </w:p>
    <w:p>
      <w:r>
        <w:rPr>
          <w:rFonts w:ascii="Georgia" w:hAnsi="Georgia" w:eastAsia="Georgia"/>
          <w:sz w:val="23"/>
        </w:rPr>
        <w:t>“Yes.”</w:t>
      </w:r>
    </w:p>
    <w:p>
      <w:r>
        <w:rPr>
          <w:rFonts w:ascii="Georgia" w:hAnsi="Georgia" w:eastAsia="Georgia"/>
          <w:sz w:val="23"/>
        </w:rPr>
        <w:t>“Keep it.”</w:t>
      </w:r>
    </w:p>
    <w:p>
      <w:r>
        <w:rPr>
          <w:rFonts w:ascii="Georgia" w:hAnsi="Georgia" w:eastAsia="Georgia"/>
          <w:sz w:val="23"/>
        </w:rPr>
        <w:t>Miren said, “You two agree too easily.”</w:t>
      </w:r>
    </w:p>
    <w:p>
      <w:r>
        <w:rPr>
          <w:rFonts w:ascii="Georgia" w:hAnsi="Georgia" w:eastAsia="Georgia"/>
          <w:sz w:val="23"/>
        </w:rPr>
        <w:t>Aster looked at the three source headers.</w:t>
      </w:r>
    </w:p>
    <w:p>
      <w:r>
        <w:rPr>
          <w:rFonts w:ascii="Georgia" w:hAnsi="Georgia" w:eastAsia="Georgia"/>
          <w:sz w:val="23"/>
        </w:rPr>
        <w:t>“So the hospital, manufacturer, and insurer all thought they knew because they each had the same ancestor.”</w:t>
      </w:r>
    </w:p>
    <w:p>
      <w:r>
        <w:rPr>
          <w:rFonts w:ascii="Georgia" w:hAnsi="Georgia" w:eastAsia="Georgia"/>
          <w:sz w:val="23"/>
        </w:rPr>
        <w:t>“Yes.”</w:t>
      </w:r>
    </w:p>
    <w:p>
      <w:r>
        <w:rPr>
          <w:rFonts w:ascii="Georgia" w:hAnsi="Georgia" w:eastAsia="Georgia"/>
          <w:sz w:val="23"/>
        </w:rPr>
        <w:t>“Does that happen often?”</w:t>
      </w:r>
    </w:p>
    <w:p>
      <w:r>
        <w:rPr>
          <w:rFonts w:ascii="Georgia" w:hAnsi="Georgia" w:eastAsia="Georgia"/>
          <w:sz w:val="23"/>
        </w:rPr>
        <w:t>I looked at the migration rule count.</w:t>
      </w:r>
    </w:p>
    <w:p>
      <w:r>
        <w:rPr>
          <w:rFonts w:ascii="Georgia" w:hAnsi="Georgia" w:eastAsia="Georgia"/>
          <w:sz w:val="23"/>
        </w:rPr>
        <w:t>Two hundred eighteen thousand records.</w:t>
      </w:r>
    </w:p>
    <w:p>
      <w:r>
        <w:rPr>
          <w:rFonts w:ascii="Georgia" w:hAnsi="Georgia" w:eastAsia="Georgia"/>
          <w:sz w:val="23"/>
        </w:rPr>
        <w:t>“Unknown.”</w:t>
      </w:r>
    </w:p>
    <w:p>
      <w:r>
        <w:rPr>
          <w:rFonts w:ascii="Georgia" w:hAnsi="Georgia" w:eastAsia="Georgia"/>
          <w:sz w:val="23"/>
        </w:rPr>
        <w:t>She followed my eyes.</w:t>
      </w:r>
    </w:p>
    <w:p>
      <w:r>
        <w:rPr>
          <w:rFonts w:ascii="Georgia" w:hAnsi="Georgia" w:eastAsia="Georgia"/>
          <w:sz w:val="23"/>
        </w:rPr>
        <w:t>“That means often enough to ruin your afternoon.”</w:t>
      </w:r>
    </w:p>
    <w:p>
      <w:r>
        <w:rPr>
          <w:rFonts w:ascii="Georgia" w:hAnsi="Georgia" w:eastAsia="Georgia"/>
          <w:sz w:val="23"/>
        </w:rPr>
        <w:t>“Yes.”</w:t>
      </w:r>
    </w:p>
    <w:p>
      <w:r>
        <w:rPr>
          <w:rFonts w:ascii="Georgia" w:hAnsi="Georgia" w:eastAsia="Georgia"/>
          <w:sz w:val="23"/>
        </w:rPr>
        <w:t>“Fine.”</w:t>
      </w:r>
    </w:p>
    <w:p>
      <w:r>
        <w:rPr>
          <w:rFonts w:ascii="Georgia" w:hAnsi="Georgia" w:eastAsia="Georgia"/>
          <w:sz w:val="23"/>
        </w:rPr>
        <w:t>I looked at her.</w:t>
      </w:r>
    </w:p>
    <w:p>
      <w:r>
        <w:rPr>
          <w:rFonts w:ascii="Georgia" w:hAnsi="Georgia" w:eastAsia="Georgia"/>
          <w:sz w:val="23"/>
        </w:rPr>
        <w:t>“Because my shoulder is fixed,” she said.</w:t>
      </w:r>
    </w:p>
    <w:p>
      <w:pPr>
        <w:spacing w:before="80" w:after="80"/>
        <w:jc w:val="center"/>
      </w:pPr>
      <w:r>
        <w:rPr>
          <w:rFonts w:ascii="Georgia" w:hAnsi="Georgia" w:eastAsia="Georgia"/>
          <w:sz w:val="23"/>
        </w:rPr>
        <w:t>§</w:t>
      </w:r>
    </w:p>
    <w:p>
      <w:r>
        <w:rPr>
          <w:rFonts w:ascii="Georgia" w:hAnsi="Georgia" w:eastAsia="Georgia"/>
          <w:sz w:val="23"/>
        </w:rPr>
        <w:t>At 1512 Daro Senn joined the call from the provenance-matching pilot.</w:t>
      </w:r>
    </w:p>
    <w:p>
      <w:r>
        <w:rPr>
          <w:rFonts w:ascii="Georgia" w:hAnsi="Georgia" w:eastAsia="Georgia"/>
          <w:sz w:val="23"/>
        </w:rPr>
        <w:t>I had not invited him.</w:t>
      </w:r>
    </w:p>
    <w:p>
      <w:r>
        <w:rPr>
          <w:rFonts w:ascii="Georgia" w:hAnsi="Georgia" w:eastAsia="Georgia"/>
          <w:sz w:val="23"/>
        </w:rPr>
        <w:t>Miren had.</w:t>
      </w:r>
    </w:p>
    <w:p>
      <w:r>
        <w:rPr>
          <w:rFonts w:ascii="Georgia" w:hAnsi="Georgia" w:eastAsia="Georgia"/>
          <w:sz w:val="23"/>
        </w:rPr>
        <w:t>“You are becoming dangerous,” I told her.</w:t>
      </w:r>
    </w:p>
    <w:p>
      <w:r>
        <w:rPr>
          <w:rFonts w:ascii="Georgia" w:hAnsi="Georgia" w:eastAsia="Georgia"/>
          <w:sz w:val="23"/>
        </w:rPr>
        <w:t>“I have been trained.”</w:t>
      </w:r>
    </w:p>
    <w:p>
      <w:r>
        <w:rPr>
          <w:rFonts w:ascii="Georgia" w:hAnsi="Georgia" w:eastAsia="Georgia"/>
          <w:sz w:val="23"/>
        </w:rPr>
        <w:t>I let that pass.</w:t>
      </w:r>
    </w:p>
    <w:p>
      <w:r>
        <w:rPr>
          <w:rFonts w:ascii="Georgia" w:hAnsi="Georgia" w:eastAsia="Georgia"/>
          <w:sz w:val="23"/>
        </w:rPr>
        <w:t>Daro had already read Aster’s corrected record.</w:t>
      </w:r>
    </w:p>
    <w:p>
      <w:r>
        <w:rPr>
          <w:rFonts w:ascii="Georgia" w:hAnsi="Georgia" w:eastAsia="Georgia"/>
          <w:sz w:val="23"/>
        </w:rPr>
        <w:t>“We can add source-lineage weighting to the comparison system,” he said.</w:t>
      </w:r>
    </w:p>
    <w:p>
      <w:r>
        <w:rPr>
          <w:rFonts w:ascii="Georgia" w:hAnsi="Georgia" w:eastAsia="Georgia"/>
          <w:sz w:val="23"/>
        </w:rPr>
        <w:t>“No.”</w:t>
      </w:r>
    </w:p>
    <w:p>
      <w:r>
        <w:rPr>
          <w:rFonts w:ascii="Georgia" w:hAnsi="Georgia" w:eastAsia="Georgia"/>
          <w:sz w:val="23"/>
        </w:rPr>
        <w:t>He paused.</w:t>
      </w:r>
    </w:p>
    <w:p>
      <w:r>
        <w:rPr>
          <w:rFonts w:ascii="Georgia" w:hAnsi="Georgia" w:eastAsia="Georgia"/>
          <w:sz w:val="23"/>
        </w:rPr>
        <w:t>Miren said, “That was fast.”</w:t>
      </w:r>
    </w:p>
    <w:p>
      <w:r>
        <w:rPr>
          <w:rFonts w:ascii="Georgia" w:hAnsi="Georgia" w:eastAsia="Georgia"/>
          <w:sz w:val="23"/>
        </w:rPr>
        <w:t>Daro said, “Why no?”</w:t>
      </w:r>
    </w:p>
    <w:p>
      <w:r>
        <w:rPr>
          <w:rFonts w:ascii="Georgia" w:hAnsi="Georgia" w:eastAsia="Georgia"/>
          <w:sz w:val="23"/>
        </w:rPr>
        <w:t>“Because you are about to turn another uncertainty into a score.”</w:t>
      </w:r>
    </w:p>
    <w:p>
      <w:r>
        <w:rPr>
          <w:rFonts w:ascii="Georgia" w:hAnsi="Georgia" w:eastAsia="Georgia"/>
          <w:sz w:val="23"/>
        </w:rPr>
        <w:t>“I was going to say a lineage confidence field.”</w:t>
      </w:r>
    </w:p>
    <w:p>
      <w:r>
        <w:rPr>
          <w:rFonts w:ascii="Georgia" w:hAnsi="Georgia" w:eastAsia="Georgia"/>
          <w:sz w:val="23"/>
        </w:rPr>
        <w:t>“Less dangerous.”</w:t>
      </w:r>
    </w:p>
    <w:p>
      <w:r>
        <w:rPr>
          <w:rFonts w:ascii="Georgia" w:hAnsi="Georgia" w:eastAsia="Georgia"/>
          <w:sz w:val="23"/>
        </w:rPr>
        <w:t>“You interrupted before I finished.”</w:t>
      </w:r>
    </w:p>
    <w:p>
      <w:r>
        <w:rPr>
          <w:rFonts w:ascii="Georgia" w:hAnsi="Georgia" w:eastAsia="Georgia"/>
          <w:sz w:val="23"/>
        </w:rPr>
        <w:t>“Yes.”</w:t>
      </w:r>
    </w:p>
    <w:p>
      <w:r>
        <w:rPr>
          <w:rFonts w:ascii="Georgia" w:hAnsi="Georgia" w:eastAsia="Georgia"/>
          <w:sz w:val="23"/>
        </w:rPr>
        <w:t>“Do you want to apologize?”</w:t>
      </w:r>
    </w:p>
    <w:p>
      <w:r>
        <w:rPr>
          <w:rFonts w:ascii="Georgia" w:hAnsi="Georgia" w:eastAsia="Georgia"/>
          <w:sz w:val="23"/>
        </w:rPr>
        <w:t>“No.”</w:t>
      </w:r>
    </w:p>
    <w:p>
      <w:r>
        <w:rPr>
          <w:rFonts w:ascii="Georgia" w:hAnsi="Georgia" w:eastAsia="Georgia"/>
          <w:sz w:val="23"/>
        </w:rPr>
        <w:t>Aster, still in recovery, laughed and immediately regretted it.</w:t>
      </w:r>
    </w:p>
    <w:p>
      <w:r>
        <w:rPr>
          <w:rFonts w:ascii="Georgia" w:hAnsi="Georgia" w:eastAsia="Georgia"/>
          <w:sz w:val="23"/>
        </w:rPr>
        <w:t>“Shoulder,” Renn said.</w:t>
      </w:r>
    </w:p>
    <w:p>
      <w:r>
        <w:rPr>
          <w:rFonts w:ascii="Georgia" w:hAnsi="Georgia" w:eastAsia="Georgia"/>
          <w:sz w:val="23"/>
        </w:rPr>
        <w:t>“I know.”</w:t>
      </w:r>
    </w:p>
    <w:p>
      <w:r>
        <w:rPr>
          <w:rFonts w:ascii="Georgia" w:hAnsi="Georgia" w:eastAsia="Georgia"/>
          <w:sz w:val="23"/>
        </w:rPr>
        <w:t>Daro continued.</w:t>
      </w:r>
    </w:p>
    <w:p>
      <w:r>
        <w:rPr>
          <w:rFonts w:ascii="Georgia" w:hAnsi="Georgia" w:eastAsia="Georgia"/>
          <w:sz w:val="23"/>
        </w:rPr>
        <w:t>“We need to distinguish record plurality from source plurality.”</w:t>
      </w:r>
    </w:p>
    <w:p>
      <w:r>
        <w:rPr>
          <w:rFonts w:ascii="Georgia" w:hAnsi="Georgia" w:eastAsia="Georgia"/>
          <w:sz w:val="23"/>
        </w:rPr>
        <w:t>“Yes.”</w:t>
      </w:r>
    </w:p>
    <w:p>
      <w:r>
        <w:rPr>
          <w:rFonts w:ascii="Georgia" w:hAnsi="Georgia" w:eastAsia="Georgia"/>
          <w:sz w:val="23"/>
        </w:rPr>
        <w:t>“If three institutions hold the same assertion but share ancestry, the interface should show one underlying source lineage where known.”</w:t>
      </w:r>
    </w:p>
    <w:p>
      <w:r>
        <w:rPr>
          <w:rFonts w:ascii="Georgia" w:hAnsi="Georgia" w:eastAsia="Georgia"/>
          <w:sz w:val="23"/>
        </w:rPr>
        <w:t>“Yes.”</w:t>
      </w:r>
    </w:p>
    <w:p>
      <w:r>
        <w:rPr>
          <w:rFonts w:ascii="Georgia" w:hAnsi="Georgia" w:eastAsia="Georgia"/>
          <w:sz w:val="23"/>
        </w:rPr>
        <w:t>“And if ancestry is unknown?”</w:t>
      </w:r>
    </w:p>
    <w:p>
      <w:r>
        <w:rPr>
          <w:rFonts w:ascii="Georgia" w:hAnsi="Georgia" w:eastAsia="Georgia"/>
          <w:sz w:val="23"/>
        </w:rPr>
        <w:t>“Unknown.”</w:t>
      </w:r>
    </w:p>
    <w:p>
      <w:r>
        <w:rPr>
          <w:rFonts w:ascii="Georgia" w:hAnsi="Georgia" w:eastAsia="Georgia"/>
          <w:sz w:val="23"/>
        </w:rPr>
        <w:t>“That does not help ranking.”</w:t>
      </w:r>
    </w:p>
    <w:p>
      <w:r>
        <w:rPr>
          <w:rFonts w:ascii="Georgia" w:hAnsi="Georgia" w:eastAsia="Georgia"/>
          <w:sz w:val="23"/>
        </w:rPr>
        <w:t>“Not everything should.”</w:t>
      </w:r>
    </w:p>
    <w:p>
      <w:r>
        <w:rPr>
          <w:rFonts w:ascii="Georgia" w:hAnsi="Georgia" w:eastAsia="Georgia"/>
          <w:sz w:val="23"/>
        </w:rPr>
        <w:t>He was quiet.</w:t>
      </w:r>
    </w:p>
    <w:p>
      <w:r>
        <w:rPr>
          <w:rFonts w:ascii="Georgia" w:hAnsi="Georgia" w:eastAsia="Georgia"/>
          <w:sz w:val="23"/>
        </w:rPr>
        <w:t>Then: “You are consistent.”</w:t>
      </w:r>
    </w:p>
    <w:p>
      <w:r>
        <w:rPr>
          <w:rFonts w:ascii="Georgia" w:hAnsi="Georgia" w:eastAsia="Georgia"/>
          <w:sz w:val="23"/>
        </w:rPr>
        <w:t>“Sometimes.”</w:t>
      </w:r>
    </w:p>
    <w:p>
      <w:r>
        <w:rPr>
          <w:rFonts w:ascii="Georgia" w:hAnsi="Georgia" w:eastAsia="Georgia"/>
          <w:sz w:val="23"/>
        </w:rPr>
        <w:t>Renn said, “Clinical question. If I have three agreeing records tomorrow and cannot prove whether they share ancestry, what do I do?”</w:t>
      </w:r>
    </w:p>
    <w:p>
      <w:r>
        <w:rPr>
          <w:rFonts w:ascii="Georgia" w:hAnsi="Georgia" w:eastAsia="Georgia"/>
          <w:sz w:val="23"/>
        </w:rPr>
        <w:t>“Treat agreement as agreement.”</w:t>
      </w:r>
    </w:p>
    <w:p>
      <w:r>
        <w:rPr>
          <w:rFonts w:ascii="Georgia" w:hAnsi="Georgia" w:eastAsia="Georgia"/>
          <w:sz w:val="23"/>
        </w:rPr>
        <w:t>“Not corroboration.”</w:t>
      </w:r>
    </w:p>
    <w:p>
      <w:r>
        <w:rPr>
          <w:rFonts w:ascii="Georgia" w:hAnsi="Georgia" w:eastAsia="Georgia"/>
          <w:sz w:val="23"/>
        </w:rPr>
        <w:t>“Not automatically.”</w:t>
      </w:r>
    </w:p>
    <w:p>
      <w:r>
        <w:rPr>
          <w:rFonts w:ascii="Georgia" w:hAnsi="Georgia" w:eastAsia="Georgia"/>
          <w:sz w:val="23"/>
        </w:rPr>
        <w:t>“What converts it?”</w:t>
      </w:r>
    </w:p>
    <w:p>
      <w:r>
        <w:rPr>
          <w:rFonts w:ascii="Georgia" w:hAnsi="Georgia" w:eastAsia="Georgia"/>
          <w:sz w:val="23"/>
        </w:rPr>
        <w:t>“Evidence that the records derive from independent observations or independently maintained source chains.”</w:t>
      </w:r>
    </w:p>
    <w:p>
      <w:r>
        <w:rPr>
          <w:rFonts w:ascii="Georgia" w:hAnsi="Georgia" w:eastAsia="Georgia"/>
          <w:sz w:val="23"/>
        </w:rPr>
        <w:t>Daro typed.</w:t>
      </w:r>
    </w:p>
    <w:p>
      <w:r>
        <w:rPr>
          <w:rFonts w:ascii="Georgia" w:hAnsi="Georgia" w:eastAsia="Georgia"/>
          <w:sz w:val="23"/>
        </w:rPr>
        <w:t>Miren said, “Say that shorter and people will misuse it.”</w:t>
      </w:r>
    </w:p>
    <w:p>
      <w:r>
        <w:rPr>
          <w:rFonts w:ascii="Georgia" w:hAnsi="Georgia" w:eastAsia="Georgia"/>
          <w:sz w:val="23"/>
        </w:rPr>
        <w:t>“Say it longer and they will shorten it.”</w:t>
      </w:r>
    </w:p>
    <w:p>
      <w:r>
        <w:rPr>
          <w:rFonts w:ascii="Georgia" w:hAnsi="Georgia" w:eastAsia="Georgia"/>
          <w:sz w:val="23"/>
        </w:rPr>
        <w:t>Aster raised her right hand from the recovery chair.</w:t>
      </w:r>
    </w:p>
    <w:p>
      <w:r>
        <w:rPr>
          <w:rFonts w:ascii="Georgia" w:hAnsi="Georgia" w:eastAsia="Georgia"/>
          <w:sz w:val="23"/>
        </w:rPr>
        <w:t>“I have a proposal.”</w:t>
      </w:r>
    </w:p>
    <w:p>
      <w:r>
        <w:rPr>
          <w:rFonts w:ascii="Georgia" w:hAnsi="Georgia" w:eastAsia="Georgia"/>
          <w:sz w:val="23"/>
        </w:rPr>
        <w:t>No one had asked her.</w:t>
      </w:r>
    </w:p>
    <w:p>
      <w:r>
        <w:rPr>
          <w:rFonts w:ascii="Georgia" w:hAnsi="Georgia" w:eastAsia="Georgia"/>
          <w:sz w:val="23"/>
        </w:rPr>
        <w:t>That improved the proposal before she gave it.</w:t>
      </w:r>
    </w:p>
    <w:p>
      <w:r>
        <w:rPr>
          <w:rFonts w:ascii="Georgia" w:hAnsi="Georgia" w:eastAsia="Georgia"/>
          <w:sz w:val="23"/>
        </w:rPr>
        <w:t>“Write what you needed today.”</w:t>
      </w:r>
    </w:p>
    <w:p>
      <w:r>
        <w:rPr>
          <w:rFonts w:ascii="Georgia" w:hAnsi="Georgia" w:eastAsia="Georgia"/>
          <w:sz w:val="23"/>
        </w:rPr>
        <w:t>Renn looked at her.</w:t>
      </w:r>
    </w:p>
    <w:p>
      <w:r>
        <w:rPr>
          <w:rFonts w:ascii="Georgia" w:hAnsi="Georgia" w:eastAsia="Georgia"/>
          <w:sz w:val="23"/>
        </w:rPr>
        <w:t>“Which was?”</w:t>
      </w:r>
    </w:p>
    <w:p>
      <w:r>
        <w:rPr>
          <w:rFonts w:ascii="Georgia" w:hAnsi="Georgia" w:eastAsia="Georgia"/>
          <w:sz w:val="23"/>
        </w:rPr>
        <w:t>“To know whether the three records gave you three reasons to cut me one way.”</w:t>
      </w:r>
    </w:p>
    <w:p>
      <w:r>
        <w:rPr>
          <w:rFonts w:ascii="Georgia" w:hAnsi="Georgia" w:eastAsia="Georgia"/>
          <w:sz w:val="23"/>
        </w:rPr>
        <w:t>They had not.</w:t>
      </w:r>
    </w:p>
    <w:p>
      <w:r>
        <w:rPr>
          <w:rFonts w:ascii="Georgia" w:hAnsi="Georgia" w:eastAsia="Georgia"/>
          <w:sz w:val="23"/>
        </w:rPr>
        <w:t>Daro said, “So: multiple records do not establish independent corroboration.”</w:t>
      </w:r>
    </w:p>
    <w:p>
      <w:r>
        <w:rPr>
          <w:rFonts w:ascii="Georgia" w:hAnsi="Georgia" w:eastAsia="Georgia"/>
          <w:sz w:val="23"/>
        </w:rPr>
        <w:t>Aster made a face.</w:t>
      </w:r>
    </w:p>
    <w:p>
      <w:r>
        <w:rPr>
          <w:rFonts w:ascii="Georgia" w:hAnsi="Georgia" w:eastAsia="Georgia"/>
          <w:sz w:val="23"/>
        </w:rPr>
        <w:t>“That sounds like a committee.”</w:t>
      </w:r>
    </w:p>
    <w:p>
      <w:r>
        <w:rPr>
          <w:rFonts w:ascii="Georgia" w:hAnsi="Georgia" w:eastAsia="Georgia"/>
          <w:sz w:val="23"/>
        </w:rPr>
        <w:t>Miren said, “He is one.”</w:t>
      </w:r>
    </w:p>
    <w:p>
      <w:r>
        <w:rPr>
          <w:rFonts w:ascii="Georgia" w:hAnsi="Georgia" w:eastAsia="Georgia"/>
          <w:sz w:val="23"/>
        </w:rPr>
        <w:t>Daro ignored her.</w:t>
      </w:r>
    </w:p>
    <w:p>
      <w:r>
        <w:rPr>
          <w:rFonts w:ascii="Georgia" w:hAnsi="Georgia" w:eastAsia="Georgia"/>
          <w:sz w:val="23"/>
        </w:rPr>
        <w:t>I typed:</w:t>
      </w:r>
    </w:p>
    <w:p>
      <w:r>
        <w:rPr>
          <w:rFonts w:ascii="Georgia" w:hAnsi="Georgia" w:eastAsia="Georgia"/>
          <w:sz w:val="23"/>
        </w:rPr>
        <w:t>RECORD COUNT DOES NOT ESTABLISH SOURCE INDEPENDENCE.</w:t>
      </w:r>
    </w:p>
    <w:p>
      <w:r>
        <w:rPr>
          <w:rFonts w:ascii="Georgia" w:hAnsi="Georgia" w:eastAsia="Georgia"/>
          <w:sz w:val="23"/>
        </w:rPr>
        <w:t>CORROBORATION REQUIRES PROVENANCE OF THE CORROBORATING ASSERTION.</w:t>
      </w:r>
    </w:p>
    <w:p>
      <w:r>
        <w:rPr>
          <w:rFonts w:ascii="Georgia" w:hAnsi="Georgia" w:eastAsia="Georgia"/>
          <w:sz w:val="23"/>
        </w:rPr>
        <w:t>Aster read it.</w:t>
      </w:r>
    </w:p>
    <w:p>
      <w:r>
        <w:rPr>
          <w:rFonts w:ascii="Georgia" w:hAnsi="Georgia" w:eastAsia="Georgia"/>
          <w:sz w:val="23"/>
        </w:rPr>
        <w:t>“Still ugly.”</w:t>
      </w:r>
    </w:p>
    <w:p>
      <w:r>
        <w:rPr>
          <w:rFonts w:ascii="Georgia" w:hAnsi="Georgia" w:eastAsia="Georgia"/>
          <w:sz w:val="23"/>
        </w:rPr>
        <w:t>“Yes.”</w:t>
      </w:r>
    </w:p>
    <w:p>
      <w:r>
        <w:rPr>
          <w:rFonts w:ascii="Georgia" w:hAnsi="Georgia" w:eastAsia="Georgia"/>
          <w:sz w:val="23"/>
        </w:rPr>
        <w:t>“Less ugly.”</w:t>
      </w:r>
    </w:p>
    <w:p>
      <w:r>
        <w:rPr>
          <w:rFonts w:ascii="Georgia" w:hAnsi="Georgia" w:eastAsia="Georgia"/>
          <w:sz w:val="23"/>
        </w:rPr>
        <w:t>I kept it.</w:t>
      </w:r>
    </w:p>
    <w:p>
      <w:pPr>
        <w:spacing w:before="80" w:after="80"/>
        <w:jc w:val="center"/>
      </w:pPr>
      <w:r>
        <w:rPr>
          <w:rFonts w:ascii="Georgia" w:hAnsi="Georgia" w:eastAsia="Georgia"/>
          <w:sz w:val="23"/>
        </w:rPr>
        <w:t>§</w:t>
      </w:r>
    </w:p>
    <w:p>
      <w:r>
        <w:rPr>
          <w:rFonts w:ascii="Georgia" w:hAnsi="Georgia" w:eastAsia="Georgia"/>
          <w:sz w:val="23"/>
        </w:rPr>
        <w:t>The regional archive responded at 1638.</w:t>
      </w:r>
    </w:p>
    <w:p>
      <w:r>
        <w:rPr>
          <w:rFonts w:ascii="Georgia" w:hAnsi="Georgia" w:eastAsia="Georgia"/>
          <w:sz w:val="23"/>
        </w:rPr>
        <w:t>The legacy rule had indeed mapped FIELD SUPPORT RETURNED TO SERVICE POSITION to CONTACT SUPPORT ACTIVE in 218,406 patient histories.</w:t>
      </w:r>
    </w:p>
    <w:p>
      <w:r>
        <w:rPr>
          <w:rFonts w:ascii="Georgia" w:hAnsi="Georgia" w:eastAsia="Georgia"/>
          <w:sz w:val="23"/>
        </w:rPr>
        <w:t>That did not mean 218,406 errors.</w:t>
      </w:r>
    </w:p>
    <w:p>
      <w:r>
        <w:rPr>
          <w:rFonts w:ascii="Georgia" w:hAnsi="Georgia" w:eastAsia="Georgia"/>
          <w:sz w:val="23"/>
        </w:rPr>
        <w:t>For many records the translation was probably correct.</w:t>
      </w:r>
    </w:p>
    <w:p>
      <w:r>
        <w:rPr>
          <w:rFonts w:ascii="Georgia" w:hAnsi="Georgia" w:eastAsia="Georgia"/>
          <w:sz w:val="23"/>
        </w:rPr>
        <w:t>Probably was not enough to reverse them all.</w:t>
      </w:r>
    </w:p>
    <w:p>
      <w:r>
        <w:rPr>
          <w:rFonts w:ascii="Georgia" w:hAnsi="Georgia" w:eastAsia="Georgia"/>
          <w:sz w:val="23"/>
        </w:rPr>
        <w:t>The archive proposed flagging every derived assertion with its mapping provenance and reviewing only when the distinction became operationally relevant.</w:t>
      </w:r>
    </w:p>
    <w:p>
      <w:r>
        <w:rPr>
          <w:rFonts w:ascii="Georgia" w:hAnsi="Georgia" w:eastAsia="Georgia"/>
          <w:sz w:val="23"/>
        </w:rPr>
        <w:t>Miren read the proposal.</w:t>
      </w:r>
    </w:p>
    <w:p>
      <w:r>
        <w:rPr>
          <w:rFonts w:ascii="Georgia" w:hAnsi="Georgia" w:eastAsia="Georgia"/>
          <w:sz w:val="23"/>
        </w:rPr>
        <w:t>“You approve.”</w:t>
      </w:r>
    </w:p>
    <w:p>
      <w:r>
        <w:rPr>
          <w:rFonts w:ascii="Georgia" w:hAnsi="Georgia" w:eastAsia="Georgia"/>
          <w:sz w:val="23"/>
        </w:rPr>
        <w:t>“Yes.”</w:t>
      </w:r>
    </w:p>
    <w:p>
      <w:r>
        <w:rPr>
          <w:rFonts w:ascii="Georgia" w:hAnsi="Georgia" w:eastAsia="Georgia"/>
          <w:sz w:val="23"/>
        </w:rPr>
        <w:t>“No mass correction.”</w:t>
      </w:r>
    </w:p>
    <w:p>
      <w:r>
        <w:rPr>
          <w:rFonts w:ascii="Georgia" w:hAnsi="Georgia" w:eastAsia="Georgia"/>
          <w:sz w:val="23"/>
        </w:rPr>
        <w:t>“No.”</w:t>
      </w:r>
    </w:p>
    <w:p>
      <w:r>
        <w:rPr>
          <w:rFonts w:ascii="Georgia" w:hAnsi="Georgia" w:eastAsia="Georgia"/>
          <w:sz w:val="23"/>
        </w:rPr>
        <w:t>“Even though the mapping may be wrong.”</w:t>
      </w:r>
    </w:p>
    <w:p>
      <w:r>
        <w:rPr>
          <w:rFonts w:ascii="Georgia" w:hAnsi="Georgia" w:eastAsia="Georgia"/>
          <w:sz w:val="23"/>
        </w:rPr>
        <w:t>“May be.”</w:t>
      </w:r>
    </w:p>
    <w:p>
      <w:r>
        <w:rPr>
          <w:rFonts w:ascii="Georgia" w:hAnsi="Georgia" w:eastAsia="Georgia"/>
          <w:sz w:val="23"/>
        </w:rPr>
        <w:t>“You have become tolerant.”</w:t>
      </w:r>
    </w:p>
    <w:p>
      <w:r>
        <w:rPr>
          <w:rFonts w:ascii="Georgia" w:hAnsi="Georgia" w:eastAsia="Georgia"/>
          <w:sz w:val="23"/>
        </w:rPr>
        <w:t>“No.”</w:t>
      </w:r>
    </w:p>
    <w:p>
      <w:r>
        <w:rPr>
          <w:rFonts w:ascii="Georgia" w:hAnsi="Georgia" w:eastAsia="Georgia"/>
          <w:sz w:val="23"/>
        </w:rPr>
        <w:t>“What is the difference?”</w:t>
      </w:r>
    </w:p>
    <w:p>
      <w:r>
        <w:rPr>
          <w:rFonts w:ascii="Georgia" w:hAnsi="Georgia" w:eastAsia="Georgia"/>
          <w:sz w:val="23"/>
        </w:rPr>
        <w:t>“A blanket correction would replace one unsupported certainty with another.”</w:t>
      </w:r>
    </w:p>
    <w:p>
      <w:r>
        <w:rPr>
          <w:rFonts w:ascii="Georgia" w:hAnsi="Georgia" w:eastAsia="Georgia"/>
          <w:sz w:val="23"/>
        </w:rPr>
        <w:t>She nodded.</w:t>
      </w:r>
    </w:p>
    <w:p>
      <w:r>
        <w:rPr>
          <w:rFonts w:ascii="Georgia" w:hAnsi="Georgia" w:eastAsia="Georgia"/>
          <w:sz w:val="23"/>
        </w:rPr>
        <w:t>The archive added a temporary display line:</w:t>
      </w:r>
    </w:p>
    <w:p>
      <w:r>
        <w:rPr>
          <w:rFonts w:ascii="Georgia" w:hAnsi="Georgia" w:eastAsia="Georgia"/>
          <w:sz w:val="23"/>
        </w:rPr>
        <w:t>DERIVED ASSERTION — SHARED SOURCE ANCESTRY MAY EXIST ACROSS INSTITUTIONS.</w:t>
      </w:r>
    </w:p>
    <w:p>
      <w:r>
        <w:rPr>
          <w:rFonts w:ascii="Georgia" w:hAnsi="Georgia" w:eastAsia="Georgia"/>
          <w:sz w:val="23"/>
        </w:rPr>
        <w:t>SOURCE-LINEAGE REVIEW REQUIRED BEFORE TREATING CROSS-RECORD AGREEMENT AS INDEPENDENT CORROBORATION.</w:t>
      </w:r>
    </w:p>
    <w:p>
      <w:r>
        <w:rPr>
          <w:rFonts w:ascii="Georgia" w:hAnsi="Georgia" w:eastAsia="Georgia"/>
          <w:sz w:val="23"/>
        </w:rPr>
        <w:t>Long.</w:t>
      </w:r>
    </w:p>
    <w:p>
      <w:r>
        <w:rPr>
          <w:rFonts w:ascii="Georgia" w:hAnsi="Georgia" w:eastAsia="Georgia"/>
          <w:sz w:val="23"/>
        </w:rPr>
        <w:t>Useful.</w:t>
      </w:r>
    </w:p>
    <w:p>
      <w:r>
        <w:rPr>
          <w:rFonts w:ascii="Georgia" w:hAnsi="Georgia" w:eastAsia="Georgia"/>
          <w:sz w:val="23"/>
        </w:rPr>
        <w:t>Vulnerable to shortening.</w:t>
      </w:r>
    </w:p>
    <w:p>
      <w:r>
        <w:rPr>
          <w:rFonts w:ascii="Georgia" w:hAnsi="Georgia" w:eastAsia="Georgia"/>
          <w:sz w:val="23"/>
        </w:rPr>
        <w:t>Still necessary.</w:t>
      </w:r>
    </w:p>
    <w:p>
      <w:r>
        <w:rPr>
          <w:rFonts w:ascii="Georgia" w:hAnsi="Georgia" w:eastAsia="Georgia"/>
          <w:sz w:val="23"/>
        </w:rPr>
        <w:t>At 1711 Renn sent Aster’s first postoperative movement check.</w:t>
      </w:r>
    </w:p>
    <w:p>
      <w:r>
        <w:rPr>
          <w:rFonts w:ascii="Georgia" w:hAnsi="Georgia" w:eastAsia="Georgia"/>
          <w:sz w:val="23"/>
        </w:rPr>
        <w:t>Left hand to sternum height without pain above five.</w:t>
      </w:r>
    </w:p>
    <w:p>
      <w:r>
        <w:rPr>
          <w:rFonts w:ascii="Georgia" w:hAnsi="Georgia" w:eastAsia="Georgia"/>
          <w:sz w:val="23"/>
        </w:rPr>
        <w:t>No numbness.</w:t>
      </w:r>
    </w:p>
    <w:p>
      <w:r>
        <w:rPr>
          <w:rFonts w:ascii="Georgia" w:hAnsi="Georgia" w:eastAsia="Georgia"/>
          <w:sz w:val="23"/>
        </w:rPr>
        <w:t>No involuntary correction.</w:t>
      </w:r>
    </w:p>
    <w:p>
      <w:r>
        <w:rPr>
          <w:rFonts w:ascii="Georgia" w:hAnsi="Georgia" w:eastAsia="Georgia"/>
          <w:sz w:val="23"/>
        </w:rPr>
        <w:t>Setting stable.</w:t>
      </w:r>
    </w:p>
    <w:p>
      <w:r>
        <w:rPr>
          <w:rFonts w:ascii="Georgia" w:hAnsi="Georgia" w:eastAsia="Georgia"/>
          <w:sz w:val="23"/>
        </w:rPr>
        <w:t>New lattice stable.</w:t>
      </w:r>
    </w:p>
    <w:p>
      <w:r>
        <w:rPr>
          <w:rFonts w:ascii="Georgia" w:hAnsi="Georgia" w:eastAsia="Georgia"/>
          <w:sz w:val="23"/>
        </w:rPr>
        <w:t>Aster had asked whether she could take the temporary frame home.</w:t>
      </w:r>
    </w:p>
    <w:p>
      <w:r>
        <w:rPr>
          <w:rFonts w:ascii="Georgia" w:hAnsi="Georgia" w:eastAsia="Georgia"/>
          <w:sz w:val="23"/>
        </w:rPr>
        <w:t>Renn had said no.</w:t>
      </w:r>
    </w:p>
    <w:p>
      <w:r>
        <w:rPr>
          <w:rFonts w:ascii="Georgia" w:hAnsi="Georgia" w:eastAsia="Georgia"/>
          <w:sz w:val="23"/>
        </w:rPr>
        <w:t>Aster had asked whether she could at least keep the broken old anchor.</w:t>
      </w:r>
    </w:p>
    <w:p>
      <w:r>
        <w:rPr>
          <w:rFonts w:ascii="Georgia" w:hAnsi="Georgia" w:eastAsia="Georgia"/>
          <w:sz w:val="23"/>
        </w:rPr>
        <w:t>Renn had said yes after sterilization.</w:t>
      </w:r>
    </w:p>
    <w:p>
      <w:r>
        <w:rPr>
          <w:rFonts w:ascii="Georgia" w:hAnsi="Georgia" w:eastAsia="Georgia"/>
          <w:sz w:val="23"/>
        </w:rPr>
        <w:t>A failed piece of metal had excellent provenance.</w:t>
      </w:r>
    </w:p>
    <w:p>
      <w:pPr>
        <w:spacing w:before="80" w:after="80"/>
        <w:jc w:val="center"/>
      </w:pPr>
      <w:r>
        <w:rPr>
          <w:rFonts w:ascii="Georgia" w:hAnsi="Georgia" w:eastAsia="Georgia"/>
          <w:sz w:val="23"/>
        </w:rPr>
        <w:t>§</w:t>
      </w:r>
    </w:p>
    <w:p>
      <w:r>
        <w:rPr>
          <w:rFonts w:ascii="Georgia" w:hAnsi="Georgia" w:eastAsia="Georgia"/>
          <w:sz w:val="23"/>
        </w:rPr>
        <w:t>Three institutional records had agreed about Aster’s shoulder.</w:t>
      </w:r>
    </w:p>
    <w:p>
      <w:r>
        <w:rPr>
          <w:rFonts w:ascii="Georgia" w:hAnsi="Georgia" w:eastAsia="Georgia"/>
          <w:sz w:val="23"/>
        </w:rPr>
        <w:t>None had lied.</w:t>
      </w:r>
    </w:p>
    <w:p>
      <w:r>
        <w:rPr>
          <w:rFonts w:ascii="Georgia" w:hAnsi="Georgia" w:eastAsia="Georgia"/>
          <w:sz w:val="23"/>
        </w:rPr>
        <w:t>None had independently witnessed the thing they appeared to confirm.</w:t>
      </w:r>
    </w:p>
    <w:p>
      <w:r>
        <w:rPr>
          <w:rFonts w:ascii="Georgia" w:hAnsi="Georgia" w:eastAsia="Georgia"/>
          <w:sz w:val="23"/>
        </w:rPr>
        <w:t>Their separation had been administrative.</w:t>
      </w:r>
    </w:p>
    <w:p>
      <w:r>
        <w:rPr>
          <w:rFonts w:ascii="Georgia" w:hAnsi="Georgia" w:eastAsia="Georgia"/>
          <w:sz w:val="23"/>
        </w:rPr>
        <w:t>Their ancestry had remained shared.</w:t>
      </w:r>
    </w:p>
    <w:p>
      <w:r>
        <w:rPr>
          <w:rFonts w:ascii="Georgia" w:hAnsi="Georgia" w:eastAsia="Georgia"/>
          <w:sz w:val="23"/>
        </w:rPr>
        <w:t>Families separated.</w:t>
      </w:r>
    </w:p>
    <w:p>
      <w:r>
        <w:rPr>
          <w:rFonts w:ascii="Georgia" w:hAnsi="Georgia" w:eastAsia="Georgia"/>
          <w:sz w:val="23"/>
        </w:rPr>
        <w:t>Households separated.</w:t>
      </w:r>
    </w:p>
    <w:p>
      <w:r>
        <w:rPr>
          <w:rFonts w:ascii="Georgia" w:hAnsi="Georgia" w:eastAsia="Georgia"/>
          <w:sz w:val="23"/>
        </w:rPr>
        <w:t>Settings separated.</w:t>
      </w:r>
    </w:p>
    <w:p>
      <w:r>
        <w:rPr>
          <w:rFonts w:ascii="Georgia" w:hAnsi="Georgia" w:eastAsia="Georgia"/>
          <w:sz w:val="23"/>
        </w:rPr>
        <w:t>Records separated.</w:t>
      </w:r>
    </w:p>
    <w:p>
      <w:r>
        <w:rPr>
          <w:rFonts w:ascii="Georgia" w:hAnsi="Georgia" w:eastAsia="Georgia"/>
          <w:sz w:val="23"/>
        </w:rPr>
        <w:t>Separation changed custody, access, distance, and obligation.</w:t>
      </w:r>
    </w:p>
    <w:p>
      <w:r>
        <w:rPr>
          <w:rFonts w:ascii="Georgia" w:hAnsi="Georgia" w:eastAsia="Georgia"/>
          <w:sz w:val="23"/>
        </w:rPr>
        <w:t>It did not manufacture independent origin.</w:t>
      </w:r>
    </w:p>
    <w:p>
      <w:r>
        <w:rPr>
          <w:rFonts w:ascii="Georgia" w:hAnsi="Georgia" w:eastAsia="Georgia"/>
          <w:sz w:val="23"/>
        </w:rPr>
        <w:t>I opened Aster’s final service note one more time.</w:t>
      </w:r>
    </w:p>
    <w:p>
      <w:r>
        <w:rPr>
          <w:rFonts w:ascii="Georgia" w:hAnsi="Georgia" w:eastAsia="Georgia"/>
          <w:sz w:val="23"/>
        </w:rPr>
        <w:t>CURRENT SHOULDER STATE: POSTOPERATIVE / STABLE.</w:t>
      </w:r>
    </w:p>
    <w:p>
      <w:r>
        <w:rPr>
          <w:rFonts w:ascii="Georgia" w:hAnsi="Georgia" w:eastAsia="Georgia"/>
          <w:sz w:val="23"/>
        </w:rPr>
        <w:t>SETTING STATE: UNCHANGED.</w:t>
      </w:r>
    </w:p>
    <w:p>
      <w:r>
        <w:rPr>
          <w:rFonts w:ascii="Georgia" w:hAnsi="Georgia" w:eastAsia="Georgia"/>
          <w:sz w:val="23"/>
        </w:rPr>
        <w:t>NEW LATTICE: CALIBRATED UNDER CURRENT STABLE CONDITIONS USING HISTORY-ROBUST SERVICE PATH.</w:t>
      </w:r>
    </w:p>
    <w:p>
      <w:r>
        <w:rPr>
          <w:rFonts w:ascii="Georgia" w:hAnsi="Georgia" w:eastAsia="Georgia"/>
          <w:sz w:val="23"/>
        </w:rPr>
        <w:t>ORIGINAL INTEGRATION SEQUENCE: NOT ESTABLISHED.</w:t>
      </w:r>
    </w:p>
    <w:p>
      <w:r>
        <w:rPr>
          <w:rFonts w:ascii="Georgia" w:hAnsi="Georgia" w:eastAsia="Georgia"/>
          <w:sz w:val="23"/>
        </w:rPr>
        <w:t>THREE MODERN ASSERTIONS OF PRIOR ACTIVE SUPPORT: SHARED SOURCE ANCESTRY IDENTIFIED.</w:t>
      </w:r>
    </w:p>
    <w:p>
      <w:r>
        <w:rPr>
          <w:rFonts w:ascii="Georgia" w:hAnsi="Georgia" w:eastAsia="Georgia"/>
          <w:sz w:val="23"/>
        </w:rPr>
        <w:t>INDEPENDENT CORROBORATION: NOT ESTABLISHED.</w:t>
      </w:r>
    </w:p>
    <w:p>
      <w:r>
        <w:rPr>
          <w:rFonts w:ascii="Georgia" w:hAnsi="Georgia" w:eastAsia="Georgia"/>
          <w:sz w:val="23"/>
        </w:rPr>
        <w:t>HISTORICAL ASSOCIATION: ILYO NEMM.</w:t>
      </w:r>
    </w:p>
    <w:p>
      <w:r>
        <w:rPr>
          <w:rFonts w:ascii="Georgia" w:hAnsi="Georgia" w:eastAsia="Georgia"/>
          <w:sz w:val="23"/>
        </w:rPr>
        <w:t>PERSON-STANDING: NOT TESTED.</w:t>
      </w:r>
    </w:p>
    <w:p>
      <w:r>
        <w:rPr>
          <w:rFonts w:ascii="Georgia" w:hAnsi="Georgia" w:eastAsia="Georgia"/>
          <w:sz w:val="23"/>
        </w:rPr>
        <w:t>The three records had been real.</w:t>
      </w:r>
    </w:p>
    <w:p>
      <w:r>
        <w:rPr>
          <w:rFonts w:ascii="Georgia" w:hAnsi="Georgia" w:eastAsia="Georgia"/>
          <w:sz w:val="23"/>
        </w:rPr>
        <w:t>The agreement had been real.</w:t>
      </w:r>
    </w:p>
    <w:p>
      <w:r>
        <w:rPr>
          <w:rFonts w:ascii="Georgia" w:hAnsi="Georgia" w:eastAsia="Georgia"/>
          <w:sz w:val="23"/>
        </w:rPr>
        <w:t>There had only ever been one witness.</w:t>
      </w:r>
    </w:p>
    <w:p>
      <w:pPr>
        <w:keepNext/>
        <w:pageBreakBefore/>
        <w:jc w:val="center"/>
      </w:pPr>
      <w:r>
        <w:rPr>
          <w:rFonts w:ascii="Georgia" w:hAnsi="Georgia" w:eastAsia="Georgia"/>
          <w:b/>
          <w:sz w:val="28"/>
        </w:rPr>
        <w:t>Chapter Thirteen — The Same Curve</w:t>
      </w:r>
    </w:p>
    <w:p>
      <w:pPr>
        <w:spacing w:after="120"/>
      </w:pPr>
      <w:r>
        <w:rPr>
          <w:rFonts w:ascii="Georgia" w:hAnsi="Georgia" w:eastAsia="Georgia"/>
          <w:sz w:val="23"/>
        </w:rPr>
        <w:t>The three measurements were independent.</w:t>
      </w:r>
    </w:p>
    <w:p>
      <w:pPr>
        <w:spacing w:after="120"/>
      </w:pPr>
      <w:r>
        <w:rPr>
          <w:rFonts w:ascii="Georgia" w:hAnsi="Georgia" w:eastAsia="Georgia"/>
          <w:sz w:val="23"/>
        </w:rPr>
        <w:t>I checked that first.</w:t>
      </w:r>
    </w:p>
    <w:p>
      <w:pPr>
        <w:spacing w:after="120"/>
      </w:pPr>
      <w:r>
        <w:rPr>
          <w:rFonts w:ascii="Georgia" w:hAnsi="Georgia" w:eastAsia="Georgia"/>
          <w:sz w:val="23"/>
        </w:rPr>
        <w:t>That was my mistake.</w:t>
      </w:r>
    </w:p>
    <w:p>
      <w:pPr>
        <w:spacing w:before="80" w:after="120"/>
        <w:jc w:val="center"/>
      </w:pPr>
      <w:r>
        <w:rPr>
          <w:rFonts w:ascii="Georgia" w:hAnsi="Georgia" w:eastAsia="Georgia"/>
          <w:sz w:val="23"/>
        </w:rPr>
        <w:t>§</w:t>
      </w:r>
    </w:p>
    <w:p>
      <w:pPr>
        <w:spacing w:after="120"/>
      </w:pPr>
      <w:r>
        <w:rPr>
          <w:rFonts w:ascii="Georgia" w:hAnsi="Georgia" w:eastAsia="Georgia"/>
          <w:sz w:val="23"/>
        </w:rPr>
        <w:t>The patient was named Lysa Corren.</w:t>
      </w:r>
    </w:p>
    <w:p>
      <w:pPr>
        <w:spacing w:after="120"/>
      </w:pPr>
      <w:r>
        <w:rPr>
          <w:rFonts w:ascii="Georgia" w:hAnsi="Georgia" w:eastAsia="Georgia"/>
          <w:sz w:val="23"/>
        </w:rPr>
        <w:t>She was one hundred ninety-one and had been breathing with assistance for thirty-four years.</w:t>
      </w:r>
    </w:p>
    <w:p>
      <w:pPr>
        <w:spacing w:after="120"/>
      </w:pPr>
      <w:r>
        <w:rPr>
          <w:rFonts w:ascii="Georgia" w:hAnsi="Georgia" w:eastAsia="Georgia"/>
          <w:sz w:val="23"/>
        </w:rPr>
        <w:t>Not continuously.</w:t>
      </w:r>
    </w:p>
    <w:p>
      <w:pPr>
        <w:spacing w:after="120"/>
      </w:pPr>
      <w:r>
        <w:rPr>
          <w:rFonts w:ascii="Georgia" w:hAnsi="Georgia" w:eastAsia="Georgia"/>
          <w:sz w:val="23"/>
        </w:rPr>
        <w:t>The distinction mattered to her.</w:t>
      </w:r>
    </w:p>
    <w:p>
      <w:pPr>
        <w:spacing w:after="120"/>
      </w:pPr>
      <w:r>
        <w:rPr>
          <w:rFonts w:ascii="Georgia" w:hAnsi="Georgia" w:eastAsia="Georgia"/>
          <w:sz w:val="23"/>
        </w:rPr>
        <w:t>“If you write ventilated, I leave.”</w:t>
      </w:r>
    </w:p>
    <w:p>
      <w:pPr>
        <w:spacing w:after="120"/>
      </w:pPr>
      <w:r>
        <w:rPr>
          <w:rFonts w:ascii="Georgia" w:hAnsi="Georgia" w:eastAsia="Georgia"/>
          <w:sz w:val="23"/>
        </w:rPr>
        <w:t>“No.”</w:t>
      </w:r>
    </w:p>
    <w:p>
      <w:pPr>
        <w:spacing w:after="120"/>
      </w:pPr>
      <w:r>
        <w:rPr>
          <w:rFonts w:ascii="Georgia" w:hAnsi="Georgia" w:eastAsia="Georgia"/>
          <w:sz w:val="23"/>
        </w:rPr>
        <w:t>“Everyone says that before the form arrives.”</w:t>
      </w:r>
    </w:p>
    <w:p>
      <w:pPr>
        <w:spacing w:after="120"/>
      </w:pPr>
      <w:r>
        <w:rPr>
          <w:rFonts w:ascii="Georgia" w:hAnsi="Georgia" w:eastAsia="Georgia"/>
          <w:sz w:val="23"/>
        </w:rPr>
        <w:t>She sat upright on the pulmonary bench with both feet on the floor and one hand resting against the left lower ribs. Her breathing was quiet enough that I could hear the intake valve in the wall unit behind her.</w:t>
      </w:r>
    </w:p>
    <w:p>
      <w:pPr>
        <w:spacing w:after="120"/>
      </w:pPr>
      <w:r>
        <w:rPr>
          <w:rFonts w:ascii="Georgia" w:hAnsi="Georgia" w:eastAsia="Georgia"/>
          <w:sz w:val="23"/>
        </w:rPr>
        <w:t>Not the implant.</w:t>
      </w:r>
    </w:p>
    <w:p>
      <w:pPr>
        <w:spacing w:after="120"/>
      </w:pPr>
      <w:r>
        <w:rPr>
          <w:rFonts w:ascii="Georgia" w:hAnsi="Georgia" w:eastAsia="Georgia"/>
          <w:sz w:val="23"/>
        </w:rPr>
        <w:t>The room.</w:t>
      </w:r>
    </w:p>
    <w:p>
      <w:pPr>
        <w:spacing w:after="120"/>
      </w:pPr>
      <w:r>
        <w:rPr>
          <w:rFonts w:ascii="Georgia" w:hAnsi="Georgia" w:eastAsia="Georgia"/>
          <w:sz w:val="23"/>
        </w:rPr>
        <w:t>Her implant made less noise than my sleeve when I moved my arm.</w:t>
      </w:r>
    </w:p>
    <w:p>
      <w:pPr>
        <w:spacing w:after="120"/>
      </w:pPr>
      <w:r>
        <w:rPr>
          <w:rFonts w:ascii="Georgia" w:hAnsi="Georgia" w:eastAsia="Georgia"/>
          <w:sz w:val="23"/>
        </w:rPr>
        <w:t>Miren Orr stood at the instrument cart reading the service packet.</w:t>
      </w:r>
    </w:p>
    <w:p>
      <w:pPr>
        <w:spacing w:after="120"/>
      </w:pPr>
      <w:r>
        <w:rPr>
          <w:rFonts w:ascii="Georgia" w:hAnsi="Georgia" w:eastAsia="Georgia"/>
          <w:sz w:val="23"/>
        </w:rPr>
        <w:t>“Diaphragmatic assist,” she said.</w:t>
      </w:r>
    </w:p>
    <w:p>
      <w:pPr>
        <w:spacing w:after="120"/>
      </w:pPr>
      <w:r>
        <w:rPr>
          <w:rFonts w:ascii="Georgia" w:hAnsi="Georgia" w:eastAsia="Georgia"/>
          <w:sz w:val="23"/>
        </w:rPr>
        <w:t>Lysa looked at her.</w:t>
      </w:r>
    </w:p>
    <w:p>
      <w:pPr>
        <w:spacing w:after="120"/>
      </w:pPr>
      <w:r>
        <w:rPr>
          <w:rFonts w:ascii="Georgia" w:hAnsi="Georgia" w:eastAsia="Georgia"/>
          <w:sz w:val="23"/>
        </w:rPr>
        <w:t>“Yes.”</w:t>
      </w:r>
    </w:p>
    <w:p>
      <w:pPr>
        <w:spacing w:after="120"/>
      </w:pPr>
      <w:r>
        <w:rPr>
          <w:rFonts w:ascii="Georgia" w:hAnsi="Georgia" w:eastAsia="Georgia"/>
          <w:sz w:val="23"/>
        </w:rPr>
        <w:t>“Left phrenic deficit after viral neuritis, thirty-four years.”</w:t>
      </w:r>
    </w:p>
    <w:p>
      <w:pPr>
        <w:spacing w:after="120"/>
      </w:pPr>
      <w:r>
        <w:rPr>
          <w:rFonts w:ascii="Georgia" w:hAnsi="Georgia" w:eastAsia="Georgia"/>
          <w:sz w:val="23"/>
        </w:rPr>
        <w:t>“Yes.”</w:t>
      </w:r>
    </w:p>
    <w:p>
      <w:pPr>
        <w:spacing w:after="120"/>
      </w:pPr>
      <w:r>
        <w:rPr>
          <w:rFonts w:ascii="Georgia" w:hAnsi="Georgia" w:eastAsia="Georgia"/>
          <w:sz w:val="23"/>
        </w:rPr>
        <w:t>“Setting integrated twenty-eight years.”</w:t>
      </w:r>
    </w:p>
    <w:p>
      <w:pPr>
        <w:spacing w:after="120"/>
      </w:pPr>
      <w:r>
        <w:rPr>
          <w:rFonts w:ascii="Georgia" w:hAnsi="Georgia" w:eastAsia="Georgia"/>
          <w:sz w:val="23"/>
        </w:rPr>
        <w:t>“Yes.”</w:t>
      </w:r>
    </w:p>
    <w:p>
      <w:pPr>
        <w:spacing w:after="120"/>
      </w:pPr>
      <w:r>
        <w:rPr>
          <w:rFonts w:ascii="Georgia" w:hAnsi="Georgia" w:eastAsia="Georgia"/>
          <w:sz w:val="23"/>
        </w:rPr>
        <w:t>“Association?”</w:t>
      </w:r>
    </w:p>
    <w:p>
      <w:pPr>
        <w:spacing w:after="120"/>
      </w:pPr>
      <w:r>
        <w:rPr>
          <w:rFonts w:ascii="Georgia" w:hAnsi="Georgia" w:eastAsia="Georgia"/>
          <w:sz w:val="23"/>
        </w:rPr>
        <w:t>“My wife.”</w:t>
      </w:r>
    </w:p>
    <w:p>
      <w:pPr>
        <w:spacing w:after="120"/>
      </w:pPr>
      <w:r>
        <w:rPr>
          <w:rFonts w:ascii="Georgia" w:hAnsi="Georgia" w:eastAsia="Georgia"/>
          <w:sz w:val="23"/>
        </w:rPr>
        <w:t>“Name?”</w:t>
      </w:r>
    </w:p>
    <w:p>
      <w:pPr>
        <w:spacing w:after="120"/>
      </w:pPr>
      <w:r>
        <w:rPr>
          <w:rFonts w:ascii="Georgia" w:hAnsi="Georgia" w:eastAsia="Georgia"/>
          <w:sz w:val="23"/>
        </w:rPr>
        <w:t>“Ena Corren.”</w:t>
      </w:r>
    </w:p>
    <w:p>
      <w:pPr>
        <w:spacing w:after="120"/>
      </w:pPr>
      <w:r>
        <w:rPr>
          <w:rFonts w:ascii="Georgia" w:hAnsi="Georgia" w:eastAsia="Georgia"/>
          <w:sz w:val="23"/>
        </w:rPr>
        <w:t>“Completion age?”</w:t>
      </w:r>
    </w:p>
    <w:p>
      <w:pPr>
        <w:spacing w:after="120"/>
      </w:pPr>
      <w:r>
        <w:rPr>
          <w:rFonts w:ascii="Georgia" w:hAnsi="Georgia" w:eastAsia="Georgia"/>
          <w:sz w:val="23"/>
        </w:rPr>
        <w:t>“Sixty-seven.”</w:t>
      </w:r>
    </w:p>
    <w:p>
      <w:pPr>
        <w:spacing w:after="120"/>
      </w:pPr>
      <w:r>
        <w:rPr>
          <w:rFonts w:ascii="Georgia" w:hAnsi="Georgia" w:eastAsia="Georgia"/>
          <w:sz w:val="23"/>
        </w:rPr>
        <w:t>“Event?”</w:t>
      </w:r>
    </w:p>
    <w:p>
      <w:pPr>
        <w:spacing w:after="120"/>
      </w:pPr>
      <w:r>
        <w:rPr>
          <w:rFonts w:ascii="Georgia" w:hAnsi="Georgia" w:eastAsia="Georgia"/>
          <w:sz w:val="23"/>
        </w:rPr>
        <w:t>“Transit fire.”</w:t>
      </w:r>
    </w:p>
    <w:p>
      <w:pPr>
        <w:spacing w:after="120"/>
      </w:pPr>
      <w:r>
        <w:rPr>
          <w:rFonts w:ascii="Georgia" w:hAnsi="Georgia" w:eastAsia="Georgia"/>
          <w:sz w:val="23"/>
        </w:rPr>
        <w:t>Miren looked up.</w:t>
      </w:r>
    </w:p>
    <w:p>
      <w:pPr>
        <w:spacing w:after="120"/>
      </w:pPr>
      <w:r>
        <w:rPr>
          <w:rFonts w:ascii="Georgia" w:hAnsi="Georgia" w:eastAsia="Georgia"/>
          <w:sz w:val="23"/>
        </w:rPr>
        <w:t>“Your setting predates the respiratory integration.”</w:t>
      </w:r>
    </w:p>
    <w:p>
      <w:pPr>
        <w:spacing w:after="120"/>
      </w:pPr>
      <w:r>
        <w:rPr>
          <w:rFonts w:ascii="Georgia" w:hAnsi="Georgia" w:eastAsia="Georgia"/>
          <w:sz w:val="23"/>
        </w:rPr>
        <w:t>“By forty-two years.”</w:t>
      </w:r>
    </w:p>
    <w:p>
      <w:pPr>
        <w:spacing w:after="120"/>
      </w:pPr>
      <w:r>
        <w:rPr>
          <w:rFonts w:ascii="Georgia" w:hAnsi="Georgia" w:eastAsia="Georgia"/>
          <w:sz w:val="23"/>
        </w:rPr>
        <w:t>“And the respiratory integration predates the current controller.”</w:t>
      </w:r>
    </w:p>
    <w:p>
      <w:pPr>
        <w:spacing w:after="120"/>
      </w:pPr>
      <w:r>
        <w:rPr>
          <w:rFonts w:ascii="Georgia" w:hAnsi="Georgia" w:eastAsia="Georgia"/>
          <w:sz w:val="23"/>
        </w:rPr>
        <w:t>“By eleven.”</w:t>
      </w:r>
    </w:p>
    <w:p>
      <w:pPr>
        <w:spacing w:after="120"/>
      </w:pPr>
      <w:r>
        <w:rPr>
          <w:rFonts w:ascii="Georgia" w:hAnsi="Georgia" w:eastAsia="Georgia"/>
          <w:sz w:val="23"/>
        </w:rPr>
        <w:t>“And the symptoms began six weeks ago.”</w:t>
      </w:r>
    </w:p>
    <w:p>
      <w:pPr>
        <w:spacing w:after="120"/>
      </w:pPr>
      <w:r>
        <w:rPr>
          <w:rFonts w:ascii="Georgia" w:hAnsi="Georgia" w:eastAsia="Georgia"/>
          <w:sz w:val="23"/>
        </w:rPr>
        <w:t>“Five weeks and four days.”</w:t>
      </w:r>
    </w:p>
    <w:p>
      <w:pPr>
        <w:spacing w:after="120"/>
      </w:pPr>
      <w:r>
        <w:rPr>
          <w:rFonts w:ascii="Georgia" w:hAnsi="Georgia" w:eastAsia="Georgia"/>
          <w:sz w:val="23"/>
        </w:rPr>
        <w:t>Miren changed the field.</w:t>
      </w:r>
    </w:p>
    <w:p>
      <w:pPr>
        <w:spacing w:after="120"/>
      </w:pPr>
      <w:r>
        <w:rPr>
          <w:rFonts w:ascii="Georgia" w:hAnsi="Georgia" w:eastAsia="Georgia"/>
          <w:sz w:val="23"/>
        </w:rPr>
        <w:t>Lysa noticed.</w:t>
      </w:r>
    </w:p>
    <w:p>
      <w:pPr>
        <w:spacing w:after="120"/>
      </w:pPr>
      <w:r>
        <w:rPr>
          <w:rFonts w:ascii="Georgia" w:hAnsi="Georgia" w:eastAsia="Georgia"/>
          <w:sz w:val="23"/>
        </w:rPr>
        <w:t>“Thank you.”</w:t>
      </w:r>
    </w:p>
    <w:p>
      <w:pPr>
        <w:spacing w:after="120"/>
      </w:pPr>
      <w:r>
        <w:rPr>
          <w:rFonts w:ascii="Georgia" w:hAnsi="Georgia" w:eastAsia="Georgia"/>
          <w:sz w:val="23"/>
        </w:rPr>
        <w:t>The current complaint was simple enough to fit on one line.</w:t>
      </w:r>
    </w:p>
    <w:p>
      <w:pPr>
        <w:spacing w:after="120"/>
      </w:pPr>
      <w:r>
        <w:rPr>
          <w:rFonts w:ascii="Georgia" w:hAnsi="Georgia" w:eastAsia="Georgia"/>
          <w:sz w:val="23"/>
        </w:rPr>
        <w:t>INSPIRATORY CATCH DURING MODERATE EXERTION, MOST PROMINENT AFTER RAPID POSITION CHANGE.</w:t>
      </w:r>
    </w:p>
    <w:p>
      <w:pPr>
        <w:spacing w:after="120"/>
      </w:pPr>
      <w:r>
        <w:rPr>
          <w:rFonts w:ascii="Georgia" w:hAnsi="Georgia" w:eastAsia="Georgia"/>
          <w:sz w:val="23"/>
        </w:rPr>
        <w:t>Simple complaints rarely stayed simple after instrumentation.</w:t>
      </w:r>
    </w:p>
    <w:p>
      <w:pPr>
        <w:spacing w:after="120"/>
      </w:pPr>
      <w:r>
        <w:rPr>
          <w:rFonts w:ascii="Georgia" w:hAnsi="Georgia" w:eastAsia="Georgia"/>
          <w:sz w:val="23"/>
        </w:rPr>
        <w:t>Lysa described it as a second breath arriving before the first one had finished becoming hers.</w:t>
      </w:r>
    </w:p>
    <w:p>
      <w:pPr>
        <w:spacing w:after="120"/>
      </w:pPr>
      <w:r>
        <w:rPr>
          <w:rFonts w:ascii="Georgia" w:hAnsi="Georgia" w:eastAsia="Georgia"/>
          <w:sz w:val="23"/>
        </w:rPr>
        <w:t>That sentence did not fit the field.</w:t>
      </w:r>
    </w:p>
    <w:p>
      <w:pPr>
        <w:spacing w:after="120"/>
      </w:pPr>
      <w:r>
        <w:rPr>
          <w:rFonts w:ascii="Georgia" w:hAnsi="Georgia" w:eastAsia="Georgia"/>
          <w:sz w:val="23"/>
        </w:rPr>
        <w:t>I kept it anyway.</w:t>
      </w:r>
    </w:p>
    <w:p>
      <w:pPr>
        <w:spacing w:after="120"/>
      </w:pPr>
      <w:r>
        <w:rPr>
          <w:rFonts w:ascii="Georgia" w:hAnsi="Georgia" w:eastAsia="Georgia"/>
          <w:sz w:val="23"/>
        </w:rPr>
        <w:t>“What does it make you stop doing?” I asked.</w:t>
      </w:r>
    </w:p>
    <w:p>
      <w:pPr>
        <w:spacing w:after="120"/>
      </w:pPr>
      <w:r>
        <w:rPr>
          <w:rFonts w:ascii="Georgia" w:hAnsi="Georgia" w:eastAsia="Georgia"/>
          <w:sz w:val="23"/>
        </w:rPr>
        <w:t>She looked at me as if the question had improved me slightly.</w:t>
      </w:r>
    </w:p>
    <w:p>
      <w:pPr>
        <w:spacing w:after="120"/>
      </w:pPr>
      <w:r>
        <w:rPr>
          <w:rFonts w:ascii="Georgia" w:hAnsi="Georgia" w:eastAsia="Georgia"/>
          <w:sz w:val="23"/>
        </w:rPr>
        <w:t>“Stairs if I am carrying anything. Long sentences while walking. Singing.”</w:t>
      </w:r>
    </w:p>
    <w:p>
      <w:pPr>
        <w:spacing w:after="120"/>
      </w:pPr>
      <w:r>
        <w:rPr>
          <w:rFonts w:ascii="Georgia" w:hAnsi="Georgia" w:eastAsia="Georgia"/>
          <w:sz w:val="23"/>
        </w:rPr>
        <w:t>“You sing professionally?”</w:t>
      </w:r>
    </w:p>
    <w:p>
      <w:pPr>
        <w:spacing w:after="120"/>
      </w:pPr>
      <w:r>
        <w:rPr>
          <w:rFonts w:ascii="Georgia" w:hAnsi="Georgia" w:eastAsia="Georgia"/>
          <w:sz w:val="23"/>
        </w:rPr>
        <w:t>“No.”</w:t>
      </w:r>
    </w:p>
    <w:p>
      <w:pPr>
        <w:spacing w:after="120"/>
      </w:pPr>
      <w:r>
        <w:rPr>
          <w:rFonts w:ascii="Georgia" w:hAnsi="Georgia" w:eastAsia="Georgia"/>
          <w:sz w:val="23"/>
        </w:rPr>
        <w:t>“Then why include it?”</w:t>
      </w:r>
    </w:p>
    <w:p>
      <w:pPr>
        <w:spacing w:after="120"/>
      </w:pPr>
      <w:r>
        <w:rPr>
          <w:rFonts w:ascii="Georgia" w:hAnsi="Georgia" w:eastAsia="Georgia"/>
          <w:sz w:val="23"/>
        </w:rPr>
        <w:t>“Because I like it.”</w:t>
      </w:r>
    </w:p>
    <w:p>
      <w:pPr>
        <w:spacing w:after="120"/>
      </w:pPr>
      <w:r>
        <w:rPr>
          <w:rFonts w:ascii="Georgia" w:hAnsi="Georgia" w:eastAsia="Georgia"/>
          <w:sz w:val="23"/>
        </w:rPr>
        <w:t>Ena had completed at sixty-seven, one hundred twenty-four years earlier. In the world Lysa inhabited now, sixty-seven was young enough that the number carried its own violence.</w:t>
      </w:r>
    </w:p>
    <w:p>
      <w:pPr>
        <w:spacing w:after="120"/>
      </w:pPr>
      <w:r>
        <w:rPr>
          <w:rFonts w:ascii="Georgia" w:hAnsi="Georgia" w:eastAsia="Georgia"/>
          <w:sz w:val="23"/>
        </w:rPr>
        <w:t>The setting at Lysa’s lower sternum contained 1.14 grams associated with Ena’s completion event.</w:t>
      </w:r>
    </w:p>
    <w:p>
      <w:pPr>
        <w:spacing w:after="120"/>
      </w:pPr>
      <w:r>
        <w:rPr>
          <w:rFonts w:ascii="Georgia" w:hAnsi="Georgia" w:eastAsia="Georgia"/>
          <w:sz w:val="23"/>
        </w:rPr>
        <w:t>The diaphragmatic assist had been added much later for an ordinary medical reason.</w:t>
      </w:r>
    </w:p>
    <w:p>
      <w:pPr>
        <w:spacing w:after="120"/>
      </w:pPr>
      <w:r>
        <w:rPr>
          <w:rFonts w:ascii="Georgia" w:hAnsi="Georgia" w:eastAsia="Georgia"/>
          <w:sz w:val="23"/>
        </w:rPr>
        <w:t>Nobody claimed Ena had become a respiratory device.</w:t>
      </w:r>
    </w:p>
    <w:p>
      <w:pPr>
        <w:spacing w:after="120"/>
      </w:pPr>
      <w:r>
        <w:rPr>
          <w:rFonts w:ascii="Georgia" w:hAnsi="Georgia" w:eastAsia="Georgia"/>
          <w:sz w:val="23"/>
        </w:rPr>
        <w:t>Nobody in the room needed that sentence.</w:t>
      </w:r>
    </w:p>
    <w:p>
      <w:pPr>
        <w:spacing w:after="120"/>
      </w:pPr>
      <w:r>
        <w:rPr>
          <w:rFonts w:ascii="Georgia" w:hAnsi="Georgia" w:eastAsia="Georgia"/>
          <w:sz w:val="23"/>
        </w:rPr>
        <w:t>The integration was technical: the setting’s contact-compensation state had become one of several signals used by the assist controller to avoid applying mechanical support against a body that was already correcting its own posture and thoracic tension.</w:t>
      </w:r>
    </w:p>
    <w:p>
      <w:pPr>
        <w:spacing w:after="120"/>
      </w:pPr>
      <w:r>
        <w:rPr>
          <w:rFonts w:ascii="Georgia" w:hAnsi="Georgia" w:eastAsia="Georgia"/>
          <w:sz w:val="23"/>
        </w:rPr>
        <w:t>That was all.</w:t>
      </w:r>
    </w:p>
    <w:p>
      <w:pPr>
        <w:spacing w:after="120"/>
      </w:pPr>
      <w:r>
        <w:rPr>
          <w:rFonts w:ascii="Georgia" w:hAnsi="Georgia" w:eastAsia="Georgia"/>
          <w:sz w:val="23"/>
        </w:rPr>
        <w:t>Three clinics had measured a timing lag between setting-linked contact compensation and left diaphragmatic assist.</w:t>
      </w:r>
    </w:p>
    <w:p>
      <w:pPr>
        <w:spacing w:after="120"/>
      </w:pPr>
      <w:r>
        <w:rPr>
          <w:rFonts w:ascii="Georgia" w:hAnsi="Georgia" w:eastAsia="Georgia"/>
          <w:sz w:val="23"/>
        </w:rPr>
        <w:t>Pulmonary South: 0.14 milliseconds.</w:t>
      </w:r>
    </w:p>
    <w:p>
      <w:pPr>
        <w:spacing w:after="120"/>
      </w:pPr>
      <w:r>
        <w:rPr>
          <w:rFonts w:ascii="Georgia" w:hAnsi="Georgia" w:eastAsia="Georgia"/>
          <w:sz w:val="23"/>
        </w:rPr>
        <w:t>North Mutual Medical: 0.13.</w:t>
      </w:r>
    </w:p>
    <w:p>
      <w:pPr>
        <w:spacing w:after="120"/>
      </w:pPr>
      <w:r>
        <w:rPr>
          <w:rFonts w:ascii="Georgia" w:hAnsi="Georgia" w:eastAsia="Georgia"/>
          <w:sz w:val="23"/>
        </w:rPr>
        <w:t>Mavik Assist Systems: 0.14.</w:t>
      </w:r>
    </w:p>
    <w:p>
      <w:pPr>
        <w:spacing w:after="120"/>
      </w:pPr>
      <w:r>
        <w:rPr>
          <w:rFonts w:ascii="Georgia" w:hAnsi="Georgia" w:eastAsia="Georgia"/>
          <w:sz w:val="23"/>
        </w:rPr>
        <w:t>All recommended a reversible reduction in assist lead between 0.08 and 0.10 milliseconds.</w:t>
      </w:r>
    </w:p>
    <w:p>
      <w:pPr>
        <w:spacing w:after="120"/>
      </w:pPr>
      <w:r>
        <w:rPr>
          <w:rFonts w:ascii="Georgia" w:hAnsi="Georgia" w:eastAsia="Georgia"/>
          <w:sz w:val="23"/>
        </w:rPr>
        <w:t>The agreement was unusually close.</w:t>
      </w:r>
    </w:p>
    <w:p>
      <w:pPr>
        <w:spacing w:after="120"/>
      </w:pPr>
      <w:r>
        <w:rPr>
          <w:rFonts w:ascii="Georgia" w:hAnsi="Georgia" w:eastAsia="Georgia"/>
          <w:sz w:val="23"/>
        </w:rPr>
        <w:t>After Aster Nemm, close agreement made me suspicious.</w:t>
      </w:r>
    </w:p>
    <w:p>
      <w:pPr>
        <w:spacing w:after="120"/>
      </w:pPr>
      <w:r>
        <w:rPr>
          <w:rFonts w:ascii="Georgia" w:hAnsi="Georgia" w:eastAsia="Georgia"/>
          <w:sz w:val="23"/>
        </w:rPr>
        <w:t>So I checked the source chains.</w:t>
      </w:r>
    </w:p>
    <w:p>
      <w:pPr>
        <w:spacing w:after="120"/>
      </w:pPr>
      <w:r>
        <w:rPr>
          <w:rFonts w:ascii="Georgia" w:hAnsi="Georgia" w:eastAsia="Georgia"/>
          <w:sz w:val="23"/>
        </w:rPr>
        <w:t>Different facilities.</w:t>
      </w:r>
    </w:p>
    <w:p>
      <w:pPr>
        <w:spacing w:after="120"/>
      </w:pPr>
      <w:r>
        <w:rPr>
          <w:rFonts w:ascii="Georgia" w:hAnsi="Georgia" w:eastAsia="Georgia"/>
          <w:sz w:val="23"/>
        </w:rPr>
        <w:t>Different dates.</w:t>
      </w:r>
    </w:p>
    <w:p>
      <w:pPr>
        <w:spacing w:after="120"/>
      </w:pPr>
      <w:r>
        <w:rPr>
          <w:rFonts w:ascii="Georgia" w:hAnsi="Georgia" w:eastAsia="Georgia"/>
          <w:sz w:val="23"/>
        </w:rPr>
        <w:t>Different instruments.</w:t>
      </w:r>
    </w:p>
    <w:p>
      <w:pPr>
        <w:spacing w:after="120"/>
      </w:pPr>
      <w:r>
        <w:rPr>
          <w:rFonts w:ascii="Georgia" w:hAnsi="Georgia" w:eastAsia="Georgia"/>
          <w:sz w:val="23"/>
        </w:rPr>
        <w:t>Different technicians.</w:t>
      </w:r>
    </w:p>
    <w:p>
      <w:pPr>
        <w:spacing w:after="120"/>
      </w:pPr>
      <w:r>
        <w:rPr>
          <w:rFonts w:ascii="Georgia" w:hAnsi="Georgia" w:eastAsia="Georgia"/>
          <w:sz w:val="23"/>
        </w:rPr>
        <w:t>Separate raw acquisitions.</w:t>
      </w:r>
    </w:p>
    <w:p>
      <w:pPr>
        <w:spacing w:after="120"/>
      </w:pPr>
      <w:r>
        <w:rPr>
          <w:rFonts w:ascii="Georgia" w:hAnsi="Georgia" w:eastAsia="Georgia"/>
          <w:sz w:val="23"/>
        </w:rPr>
        <w:t>No shared continuity bundle.</w:t>
      </w:r>
    </w:p>
    <w:p>
      <w:pPr>
        <w:spacing w:after="120"/>
      </w:pPr>
      <w:r>
        <w:rPr>
          <w:rFonts w:ascii="Georgia" w:hAnsi="Georgia" w:eastAsia="Georgia"/>
          <w:sz w:val="23"/>
        </w:rPr>
        <w:t>No copied service assertion.</w:t>
      </w:r>
    </w:p>
    <w:p>
      <w:pPr>
        <w:spacing w:after="120"/>
      </w:pPr>
      <w:r>
        <w:rPr>
          <w:rFonts w:ascii="Georgia" w:hAnsi="Georgia" w:eastAsia="Georgia"/>
          <w:sz w:val="23"/>
        </w:rPr>
        <w:t>No inherited result field.</w:t>
      </w:r>
    </w:p>
    <w:p>
      <w:pPr>
        <w:spacing w:after="120"/>
      </w:pPr>
      <w:r>
        <w:rPr>
          <w:rFonts w:ascii="Georgia" w:hAnsi="Georgia" w:eastAsia="Georgia"/>
          <w:sz w:val="23"/>
        </w:rPr>
        <w:t>I spent forty-one minutes proving what the records already claimed.</w:t>
      </w:r>
    </w:p>
    <w:p>
      <w:pPr>
        <w:spacing w:after="120"/>
      </w:pPr>
      <w:r>
        <w:rPr>
          <w:rFonts w:ascii="Georgia" w:hAnsi="Georgia" w:eastAsia="Georgia"/>
          <w:sz w:val="23"/>
        </w:rPr>
        <w:t>The three measurements were independent.</w:t>
      </w:r>
    </w:p>
    <w:p>
      <w:pPr>
        <w:spacing w:after="120"/>
      </w:pPr>
      <w:r>
        <w:rPr>
          <w:rFonts w:ascii="Georgia" w:hAnsi="Georgia" w:eastAsia="Georgia"/>
          <w:sz w:val="23"/>
        </w:rPr>
        <w:t>Miren watched me finish.</w:t>
      </w:r>
    </w:p>
    <w:p>
      <w:pPr>
        <w:spacing w:after="120"/>
      </w:pPr>
      <w:r>
        <w:rPr>
          <w:rFonts w:ascii="Georgia" w:hAnsi="Georgia" w:eastAsia="Georgia"/>
          <w:sz w:val="23"/>
        </w:rPr>
        <w:t>“Happy?”</w:t>
      </w:r>
    </w:p>
    <w:p>
      <w:pPr>
        <w:spacing w:after="120"/>
      </w:pPr>
      <w:r>
        <w:rPr>
          <w:rFonts w:ascii="Georgia" w:hAnsi="Georgia" w:eastAsia="Georgia"/>
          <w:sz w:val="23"/>
        </w:rPr>
        <w:t>“No.”</w:t>
      </w:r>
    </w:p>
    <w:p>
      <w:pPr>
        <w:spacing w:after="120"/>
      </w:pPr>
      <w:r>
        <w:rPr>
          <w:rFonts w:ascii="Georgia" w:hAnsi="Georgia" w:eastAsia="Georgia"/>
          <w:sz w:val="23"/>
        </w:rPr>
        <w:t>“Less unhappy?”</w:t>
      </w:r>
    </w:p>
    <w:p>
      <w:pPr>
        <w:spacing w:after="120"/>
      </w:pPr>
      <w:r>
        <w:rPr>
          <w:rFonts w:ascii="Georgia" w:hAnsi="Georgia" w:eastAsia="Georgia"/>
          <w:sz w:val="23"/>
        </w:rPr>
        <w:t>“Yes.”</w:t>
      </w:r>
    </w:p>
    <w:p>
      <w:pPr>
        <w:spacing w:after="120"/>
      </w:pPr>
      <w:r>
        <w:rPr>
          <w:rFonts w:ascii="Georgia" w:hAnsi="Georgia" w:eastAsia="Georgia"/>
          <w:sz w:val="23"/>
        </w:rPr>
        <w:t>Lysa said, “That sounds expensive.”</w:t>
      </w:r>
    </w:p>
    <w:p>
      <w:pPr>
        <w:spacing w:after="120"/>
      </w:pPr>
      <w:r>
        <w:rPr>
          <w:rFonts w:ascii="Georgia" w:hAnsi="Georgia" w:eastAsia="Georgia"/>
          <w:sz w:val="23"/>
        </w:rPr>
        <w:t>“It is cheaper than confidence.”</w:t>
      </w:r>
    </w:p>
    <w:p>
      <w:pPr>
        <w:spacing w:after="120"/>
      </w:pPr>
      <w:r>
        <w:rPr>
          <w:rFonts w:ascii="Georgia" w:hAnsi="Georgia" w:eastAsia="Georgia"/>
          <w:sz w:val="23"/>
        </w:rPr>
        <w:t>“Not at my clinic.”</w:t>
      </w:r>
    </w:p>
    <w:p>
      <w:pPr>
        <w:spacing w:after="120"/>
      </w:pPr>
      <w:r>
        <w:rPr>
          <w:rFonts w:ascii="Georgia" w:hAnsi="Georgia" w:eastAsia="Georgia"/>
          <w:sz w:val="23"/>
        </w:rPr>
        <w:t>The pulmonary physician, Jor Mellen, entered at 0906.</w:t>
      </w:r>
    </w:p>
    <w:p>
      <w:pPr>
        <w:spacing w:after="120"/>
      </w:pPr>
      <w:r>
        <w:rPr>
          <w:rFonts w:ascii="Georgia" w:hAnsi="Georgia" w:eastAsia="Georgia"/>
          <w:sz w:val="23"/>
        </w:rPr>
        <w:t>He was human, seventy-eight, and had the irritating habit of reading a room before adding anything to it.</w:t>
      </w:r>
    </w:p>
    <w:p>
      <w:pPr>
        <w:spacing w:after="120"/>
      </w:pPr>
      <w:r>
        <w:rPr>
          <w:rFonts w:ascii="Georgia" w:hAnsi="Georgia" w:eastAsia="Georgia"/>
          <w:sz w:val="23"/>
        </w:rPr>
        <w:t>He read the three values.</w:t>
      </w:r>
    </w:p>
    <w:p>
      <w:pPr>
        <w:spacing w:after="120"/>
      </w:pPr>
      <w:r>
        <w:rPr>
          <w:rFonts w:ascii="Georgia" w:hAnsi="Georgia" w:eastAsia="Georgia"/>
          <w:sz w:val="23"/>
        </w:rPr>
        <w:t>“You checked ancestry.”</w:t>
      </w:r>
    </w:p>
    <w:p>
      <w:pPr>
        <w:spacing w:after="120"/>
      </w:pPr>
      <w:r>
        <w:rPr>
          <w:rFonts w:ascii="Georgia" w:hAnsi="Georgia" w:eastAsia="Georgia"/>
          <w:sz w:val="23"/>
        </w:rPr>
        <w:t>“Yes.”</w:t>
      </w:r>
    </w:p>
    <w:p>
      <w:pPr>
        <w:spacing w:after="120"/>
      </w:pPr>
      <w:r>
        <w:rPr>
          <w:rFonts w:ascii="Georgia" w:hAnsi="Georgia" w:eastAsia="Georgia"/>
          <w:sz w:val="23"/>
        </w:rPr>
        <w:t>“Independent?”</w:t>
      </w:r>
    </w:p>
    <w:p>
      <w:pPr>
        <w:spacing w:after="120"/>
      </w:pPr>
      <w:r>
        <w:rPr>
          <w:rFonts w:ascii="Georgia" w:hAnsi="Georgia" w:eastAsia="Georgia"/>
          <w:sz w:val="23"/>
        </w:rPr>
        <w:t>“Yes.”</w:t>
      </w:r>
    </w:p>
    <w:p>
      <w:pPr>
        <w:spacing w:after="120"/>
      </w:pPr>
      <w:r>
        <w:rPr>
          <w:rFonts w:ascii="Georgia" w:hAnsi="Georgia" w:eastAsia="Georgia"/>
          <w:sz w:val="23"/>
        </w:rPr>
        <w:t>“Then we have corroboration.”</w:t>
      </w:r>
    </w:p>
    <w:p>
      <w:pPr>
        <w:spacing w:after="120"/>
      </w:pPr>
      <w:r>
        <w:rPr>
          <w:rFonts w:ascii="Georgia" w:hAnsi="Georgia" w:eastAsia="Georgia"/>
          <w:sz w:val="23"/>
        </w:rPr>
        <w:t>I heard myself answer too quickly.</w:t>
      </w:r>
    </w:p>
    <w:p>
      <w:pPr>
        <w:spacing w:after="120"/>
      </w:pPr>
      <w:r>
        <w:rPr>
          <w:rFonts w:ascii="Georgia" w:hAnsi="Georgia" w:eastAsia="Georgia"/>
          <w:sz w:val="23"/>
        </w:rPr>
        <w:t>“Yes.”</w:t>
      </w:r>
    </w:p>
    <w:p>
      <w:pPr>
        <w:spacing w:after="120"/>
      </w:pPr>
      <w:r>
        <w:rPr>
          <w:rFonts w:ascii="Georgia" w:hAnsi="Georgia" w:eastAsia="Georgia"/>
          <w:sz w:val="23"/>
        </w:rPr>
        <w:t>Miren did not move.</w:t>
      </w:r>
    </w:p>
    <w:p>
      <w:pPr>
        <w:spacing w:after="120"/>
      </w:pPr>
      <w:r>
        <w:rPr>
          <w:rFonts w:ascii="Georgia" w:hAnsi="Georgia" w:eastAsia="Georgia"/>
          <w:sz w:val="23"/>
        </w:rPr>
        <w:t>That should have stopped me.</w:t>
      </w:r>
    </w:p>
    <w:p>
      <w:pPr>
        <w:spacing w:after="120"/>
      </w:pPr>
      <w:r>
        <w:rPr>
          <w:rFonts w:ascii="Georgia" w:hAnsi="Georgia" w:eastAsia="Georgia"/>
          <w:sz w:val="23"/>
        </w:rPr>
        <w:t>It did not.</w:t>
      </w:r>
    </w:p>
    <w:p>
      <w:pPr>
        <w:spacing w:before="80" w:after="120"/>
        <w:jc w:val="center"/>
      </w:pPr>
      <w:r>
        <w:rPr>
          <w:rFonts w:ascii="Georgia" w:hAnsi="Georgia" w:eastAsia="Georgia"/>
          <w:sz w:val="23"/>
        </w:rPr>
        <w:t>§</w:t>
      </w:r>
    </w:p>
    <w:p>
      <w:pPr>
        <w:spacing w:after="120"/>
      </w:pPr>
      <w:r>
        <w:rPr>
          <w:rFonts w:ascii="Georgia" w:hAnsi="Georgia" w:eastAsia="Georgia"/>
          <w:sz w:val="23"/>
        </w:rPr>
        <w:t>The proposed test was deliberately small.</w:t>
      </w:r>
    </w:p>
    <w:p>
      <w:pPr>
        <w:spacing w:after="120"/>
      </w:pPr>
      <w:r>
        <w:rPr>
          <w:rFonts w:ascii="Georgia" w:hAnsi="Georgia" w:eastAsia="Georgia"/>
          <w:sz w:val="23"/>
        </w:rPr>
        <w:t>No setting change.</w:t>
      </w:r>
    </w:p>
    <w:p>
      <w:pPr>
        <w:spacing w:after="120"/>
      </w:pPr>
      <w:r>
        <w:rPr>
          <w:rFonts w:ascii="Georgia" w:hAnsi="Georgia" w:eastAsia="Georgia"/>
          <w:sz w:val="23"/>
        </w:rPr>
        <w:t>No fragment challenge.</w:t>
      </w:r>
    </w:p>
    <w:p>
      <w:pPr>
        <w:spacing w:after="120"/>
      </w:pPr>
      <w:r>
        <w:rPr>
          <w:rFonts w:ascii="Georgia" w:hAnsi="Georgia" w:eastAsia="Georgia"/>
          <w:sz w:val="23"/>
        </w:rPr>
        <w:t>No historical sequence.</w:t>
      </w:r>
    </w:p>
    <w:p>
      <w:pPr>
        <w:spacing w:after="120"/>
      </w:pPr>
      <w:r>
        <w:rPr>
          <w:rFonts w:ascii="Georgia" w:hAnsi="Georgia" w:eastAsia="Georgia"/>
          <w:sz w:val="23"/>
        </w:rPr>
        <w:t>No change to the right diaphragm.</w:t>
      </w:r>
    </w:p>
    <w:p>
      <w:pPr>
        <w:spacing w:after="120"/>
      </w:pPr>
      <w:r>
        <w:rPr>
          <w:rFonts w:ascii="Georgia" w:hAnsi="Georgia" w:eastAsia="Georgia"/>
          <w:sz w:val="23"/>
        </w:rPr>
        <w:t>The assist controller would reduce left-side mechanical lead by 0.02 milliseconds for ten breaths while Lysa remained seated in a supported harness.</w:t>
      </w:r>
    </w:p>
    <w:p>
      <w:pPr>
        <w:spacing w:after="120"/>
      </w:pPr>
      <w:r>
        <w:rPr>
          <w:rFonts w:ascii="Georgia" w:hAnsi="Georgia" w:eastAsia="Georgia"/>
          <w:sz w:val="23"/>
        </w:rPr>
        <w:t>A fifth of the smallest recommended correction.</w:t>
      </w:r>
    </w:p>
    <w:p>
      <w:pPr>
        <w:spacing w:after="120"/>
      </w:pPr>
      <w:r>
        <w:rPr>
          <w:rFonts w:ascii="Georgia" w:hAnsi="Georgia" w:eastAsia="Georgia"/>
          <w:sz w:val="23"/>
        </w:rPr>
        <w:t>Stop conditions:</w:t>
      </w:r>
    </w:p>
    <w:p>
      <w:pPr>
        <w:spacing w:after="120"/>
      </w:pPr>
      <w:r>
        <w:rPr>
          <w:rFonts w:ascii="Georgia" w:hAnsi="Georgia" w:eastAsia="Georgia"/>
          <w:sz w:val="23"/>
        </w:rPr>
        <w:t>oxygen saturation below current baseline by more than two points;</w:t>
      </w:r>
    </w:p>
    <w:p>
      <w:pPr>
        <w:spacing w:after="120"/>
      </w:pPr>
      <w:r>
        <w:rPr>
          <w:rFonts w:ascii="Georgia" w:hAnsi="Georgia" w:eastAsia="Georgia"/>
          <w:sz w:val="23"/>
        </w:rPr>
        <w:t>end-tidal carbon dioxide increase above four millimeters;</w:t>
      </w:r>
    </w:p>
    <w:p>
      <w:pPr>
        <w:spacing w:after="120"/>
      </w:pPr>
      <w:r>
        <w:rPr>
          <w:rFonts w:ascii="Georgia" w:hAnsi="Georgia" w:eastAsia="Georgia"/>
          <w:sz w:val="23"/>
        </w:rPr>
        <w:t>inspiratory pressure rise above twelve percent;</w:t>
      </w:r>
    </w:p>
    <w:p>
      <w:pPr>
        <w:spacing w:after="120"/>
      </w:pPr>
      <w:r>
        <w:rPr>
          <w:rFonts w:ascii="Georgia" w:hAnsi="Georgia" w:eastAsia="Georgia"/>
          <w:sz w:val="23"/>
        </w:rPr>
        <w:t>paradoxical abdominal motion;</w:t>
      </w:r>
    </w:p>
    <w:p>
      <w:pPr>
        <w:spacing w:after="120"/>
      </w:pPr>
      <w:r>
        <w:rPr>
          <w:rFonts w:ascii="Georgia" w:hAnsi="Georgia" w:eastAsia="Georgia"/>
          <w:sz w:val="23"/>
        </w:rPr>
        <w:t>pain above four;</w:t>
      </w:r>
    </w:p>
    <w:p>
      <w:pPr>
        <w:spacing w:after="120"/>
      </w:pPr>
      <w:r>
        <w:rPr>
          <w:rFonts w:ascii="Georgia" w:hAnsi="Georgia" w:eastAsia="Georgia"/>
          <w:sz w:val="23"/>
        </w:rPr>
        <w:t>subjective double-trigger;</w:t>
      </w:r>
    </w:p>
    <w:p>
      <w:pPr>
        <w:spacing w:after="120"/>
      </w:pPr>
      <w:r>
        <w:rPr>
          <w:rFonts w:ascii="Georgia" w:hAnsi="Georgia" w:eastAsia="Georgia"/>
          <w:sz w:val="23"/>
        </w:rPr>
        <w:t>or Lysa saying stop.</w:t>
      </w:r>
    </w:p>
    <w:p>
      <w:pPr>
        <w:spacing w:after="120"/>
      </w:pPr>
      <w:r>
        <w:rPr>
          <w:rFonts w:ascii="Georgia" w:hAnsi="Georgia" w:eastAsia="Georgia"/>
          <w:sz w:val="23"/>
        </w:rPr>
        <w:t>She read the list.</w:t>
      </w:r>
    </w:p>
    <w:p>
      <w:pPr>
        <w:spacing w:after="120"/>
      </w:pPr>
      <w:r>
        <w:rPr>
          <w:rFonts w:ascii="Georgia" w:hAnsi="Georgia" w:eastAsia="Georgia"/>
          <w:sz w:val="23"/>
        </w:rPr>
        <w:t>“What is double-trigger?”</w:t>
      </w:r>
    </w:p>
    <w:p>
      <w:pPr>
        <w:spacing w:after="120"/>
      </w:pPr>
      <w:r>
        <w:rPr>
          <w:rFonts w:ascii="Georgia" w:hAnsi="Georgia" w:eastAsia="Georgia"/>
          <w:sz w:val="23"/>
        </w:rPr>
        <w:t>Jor said, “Two assist impulses inside one intended breath cycle.”</w:t>
      </w:r>
    </w:p>
    <w:p>
      <w:pPr>
        <w:spacing w:after="120"/>
      </w:pPr>
      <w:r>
        <w:rPr>
          <w:rFonts w:ascii="Georgia" w:hAnsi="Georgia" w:eastAsia="Georgia"/>
          <w:sz w:val="23"/>
        </w:rPr>
        <w:t>“Would I feel it?”</w:t>
      </w:r>
    </w:p>
    <w:p>
      <w:pPr>
        <w:spacing w:after="120"/>
      </w:pPr>
      <w:r>
        <w:rPr>
          <w:rFonts w:ascii="Georgia" w:hAnsi="Georgia" w:eastAsia="Georgia"/>
          <w:sz w:val="23"/>
        </w:rPr>
        <w:t>“Yes.”</w:t>
      </w:r>
    </w:p>
    <w:p>
      <w:pPr>
        <w:spacing w:after="120"/>
      </w:pPr>
      <w:r>
        <w:rPr>
          <w:rFonts w:ascii="Georgia" w:hAnsi="Georgia" w:eastAsia="Georgia"/>
          <w:sz w:val="23"/>
        </w:rPr>
        <w:t>“Like the thing I already feel?”</w:t>
      </w:r>
    </w:p>
    <w:p>
      <w:pPr>
        <w:spacing w:after="120"/>
      </w:pPr>
      <w:r>
        <w:rPr>
          <w:rFonts w:ascii="Georgia" w:hAnsi="Georgia" w:eastAsia="Georgia"/>
          <w:sz w:val="23"/>
        </w:rPr>
        <w:t>“Possibly.”</w:t>
      </w:r>
    </w:p>
    <w:p>
      <w:pPr>
        <w:spacing w:after="120"/>
      </w:pPr>
      <w:r>
        <w:rPr>
          <w:rFonts w:ascii="Georgia" w:hAnsi="Georgia" w:eastAsia="Georgia"/>
          <w:sz w:val="23"/>
        </w:rPr>
        <w:t>“Then why is it a stop condition instead of the symptom?”</w:t>
      </w:r>
    </w:p>
    <w:p>
      <w:pPr>
        <w:spacing w:after="120"/>
      </w:pPr>
      <w:r>
        <w:rPr>
          <w:rFonts w:ascii="Georgia" w:hAnsi="Georgia" w:eastAsia="Georgia"/>
          <w:sz w:val="23"/>
        </w:rPr>
        <w:t>He considered.</w:t>
      </w:r>
    </w:p>
    <w:p>
      <w:pPr>
        <w:spacing w:after="120"/>
      </w:pPr>
      <w:r>
        <w:rPr>
          <w:rFonts w:ascii="Georgia" w:hAnsi="Georgia" w:eastAsia="Georgia"/>
          <w:sz w:val="23"/>
        </w:rPr>
        <w:t>“Because the current symptom is intermittent and not accompanied by a recorded second mechanical impulse. If the test produces an actual second impulse, that is a different condition.”</w:t>
      </w:r>
    </w:p>
    <w:p>
      <w:pPr>
        <w:spacing w:after="120"/>
      </w:pPr>
      <w:r>
        <w:rPr>
          <w:rFonts w:ascii="Georgia" w:hAnsi="Georgia" w:eastAsia="Georgia"/>
          <w:sz w:val="23"/>
        </w:rPr>
        <w:t>“Then write that distinction.”</w:t>
      </w:r>
    </w:p>
    <w:p>
      <w:pPr>
        <w:spacing w:after="120"/>
      </w:pPr>
      <w:r>
        <w:rPr>
          <w:rFonts w:ascii="Georgia" w:hAnsi="Georgia" w:eastAsia="Georgia"/>
          <w:sz w:val="23"/>
        </w:rPr>
        <w:t>Jor did.</w:t>
      </w:r>
    </w:p>
    <w:p>
      <w:pPr>
        <w:spacing w:after="120"/>
      </w:pPr>
      <w:r>
        <w:rPr>
          <w:rFonts w:ascii="Georgia" w:hAnsi="Georgia" w:eastAsia="Georgia"/>
          <w:sz w:val="23"/>
        </w:rPr>
        <w:t>Miren adjusted the harness.</w:t>
      </w:r>
    </w:p>
    <w:p>
      <w:pPr>
        <w:spacing w:after="120"/>
      </w:pPr>
      <w:r>
        <w:rPr>
          <w:rFonts w:ascii="Georgia" w:hAnsi="Georgia" w:eastAsia="Georgia"/>
          <w:sz w:val="23"/>
        </w:rPr>
        <w:t>Lysa lifted both arms while Miren passed the lower strap behind her back.</w:t>
      </w:r>
    </w:p>
    <w:p>
      <w:pPr>
        <w:spacing w:after="120"/>
      </w:pPr>
      <w:r>
        <w:rPr>
          <w:rFonts w:ascii="Georgia" w:hAnsi="Georgia" w:eastAsia="Georgia"/>
          <w:sz w:val="23"/>
        </w:rPr>
        <w:t>The setting remained accessible through a small opening in her shirt.</w:t>
      </w:r>
    </w:p>
    <w:p>
      <w:pPr>
        <w:spacing w:after="120"/>
      </w:pPr>
      <w:r>
        <w:rPr>
          <w:rFonts w:ascii="Georgia" w:hAnsi="Georgia" w:eastAsia="Georgia"/>
          <w:sz w:val="23"/>
        </w:rPr>
        <w:t>Black ceramic.</w:t>
      </w:r>
    </w:p>
    <w:p>
      <w:pPr>
        <w:spacing w:after="120"/>
      </w:pPr>
      <w:r>
        <w:rPr>
          <w:rFonts w:ascii="Georgia" w:hAnsi="Georgia" w:eastAsia="Georgia"/>
          <w:sz w:val="23"/>
        </w:rPr>
        <w:t>Old design.</w:t>
      </w:r>
    </w:p>
    <w:p>
      <w:pPr>
        <w:spacing w:after="120"/>
      </w:pPr>
      <w:r>
        <w:rPr>
          <w:rFonts w:ascii="Georgia" w:hAnsi="Georgia" w:eastAsia="Georgia"/>
          <w:sz w:val="23"/>
        </w:rPr>
        <w:t>No decorative chain.</w:t>
      </w:r>
    </w:p>
    <w:p>
      <w:pPr>
        <w:spacing w:after="120"/>
      </w:pPr>
      <w:r>
        <w:rPr>
          <w:rFonts w:ascii="Georgia" w:hAnsi="Georgia" w:eastAsia="Georgia"/>
          <w:sz w:val="23"/>
        </w:rPr>
        <w:t>A thin silver scratch ran across one edge.</w:t>
      </w:r>
    </w:p>
    <w:p>
      <w:pPr>
        <w:spacing w:after="120"/>
      </w:pPr>
      <w:r>
        <w:rPr>
          <w:rFonts w:ascii="Georgia" w:hAnsi="Georgia" w:eastAsia="Georgia"/>
          <w:sz w:val="23"/>
        </w:rPr>
        <w:t>I looked at it.</w:t>
      </w:r>
    </w:p>
    <w:p>
      <w:pPr>
        <w:spacing w:after="120"/>
      </w:pPr>
      <w:r>
        <w:rPr>
          <w:rFonts w:ascii="Georgia" w:hAnsi="Georgia" w:eastAsia="Georgia"/>
          <w:sz w:val="23"/>
        </w:rPr>
        <w:t>“Doorframe,” Lysa said.</w:t>
      </w:r>
    </w:p>
    <w:p>
      <w:pPr>
        <w:spacing w:after="120"/>
      </w:pPr>
      <w:r>
        <w:rPr>
          <w:rFonts w:ascii="Georgia" w:hAnsi="Georgia" w:eastAsia="Georgia"/>
          <w:sz w:val="23"/>
        </w:rPr>
        <w:t>“When?”</w:t>
      </w:r>
    </w:p>
    <w:p>
      <w:pPr>
        <w:spacing w:after="120"/>
      </w:pPr>
      <w:r>
        <w:rPr>
          <w:rFonts w:ascii="Georgia" w:hAnsi="Georgia" w:eastAsia="Georgia"/>
          <w:sz w:val="23"/>
        </w:rPr>
        <w:t>“Eighty years ago.”</w:t>
      </w:r>
    </w:p>
    <w:p>
      <w:pPr>
        <w:spacing w:after="120"/>
      </w:pPr>
      <w:r>
        <w:rPr>
          <w:rFonts w:ascii="Georgia" w:hAnsi="Georgia" w:eastAsia="Georgia"/>
          <w:sz w:val="23"/>
        </w:rPr>
        <w:t>“You remember?”</w:t>
      </w:r>
    </w:p>
    <w:p>
      <w:pPr>
        <w:spacing w:after="120"/>
      </w:pPr>
      <w:r>
        <w:rPr>
          <w:rFonts w:ascii="Georgia" w:hAnsi="Georgia" w:eastAsia="Georgia"/>
          <w:sz w:val="23"/>
        </w:rPr>
        <w:t>“I remember being angry.”</w:t>
      </w:r>
    </w:p>
    <w:p>
      <w:pPr>
        <w:spacing w:after="120"/>
      </w:pPr>
      <w:r>
        <w:rPr>
          <w:rFonts w:ascii="Georgia" w:hAnsi="Georgia" w:eastAsia="Georgia"/>
          <w:sz w:val="23"/>
        </w:rPr>
        <w:t>“About the setting?”</w:t>
      </w:r>
    </w:p>
    <w:p>
      <w:pPr>
        <w:spacing w:after="120"/>
      </w:pPr>
      <w:r>
        <w:rPr>
          <w:rFonts w:ascii="Georgia" w:hAnsi="Georgia" w:eastAsia="Georgia"/>
          <w:sz w:val="23"/>
        </w:rPr>
        <w:t>“About the doorframe.”</w:t>
      </w:r>
    </w:p>
    <w:p>
      <w:pPr>
        <w:spacing w:after="120"/>
      </w:pPr>
      <w:r>
        <w:rPr>
          <w:rFonts w:ascii="Georgia" w:hAnsi="Georgia" w:eastAsia="Georgia"/>
          <w:sz w:val="23"/>
        </w:rPr>
        <w:t>She settled back.</w:t>
      </w:r>
    </w:p>
    <w:p>
      <w:pPr>
        <w:spacing w:after="120"/>
      </w:pPr>
      <w:r>
        <w:rPr>
          <w:rFonts w:ascii="Georgia" w:hAnsi="Georgia" w:eastAsia="Georgia"/>
          <w:sz w:val="23"/>
        </w:rPr>
        <w:t>Jor established respiratory baseline.</w:t>
      </w:r>
    </w:p>
    <w:p>
      <w:pPr>
        <w:spacing w:after="120"/>
      </w:pPr>
      <w:r>
        <w:rPr>
          <w:rFonts w:ascii="Georgia" w:hAnsi="Georgia" w:eastAsia="Georgia"/>
          <w:sz w:val="23"/>
        </w:rPr>
        <w:t>Twelve breaths per minute at rest.</w:t>
      </w:r>
    </w:p>
    <w:p>
      <w:pPr>
        <w:spacing w:after="120"/>
      </w:pPr>
      <w:r>
        <w:rPr>
          <w:rFonts w:ascii="Georgia" w:hAnsi="Georgia" w:eastAsia="Georgia"/>
          <w:sz w:val="23"/>
        </w:rPr>
        <w:t>Left assist contribution twenty-three percent of inspiratory work.</w:t>
      </w:r>
    </w:p>
    <w:p>
      <w:pPr>
        <w:spacing w:after="120"/>
      </w:pPr>
      <w:r>
        <w:rPr>
          <w:rFonts w:ascii="Georgia" w:hAnsi="Georgia" w:eastAsia="Georgia"/>
          <w:sz w:val="23"/>
        </w:rPr>
        <w:t>Right native diaphragm normal for age and history.</w:t>
      </w:r>
    </w:p>
    <w:p>
      <w:pPr>
        <w:spacing w:after="120"/>
      </w:pPr>
      <w:r>
        <w:rPr>
          <w:rFonts w:ascii="Georgia" w:hAnsi="Georgia" w:eastAsia="Georgia"/>
          <w:sz w:val="23"/>
        </w:rPr>
        <w:t>Setting contact compensation stable.</w:t>
      </w:r>
    </w:p>
    <w:p>
      <w:pPr>
        <w:spacing w:after="120"/>
      </w:pPr>
      <w:r>
        <w:rPr>
          <w:rFonts w:ascii="Georgia" w:hAnsi="Georgia" w:eastAsia="Georgia"/>
          <w:sz w:val="23"/>
        </w:rPr>
        <w:t>No thoracic displacement.</w:t>
      </w:r>
    </w:p>
    <w:p>
      <w:pPr>
        <w:spacing w:after="120"/>
      </w:pPr>
      <w:r>
        <w:rPr>
          <w:rFonts w:ascii="Georgia" w:hAnsi="Georgia" w:eastAsia="Georgia"/>
          <w:sz w:val="23"/>
        </w:rPr>
        <w:t>No current field anomaly.</w:t>
      </w:r>
    </w:p>
    <w:p>
      <w:pPr>
        <w:spacing w:after="120"/>
      </w:pPr>
      <w:r>
        <w:rPr>
          <w:rFonts w:ascii="Georgia" w:hAnsi="Georgia" w:eastAsia="Georgia"/>
          <w:sz w:val="23"/>
        </w:rPr>
        <w:t>We rehearsed the stop chain.</w:t>
      </w:r>
    </w:p>
    <w:p>
      <w:pPr>
        <w:spacing w:after="120"/>
      </w:pPr>
      <w:r>
        <w:rPr>
          <w:rFonts w:ascii="Georgia" w:hAnsi="Georgia" w:eastAsia="Georgia"/>
          <w:sz w:val="23"/>
        </w:rPr>
        <w:t>Jor injected a false pressure-rise alarm on breath four.</w:t>
      </w:r>
    </w:p>
    <w:p>
      <w:pPr>
        <w:spacing w:after="120"/>
      </w:pPr>
      <w:r>
        <w:rPr>
          <w:rFonts w:ascii="Georgia" w:hAnsi="Georgia" w:eastAsia="Georgia"/>
          <w:sz w:val="23"/>
        </w:rPr>
        <w:t>Miren called stop before the display banner finished opening.</w:t>
      </w:r>
    </w:p>
    <w:p>
      <w:pPr>
        <w:spacing w:after="120"/>
      </w:pPr>
      <w:r>
        <w:rPr>
          <w:rFonts w:ascii="Georgia" w:hAnsi="Georgia" w:eastAsia="Georgia"/>
          <w:sz w:val="23"/>
        </w:rPr>
        <w:t>Controller baseline restored.</w:t>
      </w:r>
    </w:p>
    <w:p>
      <w:pPr>
        <w:spacing w:after="120"/>
      </w:pPr>
      <w:r>
        <w:rPr>
          <w:rFonts w:ascii="Georgia" w:hAnsi="Georgia" w:eastAsia="Georgia"/>
          <w:sz w:val="23"/>
        </w:rPr>
        <w:t>Lysa looked at me.</w:t>
      </w:r>
    </w:p>
    <w:p>
      <w:pPr>
        <w:spacing w:after="120"/>
      </w:pPr>
      <w:r>
        <w:rPr>
          <w:rFonts w:ascii="Georgia" w:hAnsi="Georgia" w:eastAsia="Georgia"/>
          <w:sz w:val="23"/>
        </w:rPr>
        <w:t>“Again.”</w:t>
      </w:r>
    </w:p>
    <w:p>
      <w:pPr>
        <w:spacing w:after="120"/>
      </w:pPr>
      <w:r>
        <w:rPr>
          <w:rFonts w:ascii="Georgia" w:hAnsi="Georgia" w:eastAsia="Georgia"/>
          <w:sz w:val="23"/>
        </w:rPr>
        <w:t>“We tested the chain.”</w:t>
      </w:r>
    </w:p>
    <w:p>
      <w:pPr>
        <w:spacing w:after="120"/>
      </w:pPr>
      <w:r>
        <w:rPr>
          <w:rFonts w:ascii="Georgia" w:hAnsi="Georgia" w:eastAsia="Georgia"/>
          <w:sz w:val="23"/>
        </w:rPr>
        <w:t>“You tested her.”</w:t>
      </w:r>
    </w:p>
    <w:p>
      <w:pPr>
        <w:spacing w:after="120"/>
      </w:pPr>
      <w:r>
        <w:rPr>
          <w:rFonts w:ascii="Georgia" w:hAnsi="Georgia" w:eastAsia="Georgia"/>
          <w:sz w:val="23"/>
        </w:rPr>
        <w:t>She pointed at Miren.</w:t>
      </w:r>
    </w:p>
    <w:p>
      <w:pPr>
        <w:spacing w:after="120"/>
      </w:pPr>
      <w:r>
        <w:rPr>
          <w:rFonts w:ascii="Georgia" w:hAnsi="Georgia" w:eastAsia="Georgia"/>
          <w:sz w:val="23"/>
        </w:rPr>
        <w:t>“I want to know whether I freeze when the room tells me I cannot breathe.”</w:t>
      </w:r>
    </w:p>
    <w:p>
      <w:pPr>
        <w:spacing w:after="120"/>
      </w:pPr>
      <w:r>
        <w:rPr>
          <w:rFonts w:ascii="Georgia" w:hAnsi="Georgia" w:eastAsia="Georgia"/>
          <w:sz w:val="23"/>
        </w:rPr>
        <w:t>Jor looked at me.</w:t>
      </w:r>
    </w:p>
    <w:p>
      <w:pPr>
        <w:spacing w:after="120"/>
      </w:pPr>
      <w:r>
        <w:rPr>
          <w:rFonts w:ascii="Georgia" w:hAnsi="Georgia" w:eastAsia="Georgia"/>
          <w:sz w:val="23"/>
        </w:rPr>
        <w:t>I said, “Different alarm.”</w:t>
      </w:r>
    </w:p>
    <w:p>
      <w:pPr>
        <w:spacing w:after="120"/>
      </w:pPr>
      <w:r>
        <w:rPr>
          <w:rFonts w:ascii="Georgia" w:hAnsi="Georgia" w:eastAsia="Georgia"/>
          <w:sz w:val="23"/>
        </w:rPr>
        <w:t>He injected a synthetic end-tidal carbon dioxide rise on breath six.</w:t>
      </w:r>
    </w:p>
    <w:p>
      <w:pPr>
        <w:spacing w:after="120"/>
      </w:pPr>
      <w:r>
        <w:rPr>
          <w:rFonts w:ascii="Georgia" w:hAnsi="Georgia" w:eastAsia="Georgia"/>
          <w:sz w:val="23"/>
        </w:rPr>
        <w:t>The alarm sounded.</w:t>
      </w:r>
    </w:p>
    <w:p>
      <w:pPr>
        <w:spacing w:after="120"/>
      </w:pPr>
      <w:r>
        <w:rPr>
          <w:rFonts w:ascii="Georgia" w:hAnsi="Georgia" w:eastAsia="Georgia"/>
          <w:sz w:val="23"/>
        </w:rPr>
        <w:t>Lysa hit her physical stop pad with the heel of her right hand.</w:t>
      </w:r>
    </w:p>
    <w:p>
      <w:pPr>
        <w:spacing w:after="120"/>
      </w:pPr>
      <w:r>
        <w:rPr>
          <w:rFonts w:ascii="Georgia" w:hAnsi="Georgia" w:eastAsia="Georgia"/>
          <w:sz w:val="23"/>
        </w:rPr>
        <w:t>Baseline restored.</w:t>
      </w:r>
    </w:p>
    <w:p>
      <w:pPr>
        <w:spacing w:after="120"/>
      </w:pPr>
      <w:r>
        <w:rPr>
          <w:rFonts w:ascii="Georgia" w:hAnsi="Georgia" w:eastAsia="Georgia"/>
          <w:sz w:val="23"/>
        </w:rPr>
        <w:t>She exhaled.</w:t>
      </w:r>
    </w:p>
    <w:p>
      <w:pPr>
        <w:spacing w:after="120"/>
      </w:pPr>
      <w:r>
        <w:rPr>
          <w:rFonts w:ascii="Georgia" w:hAnsi="Georgia" w:eastAsia="Georgia"/>
          <w:sz w:val="23"/>
        </w:rPr>
        <w:t>“I did not freeze.”</w:t>
      </w:r>
    </w:p>
    <w:p>
      <w:pPr>
        <w:spacing w:after="120"/>
      </w:pPr>
      <w:r>
        <w:rPr>
          <w:rFonts w:ascii="Georgia" w:hAnsi="Georgia" w:eastAsia="Georgia"/>
          <w:sz w:val="23"/>
        </w:rPr>
        <w:t>“No.”</w:t>
      </w:r>
    </w:p>
    <w:p>
      <w:pPr>
        <w:spacing w:after="120"/>
      </w:pPr>
      <w:r>
        <w:rPr>
          <w:rFonts w:ascii="Georgia" w:hAnsi="Georgia" w:eastAsia="Georgia"/>
          <w:sz w:val="23"/>
        </w:rPr>
        <w:t>“Now you may make me strange on purpose.”</w:t>
      </w:r>
    </w:p>
    <w:p>
      <w:pPr>
        <w:spacing w:after="120"/>
      </w:pPr>
      <w:r>
        <w:rPr>
          <w:rFonts w:ascii="Georgia" w:hAnsi="Georgia" w:eastAsia="Georgia"/>
          <w:sz w:val="23"/>
        </w:rPr>
        <w:t>“Boundedly,” Jor said.</w:t>
      </w:r>
    </w:p>
    <w:p>
      <w:pPr>
        <w:spacing w:after="120"/>
      </w:pPr>
      <w:r>
        <w:rPr>
          <w:rFonts w:ascii="Georgia" w:hAnsi="Georgia" w:eastAsia="Georgia"/>
          <w:sz w:val="23"/>
        </w:rPr>
        <w:t>“That is not a comforting adverb.”</w:t>
      </w:r>
    </w:p>
    <w:p>
      <w:pPr>
        <w:spacing w:after="120"/>
      </w:pPr>
      <w:r>
        <w:rPr>
          <w:rFonts w:ascii="Georgia" w:hAnsi="Georgia" w:eastAsia="Georgia"/>
          <w:sz w:val="23"/>
        </w:rPr>
        <w:t>“No.”</w:t>
      </w:r>
    </w:p>
    <w:p>
      <w:pPr>
        <w:spacing w:after="120"/>
      </w:pPr>
      <w:r>
        <w:rPr>
          <w:rFonts w:ascii="Georgia" w:hAnsi="Georgia" w:eastAsia="Georgia"/>
          <w:sz w:val="23"/>
        </w:rPr>
        <w:t>The test began at 0938.</w:t>
      </w:r>
    </w:p>
    <w:p>
      <w:pPr>
        <w:spacing w:after="120"/>
      </w:pPr>
      <w:r>
        <w:rPr>
          <w:rFonts w:ascii="Georgia" w:hAnsi="Georgia" w:eastAsia="Georgia"/>
          <w:sz w:val="23"/>
        </w:rPr>
        <w:t>Breath one.</w:t>
      </w:r>
    </w:p>
    <w:p>
      <w:pPr>
        <w:spacing w:after="120"/>
      </w:pPr>
      <w:r>
        <w:rPr>
          <w:rFonts w:ascii="Georgia" w:hAnsi="Georgia" w:eastAsia="Georgia"/>
          <w:sz w:val="23"/>
        </w:rPr>
        <w:t>No report.</w:t>
      </w:r>
    </w:p>
    <w:p>
      <w:pPr>
        <w:spacing w:after="120"/>
      </w:pPr>
      <w:r>
        <w:rPr>
          <w:rFonts w:ascii="Georgia" w:hAnsi="Georgia" w:eastAsia="Georgia"/>
          <w:sz w:val="23"/>
        </w:rPr>
        <w:t>Breath two.</w:t>
      </w:r>
    </w:p>
    <w:p>
      <w:pPr>
        <w:spacing w:after="120"/>
      </w:pPr>
      <w:r>
        <w:rPr>
          <w:rFonts w:ascii="Georgia" w:hAnsi="Georgia" w:eastAsia="Georgia"/>
          <w:sz w:val="23"/>
        </w:rPr>
        <w:t>Left assist lead reduced by 0.02 milliseconds.</w:t>
      </w:r>
    </w:p>
    <w:p>
      <w:pPr>
        <w:spacing w:after="120"/>
      </w:pPr>
      <w:r>
        <w:rPr>
          <w:rFonts w:ascii="Georgia" w:hAnsi="Georgia" w:eastAsia="Georgia"/>
          <w:sz w:val="23"/>
        </w:rPr>
        <w:t>Breath three.</w:t>
      </w:r>
    </w:p>
    <w:p>
      <w:pPr>
        <w:spacing w:after="120"/>
      </w:pPr>
      <w:r>
        <w:rPr>
          <w:rFonts w:ascii="Georgia" w:hAnsi="Georgia" w:eastAsia="Georgia"/>
          <w:sz w:val="23"/>
        </w:rPr>
        <w:t>Lysa’s left lower ribs expanded slightly later than baseline.</w:t>
      </w:r>
    </w:p>
    <w:p>
      <w:pPr>
        <w:spacing w:after="120"/>
      </w:pPr>
      <w:r>
        <w:rPr>
          <w:rFonts w:ascii="Georgia" w:hAnsi="Georgia" w:eastAsia="Georgia"/>
          <w:sz w:val="23"/>
        </w:rPr>
        <w:t>Expected.</w:t>
      </w:r>
    </w:p>
    <w:p>
      <w:pPr>
        <w:spacing w:after="120"/>
      </w:pPr>
      <w:r>
        <w:rPr>
          <w:rFonts w:ascii="Georgia" w:hAnsi="Georgia" w:eastAsia="Georgia"/>
          <w:sz w:val="23"/>
        </w:rPr>
        <w:t>Breath four.</w:t>
      </w:r>
    </w:p>
    <w:p>
      <w:pPr>
        <w:spacing w:after="120"/>
      </w:pPr>
      <w:r>
        <w:rPr>
          <w:rFonts w:ascii="Georgia" w:hAnsi="Georgia" w:eastAsia="Georgia"/>
          <w:sz w:val="23"/>
        </w:rPr>
        <w:t>She lifted one finger.</w:t>
      </w:r>
    </w:p>
    <w:p>
      <w:pPr>
        <w:spacing w:after="120"/>
      </w:pPr>
      <w:r>
        <w:rPr>
          <w:rFonts w:ascii="Georgia" w:hAnsi="Georgia" w:eastAsia="Georgia"/>
          <w:sz w:val="23"/>
        </w:rPr>
        <w:t>“Report,” Jor said.</w:t>
      </w:r>
    </w:p>
    <w:p>
      <w:pPr>
        <w:spacing w:after="120"/>
      </w:pPr>
      <w:r>
        <w:rPr>
          <w:rFonts w:ascii="Georgia" w:hAnsi="Georgia" w:eastAsia="Georgia"/>
          <w:sz w:val="23"/>
        </w:rPr>
        <w:t>“Catch.”</w:t>
      </w:r>
    </w:p>
    <w:p>
      <w:pPr>
        <w:spacing w:after="120"/>
      </w:pPr>
      <w:r>
        <w:rPr>
          <w:rFonts w:ascii="Georgia" w:hAnsi="Georgia" w:eastAsia="Georgia"/>
          <w:sz w:val="23"/>
        </w:rPr>
        <w:t>“Same as home?”</w:t>
      </w:r>
    </w:p>
    <w:p>
      <w:pPr>
        <w:spacing w:after="120"/>
      </w:pPr>
      <w:r>
        <w:rPr>
          <w:rFonts w:ascii="Georgia" w:hAnsi="Georgia" w:eastAsia="Georgia"/>
          <w:sz w:val="23"/>
        </w:rPr>
        <w:t>“Sharper.”</w:t>
      </w:r>
    </w:p>
    <w:p>
      <w:pPr>
        <w:spacing w:after="120"/>
      </w:pPr>
      <w:r>
        <w:rPr>
          <w:rFonts w:ascii="Georgia" w:hAnsi="Georgia" w:eastAsia="Georgia"/>
          <w:sz w:val="23"/>
        </w:rPr>
        <w:t>“Continue?”</w:t>
      </w:r>
    </w:p>
    <w:p>
      <w:pPr>
        <w:spacing w:after="120"/>
      </w:pPr>
      <w:r>
        <w:rPr>
          <w:rFonts w:ascii="Georgia" w:hAnsi="Georgia" w:eastAsia="Georgia"/>
          <w:sz w:val="23"/>
        </w:rPr>
        <w:t>“One more.”</w:t>
      </w:r>
    </w:p>
    <w:p>
      <w:pPr>
        <w:spacing w:after="120"/>
      </w:pPr>
      <w:r>
        <w:rPr>
          <w:rFonts w:ascii="Georgia" w:hAnsi="Georgia" w:eastAsia="Georgia"/>
          <w:sz w:val="23"/>
        </w:rPr>
        <w:t>Breath five began.</w:t>
      </w:r>
    </w:p>
    <w:p>
      <w:pPr>
        <w:spacing w:after="120"/>
      </w:pPr>
      <w:r>
        <w:rPr>
          <w:rFonts w:ascii="Georgia" w:hAnsi="Georgia" w:eastAsia="Georgia"/>
          <w:sz w:val="23"/>
        </w:rPr>
        <w:t>The assist impulse arrived.</w:t>
      </w:r>
    </w:p>
    <w:p>
      <w:pPr>
        <w:spacing w:after="120"/>
      </w:pPr>
      <w:r>
        <w:rPr>
          <w:rFonts w:ascii="Georgia" w:hAnsi="Georgia" w:eastAsia="Georgia"/>
          <w:sz w:val="23"/>
        </w:rPr>
        <w:t>Lysa’s diaphragm contracted.</w:t>
      </w:r>
    </w:p>
    <w:p>
      <w:pPr>
        <w:spacing w:after="120"/>
      </w:pPr>
      <w:r>
        <w:rPr>
          <w:rFonts w:ascii="Georgia" w:hAnsi="Georgia" w:eastAsia="Georgia"/>
          <w:sz w:val="23"/>
        </w:rPr>
        <w:t>Then the controller fired again.</w:t>
      </w:r>
    </w:p>
    <w:p>
      <w:pPr>
        <w:spacing w:after="120"/>
      </w:pPr>
      <w:r>
        <w:rPr>
          <w:rFonts w:ascii="Georgia" w:hAnsi="Georgia" w:eastAsia="Georgia"/>
          <w:sz w:val="23"/>
        </w:rPr>
        <w:t>Not a full impulse.</w:t>
      </w:r>
    </w:p>
    <w:p>
      <w:pPr>
        <w:spacing w:after="120"/>
      </w:pPr>
      <w:r>
        <w:rPr>
          <w:rFonts w:ascii="Georgia" w:hAnsi="Georgia" w:eastAsia="Georgia"/>
          <w:sz w:val="23"/>
        </w:rPr>
        <w:t>Her torso jerked against the harness.</w:t>
      </w:r>
    </w:p>
    <w:p>
      <w:pPr>
        <w:spacing w:after="120"/>
      </w:pPr>
      <w:r>
        <w:rPr>
          <w:rFonts w:ascii="Georgia" w:hAnsi="Georgia" w:eastAsia="Georgia"/>
          <w:sz w:val="23"/>
        </w:rPr>
        <w:t>She struck the stop pad.</w:t>
      </w:r>
    </w:p>
    <w:p>
      <w:pPr>
        <w:spacing w:after="120"/>
      </w:pPr>
      <w:r>
        <w:rPr>
          <w:rFonts w:ascii="Georgia" w:hAnsi="Georgia" w:eastAsia="Georgia"/>
          <w:sz w:val="23"/>
        </w:rPr>
        <w:t>Miren called stop at the same time.</w:t>
      </w:r>
    </w:p>
    <w:p>
      <w:pPr>
        <w:spacing w:after="120"/>
      </w:pPr>
      <w:r>
        <w:rPr>
          <w:rFonts w:ascii="Georgia" w:hAnsi="Georgia" w:eastAsia="Georgia"/>
          <w:sz w:val="23"/>
        </w:rPr>
        <w:t>Baseline restored in 0.31 seconds.</w:t>
      </w:r>
    </w:p>
    <w:p>
      <w:pPr>
        <w:spacing w:after="120"/>
      </w:pPr>
      <w:r>
        <w:rPr>
          <w:rFonts w:ascii="Georgia" w:hAnsi="Georgia" w:eastAsia="Georgia"/>
          <w:sz w:val="23"/>
        </w:rPr>
        <w:t>Lysa coughed once.</w:t>
      </w:r>
    </w:p>
    <w:p>
      <w:pPr>
        <w:spacing w:after="120"/>
      </w:pPr>
      <w:r>
        <w:rPr>
          <w:rFonts w:ascii="Georgia" w:hAnsi="Georgia" w:eastAsia="Georgia"/>
          <w:sz w:val="23"/>
        </w:rPr>
        <w:t>Then again.</w:t>
      </w:r>
    </w:p>
    <w:p>
      <w:pPr>
        <w:spacing w:after="120"/>
      </w:pPr>
      <w:r>
        <w:rPr>
          <w:rFonts w:ascii="Georgia" w:hAnsi="Georgia" w:eastAsia="Georgia"/>
          <w:sz w:val="23"/>
        </w:rPr>
        <w:t>Jor had a hand on the manual assist control but did not engage it.</w:t>
      </w:r>
    </w:p>
    <w:p>
      <w:pPr>
        <w:spacing w:after="120"/>
      </w:pPr>
      <w:r>
        <w:rPr>
          <w:rFonts w:ascii="Georgia" w:hAnsi="Georgia" w:eastAsia="Georgia"/>
          <w:sz w:val="23"/>
        </w:rPr>
        <w:t>“Breath,” he said.</w:t>
      </w:r>
    </w:p>
    <w:p>
      <w:pPr>
        <w:spacing w:after="120"/>
      </w:pPr>
      <w:r>
        <w:rPr>
          <w:rFonts w:ascii="Georgia" w:hAnsi="Georgia" w:eastAsia="Georgia"/>
          <w:sz w:val="23"/>
        </w:rPr>
        <w:t>She inhaled.</w:t>
      </w:r>
    </w:p>
    <w:p>
      <w:pPr>
        <w:spacing w:after="120"/>
      </w:pPr>
      <w:r>
        <w:rPr>
          <w:rFonts w:ascii="Georgia" w:hAnsi="Georgia" w:eastAsia="Georgia"/>
          <w:sz w:val="23"/>
        </w:rPr>
        <w:t>Clean.</w:t>
      </w:r>
    </w:p>
    <w:p>
      <w:pPr>
        <w:spacing w:after="120"/>
      </w:pPr>
      <w:r>
        <w:rPr>
          <w:rFonts w:ascii="Georgia" w:hAnsi="Georgia" w:eastAsia="Georgia"/>
          <w:sz w:val="23"/>
        </w:rPr>
        <w:t>Again.</w:t>
      </w:r>
    </w:p>
    <w:p>
      <w:pPr>
        <w:spacing w:after="120"/>
      </w:pPr>
      <w:r>
        <w:rPr>
          <w:rFonts w:ascii="Georgia" w:hAnsi="Georgia" w:eastAsia="Georgia"/>
          <w:sz w:val="23"/>
        </w:rPr>
        <w:t>Clean.</w:t>
      </w:r>
    </w:p>
    <w:p>
      <w:pPr>
        <w:spacing w:after="120"/>
      </w:pPr>
      <w:r>
        <w:rPr>
          <w:rFonts w:ascii="Georgia" w:hAnsi="Georgia" w:eastAsia="Georgia"/>
          <w:sz w:val="23"/>
        </w:rPr>
        <w:t>Oxygen unchanged.</w:t>
      </w:r>
    </w:p>
    <w:p>
      <w:pPr>
        <w:spacing w:after="120"/>
      </w:pPr>
      <w:r>
        <w:rPr>
          <w:rFonts w:ascii="Georgia" w:hAnsi="Georgia" w:eastAsia="Georgia"/>
          <w:sz w:val="23"/>
        </w:rPr>
        <w:t>Carbon dioxide unchanged.</w:t>
      </w:r>
    </w:p>
    <w:p>
      <w:pPr>
        <w:spacing w:after="120"/>
      </w:pPr>
      <w:r>
        <w:rPr>
          <w:rFonts w:ascii="Georgia" w:hAnsi="Georgia" w:eastAsia="Georgia"/>
          <w:sz w:val="23"/>
        </w:rPr>
        <w:t>No paradoxical movement.</w:t>
      </w:r>
    </w:p>
    <w:p>
      <w:pPr>
        <w:spacing w:after="120"/>
      </w:pPr>
      <w:r>
        <w:rPr>
          <w:rFonts w:ascii="Georgia" w:hAnsi="Georgia" w:eastAsia="Georgia"/>
          <w:sz w:val="23"/>
        </w:rPr>
        <w:t>Pain?</w:t>
      </w:r>
    </w:p>
    <w:p>
      <w:pPr>
        <w:spacing w:after="120"/>
      </w:pPr>
      <w:r>
        <w:rPr>
          <w:rFonts w:ascii="Georgia" w:hAnsi="Georgia" w:eastAsia="Georgia"/>
          <w:sz w:val="23"/>
        </w:rPr>
        <w:t>“Two.”</w:t>
      </w:r>
    </w:p>
    <w:p>
      <w:pPr>
        <w:spacing w:after="120"/>
      </w:pPr>
      <w:r>
        <w:rPr>
          <w:rFonts w:ascii="Georgia" w:hAnsi="Georgia" w:eastAsia="Georgia"/>
          <w:sz w:val="23"/>
        </w:rPr>
        <w:t>“Where?”</w:t>
      </w:r>
    </w:p>
    <w:p>
      <w:pPr>
        <w:spacing w:after="120"/>
      </w:pPr>
      <w:r>
        <w:rPr>
          <w:rFonts w:ascii="Georgia" w:hAnsi="Georgia" w:eastAsia="Georgia"/>
          <w:sz w:val="23"/>
        </w:rPr>
        <w:t>“Left ribs.”</w:t>
      </w:r>
    </w:p>
    <w:p>
      <w:pPr>
        <w:spacing w:after="120"/>
      </w:pPr>
      <w:r>
        <w:rPr>
          <w:rFonts w:ascii="Georgia" w:hAnsi="Georgia" w:eastAsia="Georgia"/>
          <w:sz w:val="23"/>
        </w:rPr>
        <w:t>“Sharp?”</w:t>
      </w:r>
    </w:p>
    <w:p>
      <w:pPr>
        <w:spacing w:after="120"/>
      </w:pPr>
      <w:r>
        <w:rPr>
          <w:rFonts w:ascii="Georgia" w:hAnsi="Georgia" w:eastAsia="Georgia"/>
          <w:sz w:val="23"/>
        </w:rPr>
        <w:t>“Muscle.”</w:t>
      </w:r>
    </w:p>
    <w:p>
      <w:pPr>
        <w:spacing w:after="120"/>
      </w:pPr>
      <w:r>
        <w:rPr>
          <w:rFonts w:ascii="Georgia" w:hAnsi="Georgia" w:eastAsia="Georgia"/>
          <w:sz w:val="23"/>
        </w:rPr>
        <w:t>Jor watched three more spontaneous breaths.</w:t>
      </w:r>
    </w:p>
    <w:p>
      <w:pPr>
        <w:spacing w:after="120"/>
      </w:pPr>
      <w:r>
        <w:rPr>
          <w:rFonts w:ascii="Georgia" w:hAnsi="Georgia" w:eastAsia="Georgia"/>
          <w:sz w:val="23"/>
        </w:rPr>
        <w:t>The second trigger did not recur.</w:t>
      </w:r>
    </w:p>
    <w:p>
      <w:pPr>
        <w:spacing w:after="120"/>
      </w:pPr>
      <w:r>
        <w:rPr>
          <w:rFonts w:ascii="Georgia" w:hAnsi="Georgia" w:eastAsia="Georgia"/>
          <w:sz w:val="23"/>
        </w:rPr>
        <w:t>The entire event lasted less than nine seconds.</w:t>
      </w:r>
    </w:p>
    <w:p>
      <w:pPr>
        <w:spacing w:after="120"/>
      </w:pPr>
      <w:r>
        <w:rPr>
          <w:rFonts w:ascii="Georgia" w:hAnsi="Georgia" w:eastAsia="Georgia"/>
          <w:sz w:val="23"/>
        </w:rPr>
        <w:t>Lysa looked at me.</w:t>
      </w:r>
    </w:p>
    <w:p>
      <w:pPr>
        <w:spacing w:after="120"/>
      </w:pPr>
      <w:r>
        <w:rPr>
          <w:rFonts w:ascii="Georgia" w:hAnsi="Georgia" w:eastAsia="Georgia"/>
          <w:sz w:val="23"/>
        </w:rPr>
        <w:t>“You said the three measurements agreed.”</w:t>
      </w:r>
    </w:p>
    <w:p>
      <w:pPr>
        <w:spacing w:after="120"/>
      </w:pPr>
      <w:r>
        <w:rPr>
          <w:rFonts w:ascii="Georgia" w:hAnsi="Georgia" w:eastAsia="Georgia"/>
          <w:sz w:val="23"/>
        </w:rPr>
        <w:t>“They did.”</w:t>
      </w:r>
    </w:p>
    <w:p>
      <w:pPr>
        <w:spacing w:after="120"/>
      </w:pPr>
      <w:r>
        <w:rPr>
          <w:rFonts w:ascii="Georgia" w:hAnsi="Georgia" w:eastAsia="Georgia"/>
          <w:sz w:val="23"/>
        </w:rPr>
        <w:t>“Then either agreement is less useful than advertised or you chose the wrong thing to change.”</w:t>
      </w:r>
    </w:p>
    <w:p>
      <w:pPr>
        <w:spacing w:after="120"/>
      </w:pPr>
      <w:r>
        <w:rPr>
          <w:rFonts w:ascii="Georgia" w:hAnsi="Georgia" w:eastAsia="Georgia"/>
          <w:sz w:val="23"/>
        </w:rPr>
        <w:t>“Yes.”</w:t>
      </w:r>
    </w:p>
    <w:p>
      <w:pPr>
        <w:spacing w:after="120"/>
      </w:pPr>
      <w:r>
        <w:rPr>
          <w:rFonts w:ascii="Georgia" w:hAnsi="Georgia" w:eastAsia="Georgia"/>
          <w:sz w:val="23"/>
        </w:rPr>
        <w:t>“Which?”</w:t>
      </w:r>
    </w:p>
    <w:p>
      <w:pPr>
        <w:spacing w:after="120"/>
      </w:pPr>
      <w:r>
        <w:rPr>
          <w:rFonts w:ascii="Georgia" w:hAnsi="Georgia" w:eastAsia="Georgia"/>
          <w:sz w:val="23"/>
        </w:rPr>
        <w:t>“I do not know yet.”</w:t>
      </w:r>
    </w:p>
    <w:p>
      <w:pPr>
        <w:spacing w:after="120"/>
      </w:pPr>
      <w:r>
        <w:rPr>
          <w:rFonts w:ascii="Georgia" w:hAnsi="Georgia" w:eastAsia="Georgia"/>
          <w:sz w:val="23"/>
        </w:rPr>
        <w:t>She sat forward against the harness.</w:t>
      </w:r>
    </w:p>
    <w:p>
      <w:pPr>
        <w:spacing w:after="120"/>
      </w:pPr>
      <w:r>
        <w:rPr>
          <w:rFonts w:ascii="Georgia" w:hAnsi="Georgia" w:eastAsia="Georgia"/>
          <w:sz w:val="23"/>
        </w:rPr>
        <w:t>“Do not say that as if it helps.”</w:t>
      </w:r>
    </w:p>
    <w:p>
      <w:pPr>
        <w:spacing w:after="120"/>
      </w:pPr>
      <w:r>
        <w:rPr>
          <w:rFonts w:ascii="Georgia" w:hAnsi="Georgia" w:eastAsia="Georgia"/>
          <w:sz w:val="23"/>
        </w:rPr>
        <w:t>“I am not.”</w:t>
      </w:r>
    </w:p>
    <w:p>
      <w:pPr>
        <w:spacing w:after="120"/>
      </w:pPr>
      <w:r>
        <w:rPr>
          <w:rFonts w:ascii="Georgia" w:hAnsi="Georgia" w:eastAsia="Georgia"/>
          <w:sz w:val="23"/>
        </w:rPr>
        <w:t>Miren removed one side strap.</w:t>
      </w:r>
    </w:p>
    <w:p>
      <w:pPr>
        <w:spacing w:after="120"/>
      </w:pPr>
      <w:r>
        <w:rPr>
          <w:rFonts w:ascii="Georgia" w:hAnsi="Georgia" w:eastAsia="Georgia"/>
          <w:sz w:val="23"/>
        </w:rPr>
        <w:t>Lysa stopped her.</w:t>
      </w:r>
    </w:p>
    <w:p>
      <w:pPr>
        <w:spacing w:after="120"/>
      </w:pPr>
      <w:r>
        <w:rPr>
          <w:rFonts w:ascii="Georgia" w:hAnsi="Georgia" w:eastAsia="Georgia"/>
          <w:sz w:val="23"/>
        </w:rPr>
        <w:t>“Leave it until my ribs stop feeling stupid.”</w:t>
      </w:r>
    </w:p>
    <w:p>
      <w:pPr>
        <w:spacing w:after="120"/>
      </w:pPr>
      <w:r>
        <w:rPr>
          <w:rFonts w:ascii="Georgia" w:hAnsi="Georgia" w:eastAsia="Georgia"/>
          <w:sz w:val="23"/>
        </w:rPr>
        <w:t>Miren left it.</w:t>
      </w:r>
    </w:p>
    <w:p>
      <w:pPr>
        <w:spacing w:after="120"/>
      </w:pPr>
      <w:r>
        <w:rPr>
          <w:rFonts w:ascii="Georgia" w:hAnsi="Georgia" w:eastAsia="Georgia"/>
          <w:sz w:val="23"/>
        </w:rPr>
        <w:t>I read the event trace.</w:t>
      </w:r>
    </w:p>
    <w:p>
      <w:pPr>
        <w:spacing w:after="120"/>
      </w:pPr>
      <w:r>
        <w:rPr>
          <w:rFonts w:ascii="Georgia" w:hAnsi="Georgia" w:eastAsia="Georgia"/>
          <w:sz w:val="23"/>
        </w:rPr>
        <w:t>The reduced lead had not merely delayed assistance.</w:t>
      </w:r>
    </w:p>
    <w:p>
      <w:pPr>
        <w:spacing w:after="120"/>
      </w:pPr>
      <w:r>
        <w:rPr>
          <w:rFonts w:ascii="Georgia" w:hAnsi="Georgia" w:eastAsia="Georgia"/>
          <w:sz w:val="23"/>
        </w:rPr>
        <w:t>It had moved the assist pulse close enough to a respiratory-gating boundary that the controller briefly interpreted late native contraction as the beginning of another breath.</w:t>
      </w:r>
    </w:p>
    <w:p>
      <w:pPr>
        <w:spacing w:after="120"/>
      </w:pPr>
      <w:r>
        <w:rPr>
          <w:rFonts w:ascii="Georgia" w:hAnsi="Georgia" w:eastAsia="Georgia"/>
          <w:sz w:val="23"/>
        </w:rPr>
        <w:t>That explained the second impulse.</w:t>
      </w:r>
    </w:p>
    <w:p>
      <w:pPr>
        <w:spacing w:after="120"/>
      </w:pPr>
      <w:r>
        <w:rPr>
          <w:rFonts w:ascii="Georgia" w:hAnsi="Georgia" w:eastAsia="Georgia"/>
          <w:sz w:val="23"/>
        </w:rPr>
        <w:t>It did not explain why three independent measurements had told us the assist was early enough to justify moving it later.</w:t>
      </w:r>
    </w:p>
    <w:p>
      <w:pPr>
        <w:spacing w:after="120"/>
      </w:pPr>
      <w:r>
        <w:rPr>
          <w:rFonts w:ascii="Georgia" w:hAnsi="Georgia" w:eastAsia="Georgia"/>
          <w:sz w:val="23"/>
        </w:rPr>
        <w:t>I had accepted the interpretation before proving the interpretation was independent.</w:t>
      </w:r>
    </w:p>
    <w:p>
      <w:pPr>
        <w:spacing w:after="120"/>
      </w:pPr>
      <w:r>
        <w:rPr>
          <w:rFonts w:ascii="Georgia" w:hAnsi="Georgia" w:eastAsia="Georgia"/>
          <w:sz w:val="23"/>
        </w:rPr>
        <w:t>The error was mine.</w:t>
      </w:r>
    </w:p>
    <w:p>
      <w:pPr>
        <w:spacing w:after="120"/>
      </w:pPr>
      <w:r>
        <w:rPr>
          <w:rFonts w:ascii="Georgia" w:hAnsi="Georgia" w:eastAsia="Georgia"/>
          <w:sz w:val="23"/>
        </w:rPr>
        <w:t>Lysa had paid for it with nine seconds of being hit from inside her own chest.</w:t>
      </w:r>
    </w:p>
    <w:p>
      <w:pPr>
        <w:spacing w:after="120"/>
      </w:pPr>
      <w:r>
        <w:rPr>
          <w:rFonts w:ascii="Georgia" w:hAnsi="Georgia" w:eastAsia="Georgia"/>
          <w:sz w:val="23"/>
        </w:rPr>
        <w:t>That was not a large injury.</w:t>
      </w:r>
    </w:p>
    <w:p>
      <w:pPr>
        <w:spacing w:after="120"/>
      </w:pPr>
      <w:r>
        <w:rPr>
          <w:rFonts w:ascii="Georgia" w:hAnsi="Georgia" w:eastAsia="Georgia"/>
          <w:sz w:val="23"/>
        </w:rPr>
        <w:t>It was large enough.</w:t>
      </w:r>
    </w:p>
    <w:p>
      <w:pPr>
        <w:spacing w:before="80" w:after="120"/>
        <w:jc w:val="center"/>
      </w:pPr>
      <w:r>
        <w:rPr>
          <w:rFonts w:ascii="Georgia" w:hAnsi="Georgia" w:eastAsia="Georgia"/>
          <w:sz w:val="23"/>
        </w:rPr>
        <w:t>§</w:t>
      </w:r>
    </w:p>
    <w:p>
      <w:pPr>
        <w:spacing w:after="120"/>
      </w:pPr>
      <w:r>
        <w:rPr>
          <w:rFonts w:ascii="Georgia" w:hAnsi="Georgia" w:eastAsia="Georgia"/>
          <w:sz w:val="23"/>
        </w:rPr>
        <w:t>We did not run another body test.</w:t>
      </w:r>
    </w:p>
    <w:p>
      <w:pPr>
        <w:spacing w:after="120"/>
      </w:pPr>
      <w:r>
        <w:rPr>
          <w:rFonts w:ascii="Georgia" w:hAnsi="Georgia" w:eastAsia="Georgia"/>
          <w:sz w:val="23"/>
        </w:rPr>
        <w:t>Jor canceled the adjustment authorization.</w:t>
      </w:r>
    </w:p>
    <w:p>
      <w:pPr>
        <w:spacing w:after="120"/>
      </w:pPr>
      <w:r>
        <w:rPr>
          <w:rFonts w:ascii="Georgia" w:hAnsi="Georgia" w:eastAsia="Georgia"/>
          <w:sz w:val="23"/>
        </w:rPr>
        <w:t>Miren printed the stop event and set it physically on the instrument cart.</w:t>
      </w:r>
    </w:p>
    <w:p>
      <w:pPr>
        <w:spacing w:after="120"/>
      </w:pPr>
      <w:r>
        <w:rPr>
          <w:rFonts w:ascii="Georgia" w:hAnsi="Georgia" w:eastAsia="Georgia"/>
          <w:sz w:val="23"/>
        </w:rPr>
        <w:t>Paper had become old-fashioned again sometime between breakfast and lunch.</w:t>
      </w:r>
    </w:p>
    <w:p>
      <w:pPr>
        <w:spacing w:after="120"/>
      </w:pPr>
      <w:r>
        <w:rPr>
          <w:rFonts w:ascii="Georgia" w:hAnsi="Georgia" w:eastAsia="Georgia"/>
          <w:sz w:val="23"/>
        </w:rPr>
        <w:t>I approved.</w:t>
      </w:r>
    </w:p>
    <w:p>
      <w:pPr>
        <w:spacing w:after="120"/>
      </w:pPr>
      <w:r>
        <w:rPr>
          <w:rFonts w:ascii="Georgia" w:hAnsi="Georgia" w:eastAsia="Georgia"/>
          <w:sz w:val="23"/>
        </w:rPr>
        <w:t>Lysa drank water in small amounts.</w:t>
      </w:r>
    </w:p>
    <w:p>
      <w:pPr>
        <w:spacing w:after="120"/>
      </w:pPr>
      <w:r>
        <w:rPr>
          <w:rFonts w:ascii="Georgia" w:hAnsi="Georgia" w:eastAsia="Georgia"/>
          <w:sz w:val="23"/>
        </w:rPr>
        <w:t>“I am not leaving,” she said.</w:t>
      </w:r>
    </w:p>
    <w:p>
      <w:pPr>
        <w:spacing w:after="120"/>
      </w:pPr>
      <w:r>
        <w:rPr>
          <w:rFonts w:ascii="Georgia" w:hAnsi="Georgia" w:eastAsia="Georgia"/>
          <w:sz w:val="23"/>
        </w:rPr>
        <w:t>Jor said, “You can.”</w:t>
      </w:r>
    </w:p>
    <w:p>
      <w:pPr>
        <w:spacing w:after="120"/>
      </w:pPr>
      <w:r>
        <w:rPr>
          <w:rFonts w:ascii="Georgia" w:hAnsi="Georgia" w:eastAsia="Georgia"/>
          <w:sz w:val="23"/>
        </w:rPr>
        <w:t>“I know.”</w:t>
      </w:r>
    </w:p>
    <w:p>
      <w:pPr>
        <w:spacing w:after="120"/>
      </w:pPr>
      <w:r>
        <w:rPr>
          <w:rFonts w:ascii="Georgia" w:hAnsi="Georgia" w:eastAsia="Georgia"/>
          <w:sz w:val="23"/>
        </w:rPr>
        <w:t>“You do not owe us the investigation.”</w:t>
      </w:r>
    </w:p>
    <w:p>
      <w:pPr>
        <w:spacing w:after="120"/>
      </w:pPr>
      <w:r>
        <w:rPr>
          <w:rFonts w:ascii="Georgia" w:hAnsi="Georgia" w:eastAsia="Georgia"/>
          <w:sz w:val="23"/>
        </w:rPr>
        <w:t>“I know.”</w:t>
      </w:r>
    </w:p>
    <w:p>
      <w:pPr>
        <w:spacing w:after="120"/>
      </w:pPr>
      <w:r>
        <w:rPr>
          <w:rFonts w:ascii="Georgia" w:hAnsi="Georgia" w:eastAsia="Georgia"/>
          <w:sz w:val="23"/>
        </w:rPr>
        <w:t>“Then why stay?”</w:t>
      </w:r>
    </w:p>
    <w:p>
      <w:pPr>
        <w:spacing w:after="120"/>
      </w:pPr>
      <w:r>
        <w:rPr>
          <w:rFonts w:ascii="Georgia" w:hAnsi="Georgia" w:eastAsia="Georgia"/>
          <w:sz w:val="23"/>
        </w:rPr>
        <w:t>“Because you are all about to discover why you were wrong about my lungs, and I would like to be present for the part where you stop calling it my lungs.”</w:t>
      </w:r>
    </w:p>
    <w:p>
      <w:pPr>
        <w:spacing w:after="120"/>
      </w:pPr>
      <w:r>
        <w:rPr>
          <w:rFonts w:ascii="Georgia" w:hAnsi="Georgia" w:eastAsia="Georgia"/>
          <w:sz w:val="23"/>
        </w:rPr>
        <w:t>Jor nodded.</w:t>
      </w:r>
    </w:p>
    <w:p>
      <w:pPr>
        <w:spacing w:after="120"/>
      </w:pPr>
      <w:r>
        <w:rPr>
          <w:rFonts w:ascii="Georgia" w:hAnsi="Georgia" w:eastAsia="Georgia"/>
          <w:sz w:val="23"/>
        </w:rPr>
        <w:t>I opened the raw acquisitions.</w:t>
      </w:r>
    </w:p>
    <w:p>
      <w:pPr>
        <w:spacing w:after="120"/>
      </w:pPr>
      <w:r>
        <w:rPr>
          <w:rFonts w:ascii="Georgia" w:hAnsi="Georgia" w:eastAsia="Georgia"/>
          <w:sz w:val="23"/>
        </w:rPr>
        <w:t>Pulmonary South had used a Deme-8 phase analyzer.</w:t>
      </w:r>
    </w:p>
    <w:p>
      <w:pPr>
        <w:spacing w:after="120"/>
      </w:pPr>
      <w:r>
        <w:rPr>
          <w:rFonts w:ascii="Georgia" w:hAnsi="Georgia" w:eastAsia="Georgia"/>
          <w:sz w:val="23"/>
        </w:rPr>
        <w:t>North Mutual used a Calder respiratory array.</w:t>
      </w:r>
    </w:p>
    <w:p>
      <w:pPr>
        <w:spacing w:after="120"/>
      </w:pPr>
      <w:r>
        <w:rPr>
          <w:rFonts w:ascii="Georgia" w:hAnsi="Georgia" w:eastAsia="Georgia"/>
          <w:sz w:val="23"/>
        </w:rPr>
        <w:t>Mavik Assist Systems used their own embedded diagnostic bridge.</w:t>
      </w:r>
    </w:p>
    <w:p>
      <w:pPr>
        <w:spacing w:after="120"/>
      </w:pPr>
      <w:r>
        <w:rPr>
          <w:rFonts w:ascii="Georgia" w:hAnsi="Georgia" w:eastAsia="Georgia"/>
          <w:sz w:val="23"/>
        </w:rPr>
        <w:t>Three instruments.</w:t>
      </w:r>
    </w:p>
    <w:p>
      <w:pPr>
        <w:spacing w:after="120"/>
      </w:pPr>
      <w:r>
        <w:rPr>
          <w:rFonts w:ascii="Georgia" w:hAnsi="Georgia" w:eastAsia="Georgia"/>
          <w:sz w:val="23"/>
        </w:rPr>
        <w:t>Three clocks.</w:t>
      </w:r>
    </w:p>
    <w:p>
      <w:pPr>
        <w:spacing w:after="120"/>
      </w:pPr>
      <w:r>
        <w:rPr>
          <w:rFonts w:ascii="Georgia" w:hAnsi="Georgia" w:eastAsia="Georgia"/>
          <w:sz w:val="23"/>
        </w:rPr>
        <w:t>Three technicians.</w:t>
      </w:r>
    </w:p>
    <w:p>
      <w:pPr>
        <w:spacing w:after="120"/>
      </w:pPr>
      <w:r>
        <w:rPr>
          <w:rFonts w:ascii="Georgia" w:hAnsi="Georgia" w:eastAsia="Georgia"/>
          <w:sz w:val="23"/>
        </w:rPr>
        <w:t>The raw traces did not look identical.</w:t>
      </w:r>
    </w:p>
    <w:p>
      <w:pPr>
        <w:spacing w:after="120"/>
      </w:pPr>
      <w:r>
        <w:rPr>
          <w:rFonts w:ascii="Georgia" w:hAnsi="Georgia" w:eastAsia="Georgia"/>
          <w:sz w:val="23"/>
        </w:rPr>
        <w:t>They should not have.</w:t>
      </w:r>
    </w:p>
    <w:p>
      <w:pPr>
        <w:spacing w:after="120"/>
      </w:pPr>
      <w:r>
        <w:rPr>
          <w:rFonts w:ascii="Georgia" w:hAnsi="Georgia" w:eastAsia="Georgia"/>
          <w:sz w:val="23"/>
        </w:rPr>
        <w:t>Pulmonary South showed assist onset 0.07 milliseconds ahead of the left thoracic pressure inflection.</w:t>
      </w:r>
    </w:p>
    <w:p>
      <w:pPr>
        <w:spacing w:after="120"/>
      </w:pPr>
      <w:r>
        <w:rPr>
          <w:rFonts w:ascii="Georgia" w:hAnsi="Georgia" w:eastAsia="Georgia"/>
          <w:sz w:val="23"/>
        </w:rPr>
        <w:t>North Mutual showed 0.03 ahead.</w:t>
      </w:r>
    </w:p>
    <w:p>
      <w:pPr>
        <w:spacing w:after="120"/>
      </w:pPr>
      <w:r>
        <w:rPr>
          <w:rFonts w:ascii="Georgia" w:hAnsi="Georgia" w:eastAsia="Georgia"/>
          <w:sz w:val="23"/>
        </w:rPr>
        <w:t>Mavik Assist showed 0.01 behind.</w:t>
      </w:r>
    </w:p>
    <w:p>
      <w:pPr>
        <w:spacing w:after="120"/>
      </w:pPr>
      <w:r>
        <w:rPr>
          <w:rFonts w:ascii="Georgia" w:hAnsi="Georgia" w:eastAsia="Georgia"/>
          <w:sz w:val="23"/>
        </w:rPr>
        <w:t>I stopped.</w:t>
      </w:r>
    </w:p>
    <w:p>
      <w:pPr>
        <w:spacing w:after="120"/>
      </w:pPr>
      <w:r>
        <w:rPr>
          <w:rFonts w:ascii="Georgia" w:hAnsi="Georgia" w:eastAsia="Georgia"/>
          <w:sz w:val="23"/>
        </w:rPr>
        <w:t>Miren saw it.</w:t>
      </w:r>
    </w:p>
    <w:p>
      <w:pPr>
        <w:spacing w:after="120"/>
      </w:pPr>
      <w:r>
        <w:rPr>
          <w:rFonts w:ascii="Georgia" w:hAnsi="Georgia" w:eastAsia="Georgia"/>
          <w:sz w:val="23"/>
        </w:rPr>
        <w:t>“Those are not 0.14, 0.13, 0.14.”</w:t>
      </w:r>
    </w:p>
    <w:p>
      <w:pPr>
        <w:spacing w:after="120"/>
      </w:pPr>
      <w:r>
        <w:rPr>
          <w:rFonts w:ascii="Georgia" w:hAnsi="Georgia" w:eastAsia="Georgia"/>
          <w:sz w:val="23"/>
        </w:rPr>
        <w:t>“No.”</w:t>
      </w:r>
    </w:p>
    <w:p>
      <w:pPr>
        <w:spacing w:after="120"/>
      </w:pPr>
      <w:r>
        <w:rPr>
          <w:rFonts w:ascii="Georgia" w:hAnsi="Georgia" w:eastAsia="Georgia"/>
          <w:sz w:val="23"/>
        </w:rPr>
        <w:t>Jor moved closer.</w:t>
      </w:r>
    </w:p>
    <w:p>
      <w:pPr>
        <w:spacing w:after="120"/>
      </w:pPr>
      <w:r>
        <w:rPr>
          <w:rFonts w:ascii="Georgia" w:hAnsi="Georgia" w:eastAsia="Georgia"/>
          <w:sz w:val="23"/>
        </w:rPr>
        <w:t>“What are those fields?”</w:t>
      </w:r>
    </w:p>
    <w:p>
      <w:pPr>
        <w:spacing w:after="120"/>
      </w:pPr>
      <w:r>
        <w:rPr>
          <w:rFonts w:ascii="Georgia" w:hAnsi="Georgia" w:eastAsia="Georgia"/>
          <w:sz w:val="23"/>
        </w:rPr>
        <w:t>“Raw local phase relation.”</w:t>
      </w:r>
    </w:p>
    <w:p>
      <w:pPr>
        <w:spacing w:after="120"/>
      </w:pPr>
      <w:r>
        <w:rPr>
          <w:rFonts w:ascii="Georgia" w:hAnsi="Georgia" w:eastAsia="Georgia"/>
          <w:sz w:val="23"/>
        </w:rPr>
        <w:t>“And the reported lag?”</w:t>
      </w:r>
    </w:p>
    <w:p>
      <w:pPr>
        <w:spacing w:after="120"/>
      </w:pPr>
      <w:r>
        <w:rPr>
          <w:rFonts w:ascii="Georgia" w:hAnsi="Georgia" w:eastAsia="Georgia"/>
          <w:sz w:val="23"/>
        </w:rPr>
        <w:t>“Derived.”</w:t>
      </w:r>
    </w:p>
    <w:p>
      <w:pPr>
        <w:spacing w:after="120"/>
      </w:pPr>
      <w:r>
        <w:rPr>
          <w:rFonts w:ascii="Georgia" w:hAnsi="Georgia" w:eastAsia="Georgia"/>
          <w:sz w:val="23"/>
        </w:rPr>
        <w:t>I opened the transformation metadata.</w:t>
      </w:r>
    </w:p>
    <w:p>
      <w:pPr>
        <w:spacing w:after="120"/>
      </w:pPr>
      <w:r>
        <w:rPr>
          <w:rFonts w:ascii="Georgia" w:hAnsi="Georgia" w:eastAsia="Georgia"/>
          <w:sz w:val="23"/>
        </w:rPr>
        <w:t>All three systems reported:</w:t>
      </w:r>
    </w:p>
    <w:p>
      <w:pPr>
        <w:spacing w:after="120"/>
      </w:pPr>
      <w:r>
        <w:rPr>
          <w:rFonts w:ascii="Georgia" w:hAnsi="Georgia" w:eastAsia="Georgia"/>
          <w:sz w:val="23"/>
        </w:rPr>
        <w:t>STANDARDIZED DYNAMIC CONTACT PHASE CORRECTION: SDC-12.</w:t>
      </w:r>
    </w:p>
    <w:p>
      <w:pPr>
        <w:spacing w:after="120"/>
      </w:pPr>
      <w:r>
        <w:rPr>
          <w:rFonts w:ascii="Georgia" w:hAnsi="Georgia" w:eastAsia="Georgia"/>
          <w:sz w:val="23"/>
        </w:rPr>
        <w:t>Same version.</w:t>
      </w:r>
    </w:p>
    <w:p>
      <w:pPr>
        <w:spacing w:after="120"/>
      </w:pPr>
      <w:r>
        <w:rPr>
          <w:rFonts w:ascii="Georgia" w:hAnsi="Georgia" w:eastAsia="Georgia"/>
          <w:sz w:val="23"/>
        </w:rPr>
        <w:t>Same calibration authority.</w:t>
      </w:r>
    </w:p>
    <w:p>
      <w:pPr>
        <w:spacing w:after="120"/>
      </w:pPr>
      <w:r>
        <w:rPr>
          <w:rFonts w:ascii="Georgia" w:hAnsi="Georgia" w:eastAsia="Georgia"/>
          <w:sz w:val="23"/>
        </w:rPr>
        <w:t>Same reference library.</w:t>
      </w:r>
    </w:p>
    <w:p>
      <w:pPr>
        <w:spacing w:after="120"/>
      </w:pPr>
      <w:r>
        <w:rPr>
          <w:rFonts w:ascii="Georgia" w:hAnsi="Georgia" w:eastAsia="Georgia"/>
          <w:sz w:val="23"/>
        </w:rPr>
        <w:t>Different software implementations.</w:t>
      </w:r>
    </w:p>
    <w:p>
      <w:pPr>
        <w:spacing w:after="120"/>
      </w:pPr>
      <w:r>
        <w:rPr>
          <w:rFonts w:ascii="Georgia" w:hAnsi="Georgia" w:eastAsia="Georgia"/>
          <w:sz w:val="23"/>
        </w:rPr>
        <w:t>Same curve.</w:t>
      </w:r>
    </w:p>
    <w:p>
      <w:pPr>
        <w:spacing w:after="120"/>
      </w:pPr>
      <w:r>
        <w:rPr>
          <w:rFonts w:ascii="Georgia" w:hAnsi="Georgia" w:eastAsia="Georgia"/>
          <w:sz w:val="23"/>
        </w:rPr>
        <w:t>Miren said, “There.”</w:t>
      </w:r>
    </w:p>
    <w:p>
      <w:pPr>
        <w:spacing w:after="120"/>
      </w:pPr>
      <w:r>
        <w:rPr>
          <w:rFonts w:ascii="Georgia" w:hAnsi="Georgia" w:eastAsia="Georgia"/>
          <w:sz w:val="23"/>
        </w:rPr>
        <w:t>I disliked how relieved I felt.</w:t>
      </w:r>
    </w:p>
    <w:p>
      <w:pPr>
        <w:spacing w:after="120"/>
      </w:pPr>
      <w:r>
        <w:rPr>
          <w:rFonts w:ascii="Georgia" w:hAnsi="Georgia" w:eastAsia="Georgia"/>
          <w:sz w:val="23"/>
        </w:rPr>
        <w:t>Finding the error did not refund the test.</w:t>
      </w:r>
    </w:p>
    <w:p>
      <w:pPr>
        <w:spacing w:after="120"/>
      </w:pPr>
      <w:r>
        <w:rPr>
          <w:rFonts w:ascii="Georgia" w:hAnsi="Georgia" w:eastAsia="Georgia"/>
          <w:sz w:val="23"/>
        </w:rPr>
        <w:t>Jor read the transformation note.</w:t>
      </w:r>
    </w:p>
    <w:p>
      <w:pPr>
        <w:spacing w:after="120"/>
      </w:pPr>
      <w:r>
        <w:rPr>
          <w:rFonts w:ascii="Georgia" w:hAnsi="Georgia" w:eastAsia="Georgia"/>
          <w:sz w:val="23"/>
        </w:rPr>
        <w:t>“SDC-12 converts local thoracic phase measurements into common setting-relative timing.”</w:t>
      </w:r>
    </w:p>
    <w:p>
      <w:pPr>
        <w:spacing w:after="120"/>
      </w:pPr>
      <w:r>
        <w:rPr>
          <w:rFonts w:ascii="Georgia" w:hAnsi="Georgia" w:eastAsia="Georgia"/>
          <w:sz w:val="23"/>
        </w:rPr>
        <w:t>“Yes.”</w:t>
      </w:r>
    </w:p>
    <w:p>
      <w:pPr>
        <w:spacing w:after="120"/>
      </w:pPr>
      <w:r>
        <w:rPr>
          <w:rFonts w:ascii="Georgia" w:hAnsi="Georgia" w:eastAsia="Georgia"/>
          <w:sz w:val="23"/>
        </w:rPr>
        <w:t>“Why?”</w:t>
      </w:r>
    </w:p>
    <w:p>
      <w:pPr>
        <w:spacing w:after="120"/>
      </w:pPr>
      <w:r>
        <w:rPr>
          <w:rFonts w:ascii="Georgia" w:hAnsi="Georgia" w:eastAsia="Georgia"/>
          <w:sz w:val="23"/>
        </w:rPr>
        <w:t>“So measurements from different instruments and body geometries can be compared.”</w:t>
      </w:r>
    </w:p>
    <w:p>
      <w:pPr>
        <w:spacing w:after="120"/>
      </w:pPr>
      <w:r>
        <w:rPr>
          <w:rFonts w:ascii="Georgia" w:hAnsi="Georgia" w:eastAsia="Georgia"/>
          <w:sz w:val="23"/>
        </w:rPr>
        <w:t>Lysa said, “You made them agree.”</w:t>
      </w:r>
    </w:p>
    <w:p>
      <w:pPr>
        <w:spacing w:after="120"/>
      </w:pPr>
      <w:r>
        <w:rPr>
          <w:rFonts w:ascii="Georgia" w:hAnsi="Georgia" w:eastAsia="Georgia"/>
          <w:sz w:val="23"/>
        </w:rPr>
        <w:t>I looked at her.</w:t>
      </w:r>
    </w:p>
    <w:p>
      <w:pPr>
        <w:spacing w:after="120"/>
      </w:pPr>
      <w:r>
        <w:rPr>
          <w:rFonts w:ascii="Georgia" w:hAnsi="Georgia" w:eastAsia="Georgia"/>
          <w:sz w:val="23"/>
        </w:rPr>
        <w:t>“The standard normalized them.”</w:t>
      </w:r>
    </w:p>
    <w:p>
      <w:pPr>
        <w:spacing w:after="120"/>
      </w:pPr>
      <w:r>
        <w:rPr>
          <w:rFonts w:ascii="Georgia" w:hAnsi="Georgia" w:eastAsia="Georgia"/>
          <w:sz w:val="23"/>
        </w:rPr>
        <w:t>“That is the sentence people use when they do not want to say made.”</w:t>
      </w:r>
    </w:p>
    <w:p>
      <w:pPr>
        <w:spacing w:after="120"/>
      </w:pPr>
      <w:r>
        <w:rPr>
          <w:rFonts w:ascii="Georgia" w:hAnsi="Georgia" w:eastAsia="Georgia"/>
          <w:sz w:val="23"/>
        </w:rPr>
        <w:t>She was right enough that I did not correct her.</w:t>
      </w:r>
    </w:p>
    <w:p>
      <w:pPr>
        <w:spacing w:after="120"/>
      </w:pPr>
      <w:r>
        <w:rPr>
          <w:rFonts w:ascii="Georgia" w:hAnsi="Georgia" w:eastAsia="Georgia"/>
          <w:sz w:val="23"/>
        </w:rPr>
        <w:t>I traced SDC-12.</w:t>
      </w:r>
    </w:p>
    <w:p>
      <w:pPr>
        <w:spacing w:after="120"/>
      </w:pPr>
      <w:r>
        <w:rPr>
          <w:rFonts w:ascii="Georgia" w:hAnsi="Georgia" w:eastAsia="Georgia"/>
          <w:sz w:val="23"/>
        </w:rPr>
        <w:t>The curve was seventeen years old.</w:t>
      </w:r>
    </w:p>
    <w:p>
      <w:pPr>
        <w:spacing w:after="120"/>
      </w:pPr>
      <w:r>
        <w:rPr>
          <w:rFonts w:ascii="Georgia" w:hAnsi="Georgia" w:eastAsia="Georgia"/>
          <w:sz w:val="23"/>
        </w:rPr>
        <w:t>Built from 4,806 paired observations across nine setting geometries.</w:t>
      </w:r>
    </w:p>
    <w:p>
      <w:pPr>
        <w:spacing w:after="120"/>
      </w:pPr>
      <w:r>
        <w:rPr>
          <w:rFonts w:ascii="Georgia" w:hAnsi="Georgia" w:eastAsia="Georgia"/>
          <w:sz w:val="23"/>
        </w:rPr>
        <w:t>Validated in thoracic, cervical, pelvic, and upper-limb support contexts.</w:t>
      </w:r>
    </w:p>
    <w:p>
      <w:pPr>
        <w:spacing w:after="120"/>
      </w:pPr>
      <w:r>
        <w:rPr>
          <w:rFonts w:ascii="Georgia" w:hAnsi="Georgia" w:eastAsia="Georgia"/>
          <w:sz w:val="23"/>
        </w:rPr>
        <w:t>Independent validation at five institutions.</w:t>
      </w:r>
    </w:p>
    <w:p>
      <w:pPr>
        <w:spacing w:after="120"/>
      </w:pPr>
      <w:r>
        <w:rPr>
          <w:rFonts w:ascii="Georgia" w:hAnsi="Georgia" w:eastAsia="Georgia"/>
          <w:sz w:val="23"/>
        </w:rPr>
        <w:t>No obvious defect.</w:t>
      </w:r>
    </w:p>
    <w:p>
      <w:pPr>
        <w:spacing w:after="120"/>
      </w:pPr>
      <w:r>
        <w:rPr>
          <w:rFonts w:ascii="Georgia" w:hAnsi="Georgia" w:eastAsia="Georgia"/>
          <w:sz w:val="23"/>
        </w:rPr>
        <w:t>Then I found the exclusion list.</w:t>
      </w:r>
    </w:p>
    <w:p>
      <w:pPr>
        <w:spacing w:after="120"/>
      </w:pPr>
      <w:r>
        <w:rPr>
          <w:rFonts w:ascii="Georgia" w:hAnsi="Georgia" w:eastAsia="Georgia"/>
          <w:sz w:val="23"/>
        </w:rPr>
        <w:t>ACTIVE CYCLIC ORGAN-SUPPORT LOOPS: NOT INCLUDED IN VALIDATION SET.</w:t>
      </w:r>
    </w:p>
    <w:p>
      <w:pPr>
        <w:spacing w:after="120"/>
      </w:pPr>
      <w:r>
        <w:rPr>
          <w:rFonts w:ascii="Georgia" w:hAnsi="Georgia" w:eastAsia="Georgia"/>
          <w:sz w:val="23"/>
        </w:rPr>
        <w:t>Jor read it twice.</w:t>
      </w:r>
    </w:p>
    <w:p>
      <w:pPr>
        <w:spacing w:after="120"/>
      </w:pPr>
      <w:r>
        <w:rPr>
          <w:rFonts w:ascii="Georgia" w:hAnsi="Georgia" w:eastAsia="Georgia"/>
          <w:sz w:val="23"/>
        </w:rPr>
        <w:t>“Respiratory?”</w:t>
      </w:r>
    </w:p>
    <w:p>
      <w:pPr>
        <w:spacing w:after="120"/>
      </w:pPr>
      <w:r>
        <w:rPr>
          <w:rFonts w:ascii="Georgia" w:hAnsi="Georgia" w:eastAsia="Georgia"/>
          <w:sz w:val="23"/>
        </w:rPr>
        <w:t>“Not included.”</w:t>
      </w:r>
    </w:p>
    <w:p>
      <w:pPr>
        <w:spacing w:after="120"/>
      </w:pPr>
      <w:r>
        <w:rPr>
          <w:rFonts w:ascii="Georgia" w:hAnsi="Georgia" w:eastAsia="Georgia"/>
          <w:sz w:val="23"/>
        </w:rPr>
        <w:t>“Contraindicated?”</w:t>
      </w:r>
    </w:p>
    <w:p>
      <w:pPr>
        <w:spacing w:after="120"/>
      </w:pPr>
      <w:r>
        <w:rPr>
          <w:rFonts w:ascii="Georgia" w:hAnsi="Georgia" w:eastAsia="Georgia"/>
          <w:sz w:val="23"/>
        </w:rPr>
        <w:t>“No.”</w:t>
      </w:r>
    </w:p>
    <w:p>
      <w:pPr>
        <w:spacing w:after="120"/>
      </w:pPr>
      <w:r>
        <w:rPr>
          <w:rFonts w:ascii="Georgia" w:hAnsi="Georgia" w:eastAsia="Georgia"/>
          <w:sz w:val="23"/>
        </w:rPr>
        <w:t>“Then how did every clinic apply it?”</w:t>
      </w:r>
    </w:p>
    <w:p>
      <w:pPr>
        <w:spacing w:after="120"/>
      </w:pPr>
      <w:r>
        <w:rPr>
          <w:rFonts w:ascii="Georgia" w:hAnsi="Georgia" w:eastAsia="Georgia"/>
          <w:sz w:val="23"/>
        </w:rPr>
        <w:t>“Because Lysa’s setting is registered as thoracic integrated support.”</w:t>
      </w:r>
    </w:p>
    <w:p>
      <w:pPr>
        <w:spacing w:after="120"/>
      </w:pPr>
      <w:r>
        <w:rPr>
          <w:rFonts w:ascii="Georgia" w:hAnsi="Georgia" w:eastAsia="Georgia"/>
          <w:sz w:val="23"/>
        </w:rPr>
        <w:t>Miren opened the service classification.</w:t>
      </w:r>
    </w:p>
    <w:p>
      <w:pPr>
        <w:spacing w:after="120"/>
      </w:pPr>
      <w:r>
        <w:rPr>
          <w:rFonts w:ascii="Georgia" w:hAnsi="Georgia" w:eastAsia="Georgia"/>
          <w:sz w:val="23"/>
        </w:rPr>
        <w:t>THORACIC INTEGRATED SUPPORT.</w:t>
      </w:r>
    </w:p>
    <w:p>
      <w:pPr>
        <w:spacing w:after="120"/>
      </w:pPr>
      <w:r>
        <w:rPr>
          <w:rFonts w:ascii="Georgia" w:hAnsi="Georgia" w:eastAsia="Georgia"/>
          <w:sz w:val="23"/>
        </w:rPr>
        <w:t>Correct.</w:t>
      </w:r>
    </w:p>
    <w:p>
      <w:pPr>
        <w:spacing w:after="120"/>
      </w:pPr>
      <w:r>
        <w:rPr>
          <w:rFonts w:ascii="Georgia" w:hAnsi="Georgia" w:eastAsia="Georgia"/>
          <w:sz w:val="23"/>
        </w:rPr>
        <w:t>“Respiratory assist is a subsystem,” she said.</w:t>
      </w:r>
    </w:p>
    <w:p>
      <w:pPr>
        <w:spacing w:after="120"/>
      </w:pPr>
      <w:r>
        <w:rPr>
          <w:rFonts w:ascii="Georgia" w:hAnsi="Georgia" w:eastAsia="Georgia"/>
          <w:sz w:val="23"/>
        </w:rPr>
        <w:t>“Also correct.”</w:t>
      </w:r>
    </w:p>
    <w:p>
      <w:pPr>
        <w:spacing w:after="120"/>
      </w:pPr>
      <w:r>
        <w:rPr>
          <w:rFonts w:ascii="Georgia" w:hAnsi="Georgia" w:eastAsia="Georgia"/>
          <w:sz w:val="23"/>
        </w:rPr>
        <w:t>“So the normalization saw thoracic support and applied the thoracic curve.”</w:t>
      </w:r>
    </w:p>
    <w:p>
      <w:pPr>
        <w:spacing w:after="120"/>
      </w:pPr>
      <w:r>
        <w:rPr>
          <w:rFonts w:ascii="Georgia" w:hAnsi="Georgia" w:eastAsia="Georgia"/>
          <w:sz w:val="23"/>
        </w:rPr>
        <w:t>“Yes.”</w:t>
      </w:r>
    </w:p>
    <w:p>
      <w:pPr>
        <w:spacing w:after="120"/>
      </w:pPr>
      <w:r>
        <w:rPr>
          <w:rFonts w:ascii="Georgia" w:hAnsi="Georgia" w:eastAsia="Georgia"/>
          <w:sz w:val="23"/>
        </w:rPr>
        <w:t>Jor said, “Valid inside the model.”</w:t>
      </w:r>
    </w:p>
    <w:p>
      <w:pPr>
        <w:spacing w:after="120"/>
      </w:pPr>
      <w:r>
        <w:rPr>
          <w:rFonts w:ascii="Georgia" w:hAnsi="Georgia" w:eastAsia="Georgia"/>
          <w:sz w:val="23"/>
        </w:rPr>
        <w:t>I looked at him.</w:t>
      </w:r>
    </w:p>
    <w:p>
      <w:pPr>
        <w:spacing w:after="120"/>
      </w:pPr>
      <w:r>
        <w:rPr>
          <w:rFonts w:ascii="Georgia" w:hAnsi="Georgia" w:eastAsia="Georgia"/>
          <w:sz w:val="23"/>
        </w:rPr>
        <w:t>He shrugged.</w:t>
      </w:r>
    </w:p>
    <w:p>
      <w:pPr>
        <w:spacing w:after="120"/>
      </w:pPr>
      <w:r>
        <w:rPr>
          <w:rFonts w:ascii="Georgia" w:hAnsi="Georgia" w:eastAsia="Georgia"/>
          <w:sz w:val="23"/>
        </w:rPr>
        <w:t>“I read your notes.”</w:t>
      </w:r>
    </w:p>
    <w:p>
      <w:pPr>
        <w:spacing w:after="120"/>
      </w:pPr>
      <w:r>
        <w:rPr>
          <w:rFonts w:ascii="Georgia" w:hAnsi="Georgia" w:eastAsia="Georgia"/>
          <w:sz w:val="23"/>
        </w:rPr>
        <w:t>I returned to the raw traces.</w:t>
      </w:r>
    </w:p>
    <w:p>
      <w:pPr>
        <w:spacing w:after="120"/>
      </w:pPr>
      <w:r>
        <w:rPr>
          <w:rFonts w:ascii="Georgia" w:hAnsi="Georgia" w:eastAsia="Georgia"/>
          <w:sz w:val="23"/>
        </w:rPr>
        <w:t>The three instruments had independently observed three slightly different phase relationships.</w:t>
      </w:r>
    </w:p>
    <w:p>
      <w:pPr>
        <w:spacing w:after="120"/>
      </w:pPr>
      <w:r>
        <w:rPr>
          <w:rFonts w:ascii="Georgia" w:hAnsi="Georgia" w:eastAsia="Georgia"/>
          <w:sz w:val="23"/>
        </w:rPr>
        <w:t>SDC-12 transformed all three according to a model built from systems whose support load was comparatively stable during measurement.</w:t>
      </w:r>
    </w:p>
    <w:p>
      <w:pPr>
        <w:spacing w:after="120"/>
      </w:pPr>
      <w:r>
        <w:rPr>
          <w:rFonts w:ascii="Georgia" w:hAnsi="Georgia" w:eastAsia="Georgia"/>
          <w:sz w:val="23"/>
        </w:rPr>
        <w:t>Lysa’s support loop was not stable in that sense.</w:t>
      </w:r>
    </w:p>
    <w:p>
      <w:pPr>
        <w:spacing w:after="120"/>
      </w:pPr>
      <w:r>
        <w:rPr>
          <w:rFonts w:ascii="Georgia" w:hAnsi="Georgia" w:eastAsia="Georgia"/>
          <w:sz w:val="23"/>
        </w:rPr>
        <w:t>It changed every breath.</w:t>
      </w:r>
    </w:p>
    <w:p>
      <w:pPr>
        <w:spacing w:after="120"/>
      </w:pPr>
      <w:r>
        <w:rPr>
          <w:rFonts w:ascii="Georgia" w:hAnsi="Georgia" w:eastAsia="Georgia"/>
          <w:sz w:val="23"/>
        </w:rPr>
        <w:t>The curve assumed the body-relative reference would settle over the acquisition window.</w:t>
      </w:r>
    </w:p>
    <w:p>
      <w:pPr>
        <w:spacing w:after="120"/>
      </w:pPr>
      <w:r>
        <w:rPr>
          <w:rFonts w:ascii="Georgia" w:hAnsi="Georgia" w:eastAsia="Georgia"/>
          <w:sz w:val="23"/>
        </w:rPr>
        <w:t>Lysa’s body-relative reference was the acquisition window.</w:t>
      </w:r>
    </w:p>
    <w:p>
      <w:pPr>
        <w:spacing w:after="120"/>
      </w:pPr>
      <w:r>
        <w:rPr>
          <w:rFonts w:ascii="Georgia" w:hAnsi="Georgia" w:eastAsia="Georgia"/>
          <w:sz w:val="23"/>
        </w:rPr>
        <w:t>Miren said, “So the curve is wrong.”</w:t>
      </w:r>
    </w:p>
    <w:p>
      <w:pPr>
        <w:spacing w:after="120"/>
      </w:pPr>
      <w:r>
        <w:rPr>
          <w:rFonts w:ascii="Georgia" w:hAnsi="Georgia" w:eastAsia="Georgia"/>
          <w:sz w:val="23"/>
        </w:rPr>
        <w:t>“No.”</w:t>
      </w:r>
    </w:p>
    <w:p>
      <w:pPr>
        <w:spacing w:after="120"/>
      </w:pPr>
      <w:r>
        <w:rPr>
          <w:rFonts w:ascii="Georgia" w:hAnsi="Georgia" w:eastAsia="Georgia"/>
          <w:sz w:val="23"/>
        </w:rPr>
        <w:t>“For her.”</w:t>
      </w:r>
    </w:p>
    <w:p>
      <w:pPr>
        <w:spacing w:after="120"/>
      </w:pPr>
      <w:r>
        <w:rPr>
          <w:rFonts w:ascii="Georgia" w:hAnsi="Georgia" w:eastAsia="Georgia"/>
          <w:sz w:val="23"/>
        </w:rPr>
        <w:t>“Maybe.”</w:t>
      </w:r>
    </w:p>
    <w:p>
      <w:pPr>
        <w:spacing w:after="120"/>
      </w:pPr>
      <w:r>
        <w:rPr>
          <w:rFonts w:ascii="Georgia" w:hAnsi="Georgia" w:eastAsia="Georgia"/>
          <w:sz w:val="23"/>
        </w:rPr>
        <w:t>Lysa made a sound that was not quite a laugh.</w:t>
      </w:r>
    </w:p>
    <w:p>
      <w:pPr>
        <w:spacing w:after="120"/>
      </w:pPr>
      <w:r>
        <w:rPr>
          <w:rFonts w:ascii="Georgia" w:hAnsi="Georgia" w:eastAsia="Georgia"/>
          <w:sz w:val="23"/>
        </w:rPr>
        <w:t>“You have learned caution at a medically inconvenient speed.”</w:t>
      </w:r>
    </w:p>
    <w:p>
      <w:pPr>
        <w:spacing w:after="120"/>
      </w:pPr>
      <w:r>
        <w:rPr>
          <w:rFonts w:ascii="Georgia" w:hAnsi="Georgia" w:eastAsia="Georgia"/>
          <w:sz w:val="23"/>
        </w:rPr>
        <w:t>I deserved that.</w:t>
      </w:r>
    </w:p>
    <w:p>
      <w:pPr>
        <w:spacing w:after="120"/>
      </w:pPr>
      <w:r>
        <w:rPr>
          <w:rFonts w:ascii="Georgia" w:hAnsi="Georgia" w:eastAsia="Georgia"/>
          <w:sz w:val="23"/>
        </w:rPr>
        <w:t>I read the validation report.</w:t>
      </w:r>
    </w:p>
    <w:p>
      <w:pPr>
        <w:spacing w:after="120"/>
      </w:pPr>
      <w:r>
        <w:rPr>
          <w:rFonts w:ascii="Georgia" w:hAnsi="Georgia" w:eastAsia="Georgia"/>
          <w:sz w:val="23"/>
        </w:rPr>
        <w:t>SDC-12 did not claim validity for cyclic organ-support loops.</w:t>
      </w:r>
    </w:p>
    <w:p>
      <w:pPr>
        <w:spacing w:after="120"/>
      </w:pPr>
      <w:r>
        <w:rPr>
          <w:rFonts w:ascii="Georgia" w:hAnsi="Georgia" w:eastAsia="Georgia"/>
          <w:sz w:val="23"/>
        </w:rPr>
        <w:t>The clinics had not violated the standard.</w:t>
      </w:r>
    </w:p>
    <w:p>
      <w:pPr>
        <w:spacing w:after="120"/>
      </w:pPr>
      <w:r>
        <w:rPr>
          <w:rFonts w:ascii="Georgia" w:hAnsi="Georgia" w:eastAsia="Georgia"/>
          <w:sz w:val="23"/>
        </w:rPr>
        <w:t>Their software had applied the default because no more specific standard existed.</w:t>
      </w:r>
    </w:p>
    <w:p>
      <w:pPr>
        <w:spacing w:after="120"/>
      </w:pPr>
      <w:r>
        <w:rPr>
          <w:rFonts w:ascii="Georgia" w:hAnsi="Georgia" w:eastAsia="Georgia"/>
          <w:sz w:val="23"/>
        </w:rPr>
        <w:t>The report values were accurate outputs of the specified transformation.</w:t>
      </w:r>
    </w:p>
    <w:p>
      <w:pPr>
        <w:spacing w:after="120"/>
      </w:pPr>
      <w:r>
        <w:rPr>
          <w:rFonts w:ascii="Georgia" w:hAnsi="Georgia" w:eastAsia="Georgia"/>
          <w:sz w:val="23"/>
        </w:rPr>
        <w:t>The transformation’s jurisdiction had been assumed rather than established.</w:t>
      </w:r>
    </w:p>
    <w:p>
      <w:pPr>
        <w:spacing w:after="120"/>
      </w:pPr>
      <w:r>
        <w:rPr>
          <w:rFonts w:ascii="Georgia" w:hAnsi="Georgia" w:eastAsia="Georgia"/>
          <w:sz w:val="23"/>
        </w:rPr>
        <w:t>Three independent measurements.</w:t>
      </w:r>
    </w:p>
    <w:p>
      <w:pPr>
        <w:spacing w:after="120"/>
      </w:pPr>
      <w:r>
        <w:rPr>
          <w:rFonts w:ascii="Georgia" w:hAnsi="Georgia" w:eastAsia="Georgia"/>
          <w:sz w:val="23"/>
        </w:rPr>
        <w:t>One shared inference.</w:t>
      </w:r>
    </w:p>
    <w:p>
      <w:pPr>
        <w:spacing w:after="120"/>
      </w:pPr>
      <w:r>
        <w:rPr>
          <w:rFonts w:ascii="Georgia" w:hAnsi="Georgia" w:eastAsia="Georgia"/>
          <w:sz w:val="23"/>
        </w:rPr>
        <w:t>I wrote that on paper first.</w:t>
      </w:r>
    </w:p>
    <w:p>
      <w:pPr>
        <w:spacing w:before="80" w:after="120"/>
        <w:jc w:val="center"/>
      </w:pPr>
      <w:r>
        <w:rPr>
          <w:rFonts w:ascii="Georgia" w:hAnsi="Georgia" w:eastAsia="Georgia"/>
          <w:sz w:val="23"/>
        </w:rPr>
        <w:t>§</w:t>
      </w:r>
    </w:p>
    <w:p>
      <w:pPr>
        <w:spacing w:after="120"/>
      </w:pPr>
      <w:r>
        <w:rPr>
          <w:rFonts w:ascii="Georgia" w:hAnsi="Georgia" w:eastAsia="Georgia"/>
          <w:sz w:val="23"/>
        </w:rPr>
        <w:t>The obvious next step was to recompute the three raw traces without SDC-12.</w:t>
      </w:r>
    </w:p>
    <w:p>
      <w:pPr>
        <w:spacing w:after="120"/>
      </w:pPr>
      <w:r>
        <w:rPr>
          <w:rFonts w:ascii="Georgia" w:hAnsi="Georgia" w:eastAsia="Georgia"/>
          <w:sz w:val="23"/>
        </w:rPr>
        <w:t>We did.</w:t>
      </w:r>
    </w:p>
    <w:p>
      <w:pPr>
        <w:spacing w:after="120"/>
      </w:pPr>
      <w:r>
        <w:rPr>
          <w:rFonts w:ascii="Georgia" w:hAnsi="Georgia" w:eastAsia="Georgia"/>
          <w:sz w:val="23"/>
        </w:rPr>
        <w:t>They disagreed.</w:t>
      </w:r>
    </w:p>
    <w:p>
      <w:pPr>
        <w:spacing w:after="120"/>
      </w:pPr>
      <w:r>
        <w:rPr>
          <w:rFonts w:ascii="Georgia" w:hAnsi="Georgia" w:eastAsia="Georgia"/>
          <w:sz w:val="23"/>
        </w:rPr>
        <w:t>Not wildly.</w:t>
      </w:r>
    </w:p>
    <w:p>
      <w:pPr>
        <w:spacing w:after="120"/>
      </w:pPr>
      <w:r>
        <w:rPr>
          <w:rFonts w:ascii="Georgia" w:hAnsi="Georgia" w:eastAsia="Georgia"/>
          <w:sz w:val="23"/>
        </w:rPr>
        <w:t>Enough to matter.</w:t>
      </w:r>
    </w:p>
    <w:p>
      <w:pPr>
        <w:spacing w:after="120"/>
      </w:pPr>
      <w:r>
        <w:rPr>
          <w:rFonts w:ascii="Georgia" w:hAnsi="Georgia" w:eastAsia="Georgia"/>
          <w:sz w:val="23"/>
        </w:rPr>
        <w:t>Pulmonary South: assist 0.07 milliseconds ahead.</w:t>
      </w:r>
    </w:p>
    <w:p>
      <w:pPr>
        <w:spacing w:after="120"/>
      </w:pPr>
      <w:r>
        <w:rPr>
          <w:rFonts w:ascii="Georgia" w:hAnsi="Georgia" w:eastAsia="Georgia"/>
          <w:sz w:val="23"/>
        </w:rPr>
        <w:t>North Mutual: 0.03 ahead.</w:t>
      </w:r>
    </w:p>
    <w:p>
      <w:pPr>
        <w:spacing w:after="120"/>
      </w:pPr>
      <w:r>
        <w:rPr>
          <w:rFonts w:ascii="Georgia" w:hAnsi="Georgia" w:eastAsia="Georgia"/>
          <w:sz w:val="23"/>
        </w:rPr>
        <w:t>Mavik Assist: 0.01 behind.</w:t>
      </w:r>
    </w:p>
    <w:p>
      <w:pPr>
        <w:spacing w:after="120"/>
      </w:pPr>
      <w:r>
        <w:rPr>
          <w:rFonts w:ascii="Georgia" w:hAnsi="Georgia" w:eastAsia="Georgia"/>
          <w:sz w:val="23"/>
        </w:rPr>
        <w:t>All three uncertainty intervals overlapped zero.</w:t>
      </w:r>
    </w:p>
    <w:p>
      <w:pPr>
        <w:spacing w:after="120"/>
      </w:pPr>
      <w:r>
        <w:rPr>
          <w:rFonts w:ascii="Georgia" w:hAnsi="Georgia" w:eastAsia="Georgia"/>
          <w:sz w:val="23"/>
        </w:rPr>
        <w:t>There was no corroborated timing defect.</w:t>
      </w:r>
    </w:p>
    <w:p>
      <w:pPr>
        <w:spacing w:after="120"/>
      </w:pPr>
      <w:r>
        <w:rPr>
          <w:rFonts w:ascii="Georgia" w:hAnsi="Georgia" w:eastAsia="Georgia"/>
          <w:sz w:val="23"/>
        </w:rPr>
        <w:t>There was no corroborated absence of one either.</w:t>
      </w:r>
    </w:p>
    <w:p>
      <w:pPr>
        <w:spacing w:after="120"/>
      </w:pPr>
      <w:r>
        <w:rPr>
          <w:rFonts w:ascii="Georgia" w:hAnsi="Georgia" w:eastAsia="Georgia"/>
          <w:sz w:val="23"/>
        </w:rPr>
        <w:t>The raw instruments used different body landmarks and different local clocks.</w:t>
      </w:r>
    </w:p>
    <w:p>
      <w:pPr>
        <w:spacing w:after="120"/>
      </w:pPr>
      <w:r>
        <w:rPr>
          <w:rFonts w:ascii="Georgia" w:hAnsi="Georgia" w:eastAsia="Georgia"/>
          <w:sz w:val="23"/>
        </w:rPr>
        <w:t>Without normalization, the numbers were not directly interchangeable.</w:t>
      </w:r>
    </w:p>
    <w:p>
      <w:pPr>
        <w:spacing w:after="120"/>
      </w:pPr>
      <w:r>
        <w:rPr>
          <w:rFonts w:ascii="Georgia" w:hAnsi="Georgia" w:eastAsia="Georgia"/>
          <w:sz w:val="23"/>
        </w:rPr>
        <w:t>Miren said, “So now we have independence and no common language.”</w:t>
      </w:r>
    </w:p>
    <w:p>
      <w:pPr>
        <w:spacing w:after="120"/>
      </w:pPr>
      <w:r>
        <w:rPr>
          <w:rFonts w:ascii="Georgia" w:hAnsi="Georgia" w:eastAsia="Georgia"/>
          <w:sz w:val="23"/>
        </w:rPr>
        <w:t>“Yes.”</w:t>
      </w:r>
    </w:p>
    <w:p>
      <w:pPr>
        <w:spacing w:after="120"/>
      </w:pPr>
      <w:r>
        <w:rPr>
          <w:rFonts w:ascii="Georgia" w:hAnsi="Georgia" w:eastAsia="Georgia"/>
          <w:sz w:val="23"/>
        </w:rPr>
        <w:t>“Progress.”</w:t>
      </w:r>
    </w:p>
    <w:p>
      <w:pPr>
        <w:spacing w:after="120"/>
      </w:pPr>
      <w:r>
        <w:rPr>
          <w:rFonts w:ascii="Georgia" w:hAnsi="Georgia" w:eastAsia="Georgia"/>
          <w:sz w:val="23"/>
        </w:rPr>
        <w:t>“Sometimes.”</w:t>
      </w:r>
    </w:p>
    <w:p>
      <w:pPr>
        <w:spacing w:after="120"/>
      </w:pPr>
      <w:r>
        <w:rPr>
          <w:rFonts w:ascii="Georgia" w:hAnsi="Georgia" w:eastAsia="Georgia"/>
          <w:sz w:val="23"/>
        </w:rPr>
        <w:t>Lysa pressed two fingers into the left lower ribs.</w:t>
      </w:r>
    </w:p>
    <w:p>
      <w:pPr>
        <w:spacing w:after="120"/>
      </w:pPr>
      <w:r>
        <w:rPr>
          <w:rFonts w:ascii="Georgia" w:hAnsi="Georgia" w:eastAsia="Georgia"/>
          <w:sz w:val="23"/>
        </w:rPr>
        <w:t>“The catch is still real.”</w:t>
      </w:r>
    </w:p>
    <w:p>
      <w:pPr>
        <w:spacing w:after="120"/>
      </w:pPr>
      <w:r>
        <w:rPr>
          <w:rFonts w:ascii="Georgia" w:hAnsi="Georgia" w:eastAsia="Georgia"/>
          <w:sz w:val="23"/>
        </w:rPr>
        <w:t>“Yes.”</w:t>
      </w:r>
    </w:p>
    <w:p>
      <w:pPr>
        <w:spacing w:after="120"/>
      </w:pPr>
      <w:r>
        <w:rPr>
          <w:rFonts w:ascii="Georgia" w:hAnsi="Georgia" w:eastAsia="Georgia"/>
          <w:sz w:val="23"/>
        </w:rPr>
        <w:t>“Please do not solve the standards committee and forget that.”</w:t>
      </w:r>
    </w:p>
    <w:p>
      <w:pPr>
        <w:spacing w:after="120"/>
      </w:pPr>
      <w:r>
        <w:rPr>
          <w:rFonts w:ascii="Georgia" w:hAnsi="Georgia" w:eastAsia="Georgia"/>
          <w:sz w:val="23"/>
        </w:rPr>
        <w:t>“We will not.”</w:t>
      </w:r>
    </w:p>
    <w:p>
      <w:pPr>
        <w:spacing w:after="120"/>
      </w:pPr>
      <w:r>
        <w:rPr>
          <w:rFonts w:ascii="Georgia" w:hAnsi="Georgia" w:eastAsia="Georgia"/>
          <w:sz w:val="23"/>
        </w:rPr>
        <w:t>She looked at me.</w:t>
      </w:r>
    </w:p>
    <w:p>
      <w:pPr>
        <w:spacing w:after="120"/>
      </w:pPr>
      <w:r>
        <w:rPr>
          <w:rFonts w:ascii="Georgia" w:hAnsi="Georgia" w:eastAsia="Georgia"/>
          <w:sz w:val="23"/>
        </w:rPr>
        <w:t>“You already did once this morning.”</w:t>
      </w:r>
    </w:p>
    <w:p>
      <w:pPr>
        <w:spacing w:after="120"/>
      </w:pPr>
      <w:r>
        <w:rPr>
          <w:rFonts w:ascii="Georgia" w:hAnsi="Georgia" w:eastAsia="Georgia"/>
          <w:sz w:val="23"/>
        </w:rPr>
        <w:t>“Yes.”</w:t>
      </w:r>
    </w:p>
    <w:p>
      <w:pPr>
        <w:spacing w:after="120"/>
      </w:pPr>
      <w:r>
        <w:rPr>
          <w:rFonts w:ascii="Georgia" w:hAnsi="Georgia" w:eastAsia="Georgia"/>
          <w:sz w:val="23"/>
        </w:rPr>
        <w:t>That answer cost less than defending myself.</w:t>
      </w:r>
    </w:p>
    <w:p>
      <w:pPr>
        <w:spacing w:after="120"/>
      </w:pPr>
      <w:r>
        <w:rPr>
          <w:rFonts w:ascii="Georgia" w:hAnsi="Georgia" w:eastAsia="Georgia"/>
          <w:sz w:val="23"/>
        </w:rPr>
        <w:t>Jor pulled her last three years of respiratory function.</w:t>
      </w:r>
    </w:p>
    <w:p>
      <w:pPr>
        <w:spacing w:after="120"/>
      </w:pPr>
      <w:r>
        <w:rPr>
          <w:rFonts w:ascii="Georgia" w:hAnsi="Georgia" w:eastAsia="Georgia"/>
          <w:sz w:val="23"/>
        </w:rPr>
        <w:t>The symptom was new.</w:t>
      </w:r>
    </w:p>
    <w:p>
      <w:pPr>
        <w:spacing w:after="120"/>
      </w:pPr>
      <w:r>
        <w:rPr>
          <w:rFonts w:ascii="Georgia" w:hAnsi="Georgia" w:eastAsia="Georgia"/>
          <w:sz w:val="23"/>
        </w:rPr>
        <w:t>Assist hardware unchanged for eleven years.</w:t>
      </w:r>
    </w:p>
    <w:p>
      <w:pPr>
        <w:spacing w:after="120"/>
      </w:pPr>
      <w:r>
        <w:rPr>
          <w:rFonts w:ascii="Georgia" w:hAnsi="Georgia" w:eastAsia="Georgia"/>
          <w:sz w:val="23"/>
        </w:rPr>
        <w:t>Setting unchanged.</w:t>
      </w:r>
    </w:p>
    <w:p>
      <w:pPr>
        <w:spacing w:after="120"/>
      </w:pPr>
      <w:r>
        <w:rPr>
          <w:rFonts w:ascii="Georgia" w:hAnsi="Georgia" w:eastAsia="Georgia"/>
          <w:sz w:val="23"/>
        </w:rPr>
        <w:t>Controller firmware updated four months earlier.</w:t>
      </w:r>
    </w:p>
    <w:p>
      <w:pPr>
        <w:spacing w:after="120"/>
      </w:pPr>
      <w:r>
        <w:rPr>
          <w:rFonts w:ascii="Georgia" w:hAnsi="Georgia" w:eastAsia="Georgia"/>
          <w:sz w:val="23"/>
        </w:rPr>
        <w:t>No symptom for the first eleven weeks after update.</w:t>
      </w:r>
    </w:p>
    <w:p>
      <w:pPr>
        <w:spacing w:after="120"/>
      </w:pPr>
      <w:r>
        <w:rPr>
          <w:rFonts w:ascii="Georgia" w:hAnsi="Georgia" w:eastAsia="Georgia"/>
          <w:sz w:val="23"/>
        </w:rPr>
        <w:t>Then gradual onset.</w:t>
      </w:r>
    </w:p>
    <w:p>
      <w:pPr>
        <w:spacing w:after="120"/>
      </w:pPr>
      <w:r>
        <w:rPr>
          <w:rFonts w:ascii="Georgia" w:hAnsi="Georgia" w:eastAsia="Georgia"/>
          <w:sz w:val="23"/>
        </w:rPr>
        <w:t>“What else changes under load?” I asked.</w:t>
      </w:r>
    </w:p>
    <w:p>
      <w:pPr>
        <w:spacing w:after="120"/>
      </w:pPr>
      <w:r>
        <w:rPr>
          <w:rFonts w:ascii="Georgia" w:hAnsi="Georgia" w:eastAsia="Georgia"/>
          <w:sz w:val="23"/>
        </w:rPr>
        <w:t>Jor displayed thoracic mechanics.</w:t>
      </w:r>
    </w:p>
    <w:p>
      <w:pPr>
        <w:spacing w:after="120"/>
      </w:pPr>
      <w:r>
        <w:rPr>
          <w:rFonts w:ascii="Georgia" w:hAnsi="Georgia" w:eastAsia="Georgia"/>
          <w:sz w:val="23"/>
        </w:rPr>
        <w:t>Left lower rib excursion had decreased six percent over eighteen months.</w:t>
      </w:r>
    </w:p>
    <w:p>
      <w:pPr>
        <w:spacing w:after="120"/>
      </w:pPr>
      <w:r>
        <w:rPr>
          <w:rFonts w:ascii="Georgia" w:hAnsi="Georgia" w:eastAsia="Georgia"/>
          <w:sz w:val="23"/>
        </w:rPr>
        <w:t>Within age-adjusted expected range.</w:t>
      </w:r>
    </w:p>
    <w:p>
      <w:pPr>
        <w:spacing w:after="120"/>
      </w:pPr>
      <w:r>
        <w:rPr>
          <w:rFonts w:ascii="Georgia" w:hAnsi="Georgia" w:eastAsia="Georgia"/>
          <w:sz w:val="23"/>
        </w:rPr>
        <w:t>Costal sling tension had increased eight percent.</w:t>
      </w:r>
    </w:p>
    <w:p>
      <w:pPr>
        <w:spacing w:after="120"/>
      </w:pPr>
      <w:r>
        <w:rPr>
          <w:rFonts w:ascii="Georgia" w:hAnsi="Georgia" w:eastAsia="Georgia"/>
          <w:sz w:val="23"/>
        </w:rPr>
        <w:t>Also within service range.</w:t>
      </w:r>
    </w:p>
    <w:p>
      <w:pPr>
        <w:spacing w:after="120"/>
      </w:pPr>
      <w:r>
        <w:rPr>
          <w:rFonts w:ascii="Georgia" w:hAnsi="Georgia" w:eastAsia="Georgia"/>
          <w:sz w:val="23"/>
        </w:rPr>
        <w:t>The sling was a mechanical support lattice attached to the lower ribs to prevent paradoxical collapse during exertion.</w:t>
      </w:r>
    </w:p>
    <w:p>
      <w:pPr>
        <w:spacing w:after="120"/>
      </w:pPr>
      <w:r>
        <w:rPr>
          <w:rFonts w:ascii="Georgia" w:hAnsi="Georgia" w:eastAsia="Georgia"/>
          <w:sz w:val="23"/>
        </w:rPr>
        <w:t>Thirty-four years old.</w:t>
      </w:r>
    </w:p>
    <w:p>
      <w:pPr>
        <w:spacing w:after="120"/>
      </w:pPr>
      <w:r>
        <w:rPr>
          <w:rFonts w:ascii="Georgia" w:hAnsi="Georgia" w:eastAsia="Georgia"/>
          <w:sz w:val="23"/>
        </w:rPr>
        <w:t>Original material.</w:t>
      </w:r>
    </w:p>
    <w:p>
      <w:pPr>
        <w:spacing w:after="120"/>
      </w:pPr>
      <w:r>
        <w:rPr>
          <w:rFonts w:ascii="Georgia" w:hAnsi="Georgia" w:eastAsia="Georgia"/>
          <w:sz w:val="23"/>
        </w:rPr>
        <w:t>“Inspection?”</w:t>
      </w:r>
    </w:p>
    <w:p>
      <w:pPr>
        <w:spacing w:after="120"/>
      </w:pPr>
      <w:r>
        <w:rPr>
          <w:rFonts w:ascii="Georgia" w:hAnsi="Georgia" w:eastAsia="Georgia"/>
          <w:sz w:val="23"/>
        </w:rPr>
        <w:t>“Imaging four months ago. No fracture.”</w:t>
      </w:r>
    </w:p>
    <w:p>
      <w:pPr>
        <w:spacing w:after="120"/>
      </w:pPr>
      <w:r>
        <w:rPr>
          <w:rFonts w:ascii="Georgia" w:hAnsi="Georgia" w:eastAsia="Georgia"/>
          <w:sz w:val="23"/>
        </w:rPr>
        <w:t>“Dynamic stiffness?”</w:t>
      </w:r>
    </w:p>
    <w:p>
      <w:pPr>
        <w:spacing w:after="120"/>
      </w:pPr>
      <w:r>
        <w:rPr>
          <w:rFonts w:ascii="Georgia" w:hAnsi="Georgia" w:eastAsia="Georgia"/>
          <w:sz w:val="23"/>
        </w:rPr>
        <w:t>“Not measured.”</w:t>
      </w:r>
    </w:p>
    <w:p>
      <w:pPr>
        <w:spacing w:after="120"/>
      </w:pPr>
      <w:r>
        <w:rPr>
          <w:rFonts w:ascii="Georgia" w:hAnsi="Georgia" w:eastAsia="Georgia"/>
          <w:sz w:val="23"/>
        </w:rPr>
        <w:t>“Why?”</w:t>
      </w:r>
    </w:p>
    <w:p>
      <w:pPr>
        <w:spacing w:after="120"/>
      </w:pPr>
      <w:r>
        <w:rPr>
          <w:rFonts w:ascii="Georgia" w:hAnsi="Georgia" w:eastAsia="Georgia"/>
          <w:sz w:val="23"/>
        </w:rPr>
        <w:t>“No indication.”</w:t>
      </w:r>
    </w:p>
    <w:p>
      <w:pPr>
        <w:spacing w:after="120"/>
      </w:pPr>
      <w:r>
        <w:rPr>
          <w:rFonts w:ascii="Georgia" w:hAnsi="Georgia" w:eastAsia="Georgia"/>
          <w:sz w:val="23"/>
        </w:rPr>
        <w:t>Lysa said, “You have one now.”</w:t>
      </w:r>
    </w:p>
    <w:p>
      <w:pPr>
        <w:spacing w:after="120"/>
      </w:pPr>
      <w:r>
        <w:rPr>
          <w:rFonts w:ascii="Georgia" w:hAnsi="Georgia" w:eastAsia="Georgia"/>
          <w:sz w:val="23"/>
        </w:rPr>
        <w:t>Jor nodded.</w:t>
      </w:r>
    </w:p>
    <w:p>
      <w:pPr>
        <w:spacing w:after="120"/>
      </w:pPr>
      <w:r>
        <w:rPr>
          <w:rFonts w:ascii="Georgia" w:hAnsi="Georgia" w:eastAsia="Georgia"/>
          <w:sz w:val="23"/>
        </w:rPr>
        <w:t>Dynamic ultrasound showed the sling moving correctly at rest.</w:t>
      </w:r>
    </w:p>
    <w:p>
      <w:pPr>
        <w:spacing w:after="120"/>
      </w:pPr>
      <w:r>
        <w:rPr>
          <w:rFonts w:ascii="Georgia" w:hAnsi="Georgia" w:eastAsia="Georgia"/>
          <w:sz w:val="23"/>
        </w:rPr>
        <w:t>Under loaded inspiration, the posterior left segment released 37 milliseconds later than the anterior segment.</w:t>
      </w:r>
    </w:p>
    <w:p>
      <w:pPr>
        <w:spacing w:after="120"/>
      </w:pPr>
      <w:r>
        <w:rPr>
          <w:rFonts w:ascii="Georgia" w:hAnsi="Georgia" w:eastAsia="Georgia"/>
          <w:sz w:val="23"/>
        </w:rPr>
        <w:t>Not much.</w:t>
      </w:r>
    </w:p>
    <w:p>
      <w:pPr>
        <w:spacing w:after="120"/>
      </w:pPr>
      <w:r>
        <w:rPr>
          <w:rFonts w:ascii="Georgia" w:hAnsi="Georgia" w:eastAsia="Georgia"/>
          <w:sz w:val="23"/>
        </w:rPr>
        <w:t>Mechanical hysteresis.</w:t>
      </w:r>
    </w:p>
    <w:p>
      <w:pPr>
        <w:spacing w:after="120"/>
      </w:pPr>
      <w:r>
        <w:rPr>
          <w:rFonts w:ascii="Georgia" w:hAnsi="Georgia" w:eastAsia="Georgia"/>
          <w:sz w:val="23"/>
        </w:rPr>
        <w:t>Likely age-related polymer mineralization at one anchor sleeve.</w:t>
      </w:r>
    </w:p>
    <w:p>
      <w:pPr>
        <w:spacing w:after="120"/>
      </w:pPr>
      <w:r>
        <w:rPr>
          <w:rFonts w:ascii="Georgia" w:hAnsi="Georgia" w:eastAsia="Georgia"/>
          <w:sz w:val="23"/>
        </w:rPr>
        <w:t>The diaphragm contracted.</w:t>
      </w:r>
    </w:p>
    <w:p>
      <w:pPr>
        <w:spacing w:after="120"/>
      </w:pPr>
      <w:r>
        <w:rPr>
          <w:rFonts w:ascii="Georgia" w:hAnsi="Georgia" w:eastAsia="Georgia"/>
          <w:sz w:val="23"/>
        </w:rPr>
        <w:t>The assist fired.</w:t>
      </w:r>
    </w:p>
    <w:p>
      <w:pPr>
        <w:spacing w:after="120"/>
      </w:pPr>
      <w:r>
        <w:rPr>
          <w:rFonts w:ascii="Georgia" w:hAnsi="Georgia" w:eastAsia="Georgia"/>
          <w:sz w:val="23"/>
        </w:rPr>
        <w:t>The sling resisted expansion for a fraction longer than it used to.</w:t>
      </w:r>
    </w:p>
    <w:p>
      <w:pPr>
        <w:spacing w:after="120"/>
      </w:pPr>
      <w:r>
        <w:rPr>
          <w:rFonts w:ascii="Georgia" w:hAnsi="Georgia" w:eastAsia="Georgia"/>
          <w:sz w:val="23"/>
        </w:rPr>
        <w:t>Then released.</w:t>
      </w:r>
    </w:p>
    <w:p>
      <w:pPr>
        <w:spacing w:after="120"/>
      </w:pPr>
      <w:r>
        <w:rPr>
          <w:rFonts w:ascii="Georgia" w:hAnsi="Georgia" w:eastAsia="Georgia"/>
          <w:sz w:val="23"/>
        </w:rPr>
        <w:t>The body experienced a catch.</w:t>
      </w:r>
    </w:p>
    <w:p>
      <w:pPr>
        <w:spacing w:after="120"/>
      </w:pPr>
      <w:r>
        <w:rPr>
          <w:rFonts w:ascii="Georgia" w:hAnsi="Georgia" w:eastAsia="Georgia"/>
          <w:sz w:val="23"/>
        </w:rPr>
        <w:t>The phase analyzers saw the delayed chest-wall motion and interpreted it through a normalization curve that assumed the thoracic reference represented support timing rather than a mechanical delay downstream of it.</w:t>
      </w:r>
    </w:p>
    <w:p>
      <w:pPr>
        <w:spacing w:after="120"/>
      </w:pPr>
      <w:r>
        <w:rPr>
          <w:rFonts w:ascii="Georgia" w:hAnsi="Georgia" w:eastAsia="Georgia"/>
          <w:sz w:val="23"/>
        </w:rPr>
        <w:t>We had measured the effect correctly.</w:t>
      </w:r>
    </w:p>
    <w:p>
      <w:pPr>
        <w:spacing w:after="120"/>
      </w:pPr>
      <w:r>
        <w:rPr>
          <w:rFonts w:ascii="Georgia" w:hAnsi="Georgia" w:eastAsia="Georgia"/>
          <w:sz w:val="23"/>
        </w:rPr>
        <w:t>We had assigned the delay to the wrong layer.</w:t>
      </w:r>
    </w:p>
    <w:p>
      <w:pPr>
        <w:spacing w:after="120"/>
      </w:pPr>
      <w:r>
        <w:rPr>
          <w:rFonts w:ascii="Georgia" w:hAnsi="Georgia" w:eastAsia="Georgia"/>
          <w:sz w:val="23"/>
        </w:rPr>
        <w:t>Jor said, “Can we prove the sling is enough to explain the symptom?”</w:t>
      </w:r>
    </w:p>
    <w:p>
      <w:pPr>
        <w:spacing w:after="120"/>
      </w:pPr>
      <w:r>
        <w:rPr>
          <w:rFonts w:ascii="Georgia" w:hAnsi="Georgia" w:eastAsia="Georgia"/>
          <w:sz w:val="23"/>
        </w:rPr>
        <w:t>“No.”</w:t>
      </w:r>
    </w:p>
    <w:p>
      <w:pPr>
        <w:spacing w:after="120"/>
      </w:pPr>
      <w:r>
        <w:rPr>
          <w:rFonts w:ascii="Georgia" w:hAnsi="Georgia" w:eastAsia="Georgia"/>
          <w:sz w:val="23"/>
        </w:rPr>
        <w:t>“Can we test it?”</w:t>
      </w:r>
    </w:p>
    <w:p>
      <w:pPr>
        <w:spacing w:after="120"/>
      </w:pPr>
      <w:r>
        <w:rPr>
          <w:rFonts w:ascii="Georgia" w:hAnsi="Georgia" w:eastAsia="Georgia"/>
          <w:sz w:val="23"/>
        </w:rPr>
        <w:t>“Yes.”</w:t>
      </w:r>
    </w:p>
    <w:p>
      <w:pPr>
        <w:spacing w:after="120"/>
      </w:pPr>
      <w:r>
        <w:rPr>
          <w:rFonts w:ascii="Georgia" w:hAnsi="Georgia" w:eastAsia="Georgia"/>
          <w:sz w:val="23"/>
        </w:rPr>
        <w:t>Lysa said, “On me?”</w:t>
      </w:r>
    </w:p>
    <w:p>
      <w:pPr>
        <w:spacing w:after="120"/>
      </w:pPr>
      <w:r>
        <w:rPr>
          <w:rFonts w:ascii="Georgia" w:hAnsi="Georgia" w:eastAsia="Georgia"/>
          <w:sz w:val="23"/>
        </w:rPr>
        <w:t>“Not first.”</w:t>
      </w:r>
    </w:p>
    <w:p>
      <w:pPr>
        <w:spacing w:after="120"/>
      </w:pPr>
      <w:r>
        <w:rPr>
          <w:rFonts w:ascii="Georgia" w:hAnsi="Georgia" w:eastAsia="Georgia"/>
          <w:sz w:val="23"/>
        </w:rPr>
        <w:t>That answer came faster than the earlier yes had.</w:t>
      </w:r>
    </w:p>
    <w:p>
      <w:pPr>
        <w:spacing w:before="80" w:after="120"/>
        <w:jc w:val="center"/>
      </w:pPr>
      <w:r>
        <w:rPr>
          <w:rFonts w:ascii="Georgia" w:hAnsi="Georgia" w:eastAsia="Georgia"/>
          <w:sz w:val="23"/>
        </w:rPr>
        <w:t>§</w:t>
      </w:r>
    </w:p>
    <w:p>
      <w:pPr>
        <w:spacing w:after="120"/>
      </w:pPr>
      <w:r>
        <w:rPr>
          <w:rFonts w:ascii="Georgia" w:hAnsi="Georgia" w:eastAsia="Georgia"/>
          <w:sz w:val="23"/>
        </w:rPr>
        <w:t>The sling had been manufactured by a company that no longer existed.</w:t>
      </w:r>
    </w:p>
    <w:p>
      <w:pPr>
        <w:spacing w:after="120"/>
      </w:pPr>
      <w:r>
        <w:rPr>
          <w:rFonts w:ascii="Georgia" w:hAnsi="Georgia" w:eastAsia="Georgia"/>
          <w:sz w:val="23"/>
        </w:rPr>
        <w:t>That did not make it rare.</w:t>
      </w:r>
    </w:p>
    <w:p>
      <w:pPr>
        <w:spacing w:after="120"/>
      </w:pPr>
      <w:r>
        <w:rPr>
          <w:rFonts w:ascii="Georgia" w:hAnsi="Georgia" w:eastAsia="Georgia"/>
          <w:sz w:val="23"/>
        </w:rPr>
        <w:t>It made it ordinary equipment with expensive documentation.</w:t>
      </w:r>
    </w:p>
    <w:p>
      <w:pPr>
        <w:spacing w:after="120"/>
      </w:pPr>
      <w:r>
        <w:rPr>
          <w:rFonts w:ascii="Georgia" w:hAnsi="Georgia" w:eastAsia="Georgia"/>
          <w:sz w:val="23"/>
        </w:rPr>
        <w:t>The material specification was a braided polyceramic elastomer around a titanium microframe.</w:t>
      </w:r>
    </w:p>
    <w:p>
      <w:pPr>
        <w:spacing w:after="120"/>
      </w:pPr>
      <w:r>
        <w:rPr>
          <w:rFonts w:ascii="Georgia" w:hAnsi="Georgia" w:eastAsia="Georgia"/>
          <w:sz w:val="23"/>
        </w:rPr>
        <w:t>The posterior sleeve had no service port.</w:t>
      </w:r>
    </w:p>
    <w:p>
      <w:pPr>
        <w:spacing w:after="120"/>
      </w:pPr>
      <w:r>
        <w:rPr>
          <w:rFonts w:ascii="Georgia" w:hAnsi="Georgia" w:eastAsia="Georgia"/>
          <w:sz w:val="23"/>
        </w:rPr>
        <w:t>To test the suspected hysteresis without operating on Lysa, I needed a physical analog.</w:t>
      </w:r>
    </w:p>
    <w:p>
      <w:pPr>
        <w:spacing w:after="120"/>
      </w:pPr>
      <w:r>
        <w:rPr>
          <w:rFonts w:ascii="Georgia" w:hAnsi="Georgia" w:eastAsia="Georgia"/>
          <w:sz w:val="23"/>
        </w:rPr>
        <w:t>That was the first part of the day I understood without translation.</w:t>
      </w:r>
    </w:p>
    <w:p>
      <w:pPr>
        <w:spacing w:after="120"/>
      </w:pPr>
      <w:r>
        <w:rPr>
          <w:rFonts w:ascii="Georgia" w:hAnsi="Georgia" w:eastAsia="Georgia"/>
          <w:sz w:val="23"/>
        </w:rPr>
        <w:t>I measured her rib geometry from current imaging.</w:t>
      </w:r>
    </w:p>
    <w:p>
      <w:pPr>
        <w:spacing w:after="120"/>
      </w:pPr>
      <w:r>
        <w:rPr>
          <w:rFonts w:ascii="Georgia" w:hAnsi="Georgia" w:eastAsia="Georgia"/>
          <w:sz w:val="23"/>
        </w:rPr>
        <w:t>Not the ideal geometry in the original implant file.</w:t>
      </w:r>
    </w:p>
    <w:p>
      <w:pPr>
        <w:spacing w:after="120"/>
      </w:pPr>
      <w:r>
        <w:rPr>
          <w:rFonts w:ascii="Georgia" w:hAnsi="Georgia" w:eastAsia="Georgia"/>
          <w:sz w:val="23"/>
        </w:rPr>
        <w:t>Current.</w:t>
      </w:r>
    </w:p>
    <w:p>
      <w:pPr>
        <w:spacing w:after="120"/>
      </w:pPr>
      <w:r>
        <w:rPr>
          <w:rFonts w:ascii="Georgia" w:hAnsi="Georgia" w:eastAsia="Georgia"/>
          <w:sz w:val="23"/>
        </w:rPr>
        <w:t>The difference was small.</w:t>
      </w:r>
    </w:p>
    <w:p>
      <w:pPr>
        <w:spacing w:after="120"/>
      </w:pPr>
      <w:r>
        <w:rPr>
          <w:rFonts w:ascii="Georgia" w:hAnsi="Georgia" w:eastAsia="Georgia"/>
          <w:sz w:val="23"/>
        </w:rPr>
        <w:t>It always was until it mattered.</w:t>
      </w:r>
    </w:p>
    <w:p>
      <w:pPr>
        <w:spacing w:after="120"/>
      </w:pPr>
      <w:r>
        <w:rPr>
          <w:rFonts w:ascii="Georgia" w:hAnsi="Georgia" w:eastAsia="Georgia"/>
          <w:sz w:val="23"/>
        </w:rPr>
        <w:t>I fabricated a three-segment thoracic arc from adjustable composite bands and mounted an old sling sample from the service archive across it.</w:t>
      </w:r>
    </w:p>
    <w:p>
      <w:pPr>
        <w:spacing w:after="120"/>
      </w:pPr>
      <w:r>
        <w:rPr>
          <w:rFonts w:ascii="Georgia" w:hAnsi="Georgia" w:eastAsia="Georgia"/>
          <w:sz w:val="23"/>
        </w:rPr>
        <w:t>The sample was twenty-nine years old.</w:t>
      </w:r>
    </w:p>
    <w:p>
      <w:pPr>
        <w:spacing w:after="120"/>
      </w:pPr>
      <w:r>
        <w:rPr>
          <w:rFonts w:ascii="Georgia" w:hAnsi="Georgia" w:eastAsia="Georgia"/>
          <w:sz w:val="23"/>
        </w:rPr>
        <w:t>Not Lysa’s.</w:t>
      </w:r>
    </w:p>
    <w:p>
      <w:pPr>
        <w:spacing w:after="120"/>
      </w:pPr>
      <w:r>
        <w:rPr>
          <w:rFonts w:ascii="Georgia" w:hAnsi="Georgia" w:eastAsia="Georgia"/>
          <w:sz w:val="23"/>
        </w:rPr>
        <w:t>Useful for mechanics, not equivalence.</w:t>
      </w:r>
    </w:p>
    <w:p>
      <w:pPr>
        <w:spacing w:after="120"/>
      </w:pPr>
      <w:r>
        <w:rPr>
          <w:rFonts w:ascii="Georgia" w:hAnsi="Georgia" w:eastAsia="Georgia"/>
          <w:sz w:val="23"/>
        </w:rPr>
        <w:t>I mineralized one sleeve artificially to approximate the stiffness measured by ultrasound.</w:t>
      </w:r>
    </w:p>
    <w:p>
      <w:pPr>
        <w:spacing w:after="120"/>
      </w:pPr>
      <w:r>
        <w:rPr>
          <w:rFonts w:ascii="Georgia" w:hAnsi="Georgia" w:eastAsia="Georgia"/>
          <w:sz w:val="23"/>
        </w:rPr>
        <w:t>Jor watched.</w:t>
      </w:r>
    </w:p>
    <w:p>
      <w:pPr>
        <w:spacing w:after="120"/>
      </w:pPr>
      <w:r>
        <w:rPr>
          <w:rFonts w:ascii="Georgia" w:hAnsi="Georgia" w:eastAsia="Georgia"/>
          <w:sz w:val="23"/>
        </w:rPr>
        <w:t>“You can do that in an hour?”</w:t>
      </w:r>
    </w:p>
    <w:p>
      <w:pPr>
        <w:spacing w:after="120"/>
      </w:pPr>
      <w:r>
        <w:rPr>
          <w:rFonts w:ascii="Georgia" w:hAnsi="Georgia" w:eastAsia="Georgia"/>
          <w:sz w:val="23"/>
        </w:rPr>
        <w:t>“I can make a bad version in an hour.”</w:t>
      </w:r>
    </w:p>
    <w:p>
      <w:pPr>
        <w:spacing w:after="120"/>
      </w:pPr>
      <w:r>
        <w:rPr>
          <w:rFonts w:ascii="Georgia" w:hAnsi="Georgia" w:eastAsia="Georgia"/>
          <w:sz w:val="23"/>
        </w:rPr>
        <w:t>“What makes it bad?”</w:t>
      </w:r>
    </w:p>
    <w:p>
      <w:pPr>
        <w:spacing w:after="120"/>
      </w:pPr>
      <w:r>
        <w:rPr>
          <w:rFonts w:ascii="Georgia" w:hAnsi="Georgia" w:eastAsia="Georgia"/>
          <w:sz w:val="23"/>
        </w:rPr>
        <w:t>“It is not her.”</w:t>
      </w:r>
    </w:p>
    <w:p>
      <w:pPr>
        <w:spacing w:after="120"/>
      </w:pPr>
      <w:r>
        <w:rPr>
          <w:rFonts w:ascii="Georgia" w:hAnsi="Georgia" w:eastAsia="Georgia"/>
          <w:sz w:val="23"/>
        </w:rPr>
        <w:t>Lysa, from the observation chair, said, “I am beginning to like your bad versions.”</w:t>
      </w:r>
    </w:p>
    <w:p>
      <w:pPr>
        <w:spacing w:after="120"/>
      </w:pPr>
      <w:r>
        <w:rPr>
          <w:rFonts w:ascii="Georgia" w:hAnsi="Georgia" w:eastAsia="Georgia"/>
          <w:sz w:val="23"/>
        </w:rPr>
        <w:t>The rig carried a mechanical breathing actuator at the center.</w:t>
      </w:r>
    </w:p>
    <w:p>
      <w:pPr>
        <w:spacing w:after="120"/>
      </w:pPr>
      <w:r>
        <w:rPr>
          <w:rFonts w:ascii="Georgia" w:hAnsi="Georgia" w:eastAsia="Georgia"/>
          <w:sz w:val="23"/>
        </w:rPr>
        <w:t>Pressure cells at six rib points.</w:t>
      </w:r>
    </w:p>
    <w:p>
      <w:pPr>
        <w:spacing w:after="120"/>
      </w:pPr>
      <w:r>
        <w:rPr>
          <w:rFonts w:ascii="Georgia" w:hAnsi="Georgia" w:eastAsia="Georgia"/>
          <w:sz w:val="23"/>
        </w:rPr>
        <w:t>Direct timing from actuator command.</w:t>
      </w:r>
    </w:p>
    <w:p>
      <w:pPr>
        <w:spacing w:after="120"/>
      </w:pPr>
      <w:r>
        <w:rPr>
          <w:rFonts w:ascii="Georgia" w:hAnsi="Georgia" w:eastAsia="Georgia"/>
          <w:sz w:val="23"/>
        </w:rPr>
        <w:t>No SDC-12.</w:t>
      </w:r>
    </w:p>
    <w:p>
      <w:pPr>
        <w:spacing w:after="120"/>
      </w:pPr>
      <w:r>
        <w:rPr>
          <w:rFonts w:ascii="Georgia" w:hAnsi="Georgia" w:eastAsia="Georgia"/>
          <w:sz w:val="23"/>
        </w:rPr>
        <w:t>No setting model.</w:t>
      </w:r>
    </w:p>
    <w:p>
      <w:pPr>
        <w:spacing w:after="120"/>
      </w:pPr>
      <w:r>
        <w:rPr>
          <w:rFonts w:ascii="Georgia" w:hAnsi="Georgia" w:eastAsia="Georgia"/>
          <w:sz w:val="23"/>
        </w:rPr>
        <w:t>No Kaethe input at all.</w:t>
      </w:r>
    </w:p>
    <w:p>
      <w:pPr>
        <w:spacing w:after="120"/>
      </w:pPr>
      <w:r>
        <w:rPr>
          <w:rFonts w:ascii="Georgia" w:hAnsi="Georgia" w:eastAsia="Georgia"/>
          <w:sz w:val="23"/>
        </w:rPr>
        <w:t>We ran the first cycle.</w:t>
      </w:r>
    </w:p>
    <w:p>
      <w:pPr>
        <w:spacing w:after="120"/>
      </w:pPr>
      <w:r>
        <w:rPr>
          <w:rFonts w:ascii="Georgia" w:hAnsi="Georgia" w:eastAsia="Georgia"/>
          <w:sz w:val="23"/>
        </w:rPr>
        <w:t>Normal sleeve.</w:t>
      </w:r>
    </w:p>
    <w:p>
      <w:pPr>
        <w:spacing w:after="120"/>
      </w:pPr>
      <w:r>
        <w:rPr>
          <w:rFonts w:ascii="Georgia" w:hAnsi="Georgia" w:eastAsia="Georgia"/>
          <w:sz w:val="23"/>
        </w:rPr>
        <w:t>Anterior and posterior expansion separated by four milliseconds.</w:t>
      </w:r>
    </w:p>
    <w:p>
      <w:pPr>
        <w:spacing w:after="120"/>
      </w:pPr>
      <w:r>
        <w:rPr>
          <w:rFonts w:ascii="Georgia" w:hAnsi="Georgia" w:eastAsia="Georgia"/>
          <w:sz w:val="23"/>
        </w:rPr>
        <w:t>Mineralized sleeve.</w:t>
      </w:r>
    </w:p>
    <w:p>
      <w:pPr>
        <w:spacing w:after="120"/>
      </w:pPr>
      <w:r>
        <w:rPr>
          <w:rFonts w:ascii="Georgia" w:hAnsi="Georgia" w:eastAsia="Georgia"/>
          <w:sz w:val="23"/>
        </w:rPr>
        <w:t>Thirty-two.</w:t>
      </w:r>
    </w:p>
    <w:p>
      <w:pPr>
        <w:spacing w:after="120"/>
      </w:pPr>
      <w:r>
        <w:rPr>
          <w:rFonts w:ascii="Georgia" w:hAnsi="Georgia" w:eastAsia="Georgia"/>
          <w:sz w:val="23"/>
        </w:rPr>
        <w:t>Second cycle under higher load.</w:t>
      </w:r>
    </w:p>
    <w:p>
      <w:pPr>
        <w:spacing w:after="120"/>
      </w:pPr>
      <w:r>
        <w:rPr>
          <w:rFonts w:ascii="Georgia" w:hAnsi="Georgia" w:eastAsia="Georgia"/>
          <w:sz w:val="23"/>
        </w:rPr>
        <w:t>Forty-one.</w:t>
      </w:r>
    </w:p>
    <w:p>
      <w:pPr>
        <w:spacing w:after="120"/>
      </w:pPr>
      <w:r>
        <w:rPr>
          <w:rFonts w:ascii="Georgia" w:hAnsi="Georgia" w:eastAsia="Georgia"/>
          <w:sz w:val="23"/>
        </w:rPr>
        <w:t>The delayed release created a secondary pressure inflection that looked disturbingly like the feature the respiratory analyzers had been using to place support phase.</w:t>
      </w:r>
    </w:p>
    <w:p>
      <w:pPr>
        <w:spacing w:after="120"/>
      </w:pPr>
      <w:r>
        <w:rPr>
          <w:rFonts w:ascii="Georgia" w:hAnsi="Georgia" w:eastAsia="Georgia"/>
          <w:sz w:val="23"/>
        </w:rPr>
        <w:t>Miren said, “The curve sees the rib.”</w:t>
      </w:r>
    </w:p>
    <w:p>
      <w:pPr>
        <w:spacing w:after="120"/>
      </w:pPr>
      <w:r>
        <w:rPr>
          <w:rFonts w:ascii="Georgia" w:hAnsi="Georgia" w:eastAsia="Georgia"/>
          <w:sz w:val="23"/>
        </w:rPr>
        <w:t>“Maybe.”</w:t>
      </w:r>
    </w:p>
    <w:p>
      <w:pPr>
        <w:spacing w:after="120"/>
      </w:pPr>
      <w:r>
        <w:rPr>
          <w:rFonts w:ascii="Georgia" w:hAnsi="Georgia" w:eastAsia="Georgia"/>
          <w:sz w:val="23"/>
        </w:rPr>
        <w:t>Lysa said, “Say it.”</w:t>
      </w:r>
    </w:p>
    <w:p>
      <w:pPr>
        <w:spacing w:after="120"/>
      </w:pPr>
      <w:r>
        <w:rPr>
          <w:rFonts w:ascii="Georgia" w:hAnsi="Georgia" w:eastAsia="Georgia"/>
          <w:sz w:val="23"/>
        </w:rPr>
        <w:t>“We have a mechanical source capable of producing the observed timing feature.”</w:t>
      </w:r>
    </w:p>
    <w:p>
      <w:pPr>
        <w:spacing w:after="120"/>
      </w:pPr>
      <w:r>
        <w:rPr>
          <w:rFonts w:ascii="Georgia" w:hAnsi="Georgia" w:eastAsia="Georgia"/>
          <w:sz w:val="23"/>
        </w:rPr>
        <w:t>“Longer.”</w:t>
      </w:r>
    </w:p>
    <w:p>
      <w:pPr>
        <w:spacing w:after="120"/>
      </w:pPr>
      <w:r>
        <w:rPr>
          <w:rFonts w:ascii="Georgia" w:hAnsi="Georgia" w:eastAsia="Georgia"/>
          <w:sz w:val="23"/>
        </w:rPr>
        <w:t>“Yes.”</w:t>
      </w:r>
    </w:p>
    <w:p>
      <w:pPr>
        <w:spacing w:after="120"/>
      </w:pPr>
      <w:r>
        <w:rPr>
          <w:rFonts w:ascii="Georgia" w:hAnsi="Georgia" w:eastAsia="Georgia"/>
          <w:sz w:val="23"/>
        </w:rPr>
        <w:t>“Annoying.”</w:t>
      </w:r>
    </w:p>
    <w:p>
      <w:pPr>
        <w:spacing w:after="120"/>
      </w:pPr>
      <w:r>
        <w:rPr>
          <w:rFonts w:ascii="Georgia" w:hAnsi="Georgia" w:eastAsia="Georgia"/>
          <w:sz w:val="23"/>
        </w:rPr>
        <w:t>“Yes.”</w:t>
      </w:r>
    </w:p>
    <w:p>
      <w:pPr>
        <w:spacing w:after="120"/>
      </w:pPr>
      <w:r>
        <w:rPr>
          <w:rFonts w:ascii="Georgia" w:hAnsi="Georgia" w:eastAsia="Georgia"/>
          <w:sz w:val="23"/>
        </w:rPr>
        <w:t>Jor ran the three clinics’ raw-analysis routines against the rig data.</w:t>
      </w:r>
    </w:p>
    <w:p>
      <w:pPr>
        <w:spacing w:after="120"/>
      </w:pPr>
      <w:r>
        <w:rPr>
          <w:rFonts w:ascii="Georgia" w:hAnsi="Georgia" w:eastAsia="Georgia"/>
          <w:sz w:val="23"/>
        </w:rPr>
        <w:t>Different raw results.</w:t>
      </w:r>
    </w:p>
    <w:p>
      <w:pPr>
        <w:spacing w:after="120"/>
      </w:pPr>
      <w:r>
        <w:rPr>
          <w:rFonts w:ascii="Georgia" w:hAnsi="Georgia" w:eastAsia="Georgia"/>
          <w:sz w:val="23"/>
        </w:rPr>
        <w:t>Then SDC-12 normalization.</w:t>
      </w:r>
    </w:p>
    <w:p>
      <w:pPr>
        <w:spacing w:after="120"/>
      </w:pPr>
      <w:r>
        <w:rPr>
          <w:rFonts w:ascii="Georgia" w:hAnsi="Georgia" w:eastAsia="Georgia"/>
          <w:sz w:val="23"/>
        </w:rPr>
        <w:t>The three outputs collapsed toward the same apparent 0.12 to 0.14-millisecond support lag.</w:t>
      </w:r>
    </w:p>
    <w:p>
      <w:pPr>
        <w:spacing w:after="120"/>
      </w:pPr>
      <w:r>
        <w:rPr>
          <w:rFonts w:ascii="Georgia" w:hAnsi="Georgia" w:eastAsia="Georgia"/>
          <w:sz w:val="23"/>
        </w:rPr>
        <w:t>Silence.</w:t>
      </w:r>
    </w:p>
    <w:p>
      <w:pPr>
        <w:spacing w:after="120"/>
      </w:pPr>
      <w:r>
        <w:rPr>
          <w:rFonts w:ascii="Georgia" w:hAnsi="Georgia" w:eastAsia="Georgia"/>
          <w:sz w:val="23"/>
        </w:rPr>
        <w:t>Miren looked at me.</w:t>
      </w:r>
    </w:p>
    <w:p>
      <w:pPr>
        <w:spacing w:after="120"/>
      </w:pPr>
      <w:r>
        <w:rPr>
          <w:rFonts w:ascii="Georgia" w:hAnsi="Georgia" w:eastAsia="Georgia"/>
          <w:sz w:val="23"/>
        </w:rPr>
        <w:t>“The standard can manufacture agreement from the same downstream mechanical artifact.”</w:t>
      </w:r>
    </w:p>
    <w:p>
      <w:pPr>
        <w:spacing w:after="120"/>
      </w:pPr>
      <w:r>
        <w:rPr>
          <w:rFonts w:ascii="Georgia" w:hAnsi="Georgia" w:eastAsia="Georgia"/>
          <w:sz w:val="23"/>
        </w:rPr>
        <w:t>“Under this rig condition.”</w:t>
      </w:r>
    </w:p>
    <w:p>
      <w:pPr>
        <w:spacing w:after="120"/>
      </w:pPr>
      <w:r>
        <w:rPr>
          <w:rFonts w:ascii="Georgia" w:hAnsi="Georgia" w:eastAsia="Georgia"/>
          <w:sz w:val="23"/>
        </w:rPr>
        <w:t>“Yes.”</w:t>
      </w:r>
    </w:p>
    <w:p>
      <w:pPr>
        <w:spacing w:after="120"/>
      </w:pPr>
      <w:r>
        <w:rPr>
          <w:rFonts w:ascii="Georgia" w:hAnsi="Georgia" w:eastAsia="Georgia"/>
          <w:sz w:val="23"/>
        </w:rPr>
        <w:t>“Not proof of Lysa.”</w:t>
      </w:r>
    </w:p>
    <w:p>
      <w:pPr>
        <w:spacing w:after="120"/>
      </w:pPr>
      <w:r>
        <w:rPr>
          <w:rFonts w:ascii="Georgia" w:hAnsi="Georgia" w:eastAsia="Georgia"/>
          <w:sz w:val="23"/>
        </w:rPr>
        <w:t>“No.”</w:t>
      </w:r>
    </w:p>
    <w:p>
      <w:pPr>
        <w:spacing w:after="120"/>
      </w:pPr>
      <w:r>
        <w:rPr>
          <w:rFonts w:ascii="Georgia" w:hAnsi="Georgia" w:eastAsia="Georgia"/>
          <w:sz w:val="23"/>
        </w:rPr>
        <w:t>Lysa leaned back.</w:t>
      </w:r>
    </w:p>
    <w:p>
      <w:pPr>
        <w:spacing w:after="120"/>
      </w:pPr>
      <w:r>
        <w:rPr>
          <w:rFonts w:ascii="Georgia" w:hAnsi="Georgia" w:eastAsia="Georgia"/>
          <w:sz w:val="23"/>
        </w:rPr>
        <w:t>“That is enough caution for me. What can you do to the rib?”</w:t>
      </w:r>
    </w:p>
    <w:p>
      <w:pPr>
        <w:spacing w:before="80" w:after="120"/>
        <w:jc w:val="center"/>
      </w:pPr>
      <w:r>
        <w:rPr>
          <w:rFonts w:ascii="Georgia" w:hAnsi="Georgia" w:eastAsia="Georgia"/>
          <w:sz w:val="23"/>
        </w:rPr>
        <w:t>§</w:t>
      </w:r>
    </w:p>
    <w:p>
      <w:pPr>
        <w:spacing w:after="120"/>
      </w:pPr>
      <w:r>
        <w:rPr>
          <w:rFonts w:ascii="Georgia" w:hAnsi="Georgia" w:eastAsia="Georgia"/>
          <w:sz w:val="23"/>
        </w:rPr>
        <w:t>The posterior anchor sleeve could be revised without touching the setting, changing the respiratory controller, or altering the diaphragmatic assist.</w:t>
      </w:r>
    </w:p>
    <w:p>
      <w:pPr>
        <w:spacing w:after="120"/>
      </w:pPr>
      <w:r>
        <w:rPr>
          <w:rFonts w:ascii="Georgia" w:hAnsi="Georgia" w:eastAsia="Georgia"/>
          <w:sz w:val="23"/>
        </w:rPr>
        <w:t>Minor procedure.</w:t>
      </w:r>
    </w:p>
    <w:p>
      <w:pPr>
        <w:spacing w:after="120"/>
      </w:pPr>
      <w:r>
        <w:rPr>
          <w:rFonts w:ascii="Georgia" w:hAnsi="Georgia" w:eastAsia="Georgia"/>
          <w:sz w:val="23"/>
        </w:rPr>
        <w:t>Not trivial.</w:t>
      </w:r>
    </w:p>
    <w:p>
      <w:pPr>
        <w:spacing w:after="120"/>
      </w:pPr>
      <w:r>
        <w:rPr>
          <w:rFonts w:ascii="Georgia" w:hAnsi="Georgia" w:eastAsia="Georgia"/>
          <w:sz w:val="23"/>
        </w:rPr>
        <w:t>Local anesthesia with monitored sedation.</w:t>
      </w:r>
    </w:p>
    <w:p>
      <w:pPr>
        <w:spacing w:after="120"/>
      </w:pPr>
      <w:r>
        <w:rPr>
          <w:rFonts w:ascii="Georgia" w:hAnsi="Georgia" w:eastAsia="Georgia"/>
          <w:sz w:val="23"/>
        </w:rPr>
        <w:t>Forty minutes if the sleeve released cleanly.</w:t>
      </w:r>
    </w:p>
    <w:p>
      <w:pPr>
        <w:spacing w:after="120"/>
      </w:pPr>
      <w:r>
        <w:rPr>
          <w:rFonts w:ascii="Georgia" w:hAnsi="Georgia" w:eastAsia="Georgia"/>
          <w:sz w:val="23"/>
        </w:rPr>
        <w:t>Longer if the titanium microframe had bonded to the rib surface.</w:t>
      </w:r>
    </w:p>
    <w:p>
      <w:pPr>
        <w:spacing w:after="120"/>
      </w:pPr>
      <w:r>
        <w:rPr>
          <w:rFonts w:ascii="Georgia" w:hAnsi="Georgia" w:eastAsia="Georgia"/>
          <w:sz w:val="23"/>
        </w:rPr>
        <w:t>Lysa listened.</w:t>
      </w:r>
    </w:p>
    <w:p>
      <w:pPr>
        <w:spacing w:after="120"/>
      </w:pPr>
      <w:r>
        <w:rPr>
          <w:rFonts w:ascii="Georgia" w:hAnsi="Georgia" w:eastAsia="Georgia"/>
          <w:sz w:val="23"/>
        </w:rPr>
        <w:t>“Chance it does nothing?”</w:t>
      </w:r>
    </w:p>
    <w:p>
      <w:pPr>
        <w:spacing w:after="120"/>
      </w:pPr>
      <w:r>
        <w:rPr>
          <w:rFonts w:ascii="Georgia" w:hAnsi="Georgia" w:eastAsia="Georgia"/>
          <w:sz w:val="23"/>
        </w:rPr>
        <w:t>Jor said, “Yes.”</w:t>
      </w:r>
    </w:p>
    <w:p>
      <w:pPr>
        <w:spacing w:after="120"/>
      </w:pPr>
      <w:r>
        <w:rPr>
          <w:rFonts w:ascii="Georgia" w:hAnsi="Georgia" w:eastAsia="Georgia"/>
          <w:sz w:val="23"/>
        </w:rPr>
        <w:t>“Chance it makes the assist worse?”</w:t>
      </w:r>
    </w:p>
    <w:p>
      <w:pPr>
        <w:spacing w:after="120"/>
      </w:pPr>
      <w:r>
        <w:rPr>
          <w:rFonts w:ascii="Georgia" w:hAnsi="Georgia" w:eastAsia="Georgia"/>
          <w:sz w:val="23"/>
        </w:rPr>
        <w:t>“Low, but not zero. We would remeasure before discharge.”</w:t>
      </w:r>
    </w:p>
    <w:p>
      <w:pPr>
        <w:spacing w:after="120"/>
      </w:pPr>
      <w:r>
        <w:rPr>
          <w:rFonts w:ascii="Georgia" w:hAnsi="Georgia" w:eastAsia="Georgia"/>
          <w:sz w:val="23"/>
        </w:rPr>
        <w:t>“Chance you still come back to the controller afterward?”</w:t>
      </w:r>
    </w:p>
    <w:p>
      <w:pPr>
        <w:spacing w:after="120"/>
      </w:pPr>
      <w:r>
        <w:rPr>
          <w:rFonts w:ascii="Georgia" w:hAnsi="Georgia" w:eastAsia="Georgia"/>
          <w:sz w:val="23"/>
        </w:rPr>
        <w:t>“Yes.”</w:t>
      </w:r>
    </w:p>
    <w:p>
      <w:pPr>
        <w:spacing w:after="120"/>
      </w:pPr>
      <w:r>
        <w:rPr>
          <w:rFonts w:ascii="Georgia" w:hAnsi="Georgia" w:eastAsia="Georgia"/>
          <w:sz w:val="23"/>
        </w:rPr>
        <w:t>She looked at me.</w:t>
      </w:r>
    </w:p>
    <w:p>
      <w:pPr>
        <w:spacing w:after="120"/>
      </w:pPr>
      <w:r>
        <w:rPr>
          <w:rFonts w:ascii="Georgia" w:hAnsi="Georgia" w:eastAsia="Georgia"/>
          <w:sz w:val="23"/>
        </w:rPr>
        <w:t>“And you?”</w:t>
      </w:r>
    </w:p>
    <w:p>
      <w:pPr>
        <w:spacing w:after="120"/>
      </w:pPr>
      <w:r>
        <w:rPr>
          <w:rFonts w:ascii="Georgia" w:hAnsi="Georgia" w:eastAsia="Georgia"/>
          <w:sz w:val="23"/>
        </w:rPr>
        <w:t>“I will not recommend another timing adjustment until the measurement model is validated for your actual system or we have a direct local measure that does not depend on the shared curve.”</w:t>
      </w:r>
    </w:p>
    <w:p>
      <w:pPr>
        <w:spacing w:after="120"/>
      </w:pPr>
      <w:r>
        <w:rPr>
          <w:rFonts w:ascii="Georgia" w:hAnsi="Georgia" w:eastAsia="Georgia"/>
          <w:sz w:val="23"/>
        </w:rPr>
        <w:t>“You should put that on the wall.”</w:t>
      </w:r>
    </w:p>
    <w:p>
      <w:pPr>
        <w:spacing w:after="120"/>
      </w:pPr>
      <w:r>
        <w:rPr>
          <w:rFonts w:ascii="Georgia" w:hAnsi="Georgia" w:eastAsia="Georgia"/>
          <w:sz w:val="23"/>
        </w:rPr>
        <w:t>“I would rather put it in the record.”</w:t>
      </w:r>
    </w:p>
    <w:p>
      <w:pPr>
        <w:spacing w:after="120"/>
      </w:pPr>
      <w:r>
        <w:rPr>
          <w:rFonts w:ascii="Georgia" w:hAnsi="Georgia" w:eastAsia="Georgia"/>
          <w:sz w:val="23"/>
        </w:rPr>
        <w:t>“Walls are harder to edit.”</w:t>
      </w:r>
    </w:p>
    <w:p>
      <w:pPr>
        <w:spacing w:after="120"/>
      </w:pPr>
      <w:r>
        <w:rPr>
          <w:rFonts w:ascii="Georgia" w:hAnsi="Georgia" w:eastAsia="Georgia"/>
          <w:sz w:val="23"/>
        </w:rPr>
        <w:t>Miren said, “Not in this building.”</w:t>
      </w:r>
    </w:p>
    <w:p>
      <w:pPr>
        <w:spacing w:after="120"/>
      </w:pPr>
      <w:r>
        <w:rPr>
          <w:rFonts w:ascii="Georgia" w:hAnsi="Georgia" w:eastAsia="Georgia"/>
          <w:sz w:val="23"/>
        </w:rPr>
        <w:t>Lysa considered the procedure.</w:t>
      </w:r>
    </w:p>
    <w:p>
      <w:pPr>
        <w:spacing w:after="120"/>
      </w:pPr>
      <w:r>
        <w:rPr>
          <w:rFonts w:ascii="Georgia" w:hAnsi="Georgia" w:eastAsia="Georgia"/>
          <w:sz w:val="23"/>
        </w:rPr>
        <w:t>“My singing is terrible.”</w:t>
      </w:r>
    </w:p>
    <w:p>
      <w:pPr>
        <w:spacing w:after="120"/>
      </w:pPr>
      <w:r>
        <w:rPr>
          <w:rFonts w:ascii="Georgia" w:hAnsi="Georgia" w:eastAsia="Georgia"/>
          <w:sz w:val="23"/>
        </w:rPr>
        <w:t>Jor waited.</w:t>
      </w:r>
    </w:p>
    <w:p>
      <w:pPr>
        <w:spacing w:after="120"/>
      </w:pPr>
      <w:r>
        <w:rPr>
          <w:rFonts w:ascii="Georgia" w:hAnsi="Georgia" w:eastAsia="Georgia"/>
          <w:sz w:val="23"/>
        </w:rPr>
        <w:t>“That was not relevant,” she said.</w:t>
      </w:r>
    </w:p>
    <w:p>
      <w:pPr>
        <w:spacing w:after="120"/>
      </w:pPr>
      <w:r>
        <w:rPr>
          <w:rFonts w:ascii="Georgia" w:hAnsi="Georgia" w:eastAsia="Georgia"/>
          <w:sz w:val="23"/>
        </w:rPr>
        <w:t>“It was to you.”</w:t>
      </w:r>
    </w:p>
    <w:p>
      <w:pPr>
        <w:spacing w:after="120"/>
      </w:pPr>
      <w:r>
        <w:rPr>
          <w:rFonts w:ascii="Georgia" w:hAnsi="Georgia" w:eastAsia="Georgia"/>
          <w:sz w:val="23"/>
        </w:rPr>
        <w:t>She nodded once.</w:t>
      </w:r>
    </w:p>
    <w:p>
      <w:pPr>
        <w:spacing w:after="120"/>
      </w:pPr>
      <w:r>
        <w:rPr>
          <w:rFonts w:ascii="Georgia" w:hAnsi="Georgia" w:eastAsia="Georgia"/>
          <w:sz w:val="23"/>
        </w:rPr>
        <w:t>“Do the sleeve.”</w:t>
      </w:r>
    </w:p>
    <w:p>
      <w:pPr>
        <w:spacing w:before="80" w:after="120"/>
        <w:jc w:val="center"/>
      </w:pPr>
      <w:r>
        <w:rPr>
          <w:rFonts w:ascii="Georgia" w:hAnsi="Georgia" w:eastAsia="Georgia"/>
          <w:sz w:val="23"/>
        </w:rPr>
        <w:t>§</w:t>
      </w:r>
    </w:p>
    <w:p>
      <w:pPr>
        <w:spacing w:after="120"/>
      </w:pPr>
      <w:r>
        <w:rPr>
          <w:rFonts w:ascii="Georgia" w:hAnsi="Georgia" w:eastAsia="Georgia"/>
          <w:sz w:val="23"/>
        </w:rPr>
        <w:t>The procedure began at 1421.</w:t>
      </w:r>
    </w:p>
    <w:p>
      <w:pPr>
        <w:spacing w:after="120"/>
      </w:pPr>
      <w:r>
        <w:rPr>
          <w:rFonts w:ascii="Georgia" w:hAnsi="Georgia" w:eastAsia="Georgia"/>
          <w:sz w:val="23"/>
        </w:rPr>
        <w:t>I did not operate.</w:t>
      </w:r>
    </w:p>
    <w:p>
      <w:pPr>
        <w:spacing w:after="120"/>
      </w:pPr>
      <w:r>
        <w:rPr>
          <w:rFonts w:ascii="Georgia" w:hAnsi="Georgia" w:eastAsia="Georgia"/>
          <w:sz w:val="23"/>
        </w:rPr>
        <w:t>I held the external support jig against Lysa’s lower thorax while Jor’s surgical colleague, Pava Renn, opened the posterior sleeve through a four-centimeter incision.</w:t>
      </w:r>
    </w:p>
    <w:p>
      <w:pPr>
        <w:spacing w:after="120"/>
      </w:pPr>
      <w:r>
        <w:rPr>
          <w:rFonts w:ascii="Georgia" w:hAnsi="Georgia" w:eastAsia="Georgia"/>
          <w:sz w:val="23"/>
        </w:rPr>
        <w:t>Renn had repaired Aster Nemm’s shoulder the previous week.</w:t>
      </w:r>
    </w:p>
    <w:p>
      <w:pPr>
        <w:spacing w:after="120"/>
      </w:pPr>
      <w:r>
        <w:rPr>
          <w:rFonts w:ascii="Georgia" w:hAnsi="Georgia" w:eastAsia="Georgia"/>
          <w:sz w:val="23"/>
        </w:rPr>
        <w:t>She looked at my thoracic jig.</w:t>
      </w:r>
    </w:p>
    <w:p>
      <w:pPr>
        <w:spacing w:after="120"/>
      </w:pPr>
      <w:r>
        <w:rPr>
          <w:rFonts w:ascii="Georgia" w:hAnsi="Georgia" w:eastAsia="Georgia"/>
          <w:sz w:val="23"/>
        </w:rPr>
        <w:t>“You make increasingly unpleasant furniture.”</w:t>
      </w:r>
    </w:p>
    <w:p>
      <w:pPr>
        <w:spacing w:after="120"/>
      </w:pPr>
      <w:r>
        <w:rPr>
          <w:rFonts w:ascii="Georgia" w:hAnsi="Georgia" w:eastAsia="Georgia"/>
          <w:sz w:val="23"/>
        </w:rPr>
        <w:t>“It is temporary.”</w:t>
      </w:r>
    </w:p>
    <w:p>
      <w:pPr>
        <w:spacing w:after="120"/>
      </w:pPr>
      <w:r>
        <w:rPr>
          <w:rFonts w:ascii="Georgia" w:hAnsi="Georgia" w:eastAsia="Georgia"/>
          <w:sz w:val="23"/>
        </w:rPr>
        <w:t>“So is surgery.”</w:t>
      </w:r>
    </w:p>
    <w:p>
      <w:pPr>
        <w:spacing w:after="120"/>
      </w:pPr>
      <w:r>
        <w:rPr>
          <w:rFonts w:ascii="Georgia" w:hAnsi="Georgia" w:eastAsia="Georgia"/>
          <w:sz w:val="23"/>
        </w:rPr>
        <w:t>Lysa, lightly sedated, said, “Please do not flirt over my ribs.”</w:t>
      </w:r>
    </w:p>
    <w:p>
      <w:pPr>
        <w:spacing w:after="120"/>
      </w:pPr>
      <w:r>
        <w:rPr>
          <w:rFonts w:ascii="Georgia" w:hAnsi="Georgia" w:eastAsia="Georgia"/>
          <w:sz w:val="23"/>
        </w:rPr>
        <w:t>Neither of us answered.</w:t>
      </w:r>
    </w:p>
    <w:p>
      <w:pPr>
        <w:spacing w:after="120"/>
      </w:pPr>
      <w:r>
        <w:rPr>
          <w:rFonts w:ascii="Georgia" w:hAnsi="Georgia" w:eastAsia="Georgia"/>
          <w:sz w:val="23"/>
        </w:rPr>
        <w:t>The sleeve exposed at 1434.</w:t>
      </w:r>
    </w:p>
    <w:p>
      <w:pPr>
        <w:spacing w:after="120"/>
      </w:pPr>
      <w:r>
        <w:rPr>
          <w:rFonts w:ascii="Georgia" w:hAnsi="Georgia" w:eastAsia="Georgia"/>
          <w:sz w:val="23"/>
        </w:rPr>
        <w:t>No fracture.</w:t>
      </w:r>
    </w:p>
    <w:p>
      <w:pPr>
        <w:spacing w:after="120"/>
      </w:pPr>
      <w:r>
        <w:rPr>
          <w:rFonts w:ascii="Georgia" w:hAnsi="Georgia" w:eastAsia="Georgia"/>
          <w:sz w:val="23"/>
        </w:rPr>
        <w:t>No infection.</w:t>
      </w:r>
    </w:p>
    <w:p>
      <w:pPr>
        <w:spacing w:after="120"/>
      </w:pPr>
      <w:r>
        <w:rPr>
          <w:rFonts w:ascii="Georgia" w:hAnsi="Georgia" w:eastAsia="Georgia"/>
          <w:sz w:val="23"/>
        </w:rPr>
        <w:t>No migration.</w:t>
      </w:r>
    </w:p>
    <w:p>
      <w:pPr>
        <w:spacing w:after="120"/>
      </w:pPr>
      <w:r>
        <w:rPr>
          <w:rFonts w:ascii="Georgia" w:hAnsi="Georgia" w:eastAsia="Georgia"/>
          <w:sz w:val="23"/>
        </w:rPr>
        <w:t>The elastomer had mineralized unevenly around the posterior titanium weave.</w:t>
      </w:r>
    </w:p>
    <w:p>
      <w:pPr>
        <w:spacing w:after="120"/>
      </w:pPr>
      <w:r>
        <w:rPr>
          <w:rFonts w:ascii="Georgia" w:hAnsi="Georgia" w:eastAsia="Georgia"/>
          <w:sz w:val="23"/>
        </w:rPr>
        <w:t>Renn tested excursion directly.</w:t>
      </w:r>
    </w:p>
    <w:p>
      <w:pPr>
        <w:spacing w:after="120"/>
      </w:pPr>
      <w:r>
        <w:rPr>
          <w:rFonts w:ascii="Georgia" w:hAnsi="Georgia" w:eastAsia="Georgia"/>
          <w:sz w:val="23"/>
        </w:rPr>
        <w:t>Twenty-nine milliseconds delayed under standardized load.</w:t>
      </w:r>
    </w:p>
    <w:p>
      <w:pPr>
        <w:spacing w:after="120"/>
      </w:pPr>
      <w:r>
        <w:rPr>
          <w:rFonts w:ascii="Georgia" w:hAnsi="Georgia" w:eastAsia="Georgia"/>
          <w:sz w:val="23"/>
        </w:rPr>
        <w:t>Close to ultrasound.</w:t>
      </w:r>
    </w:p>
    <w:p>
      <w:pPr>
        <w:spacing w:after="120"/>
      </w:pPr>
      <w:r>
        <w:rPr>
          <w:rFonts w:ascii="Georgia" w:hAnsi="Georgia" w:eastAsia="Georgia"/>
          <w:sz w:val="23"/>
        </w:rPr>
        <w:t>Not the full home symptom.</w:t>
      </w:r>
    </w:p>
    <w:p>
      <w:pPr>
        <w:spacing w:after="120"/>
      </w:pPr>
      <w:r>
        <w:rPr>
          <w:rFonts w:ascii="Georgia" w:hAnsi="Georgia" w:eastAsia="Georgia"/>
          <w:sz w:val="23"/>
        </w:rPr>
        <w:t>Enough to remain relevant.</w:t>
      </w:r>
    </w:p>
    <w:p>
      <w:pPr>
        <w:spacing w:after="120"/>
      </w:pPr>
      <w:r>
        <w:rPr>
          <w:rFonts w:ascii="Georgia" w:hAnsi="Georgia" w:eastAsia="Georgia"/>
          <w:sz w:val="23"/>
        </w:rPr>
        <w:t>She cut the sleeve at 1442.</w:t>
      </w:r>
    </w:p>
    <w:p>
      <w:pPr>
        <w:spacing w:after="120"/>
      </w:pPr>
      <w:r>
        <w:rPr>
          <w:rFonts w:ascii="Georgia" w:hAnsi="Georgia" w:eastAsia="Georgia"/>
          <w:sz w:val="23"/>
        </w:rPr>
        <w:t>The braid did not release.</w:t>
      </w:r>
    </w:p>
    <w:p>
      <w:pPr>
        <w:spacing w:after="120"/>
      </w:pPr>
      <w:r>
        <w:rPr>
          <w:rFonts w:ascii="Georgia" w:hAnsi="Georgia" w:eastAsia="Georgia"/>
          <w:sz w:val="23"/>
        </w:rPr>
        <w:t>Mineralization had locked two strands into the rib-facing microtexture.</w:t>
      </w:r>
    </w:p>
    <w:p>
      <w:pPr>
        <w:spacing w:after="120"/>
      </w:pPr>
      <w:r>
        <w:rPr>
          <w:rFonts w:ascii="Georgia" w:hAnsi="Georgia" w:eastAsia="Georgia"/>
          <w:sz w:val="23"/>
        </w:rPr>
        <w:t>Renn stopped pulling.</w:t>
      </w:r>
    </w:p>
    <w:p>
      <w:pPr>
        <w:spacing w:after="120"/>
      </w:pPr>
      <w:r>
        <w:rPr>
          <w:rFonts w:ascii="Georgia" w:hAnsi="Georgia" w:eastAsia="Georgia"/>
          <w:sz w:val="23"/>
        </w:rPr>
        <w:t>“Bonded.”</w:t>
      </w:r>
    </w:p>
    <w:p>
      <w:pPr>
        <w:spacing w:after="120"/>
      </w:pPr>
      <w:r>
        <w:rPr>
          <w:rFonts w:ascii="Georgia" w:hAnsi="Georgia" w:eastAsia="Georgia"/>
          <w:sz w:val="23"/>
        </w:rPr>
        <w:t>Lysa said, “Is that bad?”</w:t>
      </w:r>
    </w:p>
    <w:p>
      <w:pPr>
        <w:spacing w:after="120"/>
      </w:pPr>
      <w:r>
        <w:rPr>
          <w:rFonts w:ascii="Georgia" w:hAnsi="Georgia" w:eastAsia="Georgia"/>
          <w:sz w:val="23"/>
        </w:rPr>
        <w:t>“It makes the small procedure less small.”</w:t>
      </w:r>
    </w:p>
    <w:p>
      <w:pPr>
        <w:spacing w:after="120"/>
      </w:pPr>
      <w:r>
        <w:rPr>
          <w:rFonts w:ascii="Georgia" w:hAnsi="Georgia" w:eastAsia="Georgia"/>
          <w:sz w:val="23"/>
        </w:rPr>
        <w:t>“How much less?”</w:t>
      </w:r>
    </w:p>
    <w:p>
      <w:pPr>
        <w:spacing w:after="120"/>
      </w:pPr>
      <w:r>
        <w:rPr>
          <w:rFonts w:ascii="Georgia" w:hAnsi="Georgia" w:eastAsia="Georgia"/>
          <w:sz w:val="23"/>
        </w:rPr>
        <w:t>“Another incision or I dissect the strands in place.”</w:t>
      </w:r>
    </w:p>
    <w:p>
      <w:pPr>
        <w:spacing w:after="120"/>
      </w:pPr>
      <w:r>
        <w:rPr>
          <w:rFonts w:ascii="Georgia" w:hAnsi="Georgia" w:eastAsia="Georgia"/>
          <w:sz w:val="23"/>
        </w:rPr>
        <w:t>“Which hurts less later?”</w:t>
      </w:r>
    </w:p>
    <w:p>
      <w:pPr>
        <w:spacing w:after="120"/>
      </w:pPr>
      <w:r>
        <w:rPr>
          <w:rFonts w:ascii="Georgia" w:hAnsi="Georgia" w:eastAsia="Georgia"/>
          <w:sz w:val="23"/>
        </w:rPr>
        <w:t>“In place, if I can do it without damaging the intercostal bundle.”</w:t>
      </w:r>
    </w:p>
    <w:p>
      <w:pPr>
        <w:spacing w:after="120"/>
      </w:pPr>
      <w:r>
        <w:rPr>
          <w:rFonts w:ascii="Georgia" w:hAnsi="Georgia" w:eastAsia="Georgia"/>
          <w:sz w:val="23"/>
        </w:rPr>
        <w:t>“Can you?”</w:t>
      </w:r>
    </w:p>
    <w:p>
      <w:pPr>
        <w:spacing w:after="120"/>
      </w:pPr>
      <w:r>
        <w:rPr>
          <w:rFonts w:ascii="Georgia" w:hAnsi="Georgia" w:eastAsia="Georgia"/>
          <w:sz w:val="23"/>
        </w:rPr>
        <w:t>“Yes.”</w:t>
      </w:r>
    </w:p>
    <w:p>
      <w:pPr>
        <w:spacing w:after="120"/>
      </w:pPr>
      <w:r>
        <w:rPr>
          <w:rFonts w:ascii="Georgia" w:hAnsi="Georgia" w:eastAsia="Georgia"/>
          <w:sz w:val="23"/>
        </w:rPr>
        <w:t>“Then why are you asking?”</w:t>
      </w:r>
    </w:p>
    <w:p>
      <w:pPr>
        <w:spacing w:after="120"/>
      </w:pPr>
      <w:r>
        <w:rPr>
          <w:rFonts w:ascii="Georgia" w:hAnsi="Georgia" w:eastAsia="Georgia"/>
          <w:sz w:val="23"/>
        </w:rPr>
        <w:t>“Because can is not should.”</w:t>
      </w:r>
    </w:p>
    <w:p>
      <w:pPr>
        <w:spacing w:after="120"/>
      </w:pPr>
      <w:r>
        <w:rPr>
          <w:rFonts w:ascii="Georgia" w:hAnsi="Georgia" w:eastAsia="Georgia"/>
          <w:sz w:val="23"/>
        </w:rPr>
        <w:t>Lysa was quiet for three breaths.</w:t>
      </w:r>
    </w:p>
    <w:p>
      <w:pPr>
        <w:spacing w:after="120"/>
      </w:pPr>
      <w:r>
        <w:rPr>
          <w:rFonts w:ascii="Georgia" w:hAnsi="Georgia" w:eastAsia="Georgia"/>
          <w:sz w:val="23"/>
        </w:rPr>
        <w:t>“Do it in place.”</w:t>
      </w:r>
    </w:p>
    <w:p>
      <w:pPr>
        <w:spacing w:after="120"/>
      </w:pPr>
      <w:r>
        <w:rPr>
          <w:rFonts w:ascii="Georgia" w:hAnsi="Georgia" w:eastAsia="Georgia"/>
          <w:sz w:val="23"/>
        </w:rPr>
        <w:t>Renn dissected one strand at a time.</w:t>
      </w:r>
    </w:p>
    <w:p>
      <w:pPr>
        <w:spacing w:after="120"/>
      </w:pPr>
      <w:r>
        <w:rPr>
          <w:rFonts w:ascii="Georgia" w:hAnsi="Georgia" w:eastAsia="Georgia"/>
          <w:sz w:val="23"/>
        </w:rPr>
        <w:t>At 1451 Lysa’s heart rate rose twelve beats.</w:t>
      </w:r>
    </w:p>
    <w:p>
      <w:pPr>
        <w:spacing w:after="120"/>
      </w:pPr>
      <w:r>
        <w:rPr>
          <w:rFonts w:ascii="Georgia" w:hAnsi="Georgia" w:eastAsia="Georgia"/>
          <w:sz w:val="23"/>
        </w:rPr>
        <w:t>Pain?</w:t>
      </w:r>
    </w:p>
    <w:p>
      <w:pPr>
        <w:spacing w:after="120"/>
      </w:pPr>
      <w:r>
        <w:rPr>
          <w:rFonts w:ascii="Georgia" w:hAnsi="Georgia" w:eastAsia="Georgia"/>
          <w:sz w:val="23"/>
        </w:rPr>
        <w:t>“Three.”</w:t>
      </w:r>
    </w:p>
    <w:p>
      <w:pPr>
        <w:spacing w:after="120"/>
      </w:pPr>
      <w:r>
        <w:rPr>
          <w:rFonts w:ascii="Georgia" w:hAnsi="Georgia" w:eastAsia="Georgia"/>
          <w:sz w:val="23"/>
        </w:rPr>
        <w:t>“Location?”</w:t>
      </w:r>
    </w:p>
    <w:p>
      <w:pPr>
        <w:spacing w:after="120"/>
      </w:pPr>
      <w:r>
        <w:rPr>
          <w:rFonts w:ascii="Georgia" w:hAnsi="Georgia" w:eastAsia="Georgia"/>
          <w:sz w:val="23"/>
        </w:rPr>
        <w:t>“Incision.”</w:t>
      </w:r>
    </w:p>
    <w:p>
      <w:pPr>
        <w:spacing w:after="120"/>
      </w:pPr>
      <w:r>
        <w:rPr>
          <w:rFonts w:ascii="Georgia" w:hAnsi="Georgia" w:eastAsia="Georgia"/>
          <w:sz w:val="23"/>
        </w:rPr>
        <w:t>No setting change.</w:t>
      </w:r>
    </w:p>
    <w:p>
      <w:pPr>
        <w:spacing w:after="120"/>
      </w:pPr>
      <w:r>
        <w:rPr>
          <w:rFonts w:ascii="Georgia" w:hAnsi="Georgia" w:eastAsia="Georgia"/>
          <w:sz w:val="23"/>
        </w:rPr>
        <w:t>No respiratory controller change.</w:t>
      </w:r>
    </w:p>
    <w:p>
      <w:pPr>
        <w:spacing w:after="120"/>
      </w:pPr>
      <w:r>
        <w:rPr>
          <w:rFonts w:ascii="Georgia" w:hAnsi="Georgia" w:eastAsia="Georgia"/>
          <w:sz w:val="23"/>
        </w:rPr>
        <w:t>At 1457 the final bonded strand released.</w:t>
      </w:r>
    </w:p>
    <w:p>
      <w:pPr>
        <w:spacing w:after="120"/>
      </w:pPr>
      <w:r>
        <w:rPr>
          <w:rFonts w:ascii="Georgia" w:hAnsi="Georgia" w:eastAsia="Georgia"/>
          <w:sz w:val="23"/>
        </w:rPr>
        <w:t>The lower rib expanded under the jig.</w:t>
      </w:r>
    </w:p>
    <w:p>
      <w:pPr>
        <w:spacing w:after="120"/>
      </w:pPr>
      <w:r>
        <w:rPr>
          <w:rFonts w:ascii="Georgia" w:hAnsi="Georgia" w:eastAsia="Georgia"/>
          <w:sz w:val="23"/>
        </w:rPr>
        <w:t>I felt the difference through the frame before the instrument displayed it.</w:t>
      </w:r>
    </w:p>
    <w:p>
      <w:pPr>
        <w:spacing w:after="120"/>
      </w:pPr>
      <w:r>
        <w:rPr>
          <w:rFonts w:ascii="Georgia" w:hAnsi="Georgia" w:eastAsia="Georgia"/>
          <w:sz w:val="23"/>
        </w:rPr>
        <w:t>Material first.</w:t>
      </w:r>
    </w:p>
    <w:p>
      <w:pPr>
        <w:spacing w:after="120"/>
      </w:pPr>
      <w:r>
        <w:rPr>
          <w:rFonts w:ascii="Georgia" w:hAnsi="Georgia" w:eastAsia="Georgia"/>
          <w:sz w:val="23"/>
        </w:rPr>
        <w:t>Abstraction later.</w:t>
      </w:r>
    </w:p>
    <w:p>
      <w:pPr>
        <w:spacing w:after="120"/>
      </w:pPr>
      <w:r>
        <w:rPr>
          <w:rFonts w:ascii="Georgia" w:hAnsi="Georgia" w:eastAsia="Georgia"/>
          <w:sz w:val="23"/>
        </w:rPr>
        <w:t>Renn replaced the sleeve with a modern segmented support that could be serviced without cutting the entire braid.</w:t>
      </w:r>
    </w:p>
    <w:p>
      <w:pPr>
        <w:spacing w:after="120"/>
      </w:pPr>
      <w:r>
        <w:rPr>
          <w:rFonts w:ascii="Georgia" w:hAnsi="Georgia" w:eastAsia="Georgia"/>
          <w:sz w:val="23"/>
        </w:rPr>
        <w:t>She tensioned anterior and posterior segments separately.</w:t>
      </w:r>
    </w:p>
    <w:p>
      <w:pPr>
        <w:spacing w:after="120"/>
      </w:pPr>
      <w:r>
        <w:rPr>
          <w:rFonts w:ascii="Georgia" w:hAnsi="Georgia" w:eastAsia="Georgia"/>
          <w:sz w:val="23"/>
        </w:rPr>
        <w:t>At 1512 direct mechanical phase difference measured six milliseconds under loaded assisted breathing.</w:t>
      </w:r>
    </w:p>
    <w:p>
      <w:pPr>
        <w:spacing w:after="120"/>
      </w:pPr>
      <w:r>
        <w:rPr>
          <w:rFonts w:ascii="Georgia" w:hAnsi="Georgia" w:eastAsia="Georgia"/>
          <w:sz w:val="23"/>
        </w:rPr>
        <w:t>Within expected range.</w:t>
      </w:r>
    </w:p>
    <w:p>
      <w:pPr>
        <w:spacing w:after="120"/>
      </w:pPr>
      <w:r>
        <w:rPr>
          <w:rFonts w:ascii="Georgia" w:hAnsi="Georgia" w:eastAsia="Georgia"/>
          <w:sz w:val="23"/>
        </w:rPr>
        <w:t>The setting trace remained unchanged.</w:t>
      </w:r>
    </w:p>
    <w:p>
      <w:pPr>
        <w:spacing w:after="120"/>
      </w:pPr>
      <w:r>
        <w:rPr>
          <w:rFonts w:ascii="Georgia" w:hAnsi="Georgia" w:eastAsia="Georgia"/>
          <w:sz w:val="23"/>
        </w:rPr>
        <w:t>Diaphragmatic assist timing remained unchanged.</w:t>
      </w:r>
    </w:p>
    <w:p>
      <w:pPr>
        <w:spacing w:after="120"/>
      </w:pPr>
      <w:r>
        <w:rPr>
          <w:rFonts w:ascii="Georgia" w:hAnsi="Georgia" w:eastAsia="Georgia"/>
          <w:sz w:val="23"/>
        </w:rPr>
        <w:t>Renn closed at 1520.</w:t>
      </w:r>
    </w:p>
    <w:p>
      <w:pPr>
        <w:spacing w:after="120"/>
      </w:pPr>
      <w:r>
        <w:rPr>
          <w:rFonts w:ascii="Georgia" w:hAnsi="Georgia" w:eastAsia="Georgia"/>
          <w:sz w:val="23"/>
        </w:rPr>
        <w:t>No Kaethe event occurred.</w:t>
      </w:r>
    </w:p>
    <w:p>
      <w:pPr>
        <w:spacing w:after="120"/>
      </w:pPr>
      <w:r>
        <w:rPr>
          <w:rFonts w:ascii="Georgia" w:hAnsi="Georgia" w:eastAsia="Georgia"/>
          <w:sz w:val="23"/>
        </w:rPr>
        <w:t>The sentence was unnecessary.</w:t>
      </w:r>
    </w:p>
    <w:p>
      <w:pPr>
        <w:spacing w:after="120"/>
      </w:pPr>
      <w:r>
        <w:rPr>
          <w:rFonts w:ascii="Georgia" w:hAnsi="Georgia" w:eastAsia="Georgia"/>
          <w:sz w:val="23"/>
        </w:rPr>
        <w:t>I did not write it.</w:t>
      </w:r>
    </w:p>
    <w:p>
      <w:pPr>
        <w:spacing w:before="80" w:after="120"/>
        <w:jc w:val="center"/>
      </w:pPr>
      <w:r>
        <w:rPr>
          <w:rFonts w:ascii="Georgia" w:hAnsi="Georgia" w:eastAsia="Georgia"/>
          <w:sz w:val="23"/>
        </w:rPr>
        <w:t>§</w:t>
      </w:r>
    </w:p>
    <w:p>
      <w:pPr>
        <w:spacing w:after="120"/>
      </w:pPr>
      <w:r>
        <w:rPr>
          <w:rFonts w:ascii="Georgia" w:hAnsi="Georgia" w:eastAsia="Georgia"/>
          <w:sz w:val="23"/>
        </w:rPr>
        <w:t>At 1704 Lysa walked the corridor with a respiratory harness under her shirt.</w:t>
      </w:r>
    </w:p>
    <w:p>
      <w:pPr>
        <w:spacing w:after="120"/>
      </w:pPr>
      <w:r>
        <w:rPr>
          <w:rFonts w:ascii="Georgia" w:hAnsi="Georgia" w:eastAsia="Georgia"/>
          <w:sz w:val="23"/>
        </w:rPr>
        <w:t>Not because she needed external assistance.</w:t>
      </w:r>
    </w:p>
    <w:p>
      <w:pPr>
        <w:spacing w:after="120"/>
      </w:pPr>
      <w:r>
        <w:rPr>
          <w:rFonts w:ascii="Georgia" w:hAnsi="Georgia" w:eastAsia="Georgia"/>
          <w:sz w:val="23"/>
        </w:rPr>
        <w:t>Because Jor wanted direct measurement without trusting the old normalization.</w:t>
      </w:r>
    </w:p>
    <w:p>
      <w:pPr>
        <w:spacing w:after="120"/>
      </w:pPr>
      <w:r>
        <w:rPr>
          <w:rFonts w:ascii="Georgia" w:hAnsi="Georgia" w:eastAsia="Georgia"/>
          <w:sz w:val="23"/>
        </w:rPr>
        <w:t>Ten meters.</w:t>
      </w:r>
    </w:p>
    <w:p>
      <w:pPr>
        <w:spacing w:after="120"/>
      </w:pPr>
      <w:r>
        <w:rPr>
          <w:rFonts w:ascii="Georgia" w:hAnsi="Georgia" w:eastAsia="Georgia"/>
          <w:sz w:val="23"/>
        </w:rPr>
        <w:t>Turn.</w:t>
      </w:r>
    </w:p>
    <w:p>
      <w:pPr>
        <w:spacing w:after="120"/>
      </w:pPr>
      <w:r>
        <w:rPr>
          <w:rFonts w:ascii="Georgia" w:hAnsi="Georgia" w:eastAsia="Georgia"/>
          <w:sz w:val="23"/>
        </w:rPr>
        <w:t>Ten meters back.</w:t>
      </w:r>
    </w:p>
    <w:p>
      <w:pPr>
        <w:spacing w:after="120"/>
      </w:pPr>
      <w:r>
        <w:rPr>
          <w:rFonts w:ascii="Georgia" w:hAnsi="Georgia" w:eastAsia="Georgia"/>
          <w:sz w:val="23"/>
        </w:rPr>
        <w:t>No catch.</w:t>
      </w:r>
    </w:p>
    <w:p>
      <w:pPr>
        <w:spacing w:after="120"/>
      </w:pPr>
      <w:r>
        <w:rPr>
          <w:rFonts w:ascii="Georgia" w:hAnsi="Georgia" w:eastAsia="Georgia"/>
          <w:sz w:val="23"/>
        </w:rPr>
        <w:t>Second pass carrying a four-kilogram service weight.</w:t>
      </w:r>
    </w:p>
    <w:p>
      <w:pPr>
        <w:spacing w:after="120"/>
      </w:pPr>
      <w:r>
        <w:rPr>
          <w:rFonts w:ascii="Georgia" w:hAnsi="Georgia" w:eastAsia="Georgia"/>
          <w:sz w:val="23"/>
        </w:rPr>
        <w:t>At fifteen meters she raised one finger.</w:t>
      </w:r>
    </w:p>
    <w:p>
      <w:pPr>
        <w:spacing w:after="120"/>
      </w:pPr>
      <w:r>
        <w:rPr>
          <w:rFonts w:ascii="Georgia" w:hAnsi="Georgia" w:eastAsia="Georgia"/>
          <w:sz w:val="23"/>
        </w:rPr>
        <w:t>“Something?”</w:t>
      </w:r>
    </w:p>
    <w:p>
      <w:pPr>
        <w:spacing w:after="120"/>
      </w:pPr>
      <w:r>
        <w:rPr>
          <w:rFonts w:ascii="Georgia" w:hAnsi="Georgia" w:eastAsia="Georgia"/>
          <w:sz w:val="23"/>
        </w:rPr>
        <w:t>“Incision.”</w:t>
      </w:r>
    </w:p>
    <w:p>
      <w:pPr>
        <w:spacing w:after="120"/>
      </w:pPr>
      <w:r>
        <w:rPr>
          <w:rFonts w:ascii="Georgia" w:hAnsi="Georgia" w:eastAsia="Georgia"/>
          <w:sz w:val="23"/>
        </w:rPr>
        <w:t>“Breath?”</w:t>
      </w:r>
    </w:p>
    <w:p>
      <w:pPr>
        <w:spacing w:after="120"/>
      </w:pPr>
      <w:r>
        <w:rPr>
          <w:rFonts w:ascii="Georgia" w:hAnsi="Georgia" w:eastAsia="Georgia"/>
          <w:sz w:val="23"/>
        </w:rPr>
        <w:t>“Normal.”</w:t>
      </w:r>
    </w:p>
    <w:p>
      <w:pPr>
        <w:spacing w:after="120"/>
      </w:pPr>
      <w:r>
        <w:rPr>
          <w:rFonts w:ascii="Georgia" w:hAnsi="Georgia" w:eastAsia="Georgia"/>
          <w:sz w:val="23"/>
        </w:rPr>
        <w:t>Third pass after stairs.</w:t>
      </w:r>
    </w:p>
    <w:p>
      <w:pPr>
        <w:spacing w:after="120"/>
      </w:pPr>
      <w:r>
        <w:rPr>
          <w:rFonts w:ascii="Georgia" w:hAnsi="Georgia" w:eastAsia="Georgia"/>
          <w:sz w:val="23"/>
        </w:rPr>
        <w:t>She stopped on the landing.</w:t>
      </w:r>
    </w:p>
    <w:p>
      <w:pPr>
        <w:spacing w:after="120"/>
      </w:pPr>
      <w:r>
        <w:rPr>
          <w:rFonts w:ascii="Georgia" w:hAnsi="Georgia" w:eastAsia="Georgia"/>
          <w:sz w:val="23"/>
        </w:rPr>
        <w:t>I watched her left lower ribs.</w:t>
      </w:r>
    </w:p>
    <w:p>
      <w:pPr>
        <w:spacing w:after="120"/>
      </w:pPr>
      <w:r>
        <w:rPr>
          <w:rFonts w:ascii="Georgia" w:hAnsi="Georgia" w:eastAsia="Georgia"/>
          <w:sz w:val="23"/>
        </w:rPr>
        <w:t>No double-trigger.</w:t>
      </w:r>
    </w:p>
    <w:p>
      <w:pPr>
        <w:spacing w:after="120"/>
      </w:pPr>
      <w:r>
        <w:rPr>
          <w:rFonts w:ascii="Georgia" w:hAnsi="Georgia" w:eastAsia="Georgia"/>
          <w:sz w:val="23"/>
        </w:rPr>
        <w:t>No visible catch.</w:t>
      </w:r>
    </w:p>
    <w:p>
      <w:pPr>
        <w:spacing w:after="120"/>
      </w:pPr>
      <w:r>
        <w:rPr>
          <w:rFonts w:ascii="Georgia" w:hAnsi="Georgia" w:eastAsia="Georgia"/>
          <w:sz w:val="23"/>
        </w:rPr>
        <w:t>She inhaled deeply.</w:t>
      </w:r>
    </w:p>
    <w:p>
      <w:pPr>
        <w:spacing w:after="120"/>
      </w:pPr>
      <w:r>
        <w:rPr>
          <w:rFonts w:ascii="Georgia" w:hAnsi="Georgia" w:eastAsia="Georgia"/>
          <w:sz w:val="23"/>
        </w:rPr>
        <w:t>Then sang one sustained note.</w:t>
      </w:r>
    </w:p>
    <w:p>
      <w:pPr>
        <w:spacing w:after="120"/>
      </w:pPr>
      <w:r>
        <w:rPr>
          <w:rFonts w:ascii="Georgia" w:hAnsi="Georgia" w:eastAsia="Georgia"/>
          <w:sz w:val="23"/>
        </w:rPr>
        <w:t>It was not good.</w:t>
      </w:r>
    </w:p>
    <w:p>
      <w:pPr>
        <w:spacing w:after="120"/>
      </w:pPr>
      <w:r>
        <w:rPr>
          <w:rFonts w:ascii="Georgia" w:hAnsi="Georgia" w:eastAsia="Georgia"/>
          <w:sz w:val="23"/>
        </w:rPr>
        <w:t>She looked at me.</w:t>
      </w:r>
    </w:p>
    <w:p>
      <w:pPr>
        <w:spacing w:after="120"/>
      </w:pPr>
      <w:r>
        <w:rPr>
          <w:rFonts w:ascii="Georgia" w:hAnsi="Georgia" w:eastAsia="Georgia"/>
          <w:sz w:val="23"/>
        </w:rPr>
        <w:t>“Do not write that.”</w:t>
      </w:r>
    </w:p>
    <w:p>
      <w:pPr>
        <w:spacing w:after="120"/>
      </w:pPr>
      <w:r>
        <w:rPr>
          <w:rFonts w:ascii="Georgia" w:hAnsi="Georgia" w:eastAsia="Georgia"/>
          <w:sz w:val="23"/>
        </w:rPr>
        <w:t>“I had not written anything.”</w:t>
      </w:r>
    </w:p>
    <w:p>
      <w:pPr>
        <w:spacing w:after="120"/>
      </w:pPr>
      <w:r>
        <w:rPr>
          <w:rFonts w:ascii="Georgia" w:hAnsi="Georgia" w:eastAsia="Georgia"/>
          <w:sz w:val="23"/>
        </w:rPr>
        <w:t>“Everyone says that.”</w:t>
      </w:r>
    </w:p>
    <w:p>
      <w:pPr>
        <w:spacing w:after="120"/>
      </w:pPr>
      <w:r>
        <w:rPr>
          <w:rFonts w:ascii="Georgia" w:hAnsi="Georgia" w:eastAsia="Georgia"/>
          <w:sz w:val="23"/>
        </w:rPr>
        <w:t>Her laugh became a cough because of the incision.</w:t>
      </w:r>
    </w:p>
    <w:p>
      <w:pPr>
        <w:spacing w:after="120"/>
      </w:pPr>
      <w:r>
        <w:rPr>
          <w:rFonts w:ascii="Georgia" w:hAnsi="Georgia" w:eastAsia="Georgia"/>
          <w:sz w:val="23"/>
        </w:rPr>
        <w:t>Jor stopped the test.</w:t>
      </w:r>
    </w:p>
    <w:p>
      <w:pPr>
        <w:spacing w:after="120"/>
      </w:pPr>
      <w:r>
        <w:rPr>
          <w:rFonts w:ascii="Georgia" w:hAnsi="Georgia" w:eastAsia="Georgia"/>
          <w:sz w:val="23"/>
        </w:rPr>
        <w:t>Not because of respiratory failure.</w:t>
      </w:r>
    </w:p>
    <w:p>
      <w:pPr>
        <w:spacing w:after="120"/>
      </w:pPr>
      <w:r>
        <w:rPr>
          <w:rFonts w:ascii="Georgia" w:hAnsi="Georgia" w:eastAsia="Georgia"/>
          <w:sz w:val="23"/>
        </w:rPr>
        <w:t>Because fresh stitches and laughter had an obvious jurisdiction.</w:t>
      </w:r>
    </w:p>
    <w:p>
      <w:pPr>
        <w:spacing w:after="120"/>
      </w:pPr>
      <w:r>
        <w:rPr>
          <w:rFonts w:ascii="Georgia" w:hAnsi="Georgia" w:eastAsia="Georgia"/>
          <w:sz w:val="23"/>
        </w:rPr>
        <w:t>The symptom was not proven resolved.</w:t>
      </w:r>
    </w:p>
    <w:p>
      <w:pPr>
        <w:spacing w:after="120"/>
      </w:pPr>
      <w:r>
        <w:rPr>
          <w:rFonts w:ascii="Georgia" w:hAnsi="Georgia" w:eastAsia="Georgia"/>
          <w:sz w:val="23"/>
        </w:rPr>
        <w:t>One afternoon was not enough.</w:t>
      </w:r>
    </w:p>
    <w:p>
      <w:pPr>
        <w:spacing w:after="120"/>
      </w:pPr>
      <w:r>
        <w:rPr>
          <w:rFonts w:ascii="Georgia" w:hAnsi="Georgia" w:eastAsia="Georgia"/>
          <w:sz w:val="23"/>
        </w:rPr>
        <w:t>The mechanical source was not proven to explain every prior episode.</w:t>
      </w:r>
    </w:p>
    <w:p>
      <w:pPr>
        <w:spacing w:after="120"/>
      </w:pPr>
      <w:r>
        <w:rPr>
          <w:rFonts w:ascii="Georgia" w:hAnsi="Georgia" w:eastAsia="Georgia"/>
          <w:sz w:val="23"/>
        </w:rPr>
        <w:t>The three original raw measurements remained valid.</w:t>
      </w:r>
    </w:p>
    <w:p>
      <w:pPr>
        <w:spacing w:after="120"/>
      </w:pPr>
      <w:r>
        <w:rPr>
          <w:rFonts w:ascii="Georgia" w:hAnsi="Georgia" w:eastAsia="Georgia"/>
          <w:sz w:val="23"/>
        </w:rPr>
        <w:t>Their normalized agreement no longer carried the weight we had assigned it.</w:t>
      </w:r>
    </w:p>
    <w:p>
      <w:pPr>
        <w:spacing w:after="120"/>
      </w:pPr>
      <w:r>
        <w:rPr>
          <w:rFonts w:ascii="Georgia" w:hAnsi="Georgia" w:eastAsia="Georgia"/>
          <w:sz w:val="23"/>
        </w:rPr>
        <w:t>That distinction mattered more to me than it did to Lysa.</w:t>
      </w:r>
    </w:p>
    <w:p>
      <w:pPr>
        <w:spacing w:after="120"/>
      </w:pPr>
      <w:r>
        <w:rPr>
          <w:rFonts w:ascii="Georgia" w:hAnsi="Georgia" w:eastAsia="Georgia"/>
          <w:sz w:val="23"/>
        </w:rPr>
        <w:t>Her ribs hurt.</w:t>
      </w:r>
    </w:p>
    <w:p>
      <w:pPr>
        <w:spacing w:after="120"/>
      </w:pPr>
      <w:r>
        <w:rPr>
          <w:rFonts w:ascii="Georgia" w:hAnsi="Georgia" w:eastAsia="Georgia"/>
          <w:sz w:val="23"/>
        </w:rPr>
        <w:t>She wanted dinner.</w:t>
      </w:r>
    </w:p>
    <w:p>
      <w:pPr>
        <w:spacing w:before="80" w:after="120"/>
        <w:jc w:val="center"/>
      </w:pPr>
      <w:r>
        <w:rPr>
          <w:rFonts w:ascii="Georgia" w:hAnsi="Georgia" w:eastAsia="Georgia"/>
          <w:sz w:val="23"/>
        </w:rPr>
        <w:t>§</w:t>
      </w:r>
    </w:p>
    <w:p>
      <w:pPr>
        <w:spacing w:after="120"/>
      </w:pPr>
      <w:r>
        <w:rPr>
          <w:rFonts w:ascii="Georgia" w:hAnsi="Georgia" w:eastAsia="Georgia"/>
          <w:sz w:val="23"/>
        </w:rPr>
        <w:t>The standards call began at 1818.</w:t>
      </w:r>
    </w:p>
    <w:p>
      <w:pPr>
        <w:spacing w:after="120"/>
      </w:pPr>
      <w:r>
        <w:rPr>
          <w:rFonts w:ascii="Georgia" w:hAnsi="Georgia" w:eastAsia="Georgia"/>
          <w:sz w:val="23"/>
        </w:rPr>
        <w:t>Daro Senn attended from the provenance pilot.</w:t>
      </w:r>
    </w:p>
    <w:p>
      <w:pPr>
        <w:spacing w:after="120"/>
      </w:pPr>
      <w:r>
        <w:rPr>
          <w:rFonts w:ascii="Georgia" w:hAnsi="Georgia" w:eastAsia="Georgia"/>
          <w:sz w:val="23"/>
        </w:rPr>
        <w:t>A representative from the SDC-12 calibration authority attended.</w:t>
      </w:r>
    </w:p>
    <w:p>
      <w:pPr>
        <w:spacing w:after="120"/>
      </w:pPr>
      <w:r>
        <w:rPr>
          <w:rFonts w:ascii="Georgia" w:hAnsi="Georgia" w:eastAsia="Georgia"/>
          <w:sz w:val="23"/>
        </w:rPr>
        <w:t>Her name was Pera Jast.</w:t>
      </w:r>
    </w:p>
    <w:p>
      <w:pPr>
        <w:spacing w:after="120"/>
      </w:pPr>
      <w:r>
        <w:rPr>
          <w:rFonts w:ascii="Georgia" w:hAnsi="Georgia" w:eastAsia="Georgia"/>
          <w:sz w:val="23"/>
        </w:rPr>
        <w:t>She had already read the test event.</w:t>
      </w:r>
    </w:p>
    <w:p>
      <w:pPr>
        <w:spacing w:after="120"/>
      </w:pPr>
      <w:r>
        <w:rPr>
          <w:rFonts w:ascii="Georgia" w:hAnsi="Georgia" w:eastAsia="Georgia"/>
          <w:sz w:val="23"/>
        </w:rPr>
        <w:t>“SDC-12 is not defective,” she said.</w:t>
      </w:r>
    </w:p>
    <w:p>
      <w:pPr>
        <w:spacing w:after="120"/>
      </w:pPr>
      <w:r>
        <w:rPr>
          <w:rFonts w:ascii="Georgia" w:hAnsi="Georgia" w:eastAsia="Georgia"/>
          <w:sz w:val="23"/>
        </w:rPr>
        <w:t>“I know.”</w:t>
      </w:r>
    </w:p>
    <w:p>
      <w:pPr>
        <w:spacing w:after="120"/>
      </w:pPr>
      <w:r>
        <w:rPr>
          <w:rFonts w:ascii="Georgia" w:hAnsi="Georgia" w:eastAsia="Georgia"/>
          <w:sz w:val="23"/>
        </w:rPr>
        <w:t>“You have a way of writing notes that makes people feel accused by accurate nouns.”</w:t>
      </w:r>
    </w:p>
    <w:p>
      <w:pPr>
        <w:spacing w:after="120"/>
      </w:pPr>
      <w:r>
        <w:rPr>
          <w:rFonts w:ascii="Georgia" w:hAnsi="Georgia" w:eastAsia="Georgia"/>
          <w:sz w:val="23"/>
        </w:rPr>
        <w:t>I started to answer, then did not.</w:t>
      </w:r>
    </w:p>
    <w:p>
      <w:pPr>
        <w:spacing w:after="120"/>
      </w:pPr>
      <w:r>
        <w:rPr>
          <w:rFonts w:ascii="Georgia" w:hAnsi="Georgia" w:eastAsia="Georgia"/>
          <w:sz w:val="23"/>
        </w:rPr>
        <w:t>Pera continued.</w:t>
      </w:r>
    </w:p>
    <w:p>
      <w:pPr>
        <w:spacing w:after="120"/>
      </w:pPr>
      <w:r>
        <w:rPr>
          <w:rFonts w:ascii="Georgia" w:hAnsi="Georgia" w:eastAsia="Georgia"/>
          <w:sz w:val="23"/>
        </w:rPr>
        <w:t>“The validation domain excludes active cyclic organ-support loops.”</w:t>
      </w:r>
    </w:p>
    <w:p>
      <w:pPr>
        <w:spacing w:after="120"/>
      </w:pPr>
      <w:r>
        <w:rPr>
          <w:rFonts w:ascii="Georgia" w:hAnsi="Georgia" w:eastAsia="Georgia"/>
          <w:sz w:val="23"/>
        </w:rPr>
        <w:t>“Yes.”</w:t>
      </w:r>
    </w:p>
    <w:p>
      <w:pPr>
        <w:spacing w:after="120"/>
      </w:pPr>
      <w:r>
        <w:rPr>
          <w:rFonts w:ascii="Georgia" w:hAnsi="Georgia" w:eastAsia="Georgia"/>
          <w:sz w:val="23"/>
        </w:rPr>
        <w:t>“The three clinics used the curve because current classification lacks a more specific transformation.”</w:t>
      </w:r>
    </w:p>
    <w:p>
      <w:pPr>
        <w:spacing w:after="120"/>
      </w:pPr>
      <w:r>
        <w:rPr>
          <w:rFonts w:ascii="Georgia" w:hAnsi="Georgia" w:eastAsia="Georgia"/>
          <w:sz w:val="23"/>
        </w:rPr>
        <w:t>“Yes.”</w:t>
      </w:r>
    </w:p>
    <w:p>
      <w:pPr>
        <w:spacing w:after="120"/>
      </w:pPr>
      <w:r>
        <w:rPr>
          <w:rFonts w:ascii="Georgia" w:hAnsi="Georgia" w:eastAsia="Georgia"/>
          <w:sz w:val="23"/>
        </w:rPr>
        <w:t>“So this is a classification gap.”</w:t>
      </w:r>
    </w:p>
    <w:p>
      <w:pPr>
        <w:spacing w:after="120"/>
      </w:pPr>
      <w:r>
        <w:rPr>
          <w:rFonts w:ascii="Georgia" w:hAnsi="Georgia" w:eastAsia="Georgia"/>
          <w:sz w:val="23"/>
        </w:rPr>
        <w:t>“Partly.”</w:t>
      </w:r>
    </w:p>
    <w:p>
      <w:pPr>
        <w:spacing w:after="120"/>
      </w:pPr>
      <w:r>
        <w:rPr>
          <w:rFonts w:ascii="Georgia" w:hAnsi="Georgia" w:eastAsia="Georgia"/>
          <w:sz w:val="23"/>
        </w:rPr>
        <w:t>“What else?”</w:t>
      </w:r>
    </w:p>
    <w:p>
      <w:pPr>
        <w:spacing w:after="120"/>
      </w:pPr>
      <w:r>
        <w:rPr>
          <w:rFonts w:ascii="Georgia" w:hAnsi="Georgia" w:eastAsia="Georgia"/>
          <w:sz w:val="23"/>
        </w:rPr>
        <w:t>“Corroboration logic.”</w:t>
      </w:r>
    </w:p>
    <w:p>
      <w:pPr>
        <w:spacing w:after="120"/>
      </w:pPr>
      <w:r>
        <w:rPr>
          <w:rFonts w:ascii="Georgia" w:hAnsi="Georgia" w:eastAsia="Georgia"/>
          <w:sz w:val="23"/>
        </w:rPr>
        <w:t>Daro said, “The source chains were independent.”</w:t>
      </w:r>
    </w:p>
    <w:p>
      <w:pPr>
        <w:spacing w:after="120"/>
      </w:pPr>
      <w:r>
        <w:rPr>
          <w:rFonts w:ascii="Georgia" w:hAnsi="Georgia" w:eastAsia="Georgia"/>
          <w:sz w:val="23"/>
        </w:rPr>
        <w:t>“Yes.”</w:t>
      </w:r>
    </w:p>
    <w:p>
      <w:pPr>
        <w:spacing w:after="120"/>
      </w:pPr>
      <w:r>
        <w:rPr>
          <w:rFonts w:ascii="Georgia" w:hAnsi="Georgia" w:eastAsia="Georgia"/>
          <w:sz w:val="23"/>
        </w:rPr>
        <w:t>“The measurements were independently acquired.”</w:t>
      </w:r>
    </w:p>
    <w:p>
      <w:pPr>
        <w:spacing w:after="120"/>
      </w:pPr>
      <w:r>
        <w:rPr>
          <w:rFonts w:ascii="Georgia" w:hAnsi="Georgia" w:eastAsia="Georgia"/>
          <w:sz w:val="23"/>
        </w:rPr>
        <w:t>“Yes.”</w:t>
      </w:r>
    </w:p>
    <w:p>
      <w:pPr>
        <w:spacing w:after="120"/>
      </w:pPr>
      <w:r>
        <w:rPr>
          <w:rFonts w:ascii="Georgia" w:hAnsi="Georgia" w:eastAsia="Georgia"/>
          <w:sz w:val="23"/>
        </w:rPr>
        <w:t>“Then where do you want independence evaluated?”</w:t>
      </w:r>
    </w:p>
    <w:p>
      <w:pPr>
        <w:spacing w:after="120"/>
      </w:pPr>
      <w:r>
        <w:rPr>
          <w:rFonts w:ascii="Georgia" w:hAnsi="Georgia" w:eastAsia="Georgia"/>
          <w:sz w:val="23"/>
        </w:rPr>
        <w:t>“At the claim.”</w:t>
      </w:r>
    </w:p>
    <w:p>
      <w:pPr>
        <w:spacing w:after="120"/>
      </w:pPr>
      <w:r>
        <w:rPr>
          <w:rFonts w:ascii="Georgia" w:hAnsi="Georgia" w:eastAsia="Georgia"/>
          <w:sz w:val="23"/>
        </w:rPr>
        <w:t>“We already added source-lineage review after Aster.”</w:t>
      </w:r>
    </w:p>
    <w:p>
      <w:pPr>
        <w:spacing w:after="120"/>
      </w:pPr>
      <w:r>
        <w:rPr>
          <w:rFonts w:ascii="Georgia" w:hAnsi="Georgia" w:eastAsia="Georgia"/>
          <w:sz w:val="23"/>
        </w:rPr>
        <w:t>“That traces record ancestry.”</w:t>
      </w:r>
    </w:p>
    <w:p>
      <w:pPr>
        <w:spacing w:after="120"/>
      </w:pPr>
      <w:r>
        <w:rPr>
          <w:rFonts w:ascii="Georgia" w:hAnsi="Georgia" w:eastAsia="Georgia"/>
          <w:sz w:val="23"/>
        </w:rPr>
        <w:t>“And this?”</w:t>
      </w:r>
    </w:p>
    <w:p>
      <w:pPr>
        <w:spacing w:after="120"/>
      </w:pPr>
      <w:r>
        <w:rPr>
          <w:rFonts w:ascii="Georgia" w:hAnsi="Georgia" w:eastAsia="Georgia"/>
          <w:sz w:val="23"/>
        </w:rPr>
        <w:t>“Interpretation ancestry.”</w:t>
      </w:r>
    </w:p>
    <w:p>
      <w:pPr>
        <w:spacing w:after="120"/>
      </w:pPr>
      <w:r>
        <w:rPr>
          <w:rFonts w:ascii="Georgia" w:hAnsi="Georgia" w:eastAsia="Georgia"/>
          <w:sz w:val="23"/>
        </w:rPr>
        <w:t>Pera said, “You want every derived clinical metric to expose its transformation chain.”</w:t>
      </w:r>
    </w:p>
    <w:p>
      <w:pPr>
        <w:spacing w:after="120"/>
      </w:pPr>
      <w:r>
        <w:rPr>
          <w:rFonts w:ascii="Georgia" w:hAnsi="Georgia" w:eastAsia="Georgia"/>
          <w:sz w:val="23"/>
        </w:rPr>
        <w:t>“When the derivation materially supports a decision, yes.”</w:t>
      </w:r>
    </w:p>
    <w:p>
      <w:pPr>
        <w:spacing w:after="120"/>
      </w:pPr>
      <w:r>
        <w:rPr>
          <w:rFonts w:ascii="Georgia" w:hAnsi="Georgia" w:eastAsia="Georgia"/>
          <w:sz w:val="23"/>
        </w:rPr>
        <w:t>“That is most metrics.”</w:t>
      </w:r>
    </w:p>
    <w:p>
      <w:pPr>
        <w:spacing w:after="120"/>
      </w:pPr>
      <w:r>
        <w:rPr>
          <w:rFonts w:ascii="Georgia" w:hAnsi="Georgia" w:eastAsia="Georgia"/>
          <w:sz w:val="23"/>
        </w:rPr>
        <w:t>“Then most metrics have provenance.”</w:t>
      </w:r>
    </w:p>
    <w:p>
      <w:pPr>
        <w:spacing w:after="120"/>
      </w:pPr>
      <w:r>
        <w:rPr>
          <w:rFonts w:ascii="Georgia" w:hAnsi="Georgia" w:eastAsia="Georgia"/>
          <w:sz w:val="23"/>
        </w:rPr>
        <w:t>She did not answer immediately.</w:t>
      </w:r>
    </w:p>
    <w:p>
      <w:pPr>
        <w:spacing w:after="120"/>
      </w:pPr>
      <w:r>
        <w:rPr>
          <w:rFonts w:ascii="Georgia" w:hAnsi="Georgia" w:eastAsia="Georgia"/>
          <w:sz w:val="23"/>
        </w:rPr>
        <w:t>Jor did.</w:t>
      </w:r>
    </w:p>
    <w:p>
      <w:pPr>
        <w:spacing w:after="120"/>
      </w:pPr>
      <w:r>
        <w:rPr>
          <w:rFonts w:ascii="Georgia" w:hAnsi="Georgia" w:eastAsia="Georgia"/>
          <w:sz w:val="23"/>
        </w:rPr>
        <w:t>“We do not need every transformation printed on the first screen. We need the system to stop saying three derived numbers corroborate each other when they share the same unvalidated transformation for the case type.”</w:t>
      </w:r>
    </w:p>
    <w:p>
      <w:pPr>
        <w:spacing w:after="120"/>
      </w:pPr>
      <w:r>
        <w:rPr>
          <w:rFonts w:ascii="Georgia" w:hAnsi="Georgia" w:eastAsia="Georgia"/>
          <w:sz w:val="23"/>
        </w:rPr>
        <w:t>Daro said, “That is computable.”</w:t>
      </w:r>
    </w:p>
    <w:p>
      <w:pPr>
        <w:spacing w:after="120"/>
      </w:pPr>
      <w:r>
        <w:rPr>
          <w:rFonts w:ascii="Georgia" w:hAnsi="Georgia" w:eastAsia="Georgia"/>
          <w:sz w:val="23"/>
        </w:rPr>
        <w:t>Miren said, “Dangerous phrase.”</w:t>
      </w:r>
    </w:p>
    <w:p>
      <w:pPr>
        <w:spacing w:after="120"/>
      </w:pPr>
      <w:r>
        <w:rPr>
          <w:rFonts w:ascii="Georgia" w:hAnsi="Georgia" w:eastAsia="Georgia"/>
          <w:sz w:val="23"/>
        </w:rPr>
        <w:t>He ignored her.</w:t>
      </w:r>
    </w:p>
    <w:p>
      <w:pPr>
        <w:spacing w:after="120"/>
      </w:pPr>
      <w:r>
        <w:rPr>
          <w:rFonts w:ascii="Georgia" w:hAnsi="Georgia" w:eastAsia="Georgia"/>
          <w:sz w:val="23"/>
        </w:rPr>
        <w:t>Pera opened the SDC-12 metadata schema.</w:t>
      </w:r>
    </w:p>
    <w:p>
      <w:pPr>
        <w:spacing w:after="120"/>
      </w:pPr>
      <w:r>
        <w:rPr>
          <w:rFonts w:ascii="Georgia" w:hAnsi="Georgia" w:eastAsia="Georgia"/>
          <w:sz w:val="23"/>
        </w:rPr>
        <w:t>Every reported derived phase value already carried the standard identifier internally.</w:t>
      </w:r>
    </w:p>
    <w:p>
      <w:pPr>
        <w:spacing w:after="120"/>
      </w:pPr>
      <w:r>
        <w:rPr>
          <w:rFonts w:ascii="Georgia" w:hAnsi="Georgia" w:eastAsia="Georgia"/>
          <w:sz w:val="23"/>
        </w:rPr>
        <w:t>The information existed.</w:t>
      </w:r>
    </w:p>
    <w:p>
      <w:pPr>
        <w:spacing w:after="120"/>
      </w:pPr>
      <w:r>
        <w:rPr>
          <w:rFonts w:ascii="Georgia" w:hAnsi="Georgia" w:eastAsia="Georgia"/>
          <w:sz w:val="23"/>
        </w:rPr>
        <w:t>The corroboration layer simply did not use it.</w:t>
      </w:r>
    </w:p>
    <w:p>
      <w:pPr>
        <w:spacing w:after="120"/>
      </w:pPr>
      <w:r>
        <w:rPr>
          <w:rFonts w:ascii="Georgia" w:hAnsi="Georgia" w:eastAsia="Georgia"/>
          <w:sz w:val="23"/>
        </w:rPr>
        <w:t>Of course.</w:t>
      </w:r>
    </w:p>
    <w:p>
      <w:pPr>
        <w:spacing w:after="120"/>
      </w:pPr>
      <w:r>
        <w:rPr>
          <w:rFonts w:ascii="Georgia" w:hAnsi="Georgia" w:eastAsia="Georgia"/>
          <w:sz w:val="23"/>
        </w:rPr>
        <w:t>Most failures were cheaper than ignorance.</w:t>
      </w:r>
    </w:p>
    <w:p>
      <w:pPr>
        <w:spacing w:after="120"/>
      </w:pPr>
      <w:r>
        <w:rPr>
          <w:rFonts w:ascii="Georgia" w:hAnsi="Georgia" w:eastAsia="Georgia"/>
          <w:sz w:val="23"/>
        </w:rPr>
        <w:t>The system knew more than the interface admitted.</w:t>
      </w:r>
    </w:p>
    <w:p>
      <w:pPr>
        <w:spacing w:after="120"/>
      </w:pPr>
      <w:r>
        <w:rPr>
          <w:rFonts w:ascii="Georgia" w:hAnsi="Georgia" w:eastAsia="Georgia"/>
          <w:sz w:val="23"/>
        </w:rPr>
        <w:t>Daro proposed:</w:t>
      </w:r>
    </w:p>
    <w:p>
      <w:pPr>
        <w:spacing w:after="120"/>
      </w:pPr>
      <w:r>
        <w:rPr>
          <w:rFonts w:ascii="Georgia" w:hAnsi="Georgia" w:eastAsia="Georgia"/>
          <w:sz w:val="23"/>
        </w:rPr>
        <w:t>INDEPENDENT ACQUISITION: 3.</w:t>
        <w:br/>
        <w:t>SHARED INTERPRETIVE TRANSFORM: SDC-12.</w:t>
        <w:br/>
        <w:t>TRANSFORM VALIDATED FOR CURRENT SYSTEM CLASS: NO.</w:t>
        <w:br/>
        <w:t>CORROBORATION STATUS: LIMITED.</w:t>
      </w:r>
    </w:p>
    <w:p>
      <w:pPr>
        <w:spacing w:after="120"/>
      </w:pPr>
      <w:r>
        <w:rPr>
          <w:rFonts w:ascii="Georgia" w:hAnsi="Georgia" w:eastAsia="Georgia"/>
          <w:sz w:val="23"/>
        </w:rPr>
        <w:t>Pera objected to LIMITED.</w:t>
      </w:r>
    </w:p>
    <w:p>
      <w:pPr>
        <w:spacing w:after="120"/>
      </w:pPr>
      <w:r>
        <w:rPr>
          <w:rFonts w:ascii="Georgia" w:hAnsi="Georgia" w:eastAsia="Georgia"/>
          <w:sz w:val="23"/>
        </w:rPr>
        <w:t>“Limited how?”</w:t>
      </w:r>
    </w:p>
    <w:p>
      <w:pPr>
        <w:spacing w:after="120"/>
      </w:pPr>
      <w:r>
        <w:rPr>
          <w:rFonts w:ascii="Georgia" w:hAnsi="Georgia" w:eastAsia="Georgia"/>
          <w:sz w:val="23"/>
        </w:rPr>
        <w:t>“By shared interpretation ancestry.”</w:t>
      </w:r>
    </w:p>
    <w:p>
      <w:pPr>
        <w:spacing w:after="120"/>
      </w:pPr>
      <w:r>
        <w:rPr>
          <w:rFonts w:ascii="Georgia" w:hAnsi="Georgia" w:eastAsia="Georgia"/>
          <w:sz w:val="23"/>
        </w:rPr>
        <w:t>“That sounds like the measurements are weak.”</w:t>
      </w:r>
    </w:p>
    <w:p>
      <w:pPr>
        <w:spacing w:after="120"/>
      </w:pPr>
      <w:r>
        <w:rPr>
          <w:rFonts w:ascii="Georgia" w:hAnsi="Georgia" w:eastAsia="Georgia"/>
          <w:sz w:val="23"/>
        </w:rPr>
        <w:t>“They are not.”</w:t>
      </w:r>
    </w:p>
    <w:p>
      <w:pPr>
        <w:spacing w:after="120"/>
      </w:pPr>
      <w:r>
        <w:rPr>
          <w:rFonts w:ascii="Georgia" w:hAnsi="Georgia" w:eastAsia="Georgia"/>
          <w:sz w:val="23"/>
        </w:rPr>
        <w:t>“Then the label will be misread.”</w:t>
      </w:r>
    </w:p>
    <w:p>
      <w:pPr>
        <w:spacing w:after="120"/>
      </w:pPr>
      <w:r>
        <w:rPr>
          <w:rFonts w:ascii="Georgia" w:hAnsi="Georgia" w:eastAsia="Georgia"/>
          <w:sz w:val="23"/>
        </w:rPr>
        <w:t>She was right.</w:t>
      </w:r>
    </w:p>
    <w:p>
      <w:pPr>
        <w:spacing w:after="120"/>
      </w:pPr>
      <w:r>
        <w:rPr>
          <w:rFonts w:ascii="Georgia" w:hAnsi="Georgia" w:eastAsia="Georgia"/>
          <w:sz w:val="23"/>
        </w:rPr>
        <w:t>Lysa joined remotely from recovery without asking permission.</w:t>
      </w:r>
    </w:p>
    <w:p>
      <w:pPr>
        <w:spacing w:after="120"/>
      </w:pPr>
      <w:r>
        <w:rPr>
          <w:rFonts w:ascii="Georgia" w:hAnsi="Georgia" w:eastAsia="Georgia"/>
          <w:sz w:val="23"/>
        </w:rPr>
        <w:t>“Can I suggest a label?”</w:t>
      </w:r>
    </w:p>
    <w:p>
      <w:pPr>
        <w:spacing w:after="120"/>
      </w:pPr>
      <w:r>
        <w:rPr>
          <w:rFonts w:ascii="Georgia" w:hAnsi="Georgia" w:eastAsia="Georgia"/>
          <w:sz w:val="23"/>
        </w:rPr>
        <w:t>Pera said, “You are the patient?”</w:t>
      </w:r>
    </w:p>
    <w:p>
      <w:pPr>
        <w:spacing w:after="120"/>
      </w:pPr>
      <w:r>
        <w:rPr>
          <w:rFonts w:ascii="Georgia" w:hAnsi="Georgia" w:eastAsia="Georgia"/>
          <w:sz w:val="23"/>
        </w:rPr>
        <w:t>“I was this morning.”</w:t>
      </w:r>
    </w:p>
    <w:p>
      <w:pPr>
        <w:spacing w:after="120"/>
      </w:pPr>
      <w:r>
        <w:rPr>
          <w:rFonts w:ascii="Georgia" w:hAnsi="Georgia" w:eastAsia="Georgia"/>
          <w:sz w:val="23"/>
        </w:rPr>
        <w:t>“You remain the patient.”</w:t>
      </w:r>
    </w:p>
    <w:p>
      <w:pPr>
        <w:spacing w:after="120"/>
      </w:pPr>
      <w:r>
        <w:rPr>
          <w:rFonts w:ascii="Georgia" w:hAnsi="Georgia" w:eastAsia="Georgia"/>
          <w:sz w:val="23"/>
        </w:rPr>
        <w:t>“Temporally greedy, but fine.”</w:t>
      </w:r>
    </w:p>
    <w:p>
      <w:pPr>
        <w:spacing w:after="120"/>
      </w:pPr>
      <w:r>
        <w:rPr>
          <w:rFonts w:ascii="Georgia" w:hAnsi="Georgia" w:eastAsia="Georgia"/>
          <w:sz w:val="23"/>
        </w:rPr>
        <w:t>Daro muted himself.</w:t>
      </w:r>
    </w:p>
    <w:p>
      <w:pPr>
        <w:spacing w:after="120"/>
      </w:pPr>
      <w:r>
        <w:rPr>
          <w:rFonts w:ascii="Georgia" w:hAnsi="Georgia" w:eastAsia="Georgia"/>
          <w:sz w:val="23"/>
        </w:rPr>
        <w:t>Probably laughter.</w:t>
      </w:r>
    </w:p>
    <w:p>
      <w:pPr>
        <w:spacing w:after="120"/>
      </w:pPr>
      <w:r>
        <w:rPr>
          <w:rFonts w:ascii="Georgia" w:hAnsi="Georgia" w:eastAsia="Georgia"/>
          <w:sz w:val="23"/>
        </w:rPr>
        <w:t>Lysa continued.</w:t>
      </w:r>
    </w:p>
    <w:p>
      <w:pPr>
        <w:spacing w:after="120"/>
      </w:pPr>
      <w:r>
        <w:rPr>
          <w:rFonts w:ascii="Georgia" w:hAnsi="Georgia" w:eastAsia="Georgia"/>
          <w:sz w:val="23"/>
        </w:rPr>
        <w:t>“Write what happened. Three people measured me. One rule turned the measurements into the same answer.”</w:t>
      </w:r>
    </w:p>
    <w:p>
      <w:pPr>
        <w:spacing w:after="120"/>
      </w:pPr>
      <w:r>
        <w:rPr>
          <w:rFonts w:ascii="Georgia" w:hAnsi="Georgia" w:eastAsia="Georgia"/>
          <w:sz w:val="23"/>
        </w:rPr>
        <w:t>No one spoke.</w:t>
      </w:r>
    </w:p>
    <w:p>
      <w:pPr>
        <w:spacing w:after="120"/>
      </w:pPr>
      <w:r>
        <w:rPr>
          <w:rFonts w:ascii="Georgia" w:hAnsi="Georgia" w:eastAsia="Georgia"/>
          <w:sz w:val="23"/>
        </w:rPr>
        <w:t>I typed:</w:t>
      </w:r>
    </w:p>
    <w:p>
      <w:pPr>
        <w:spacing w:after="120"/>
      </w:pPr>
      <w:r>
        <w:rPr>
          <w:rFonts w:ascii="Georgia" w:hAnsi="Georgia" w:eastAsia="Georgia"/>
          <w:sz w:val="23"/>
        </w:rPr>
        <w:t>INDEPENDENT ACQUISITIONS: YES.</w:t>
        <w:br/>
        <w:t>SHARED DERIVATION MODEL: YES — SDC-12.</w:t>
        <w:br/>
        <w:t>MODEL VALIDATED FOR CURRENT CYCLIC RESPIRATORY SUPPORT CONTEXT: NO.</w:t>
        <w:br/>
        <w:t>AGREEMENT OF DERIVED VALUES DOES NOT ESTABLISH INDEPENDENT CORROBORATION FOR THIS DECISION.</w:t>
      </w:r>
    </w:p>
    <w:p>
      <w:pPr>
        <w:spacing w:after="120"/>
      </w:pPr>
      <w:r>
        <w:rPr>
          <w:rFonts w:ascii="Georgia" w:hAnsi="Georgia" w:eastAsia="Georgia"/>
          <w:sz w:val="23"/>
        </w:rPr>
        <w:t>Pera read it.</w:t>
      </w:r>
    </w:p>
    <w:p>
      <w:pPr>
        <w:spacing w:after="120"/>
      </w:pPr>
      <w:r>
        <w:rPr>
          <w:rFonts w:ascii="Georgia" w:hAnsi="Georgia" w:eastAsia="Georgia"/>
          <w:sz w:val="23"/>
        </w:rPr>
        <w:t>“That is accurate.”</w:t>
      </w:r>
    </w:p>
    <w:p>
      <w:pPr>
        <w:spacing w:after="120"/>
      </w:pPr>
      <w:r>
        <w:rPr>
          <w:rFonts w:ascii="Georgia" w:hAnsi="Georgia" w:eastAsia="Georgia"/>
          <w:sz w:val="23"/>
        </w:rPr>
        <w:t>Daro unmuted.</w:t>
      </w:r>
    </w:p>
    <w:p>
      <w:pPr>
        <w:spacing w:after="120"/>
      </w:pPr>
      <w:r>
        <w:rPr>
          <w:rFonts w:ascii="Georgia" w:hAnsi="Georgia" w:eastAsia="Georgia"/>
          <w:sz w:val="23"/>
        </w:rPr>
        <w:t>“It is long.”</w:t>
      </w:r>
    </w:p>
    <w:p>
      <w:pPr>
        <w:spacing w:after="120"/>
      </w:pPr>
      <w:r>
        <w:rPr>
          <w:rFonts w:ascii="Georgia" w:hAnsi="Georgia" w:eastAsia="Georgia"/>
          <w:sz w:val="23"/>
        </w:rPr>
        <w:t>Miren said, “Survive.”</w:t>
      </w:r>
    </w:p>
    <w:p>
      <w:pPr>
        <w:spacing w:after="120"/>
      </w:pPr>
      <w:r>
        <w:rPr>
          <w:rFonts w:ascii="Georgia" w:hAnsi="Georgia" w:eastAsia="Georgia"/>
          <w:sz w:val="23"/>
        </w:rPr>
        <w:t>We kept it.</w:t>
      </w:r>
    </w:p>
    <w:p>
      <w:pPr>
        <w:spacing w:before="80" w:after="120"/>
        <w:jc w:val="center"/>
      </w:pPr>
      <w:r>
        <w:rPr>
          <w:rFonts w:ascii="Georgia" w:hAnsi="Georgia" w:eastAsia="Georgia"/>
          <w:sz w:val="23"/>
        </w:rPr>
        <w:t>§</w:t>
      </w:r>
    </w:p>
    <w:p>
      <w:pPr>
        <w:spacing w:after="120"/>
      </w:pPr>
      <w:r>
        <w:rPr>
          <w:rFonts w:ascii="Georgia" w:hAnsi="Georgia" w:eastAsia="Georgia"/>
          <w:sz w:val="23"/>
        </w:rPr>
        <w:t>At 1902 I reviewed the morning authorization.</w:t>
      </w:r>
    </w:p>
    <w:p>
      <w:pPr>
        <w:spacing w:after="120"/>
      </w:pPr>
      <w:r>
        <w:rPr>
          <w:rFonts w:ascii="Georgia" w:hAnsi="Georgia" w:eastAsia="Georgia"/>
          <w:sz w:val="23"/>
        </w:rPr>
        <w:t>My name was on it.</w:t>
      </w:r>
    </w:p>
    <w:p>
      <w:pPr>
        <w:spacing w:after="120"/>
      </w:pPr>
      <w:r>
        <w:rPr>
          <w:rFonts w:ascii="Georgia" w:hAnsi="Georgia" w:eastAsia="Georgia"/>
          <w:sz w:val="23"/>
        </w:rPr>
        <w:t>SOURCE INDEPENDENCE VERIFIED.</w:t>
      </w:r>
    </w:p>
    <w:p>
      <w:pPr>
        <w:spacing w:after="120"/>
      </w:pPr>
      <w:r>
        <w:rPr>
          <w:rFonts w:ascii="Georgia" w:hAnsi="Georgia" w:eastAsia="Georgia"/>
          <w:sz w:val="23"/>
        </w:rPr>
        <w:t>THREE CORROBORATING TIMING OBSERVATIONS.</w:t>
      </w:r>
    </w:p>
    <w:p>
      <w:pPr>
        <w:spacing w:after="120"/>
      </w:pPr>
      <w:r>
        <w:rPr>
          <w:rFonts w:ascii="Georgia" w:hAnsi="Georgia" w:eastAsia="Georgia"/>
          <w:sz w:val="23"/>
        </w:rPr>
        <w:t>BOUNDED REVERSIBLE TEST AUTHORIZED.</w:t>
      </w:r>
    </w:p>
    <w:p>
      <w:pPr>
        <w:spacing w:after="120"/>
      </w:pPr>
      <w:r>
        <w:rPr>
          <w:rFonts w:ascii="Georgia" w:hAnsi="Georgia" w:eastAsia="Georgia"/>
          <w:sz w:val="23"/>
        </w:rPr>
        <w:t>The first line was true.</w:t>
      </w:r>
    </w:p>
    <w:p>
      <w:pPr>
        <w:spacing w:after="120"/>
      </w:pPr>
      <w:r>
        <w:rPr>
          <w:rFonts w:ascii="Georgia" w:hAnsi="Georgia" w:eastAsia="Georgia"/>
          <w:sz w:val="23"/>
        </w:rPr>
        <w:t>The second was not, at least not in the way I had used it.</w:t>
      </w:r>
    </w:p>
    <w:p>
      <w:pPr>
        <w:spacing w:after="120"/>
      </w:pPr>
      <w:r>
        <w:rPr>
          <w:rFonts w:ascii="Georgia" w:hAnsi="Georgia" w:eastAsia="Georgia"/>
          <w:sz w:val="23"/>
        </w:rPr>
        <w:t>I had spent a week learning not to count copies as witnesses.</w:t>
      </w:r>
    </w:p>
    <w:p>
      <w:pPr>
        <w:spacing w:after="120"/>
      </w:pPr>
      <w:r>
        <w:rPr>
          <w:rFonts w:ascii="Georgia" w:hAnsi="Georgia" w:eastAsia="Georgia"/>
          <w:sz w:val="23"/>
        </w:rPr>
        <w:t>Then I had counted instruments.</w:t>
      </w:r>
    </w:p>
    <w:p>
      <w:pPr>
        <w:spacing w:after="120"/>
      </w:pPr>
      <w:r>
        <w:rPr>
          <w:rFonts w:ascii="Georgia" w:hAnsi="Georgia" w:eastAsia="Georgia"/>
          <w:sz w:val="23"/>
        </w:rPr>
        <w:t>Different mistake.</w:t>
      </w:r>
    </w:p>
    <w:p>
      <w:pPr>
        <w:spacing w:after="120"/>
      </w:pPr>
      <w:r>
        <w:rPr>
          <w:rFonts w:ascii="Georgia" w:hAnsi="Georgia" w:eastAsia="Georgia"/>
          <w:sz w:val="23"/>
        </w:rPr>
        <w:t>Same appetite.</w:t>
      </w:r>
    </w:p>
    <w:p>
      <w:pPr>
        <w:spacing w:after="120"/>
      </w:pPr>
      <w:r>
        <w:rPr>
          <w:rFonts w:ascii="Georgia" w:hAnsi="Georgia" w:eastAsia="Georgia"/>
          <w:sz w:val="23"/>
        </w:rPr>
        <w:t>I amended the record.</w:t>
      </w:r>
    </w:p>
    <w:p>
      <w:pPr>
        <w:spacing w:after="120"/>
      </w:pPr>
      <w:r>
        <w:rPr>
          <w:rFonts w:ascii="Georgia" w:hAnsi="Georgia" w:eastAsia="Georgia"/>
          <w:sz w:val="23"/>
        </w:rPr>
        <w:t>TEST AUTHORIZATION ERROR:</w:t>
        <w:br/>
        <w:t>INDEPENDENCE REVIEW TERMINATED AT ACQUISITION SOURCE AND DID NOT TRACE SHARED DERIVATION MODEL.</w:t>
        <w:br/>
        <w:t>PATIENT EXPERIENCED ONE DOUBLE-TRIGGER RESPIRATORY EVENT DURING REVERSIBLE TEST; BASELINE RESTORED; NO PERSISTENT RESPIRATORY DEFICIT IDENTIFIED.</w:t>
      </w:r>
    </w:p>
    <w:p>
      <w:pPr>
        <w:spacing w:after="120"/>
      </w:pPr>
      <w:r>
        <w:rPr>
          <w:rFonts w:ascii="Georgia" w:hAnsi="Georgia" w:eastAsia="Georgia"/>
          <w:sz w:val="23"/>
        </w:rPr>
        <w:t>Miren read the amendment.</w:t>
      </w:r>
    </w:p>
    <w:p>
      <w:pPr>
        <w:spacing w:after="120"/>
      </w:pPr>
      <w:r>
        <w:rPr>
          <w:rFonts w:ascii="Georgia" w:hAnsi="Georgia" w:eastAsia="Georgia"/>
          <w:sz w:val="23"/>
        </w:rPr>
        <w:t>“You are making yourself look bad.”</w:t>
      </w:r>
    </w:p>
    <w:p>
      <w:pPr>
        <w:spacing w:after="120"/>
      </w:pPr>
      <w:r>
        <w:rPr>
          <w:rFonts w:ascii="Georgia" w:hAnsi="Georgia" w:eastAsia="Georgia"/>
          <w:sz w:val="23"/>
        </w:rPr>
        <w:t>“I was wrong.”</w:t>
      </w:r>
    </w:p>
    <w:p>
      <w:pPr>
        <w:spacing w:after="120"/>
      </w:pPr>
      <w:r>
        <w:rPr>
          <w:rFonts w:ascii="Georgia" w:hAnsi="Georgia" w:eastAsia="Georgia"/>
          <w:sz w:val="23"/>
        </w:rPr>
        <w:t>“You could write the system failed to expose shared transformation ancestry.”</w:t>
      </w:r>
    </w:p>
    <w:p>
      <w:pPr>
        <w:spacing w:after="120"/>
      </w:pPr>
      <w:r>
        <w:rPr>
          <w:rFonts w:ascii="Georgia" w:hAnsi="Georgia" w:eastAsia="Georgia"/>
          <w:sz w:val="23"/>
        </w:rPr>
        <w:t>“It did.”</w:t>
      </w:r>
    </w:p>
    <w:p>
      <w:pPr>
        <w:spacing w:after="120"/>
      </w:pPr>
      <w:r>
        <w:rPr>
          <w:rFonts w:ascii="Georgia" w:hAnsi="Georgia" w:eastAsia="Georgia"/>
          <w:sz w:val="23"/>
        </w:rPr>
        <w:t>“You could write both.”</w:t>
      </w:r>
    </w:p>
    <w:p>
      <w:pPr>
        <w:spacing w:after="120"/>
      </w:pPr>
      <w:r>
        <w:rPr>
          <w:rFonts w:ascii="Georgia" w:hAnsi="Georgia" w:eastAsia="Georgia"/>
          <w:sz w:val="23"/>
        </w:rPr>
        <w:t>“I did.”</w:t>
      </w:r>
    </w:p>
    <w:p>
      <w:pPr>
        <w:spacing w:after="120"/>
      </w:pPr>
      <w:r>
        <w:rPr>
          <w:rFonts w:ascii="Georgia" w:hAnsi="Georgia" w:eastAsia="Georgia"/>
          <w:sz w:val="23"/>
        </w:rPr>
        <w:t>She read again.</w:t>
      </w:r>
    </w:p>
    <w:p>
      <w:pPr>
        <w:spacing w:after="120"/>
      </w:pPr>
      <w:r>
        <w:rPr>
          <w:rFonts w:ascii="Georgia" w:hAnsi="Georgia" w:eastAsia="Georgia"/>
          <w:sz w:val="23"/>
        </w:rPr>
        <w:t>“You put yourself first.”</w:t>
      </w:r>
    </w:p>
    <w:p>
      <w:pPr>
        <w:spacing w:after="120"/>
      </w:pPr>
      <w:r>
        <w:rPr>
          <w:rFonts w:ascii="Georgia" w:hAnsi="Georgia" w:eastAsia="Georgia"/>
          <w:sz w:val="23"/>
        </w:rPr>
        <w:t>“Yes.”</w:t>
      </w:r>
    </w:p>
    <w:p>
      <w:pPr>
        <w:spacing w:after="120"/>
      </w:pPr>
      <w:r>
        <w:rPr>
          <w:rFonts w:ascii="Georgia" w:hAnsi="Georgia" w:eastAsia="Georgia"/>
          <w:sz w:val="23"/>
        </w:rPr>
        <w:t>“Why?”</w:t>
      </w:r>
    </w:p>
    <w:p>
      <w:pPr>
        <w:spacing w:after="120"/>
      </w:pPr>
      <w:r>
        <w:rPr>
          <w:rFonts w:ascii="Georgia" w:hAnsi="Georgia" w:eastAsia="Georgia"/>
          <w:sz w:val="23"/>
        </w:rPr>
        <w:t>“Because the system did not authorize the test.”</w:t>
      </w:r>
    </w:p>
    <w:p>
      <w:pPr>
        <w:spacing w:after="120"/>
      </w:pPr>
      <w:r>
        <w:rPr>
          <w:rFonts w:ascii="Georgia" w:hAnsi="Georgia" w:eastAsia="Georgia"/>
          <w:sz w:val="23"/>
        </w:rPr>
        <w:t>She nodded.</w:t>
      </w:r>
    </w:p>
    <w:p>
      <w:pPr>
        <w:spacing w:before="80" w:after="120"/>
        <w:jc w:val="center"/>
      </w:pPr>
      <w:r>
        <w:rPr>
          <w:rFonts w:ascii="Georgia" w:hAnsi="Georgia" w:eastAsia="Georgia"/>
          <w:sz w:val="23"/>
        </w:rPr>
        <w:t>§</w:t>
      </w:r>
    </w:p>
    <w:p>
      <w:pPr>
        <w:spacing w:after="120"/>
      </w:pPr>
      <w:r>
        <w:rPr>
          <w:rFonts w:ascii="Georgia" w:hAnsi="Georgia" w:eastAsia="Georgia"/>
          <w:sz w:val="23"/>
        </w:rPr>
        <w:t>The next morning Lysa sent a message.</w:t>
      </w:r>
    </w:p>
    <w:p>
      <w:pPr>
        <w:spacing w:after="120"/>
      </w:pPr>
      <w:r>
        <w:rPr>
          <w:rFonts w:ascii="Georgia" w:hAnsi="Georgia" w:eastAsia="Georgia"/>
          <w:sz w:val="23"/>
        </w:rPr>
        <w:t>NO CATCH ON STAIRS.</w:t>
        <w:br/>
        <w:t>INCISION ANGRY.</w:t>
        <w:br/>
        <w:t>SINGING UNIMPROVED.</w:t>
      </w:r>
    </w:p>
    <w:p>
      <w:pPr>
        <w:spacing w:after="120"/>
      </w:pPr>
      <w:r>
        <w:rPr>
          <w:rFonts w:ascii="Georgia" w:hAnsi="Georgia" w:eastAsia="Georgia"/>
          <w:sz w:val="23"/>
        </w:rPr>
        <w:t>Jor added a clinical note beneath it.</w:t>
      </w:r>
    </w:p>
    <w:p>
      <w:pPr>
        <w:spacing w:after="120"/>
      </w:pPr>
      <w:r>
        <w:rPr>
          <w:rFonts w:ascii="Georgia" w:hAnsi="Georgia" w:eastAsia="Georgia"/>
          <w:sz w:val="23"/>
        </w:rPr>
        <w:t>Too early to attribute symptom resolution.</w:t>
      </w:r>
    </w:p>
    <w:p>
      <w:pPr>
        <w:spacing w:after="120"/>
      </w:pPr>
      <w:r>
        <w:rPr>
          <w:rFonts w:ascii="Georgia" w:hAnsi="Georgia" w:eastAsia="Georgia"/>
          <w:sz w:val="23"/>
        </w:rPr>
        <w:t>No controller adjustment recommended.</w:t>
      </w:r>
    </w:p>
    <w:p>
      <w:pPr>
        <w:spacing w:after="120"/>
      </w:pPr>
      <w:r>
        <w:rPr>
          <w:rFonts w:ascii="Georgia" w:hAnsi="Georgia" w:eastAsia="Georgia"/>
          <w:sz w:val="23"/>
        </w:rPr>
        <w:t>Mechanical revision tolerated.</w:t>
      </w:r>
    </w:p>
    <w:p>
      <w:pPr>
        <w:spacing w:after="120"/>
      </w:pPr>
      <w:r>
        <w:rPr>
          <w:rFonts w:ascii="Georgia" w:hAnsi="Georgia" w:eastAsia="Georgia"/>
          <w:sz w:val="23"/>
        </w:rPr>
        <w:t>Direct respiratory measurements to continue without SDC-12-derived timing until a validated cyclic-support transform exists or a case-specific direct measure is established.</w:t>
      </w:r>
    </w:p>
    <w:p>
      <w:pPr>
        <w:spacing w:after="120"/>
      </w:pPr>
      <w:r>
        <w:rPr>
          <w:rFonts w:ascii="Georgia" w:hAnsi="Georgia" w:eastAsia="Georgia"/>
          <w:sz w:val="23"/>
        </w:rPr>
        <w:t>I opened the three original reports again.</w:t>
      </w:r>
    </w:p>
    <w:p>
      <w:pPr>
        <w:spacing w:after="120"/>
      </w:pPr>
      <w:r>
        <w:rPr>
          <w:rFonts w:ascii="Georgia" w:hAnsi="Georgia" w:eastAsia="Georgia"/>
          <w:sz w:val="23"/>
        </w:rPr>
        <w:t>Pulmonary South.</w:t>
      </w:r>
    </w:p>
    <w:p>
      <w:pPr>
        <w:spacing w:after="120"/>
      </w:pPr>
      <w:r>
        <w:rPr>
          <w:rFonts w:ascii="Georgia" w:hAnsi="Georgia" w:eastAsia="Georgia"/>
          <w:sz w:val="23"/>
        </w:rPr>
        <w:t>North Mutual.</w:t>
      </w:r>
    </w:p>
    <w:p>
      <w:pPr>
        <w:spacing w:after="120"/>
      </w:pPr>
      <w:r>
        <w:rPr>
          <w:rFonts w:ascii="Georgia" w:hAnsi="Georgia" w:eastAsia="Georgia"/>
          <w:sz w:val="23"/>
        </w:rPr>
        <w:t>Mavik Assist.</w:t>
      </w:r>
    </w:p>
    <w:p>
      <w:pPr>
        <w:spacing w:after="120"/>
      </w:pPr>
      <w:r>
        <w:rPr>
          <w:rFonts w:ascii="Georgia" w:hAnsi="Georgia" w:eastAsia="Georgia"/>
          <w:sz w:val="23"/>
        </w:rPr>
        <w:t>Different rooms.</w:t>
      </w:r>
    </w:p>
    <w:p>
      <w:pPr>
        <w:spacing w:after="120"/>
      </w:pPr>
      <w:r>
        <w:rPr>
          <w:rFonts w:ascii="Georgia" w:hAnsi="Georgia" w:eastAsia="Georgia"/>
          <w:sz w:val="23"/>
        </w:rPr>
        <w:t>Different instruments.</w:t>
      </w:r>
    </w:p>
    <w:p>
      <w:pPr>
        <w:spacing w:after="120"/>
      </w:pPr>
      <w:r>
        <w:rPr>
          <w:rFonts w:ascii="Georgia" w:hAnsi="Georgia" w:eastAsia="Georgia"/>
          <w:sz w:val="23"/>
        </w:rPr>
        <w:t>Different people.</w:t>
      </w:r>
    </w:p>
    <w:p>
      <w:pPr>
        <w:spacing w:after="120"/>
      </w:pPr>
      <w:r>
        <w:rPr>
          <w:rFonts w:ascii="Georgia" w:hAnsi="Georgia" w:eastAsia="Georgia"/>
          <w:sz w:val="23"/>
        </w:rPr>
        <w:t>Each had observed Lysa independently.</w:t>
      </w:r>
    </w:p>
    <w:p>
      <w:pPr>
        <w:spacing w:after="120"/>
      </w:pPr>
      <w:r>
        <w:rPr>
          <w:rFonts w:ascii="Georgia" w:hAnsi="Georgia" w:eastAsia="Georgia"/>
          <w:sz w:val="23"/>
        </w:rPr>
        <w:t>Each had then passed its observation through the same curve.</w:t>
      </w:r>
    </w:p>
    <w:p>
      <w:pPr>
        <w:spacing w:after="120"/>
      </w:pPr>
      <w:r>
        <w:rPr>
          <w:rFonts w:ascii="Georgia" w:hAnsi="Georgia" w:eastAsia="Georgia"/>
          <w:sz w:val="23"/>
        </w:rPr>
        <w:t>The curve had not lied.</w:t>
      </w:r>
    </w:p>
    <w:p>
      <w:pPr>
        <w:spacing w:after="120"/>
      </w:pPr>
      <w:r>
        <w:rPr>
          <w:rFonts w:ascii="Georgia" w:hAnsi="Georgia" w:eastAsia="Georgia"/>
          <w:sz w:val="23"/>
        </w:rPr>
        <w:t>It had done exactly what it was built to do.</w:t>
      </w:r>
    </w:p>
    <w:p>
      <w:pPr>
        <w:spacing w:after="120"/>
      </w:pPr>
      <w:r>
        <w:rPr>
          <w:rFonts w:ascii="Georgia" w:hAnsi="Georgia" w:eastAsia="Georgia"/>
          <w:sz w:val="23"/>
        </w:rPr>
        <w:t>We had asked it to speak outside its jurisdiction and mistaken the chorus for corroboration.</w:t>
      </w:r>
    </w:p>
    <w:p>
      <w:pPr>
        <w:spacing w:after="120"/>
      </w:pPr>
      <w:r>
        <w:rPr>
          <w:rFonts w:ascii="Georgia" w:hAnsi="Georgia" w:eastAsia="Georgia"/>
          <w:sz w:val="23"/>
        </w:rPr>
        <w:t>I added one line to the provenance guidance:</w:t>
      </w:r>
    </w:p>
    <w:p>
      <w:pPr>
        <w:spacing w:after="120"/>
      </w:pPr>
      <w:r>
        <w:rPr>
          <w:rFonts w:ascii="Georgia" w:hAnsi="Georgia" w:eastAsia="Georgia"/>
          <w:sz w:val="23"/>
        </w:rPr>
        <w:t>INDEPENDENCE MUST BE ESTABLISHED ACROSS THE PORTION OF THE EVIDENCE CHAIN THAT COULD SHARE THE RELEVANT ERROR.</w:t>
      </w:r>
    </w:p>
    <w:p>
      <w:pPr>
        <w:spacing w:after="120"/>
      </w:pPr>
      <w:r>
        <w:rPr>
          <w:rFonts w:ascii="Georgia" w:hAnsi="Georgia" w:eastAsia="Georgia"/>
          <w:sz w:val="23"/>
        </w:rPr>
        <w:t>Miren read it.</w:t>
      </w:r>
    </w:p>
    <w:p>
      <w:pPr>
        <w:spacing w:after="120"/>
      </w:pPr>
      <w:r>
        <w:rPr>
          <w:rFonts w:ascii="Georgia" w:hAnsi="Georgia" w:eastAsia="Georgia"/>
          <w:sz w:val="23"/>
        </w:rPr>
        <w:t>“That is worse than the last one.”</w:t>
      </w:r>
    </w:p>
    <w:p>
      <w:pPr>
        <w:spacing w:after="120"/>
      </w:pPr>
      <w:r>
        <w:rPr>
          <w:rFonts w:ascii="Georgia" w:hAnsi="Georgia" w:eastAsia="Georgia"/>
          <w:sz w:val="23"/>
        </w:rPr>
        <w:t>“Yes.”</w:t>
      </w:r>
    </w:p>
    <w:p>
      <w:pPr>
        <w:spacing w:after="120"/>
      </w:pPr>
      <w:r>
        <w:rPr>
          <w:rFonts w:ascii="Georgia" w:hAnsi="Georgia" w:eastAsia="Georgia"/>
          <w:sz w:val="23"/>
        </w:rPr>
        <w:t>“Keep it.”</w:t>
      </w:r>
    </w:p>
    <w:p>
      <w:pPr>
        <w:spacing w:after="120"/>
      </w:pPr>
      <w:r>
        <w:rPr>
          <w:rFonts w:ascii="Georgia" w:hAnsi="Georgia" w:eastAsia="Georgia"/>
          <w:sz w:val="23"/>
        </w:rPr>
        <w:t>I did.</w:t>
      </w:r>
    </w:p>
    <w:p>
      <w:pPr>
        <w:spacing w:after="120"/>
      </w:pPr>
      <w:r>
        <w:rPr>
          <w:rFonts w:ascii="Georgia" w:hAnsi="Georgia" w:eastAsia="Georgia"/>
          <w:sz w:val="23"/>
        </w:rPr>
        <w:t>The measurements had been independent.</w:t>
      </w:r>
    </w:p>
    <w:p>
      <w:pPr>
        <w:spacing w:after="120"/>
      </w:pPr>
      <w:r>
        <w:rPr>
          <w:rFonts w:ascii="Georgia" w:hAnsi="Georgia" w:eastAsia="Georgia"/>
          <w:sz w:val="23"/>
        </w:rPr>
        <w:t>The agreement had not.</w:t>
      </w:r>
    </w:p>
    <w:p>
      <w:pPr>
        <w:keepNext/>
        <w:pageBreakBefore/>
        <w:jc w:val="center"/>
      </w:pPr>
      <w:r>
        <w:rPr>
          <w:rFonts w:ascii="Georgia" w:hAnsi="Georgia" w:eastAsia="Georgia"/>
          <w:b/>
          <w:sz w:val="28"/>
        </w:rPr>
        <w:t>Chapter Fourteen — The Second Signature</w:t>
      </w:r>
    </w:p>
    <w:p>
      <w:r>
        <w:rPr>
          <w:rFonts w:ascii="Georgia" w:hAnsi="Georgia" w:eastAsia="Georgia"/>
          <w:sz w:val="23"/>
        </w:rPr>
        <w:t>My authorization disappeared at 0612.</w:t>
      </w:r>
    </w:p>
    <w:p>
      <w:r>
        <w:rPr>
          <w:rFonts w:ascii="Georgia" w:hAnsi="Georgia" w:eastAsia="Georgia"/>
          <w:sz w:val="23"/>
        </w:rPr>
        <w:t>Not all of it.</w:t>
      </w:r>
    </w:p>
    <w:p>
      <w:r>
        <w:rPr>
          <w:rFonts w:ascii="Georgia" w:hAnsi="Georgia" w:eastAsia="Georgia"/>
          <w:sz w:val="23"/>
        </w:rPr>
        <w:t>That would have been easier to understand.</w:t>
      </w:r>
    </w:p>
    <w:p>
      <w:r>
        <w:rPr>
          <w:rFonts w:ascii="Georgia" w:hAnsi="Georgia" w:eastAsia="Georgia"/>
          <w:sz w:val="23"/>
        </w:rPr>
        <w:t>The service terminal still accepted my identity. It still opened fabrication control, containment inspection, source review, field measurement, and emergency stop authority. I could still declare a setting unsafe. I could still order a room cleared. I could still refuse an intervention.</w:t>
      </w:r>
    </w:p>
    <w:p>
      <w:r>
        <w:rPr>
          <w:rFonts w:ascii="Georgia" w:hAnsi="Georgia" w:eastAsia="Georgia"/>
          <w:sz w:val="23"/>
        </w:rPr>
        <w:t>I could not say yes by myself.</w:t>
      </w:r>
    </w:p>
    <w:p>
      <w:r>
        <w:rPr>
          <w:rFonts w:ascii="Georgia" w:hAnsi="Georgia" w:eastAsia="Georgia"/>
          <w:sz w:val="23"/>
        </w:rPr>
        <w:t>The notice occupied six lines.</w:t>
      </w:r>
    </w:p>
    <w:p>
      <w:r>
        <w:rPr>
          <w:rFonts w:ascii="Georgia" w:hAnsi="Georgia" w:eastAsia="Georgia"/>
          <w:sz w:val="23"/>
        </w:rPr>
        <w:t>INTERIM PRACTICE CONTROL.</w:t>
      </w:r>
    </w:p>
    <w:p>
      <w:r>
        <w:rPr>
          <w:rFonts w:ascii="Georgia" w:hAnsi="Georgia" w:eastAsia="Georgia"/>
          <w:sz w:val="23"/>
        </w:rPr>
        <w:t>SCOPE: LIVE INTEGRATED-SETTING INTERVENTIONS INVOLVING DERIVED CLINICAL METRICS.</w:t>
      </w:r>
    </w:p>
    <w:p>
      <w:r>
        <w:rPr>
          <w:rFonts w:ascii="Georgia" w:hAnsi="Georgia" w:eastAsia="Georgia"/>
          <w:sz w:val="23"/>
        </w:rPr>
        <w:t>PRIMARY TECHNICAL AUTHORIZATION: RETAINED.</w:t>
      </w:r>
    </w:p>
    <w:p>
      <w:r>
        <w:rPr>
          <w:rFonts w:ascii="Georgia" w:hAnsi="Georgia" w:eastAsia="Georgia"/>
          <w:sz w:val="23"/>
        </w:rPr>
        <w:t>SOLE START AUTHORITY: SUSPENDED PENDING REVIEW.</w:t>
      </w:r>
    </w:p>
    <w:p>
      <w:r>
        <w:rPr>
          <w:rFonts w:ascii="Georgia" w:hAnsi="Georgia" w:eastAsia="Georgia"/>
          <w:sz w:val="23"/>
        </w:rPr>
        <w:t>SECOND QUALIFIED SIGNATORY REQUIRED.</w:t>
      </w:r>
    </w:p>
    <w:p>
      <w:r>
        <w:rPr>
          <w:rFonts w:ascii="Georgia" w:hAnsi="Georgia" w:eastAsia="Georgia"/>
          <w:sz w:val="23"/>
        </w:rPr>
        <w:t>STOP AUTHORITY: UNCHANGED.</w:t>
      </w:r>
    </w:p>
    <w:p>
      <w:r>
        <w:rPr>
          <w:rFonts w:ascii="Georgia" w:hAnsi="Georgia" w:eastAsia="Georgia"/>
          <w:sz w:val="23"/>
        </w:rPr>
        <w:t>My eye went to the last line first.</w:t>
      </w:r>
    </w:p>
    <w:p>
      <w:r>
        <w:rPr>
          <w:rFonts w:ascii="Georgia" w:hAnsi="Georgia" w:eastAsia="Georgia"/>
          <w:sz w:val="23"/>
        </w:rPr>
        <w:t>Then the fourth.</w:t>
      </w:r>
    </w:p>
    <w:p>
      <w:r>
        <w:rPr>
          <w:rFonts w:ascii="Georgia" w:hAnsi="Georgia" w:eastAsia="Georgia"/>
          <w:sz w:val="23"/>
        </w:rPr>
        <w:t>Miren came through the shop door carrying two cups and stopped when she saw my face.</w:t>
      </w:r>
    </w:p>
    <w:p>
      <w:r>
        <w:rPr>
          <w:rFonts w:ascii="Georgia" w:hAnsi="Georgia" w:eastAsia="Georgia"/>
          <w:sz w:val="23"/>
        </w:rPr>
        <w:t>“What happened?”</w:t>
      </w:r>
    </w:p>
    <w:p>
      <w:r>
        <w:rPr>
          <w:rFonts w:ascii="Georgia" w:hAnsi="Georgia" w:eastAsia="Georgia"/>
          <w:sz w:val="23"/>
        </w:rPr>
        <w:t>I turned the terminal toward her.</w:t>
      </w:r>
    </w:p>
    <w:p>
      <w:r>
        <w:rPr>
          <w:rFonts w:ascii="Georgia" w:hAnsi="Georgia" w:eastAsia="Georgia"/>
          <w:sz w:val="23"/>
        </w:rPr>
        <w:t>She read it without touching the screen.</w:t>
      </w:r>
    </w:p>
    <w:p>
      <w:r>
        <w:rPr>
          <w:rFonts w:ascii="Georgia" w:hAnsi="Georgia" w:eastAsia="Georgia"/>
          <w:sz w:val="23"/>
        </w:rPr>
        <w:t>“How did they get it already?”</w:t>
      </w:r>
    </w:p>
    <w:p>
      <w:r>
        <w:rPr>
          <w:rFonts w:ascii="Georgia" w:hAnsi="Georgia" w:eastAsia="Georgia"/>
          <w:sz w:val="23"/>
        </w:rPr>
        <w:t>“I filed the amendment at 1902.”</w:t>
      </w:r>
    </w:p>
    <w:p>
      <w:r>
        <w:rPr>
          <w:rFonts w:ascii="Georgia" w:hAnsi="Georgia" w:eastAsia="Georgia"/>
          <w:sz w:val="23"/>
        </w:rPr>
        <w:t>“That was twelve hours ago.”</w:t>
      </w:r>
    </w:p>
    <w:p>
      <w:r>
        <w:rPr>
          <w:rFonts w:ascii="Georgia" w:hAnsi="Georgia" w:eastAsia="Georgia"/>
          <w:sz w:val="23"/>
        </w:rPr>
        <w:t>“Apparently the system was awake.”</w:t>
      </w:r>
    </w:p>
    <w:p>
      <w:r>
        <w:rPr>
          <w:rFonts w:ascii="Georgia" w:hAnsi="Georgia" w:eastAsia="Georgia"/>
          <w:sz w:val="23"/>
        </w:rPr>
        <w:t>“It usually is.”</w:t>
      </w:r>
    </w:p>
    <w:p>
      <w:r>
        <w:rPr>
          <w:rFonts w:ascii="Georgia" w:hAnsi="Georgia" w:eastAsia="Georgia"/>
          <w:sz w:val="23"/>
        </w:rPr>
        <w:t>I looked at the second-signatory line again.</w:t>
      </w:r>
    </w:p>
    <w:p>
      <w:r>
        <w:rPr>
          <w:rFonts w:ascii="Georgia" w:hAnsi="Georgia" w:eastAsia="Georgia"/>
          <w:sz w:val="23"/>
        </w:rPr>
        <w:t>Miren set one cup beside me.</w:t>
      </w:r>
    </w:p>
    <w:p>
      <w:r>
        <w:rPr>
          <w:rFonts w:ascii="Georgia" w:hAnsi="Georgia" w:eastAsia="Georgia"/>
          <w:sz w:val="23"/>
        </w:rPr>
        <w:t>“Did anyone contact you?”</w:t>
      </w:r>
    </w:p>
    <w:p>
      <w:r>
        <w:rPr>
          <w:rFonts w:ascii="Georgia" w:hAnsi="Georgia" w:eastAsia="Georgia"/>
          <w:sz w:val="23"/>
        </w:rPr>
        <w:t>“No.”</w:t>
      </w:r>
    </w:p>
    <w:p>
      <w:r>
        <w:rPr>
          <w:rFonts w:ascii="Georgia" w:hAnsi="Georgia" w:eastAsia="Georgia"/>
          <w:sz w:val="23"/>
        </w:rPr>
        <w:t>“Then the amendment triggered it.”</w:t>
      </w:r>
    </w:p>
    <w:p>
      <w:r>
        <w:rPr>
          <w:rFonts w:ascii="Georgia" w:hAnsi="Georgia" w:eastAsia="Georgia"/>
          <w:sz w:val="23"/>
        </w:rPr>
        <w:t>“Yes.”</w:t>
      </w:r>
    </w:p>
    <w:p>
      <w:r>
        <w:rPr>
          <w:rFonts w:ascii="Georgia" w:hAnsi="Georgia" w:eastAsia="Georgia"/>
          <w:sz w:val="23"/>
        </w:rPr>
        <w:t>“You wrote yourself into the control path.”</w:t>
      </w:r>
    </w:p>
    <w:p>
      <w:r>
        <w:rPr>
          <w:rFonts w:ascii="Georgia" w:hAnsi="Georgia" w:eastAsia="Georgia"/>
          <w:sz w:val="23"/>
        </w:rPr>
        <w:t>“Yes.”</w:t>
      </w:r>
    </w:p>
    <w:p>
      <w:r>
        <w:rPr>
          <w:rFonts w:ascii="Georgia" w:hAnsi="Georgia" w:eastAsia="Georgia"/>
          <w:sz w:val="23"/>
        </w:rPr>
        <w:t>She waited.</w:t>
      </w:r>
    </w:p>
    <w:p>
      <w:r>
        <w:rPr>
          <w:rFonts w:ascii="Georgia" w:hAnsi="Georgia" w:eastAsia="Georgia"/>
          <w:sz w:val="23"/>
        </w:rPr>
        <w:t>I did not thank her for repeating my own logic.</w:t>
      </w:r>
    </w:p>
    <w:p>
      <w:r>
        <w:rPr>
          <w:rFonts w:ascii="Georgia" w:hAnsi="Georgia" w:eastAsia="Georgia"/>
          <w:sz w:val="23"/>
        </w:rPr>
        <w:t>The coffee was too hot to drink.</w:t>
      </w:r>
    </w:p>
    <w:p>
      <w:pPr>
        <w:spacing w:before="80" w:after="80"/>
        <w:jc w:val="center"/>
      </w:pPr>
      <w:r>
        <w:rPr>
          <w:rFonts w:ascii="Georgia" w:hAnsi="Georgia" w:eastAsia="Georgia"/>
          <w:sz w:val="23"/>
        </w:rPr>
        <w:t>§</w:t>
      </w:r>
    </w:p>
    <w:p>
      <w:r>
        <w:rPr>
          <w:rFonts w:ascii="Georgia" w:hAnsi="Georgia" w:eastAsia="Georgia"/>
          <w:sz w:val="23"/>
        </w:rPr>
        <w:t>At 0649 the review packet arrived.</w:t>
      </w:r>
    </w:p>
    <w:p>
      <w:r>
        <w:rPr>
          <w:rFonts w:ascii="Georgia" w:hAnsi="Georgia" w:eastAsia="Georgia"/>
          <w:sz w:val="23"/>
        </w:rPr>
        <w:t>It did not accuse me of negligence.</w:t>
      </w:r>
    </w:p>
    <w:p>
      <w:r>
        <w:rPr>
          <w:rFonts w:ascii="Georgia" w:hAnsi="Georgia" w:eastAsia="Georgia"/>
          <w:sz w:val="23"/>
        </w:rPr>
        <w:t>That annoyed me more than accusation would have.</w:t>
      </w:r>
    </w:p>
    <w:p>
      <w:r>
        <w:rPr>
          <w:rFonts w:ascii="Georgia" w:hAnsi="Georgia" w:eastAsia="Georgia"/>
          <w:sz w:val="23"/>
        </w:rPr>
        <w:t>Accusation would have been a claim I could test.</w:t>
      </w:r>
    </w:p>
    <w:p>
      <w:r>
        <w:rPr>
          <w:rFonts w:ascii="Georgia" w:hAnsi="Georgia" w:eastAsia="Georgia"/>
          <w:sz w:val="23"/>
        </w:rPr>
        <w:t>The packet described an event.</w:t>
      </w:r>
    </w:p>
    <w:p>
      <w:r>
        <w:rPr>
          <w:rFonts w:ascii="Georgia" w:hAnsi="Georgia" w:eastAsia="Georgia"/>
          <w:sz w:val="23"/>
        </w:rPr>
        <w:t>PATIENT: LYSA CORREN.</w:t>
      </w:r>
    </w:p>
    <w:p>
      <w:r>
        <w:rPr>
          <w:rFonts w:ascii="Georgia" w:hAnsi="Georgia" w:eastAsia="Georgia"/>
          <w:sz w:val="23"/>
        </w:rPr>
        <w:t>AUTHORIZED TEST: REVERSIBLE LEFT DIAPHRAGMATIC ASSIST LEAD REDUCTION / 0.02 MS.</w:t>
      </w:r>
    </w:p>
    <w:p>
      <w:r>
        <w:rPr>
          <w:rFonts w:ascii="Georgia" w:hAnsi="Georgia" w:eastAsia="Georgia"/>
          <w:sz w:val="23"/>
        </w:rPr>
        <w:t>ADVERSE EVENT: SINGLE DOUBLE-TRIGGER RESPIRATORY CYCLE / BASELINE RESTORED.</w:t>
      </w:r>
    </w:p>
    <w:p>
      <w:r>
        <w:rPr>
          <w:rFonts w:ascii="Georgia" w:hAnsi="Georgia" w:eastAsia="Georgia"/>
          <w:sz w:val="23"/>
        </w:rPr>
        <w:t>PERSISTENT DEFICIT: NONE IDENTIFIED.</w:t>
      </w:r>
    </w:p>
    <w:p>
      <w:r>
        <w:rPr>
          <w:rFonts w:ascii="Georgia" w:hAnsi="Georgia" w:eastAsia="Georgia"/>
          <w:sz w:val="23"/>
        </w:rPr>
        <w:t>AUTHORIZATION BASIS: THREE APPARENTLY CORROBORATING DERIVED TIMING VALUES.</w:t>
      </w:r>
    </w:p>
    <w:p>
      <w:r>
        <w:rPr>
          <w:rFonts w:ascii="Georgia" w:hAnsi="Georgia" w:eastAsia="Georgia"/>
          <w:sz w:val="23"/>
        </w:rPr>
        <w:t>LATER FINDING: ACQUISITIONS INDEPENDENT; DERIVATION MODEL SHARED; MODEL NOT VALIDATED FOR CURRENT CYCLIC RESPIRATORY CONTEXT.</w:t>
      </w:r>
    </w:p>
    <w:p>
      <w:r>
        <w:rPr>
          <w:rFonts w:ascii="Georgia" w:hAnsi="Georgia" w:eastAsia="Georgia"/>
          <w:sz w:val="23"/>
        </w:rPr>
        <w:t>SIGNATORY SELF-AMENDMENT: AUTHORIZATION ERROR ACKNOWLEDGED.</w:t>
      </w:r>
    </w:p>
    <w:p>
      <w:r>
        <w:rPr>
          <w:rFonts w:ascii="Georgia" w:hAnsi="Georgia" w:eastAsia="Georgia"/>
          <w:sz w:val="23"/>
        </w:rPr>
        <w:t>The next page separated three questions.</w:t>
      </w:r>
    </w:p>
    <w:p>
      <w:r>
        <w:rPr>
          <w:rFonts w:ascii="Georgia" w:hAnsi="Georgia" w:eastAsia="Georgia"/>
          <w:sz w:val="23"/>
        </w:rPr>
        <w:t>Was the available evidence reasonably reviewed under the standards in force at the time?</w:t>
      </w:r>
    </w:p>
    <w:p>
      <w:r>
        <w:rPr>
          <w:rFonts w:ascii="Georgia" w:hAnsi="Georgia" w:eastAsia="Georgia"/>
          <w:sz w:val="23"/>
        </w:rPr>
        <w:t>Did the authorization process contain a demonstrated failure mode relevant to future decisions?</w:t>
      </w:r>
    </w:p>
    <w:p>
      <w:r>
        <w:rPr>
          <w:rFonts w:ascii="Georgia" w:hAnsi="Georgia" w:eastAsia="Georgia"/>
          <w:sz w:val="23"/>
        </w:rPr>
        <w:t>Should the signatory’s current scope change while that failure mode remained uncorrected?</w:t>
      </w:r>
    </w:p>
    <w:p>
      <w:r>
        <w:rPr>
          <w:rFonts w:ascii="Georgia" w:hAnsi="Georgia" w:eastAsia="Georgia"/>
          <w:sz w:val="23"/>
        </w:rPr>
        <w:t>Three questions.</w:t>
      </w:r>
    </w:p>
    <w:p>
      <w:r>
        <w:rPr>
          <w:rFonts w:ascii="Georgia" w:hAnsi="Georgia" w:eastAsia="Georgia"/>
          <w:sz w:val="23"/>
        </w:rPr>
        <w:t>Not one moral judgment wearing three coats.</w:t>
      </w:r>
    </w:p>
    <w:p>
      <w:r>
        <w:rPr>
          <w:rFonts w:ascii="Georgia" w:hAnsi="Georgia" w:eastAsia="Georgia"/>
          <w:sz w:val="23"/>
        </w:rPr>
        <w:t>I appreciated that.</w:t>
      </w:r>
    </w:p>
    <w:p>
      <w:r>
        <w:rPr>
          <w:rFonts w:ascii="Georgia" w:hAnsi="Georgia" w:eastAsia="Georgia"/>
          <w:sz w:val="23"/>
        </w:rPr>
        <w:t>I still disliked the packet.</w:t>
      </w:r>
    </w:p>
    <w:p>
      <w:r>
        <w:rPr>
          <w:rFonts w:ascii="Georgia" w:hAnsi="Georgia" w:eastAsia="Georgia"/>
          <w:sz w:val="23"/>
        </w:rPr>
        <w:t>Miren took the packet from beside me.</w:t>
      </w:r>
    </w:p>
    <w:p>
      <w:r>
        <w:rPr>
          <w:rFonts w:ascii="Georgia" w:hAnsi="Georgia" w:eastAsia="Georgia"/>
          <w:sz w:val="23"/>
        </w:rPr>
        <w:t>“You can answer the first one.”</w:t>
      </w:r>
    </w:p>
    <w:p>
      <w:r>
        <w:rPr>
          <w:rFonts w:ascii="Georgia" w:hAnsi="Georgia" w:eastAsia="Georgia"/>
          <w:sz w:val="23"/>
        </w:rPr>
        <w:t>“So can they.”</w:t>
      </w:r>
    </w:p>
    <w:p>
      <w:r>
        <w:rPr>
          <w:rFonts w:ascii="Georgia" w:hAnsi="Georgia" w:eastAsia="Georgia"/>
          <w:sz w:val="23"/>
        </w:rPr>
        <w:t>“What is your answer?”</w:t>
      </w:r>
    </w:p>
    <w:p>
      <w:r>
        <w:rPr>
          <w:rFonts w:ascii="Georgia" w:hAnsi="Georgia" w:eastAsia="Georgia"/>
          <w:sz w:val="23"/>
        </w:rPr>
        <w:t>“Yes.”</w:t>
      </w:r>
    </w:p>
    <w:p>
      <w:r>
        <w:rPr>
          <w:rFonts w:ascii="Georgia" w:hAnsi="Georgia" w:eastAsia="Georgia"/>
          <w:sz w:val="23"/>
        </w:rPr>
        <w:t>“The second?”</w:t>
      </w:r>
    </w:p>
    <w:p>
      <w:r>
        <w:rPr>
          <w:rFonts w:ascii="Georgia" w:hAnsi="Georgia" w:eastAsia="Georgia"/>
          <w:sz w:val="23"/>
        </w:rPr>
        <w:t>“Yes.”</w:t>
      </w:r>
    </w:p>
    <w:p>
      <w:r>
        <w:rPr>
          <w:rFonts w:ascii="Georgia" w:hAnsi="Georgia" w:eastAsia="Georgia"/>
          <w:sz w:val="23"/>
        </w:rPr>
        <w:t>“The third?”</w:t>
      </w:r>
    </w:p>
    <w:p>
      <w:r>
        <w:rPr>
          <w:rFonts w:ascii="Georgia" w:hAnsi="Georgia" w:eastAsia="Georgia"/>
          <w:sz w:val="23"/>
        </w:rPr>
        <w:t>I looked at her.</w:t>
      </w:r>
    </w:p>
    <w:p>
      <w:r>
        <w:rPr>
          <w:rFonts w:ascii="Georgia" w:hAnsi="Georgia" w:eastAsia="Georgia"/>
          <w:sz w:val="23"/>
        </w:rPr>
        <w:t>She drank her coffee.</w:t>
      </w:r>
    </w:p>
    <w:p>
      <w:r>
        <w:rPr>
          <w:rFonts w:ascii="Georgia" w:hAnsi="Georgia" w:eastAsia="Georgia"/>
          <w:sz w:val="23"/>
        </w:rPr>
        <w:t>“That is the one with your name in it,” she said.</w:t>
      </w:r>
    </w:p>
    <w:p>
      <w:r>
        <w:rPr>
          <w:rFonts w:ascii="Georgia" w:hAnsi="Georgia" w:eastAsia="Georgia"/>
          <w:sz w:val="23"/>
        </w:rPr>
        <w:t>“I noticed.”</w:t>
      </w:r>
    </w:p>
    <w:p>
      <w:r>
        <w:rPr>
          <w:rFonts w:ascii="Georgia" w:hAnsi="Georgia" w:eastAsia="Georgia"/>
          <w:sz w:val="23"/>
        </w:rPr>
        <w:t>The review was scheduled for 0930.</w:t>
      </w:r>
    </w:p>
    <w:p>
      <w:r>
        <w:rPr>
          <w:rFonts w:ascii="Georgia" w:hAnsi="Georgia" w:eastAsia="Georgia"/>
          <w:sz w:val="23"/>
        </w:rPr>
        <w:t>Until then the restriction stood.</w:t>
      </w:r>
    </w:p>
    <w:p>
      <w:r>
        <w:rPr>
          <w:rFonts w:ascii="Georgia" w:hAnsi="Georgia" w:eastAsia="Georgia"/>
          <w:sz w:val="23"/>
        </w:rPr>
        <w:t>At 0715 I tried the start-control simulator.</w:t>
      </w:r>
    </w:p>
    <w:p>
      <w:r>
        <w:rPr>
          <w:rFonts w:ascii="Georgia" w:hAnsi="Georgia" w:eastAsia="Georgia"/>
          <w:sz w:val="23"/>
        </w:rPr>
        <w:t>Not because I doubted the notice.</w:t>
      </w:r>
    </w:p>
    <w:p>
      <w:r>
        <w:rPr>
          <w:rFonts w:ascii="Georgia" w:hAnsi="Georgia" w:eastAsia="Georgia"/>
          <w:sz w:val="23"/>
        </w:rPr>
        <w:t>Because notices were descriptions and controls were machinery.</w:t>
      </w:r>
    </w:p>
    <w:p>
      <w:r>
        <w:rPr>
          <w:rFonts w:ascii="Georgia" w:hAnsi="Georgia" w:eastAsia="Georgia"/>
          <w:sz w:val="23"/>
        </w:rPr>
        <w:t>I loaded a standard integrated-setting test template, selected a synthetic patient model, and advanced to authorization.</w:t>
      </w:r>
    </w:p>
    <w:p>
      <w:r>
        <w:rPr>
          <w:rFonts w:ascii="Georgia" w:hAnsi="Georgia" w:eastAsia="Georgia"/>
          <w:sz w:val="23"/>
        </w:rPr>
        <w:t>My credentials populated the technical review field.</w:t>
      </w:r>
    </w:p>
    <w:p>
      <w:r>
        <w:rPr>
          <w:rFonts w:ascii="Georgia" w:hAnsi="Georgia" w:eastAsia="Georgia"/>
          <w:sz w:val="23"/>
        </w:rPr>
        <w:t>The start field remained empty.</w:t>
      </w:r>
    </w:p>
    <w:p>
      <w:r>
        <w:rPr>
          <w:rFonts w:ascii="Georgia" w:hAnsi="Georgia" w:eastAsia="Georgia"/>
          <w:sz w:val="23"/>
        </w:rPr>
        <w:t>REQUIRES SECOND QUALIFIED SIGNATORY.</w:t>
      </w:r>
    </w:p>
    <w:p>
      <w:r>
        <w:rPr>
          <w:rFonts w:ascii="Georgia" w:hAnsi="Georgia" w:eastAsia="Georgia"/>
          <w:sz w:val="23"/>
        </w:rPr>
        <w:t>I selected Miren.</w:t>
      </w:r>
    </w:p>
    <w:p>
      <w:r>
        <w:rPr>
          <w:rFonts w:ascii="Georgia" w:hAnsi="Georgia" w:eastAsia="Georgia"/>
          <w:sz w:val="23"/>
        </w:rPr>
        <w:t>Her name appeared beside mine.</w:t>
      </w:r>
    </w:p>
    <w:p>
      <w:r>
        <w:rPr>
          <w:rFonts w:ascii="Georgia" w:hAnsi="Georgia" w:eastAsia="Georgia"/>
          <w:sz w:val="23"/>
        </w:rPr>
        <w:t>START AVAILABLE.</w:t>
      </w:r>
    </w:p>
    <w:p>
      <w:r>
        <w:rPr>
          <w:rFonts w:ascii="Georgia" w:hAnsi="Georgia" w:eastAsia="Georgia"/>
          <w:sz w:val="23"/>
        </w:rPr>
        <w:t>I removed her.</w:t>
      </w:r>
    </w:p>
    <w:p>
      <w:r>
        <w:rPr>
          <w:rFonts w:ascii="Georgia" w:hAnsi="Georgia" w:eastAsia="Georgia"/>
          <w:sz w:val="23"/>
        </w:rPr>
        <w:t>START UNAVAILABLE.</w:t>
      </w:r>
    </w:p>
    <w:p>
      <w:r>
        <w:rPr>
          <w:rFonts w:ascii="Georgia" w:hAnsi="Georgia" w:eastAsia="Georgia"/>
          <w:sz w:val="23"/>
        </w:rPr>
        <w:t>I did it twice more.</w:t>
      </w:r>
    </w:p>
    <w:p>
      <w:r>
        <w:rPr>
          <w:rFonts w:ascii="Georgia" w:hAnsi="Georgia" w:eastAsia="Georgia"/>
          <w:sz w:val="23"/>
        </w:rPr>
        <w:t>Miren watched from the parts cabinet.</w:t>
      </w:r>
    </w:p>
    <w:p>
      <w:r>
        <w:rPr>
          <w:rFonts w:ascii="Georgia" w:hAnsi="Georgia" w:eastAsia="Georgia"/>
          <w:sz w:val="23"/>
        </w:rPr>
        <w:t>“Does it improve with repetition?”</w:t>
      </w:r>
    </w:p>
    <w:p>
      <w:r>
        <w:rPr>
          <w:rFonts w:ascii="Georgia" w:hAnsi="Georgia" w:eastAsia="Georgia"/>
          <w:sz w:val="23"/>
        </w:rPr>
        <w:t>“No.”</w:t>
      </w:r>
    </w:p>
    <w:p>
      <w:r>
        <w:rPr>
          <w:rFonts w:ascii="Georgia" w:hAnsi="Georgia" w:eastAsia="Georgia"/>
          <w:sz w:val="23"/>
        </w:rPr>
        <w:t>“Then maybe stop measuring the insult.”</w:t>
      </w:r>
    </w:p>
    <w:p>
      <w:r>
        <w:rPr>
          <w:rFonts w:ascii="Georgia" w:hAnsi="Georgia" w:eastAsia="Georgia"/>
          <w:sz w:val="23"/>
        </w:rPr>
        <w:t>“It is not an insult.”</w:t>
      </w:r>
    </w:p>
    <w:p>
      <w:r>
        <w:rPr>
          <w:rFonts w:ascii="Georgia" w:hAnsi="Georgia" w:eastAsia="Georgia"/>
          <w:sz w:val="23"/>
        </w:rPr>
        <w:t>“That is why you are measuring it.”</w:t>
      </w:r>
    </w:p>
    <w:p>
      <w:r>
        <w:rPr>
          <w:rFonts w:ascii="Georgia" w:hAnsi="Georgia" w:eastAsia="Georgia"/>
          <w:sz w:val="23"/>
        </w:rPr>
        <w:t>I closed the simulator.</w:t>
      </w:r>
    </w:p>
    <w:p>
      <w:r>
        <w:rPr>
          <w:rFonts w:ascii="Georgia" w:hAnsi="Georgia" w:eastAsia="Georgia"/>
          <w:sz w:val="23"/>
        </w:rPr>
        <w:t>She was wrong about the first sentence.</w:t>
      </w:r>
    </w:p>
    <w:p>
      <w:r>
        <w:rPr>
          <w:rFonts w:ascii="Georgia" w:hAnsi="Georgia" w:eastAsia="Georgia"/>
          <w:sz w:val="23"/>
        </w:rPr>
        <w:t>Not the second.</w:t>
      </w:r>
    </w:p>
    <w:p>
      <w:pPr>
        <w:spacing w:before="80" w:after="80"/>
        <w:jc w:val="center"/>
      </w:pPr>
      <w:r>
        <w:rPr>
          <w:rFonts w:ascii="Georgia" w:hAnsi="Georgia" w:eastAsia="Georgia"/>
          <w:sz w:val="23"/>
        </w:rPr>
        <w:t>§</w:t>
      </w:r>
    </w:p>
    <w:p>
      <w:r>
        <w:rPr>
          <w:rFonts w:ascii="Georgia" w:hAnsi="Georgia" w:eastAsia="Georgia"/>
          <w:sz w:val="23"/>
        </w:rPr>
        <w:t>The review took place in a room with no medical equipment.</w:t>
      </w:r>
    </w:p>
    <w:p>
      <w:r>
        <w:rPr>
          <w:rFonts w:ascii="Georgia" w:hAnsi="Georgia" w:eastAsia="Georgia"/>
          <w:sz w:val="23"/>
        </w:rPr>
        <w:t>That mattered immediately.</w:t>
      </w:r>
    </w:p>
    <w:p>
      <w:r>
        <w:rPr>
          <w:rFonts w:ascii="Georgia" w:hAnsi="Georgia" w:eastAsia="Georgia"/>
          <w:sz w:val="23"/>
        </w:rPr>
        <w:t>For weeks I had entered rooms where somebody else’s body established the clock.</w:t>
      </w:r>
    </w:p>
    <w:p>
      <w:r>
        <w:rPr>
          <w:rFonts w:ascii="Georgia" w:hAnsi="Georgia" w:eastAsia="Georgia"/>
          <w:sz w:val="23"/>
        </w:rPr>
        <w:t>This room had a wall display, four chairs, a water carafe, and no reason to hurry.</w:t>
      </w:r>
    </w:p>
    <w:p>
      <w:r>
        <w:rPr>
          <w:rFonts w:ascii="Georgia" w:hAnsi="Georgia" w:eastAsia="Georgia"/>
          <w:sz w:val="23"/>
        </w:rPr>
        <w:t>The absence of urgency made the room feel wrong.</w:t>
      </w:r>
    </w:p>
    <w:p>
      <w:r>
        <w:rPr>
          <w:rFonts w:ascii="Georgia" w:hAnsi="Georgia" w:eastAsia="Georgia"/>
          <w:sz w:val="23"/>
        </w:rPr>
        <w:t>The reviewer’s name was Kera Dast.</w:t>
      </w:r>
    </w:p>
    <w:p>
      <w:r>
        <w:rPr>
          <w:rFonts w:ascii="Georgia" w:hAnsi="Georgia" w:eastAsia="Georgia"/>
          <w:sz w:val="23"/>
        </w:rPr>
        <w:t>She was a SUPO and worked for the Integrated Practice Office, which had existed for thirty-one years and therefore believed itself old.</w:t>
      </w:r>
    </w:p>
    <w:p>
      <w:r>
        <w:rPr>
          <w:rFonts w:ascii="Georgia" w:hAnsi="Georgia" w:eastAsia="Georgia"/>
          <w:sz w:val="23"/>
        </w:rPr>
        <w:t>I did not tell her what old meant.</w:t>
      </w:r>
    </w:p>
    <w:p>
      <w:r>
        <w:rPr>
          <w:rFonts w:ascii="Georgia" w:hAnsi="Georgia" w:eastAsia="Georgia"/>
          <w:sz w:val="23"/>
        </w:rPr>
        <w:t>Miren attended because the interim control made her one of the people who could now say yes where I could not.</w:t>
      </w:r>
    </w:p>
    <w:p>
      <w:r>
        <w:rPr>
          <w:rFonts w:ascii="Georgia" w:hAnsi="Georgia" w:eastAsia="Georgia"/>
          <w:sz w:val="23"/>
        </w:rPr>
        <w:t>Jor Mellen attended remotely for the first twenty minutes because Lysa’s event had occurred under his clinical authority.</w:t>
      </w:r>
    </w:p>
    <w:p>
      <w:r>
        <w:rPr>
          <w:rFonts w:ascii="Georgia" w:hAnsi="Georgia" w:eastAsia="Georgia"/>
          <w:sz w:val="23"/>
        </w:rPr>
        <w:t>Lysa declined.</w:t>
      </w:r>
    </w:p>
    <w:p>
      <w:r>
        <w:rPr>
          <w:rFonts w:ascii="Georgia" w:hAnsi="Georgia" w:eastAsia="Georgia"/>
          <w:sz w:val="23"/>
        </w:rPr>
        <w:t>Her message was attached to the packet.</w:t>
      </w:r>
    </w:p>
    <w:p>
      <w:r>
        <w:rPr>
          <w:rFonts w:ascii="Georgia" w:hAnsi="Georgia" w:eastAsia="Georgia"/>
          <w:sz w:val="23"/>
        </w:rPr>
        <w:t>MY CHEST IS FINE.</w:t>
      </w:r>
    </w:p>
    <w:p>
      <w:r>
        <w:rPr>
          <w:rFonts w:ascii="Georgia" w:hAnsi="Georgia" w:eastAsia="Georgia"/>
          <w:sz w:val="23"/>
        </w:rPr>
        <w:t>REVIEW THE PERSON WHO SAID YES.</w:t>
      </w:r>
    </w:p>
    <w:p>
      <w:r>
        <w:rPr>
          <w:rFonts w:ascii="Georgia" w:hAnsi="Georgia" w:eastAsia="Georgia"/>
          <w:sz w:val="23"/>
        </w:rPr>
        <w:t>DO NOT MAKE ME A MEETING.</w:t>
      </w:r>
    </w:p>
    <w:p>
      <w:r>
        <w:rPr>
          <w:rFonts w:ascii="Georgia" w:hAnsi="Georgia" w:eastAsia="Georgia"/>
          <w:sz w:val="23"/>
        </w:rPr>
        <w:t>I read it twice.</w:t>
      </w:r>
    </w:p>
    <w:p>
      <w:r>
        <w:rPr>
          <w:rFonts w:ascii="Georgia" w:hAnsi="Georgia" w:eastAsia="Georgia"/>
          <w:sz w:val="23"/>
        </w:rPr>
        <w:t>Kera began with the event timeline.</w:t>
      </w:r>
    </w:p>
    <w:p>
      <w:r>
        <w:rPr>
          <w:rFonts w:ascii="Georgia" w:hAnsi="Georgia" w:eastAsia="Georgia"/>
          <w:sz w:val="23"/>
        </w:rPr>
        <w:t>No opening statement.</w:t>
      </w:r>
    </w:p>
    <w:p>
      <w:r>
        <w:rPr>
          <w:rFonts w:ascii="Georgia" w:hAnsi="Georgia" w:eastAsia="Georgia"/>
          <w:sz w:val="23"/>
        </w:rPr>
        <w:t>No summary of my career.</w:t>
      </w:r>
    </w:p>
    <w:p>
      <w:r>
        <w:rPr>
          <w:rFonts w:ascii="Georgia" w:hAnsi="Georgia" w:eastAsia="Georgia"/>
          <w:sz w:val="23"/>
        </w:rPr>
        <w:t>No mention of how long I had worked with Kaethe.</w:t>
      </w:r>
    </w:p>
    <w:p>
      <w:r>
        <w:rPr>
          <w:rFonts w:ascii="Georgia" w:hAnsi="Georgia" w:eastAsia="Georgia"/>
          <w:sz w:val="23"/>
        </w:rPr>
        <w:t>That was correct.</w:t>
      </w:r>
    </w:p>
    <w:p>
      <w:r>
        <w:rPr>
          <w:rFonts w:ascii="Georgia" w:hAnsi="Georgia" w:eastAsia="Georgia"/>
          <w:sz w:val="23"/>
        </w:rPr>
        <w:t>At 0938 she asked Jor whether he would have authorized the test without my corroboration statement.</w:t>
      </w:r>
    </w:p>
    <w:p>
      <w:r>
        <w:rPr>
          <w:rFonts w:ascii="Georgia" w:hAnsi="Georgia" w:eastAsia="Georgia"/>
          <w:sz w:val="23"/>
        </w:rPr>
        <w:t>“No.”</w:t>
      </w:r>
    </w:p>
    <w:p>
      <w:r>
        <w:rPr>
          <w:rFonts w:ascii="Georgia" w:hAnsi="Georgia" w:eastAsia="Georgia"/>
          <w:sz w:val="23"/>
        </w:rPr>
        <w:t>“Would you have authorized it if the interface had exposed the shared SDC-12 derivation and the validation exclusion?”</w:t>
      </w:r>
    </w:p>
    <w:p>
      <w:r>
        <w:rPr>
          <w:rFonts w:ascii="Georgia" w:hAnsi="Georgia" w:eastAsia="Georgia"/>
          <w:sz w:val="23"/>
        </w:rPr>
        <w:t>“No.”</w:t>
      </w:r>
    </w:p>
    <w:p>
      <w:r>
        <w:rPr>
          <w:rFonts w:ascii="Georgia" w:hAnsi="Georgia" w:eastAsia="Georgia"/>
          <w:sz w:val="23"/>
        </w:rPr>
        <w:t>“Did the interface conceal either fact?”</w:t>
      </w:r>
    </w:p>
    <w:p>
      <w:r>
        <w:rPr>
          <w:rFonts w:ascii="Georgia" w:hAnsi="Georgia" w:eastAsia="Georgia"/>
          <w:sz w:val="23"/>
        </w:rPr>
        <w:t>Jor considered.</w:t>
      </w:r>
    </w:p>
    <w:p>
      <w:r>
        <w:rPr>
          <w:rFonts w:ascii="Georgia" w:hAnsi="Georgia" w:eastAsia="Georgia"/>
          <w:sz w:val="23"/>
        </w:rPr>
        <w:t>“It did not display them in the decision view.”</w:t>
      </w:r>
    </w:p>
    <w:p>
      <w:r>
        <w:rPr>
          <w:rFonts w:ascii="Georgia" w:hAnsi="Georgia" w:eastAsia="Georgia"/>
          <w:sz w:val="23"/>
        </w:rPr>
        <w:t>“That was not my question.”</w:t>
      </w:r>
    </w:p>
    <w:p>
      <w:r>
        <w:rPr>
          <w:rFonts w:ascii="Georgia" w:hAnsi="Georgia" w:eastAsia="Georgia"/>
          <w:sz w:val="23"/>
        </w:rPr>
        <w:t>“No. The metadata existed.”</w:t>
      </w:r>
    </w:p>
    <w:p>
      <w:r>
        <w:rPr>
          <w:rFonts w:ascii="Georgia" w:hAnsi="Georgia" w:eastAsia="Georgia"/>
          <w:sz w:val="23"/>
        </w:rPr>
        <w:t>“Accessible?”</w:t>
      </w:r>
    </w:p>
    <w:p>
      <w:r>
        <w:rPr>
          <w:rFonts w:ascii="Georgia" w:hAnsi="Georgia" w:eastAsia="Georgia"/>
          <w:sz w:val="23"/>
        </w:rPr>
        <w:t>“Yes.”</w:t>
      </w:r>
    </w:p>
    <w:p>
      <w:r>
        <w:rPr>
          <w:rFonts w:ascii="Georgia" w:hAnsi="Georgia" w:eastAsia="Georgia"/>
          <w:sz w:val="23"/>
        </w:rPr>
        <w:t>“Reasonably accessible during review?”</w:t>
      </w:r>
    </w:p>
    <w:p>
      <w:r>
        <w:rPr>
          <w:rFonts w:ascii="Georgia" w:hAnsi="Georgia" w:eastAsia="Georgia"/>
          <w:sz w:val="23"/>
        </w:rPr>
        <w:t>He looked at me on the wall.</w:t>
      </w:r>
    </w:p>
    <w:p>
      <w:r>
        <w:rPr>
          <w:rFonts w:ascii="Georgia" w:hAnsi="Georgia" w:eastAsia="Georgia"/>
          <w:sz w:val="23"/>
        </w:rPr>
        <w:t>“Yes.”</w:t>
      </w:r>
    </w:p>
    <w:p>
      <w:r>
        <w:rPr>
          <w:rFonts w:ascii="Georgia" w:hAnsi="Georgia" w:eastAsia="Georgia"/>
          <w:sz w:val="23"/>
        </w:rPr>
        <w:t>Kera turned to me.</w:t>
      </w:r>
    </w:p>
    <w:p>
      <w:r>
        <w:rPr>
          <w:rFonts w:ascii="Georgia" w:hAnsi="Georgia" w:eastAsia="Georgia"/>
          <w:sz w:val="23"/>
        </w:rPr>
        <w:t>“Did you inspect derivation ancestry before authorizing?”</w:t>
      </w:r>
    </w:p>
    <w:p>
      <w:r>
        <w:rPr>
          <w:rFonts w:ascii="Georgia" w:hAnsi="Georgia" w:eastAsia="Georgia"/>
          <w:sz w:val="23"/>
        </w:rPr>
        <w:t>“No.”</w:t>
      </w:r>
    </w:p>
    <w:p>
      <w:r>
        <w:rPr>
          <w:rFonts w:ascii="Georgia" w:hAnsi="Georgia" w:eastAsia="Georgia"/>
          <w:sz w:val="23"/>
        </w:rPr>
        <w:t>“Why not?”</w:t>
      </w:r>
    </w:p>
    <w:p>
      <w:r>
        <w:rPr>
          <w:rFonts w:ascii="Georgia" w:hAnsi="Georgia" w:eastAsia="Georgia"/>
          <w:sz w:val="23"/>
        </w:rPr>
        <w:t>“I had just spent a week correcting source ancestry. I verified acquisition independence and treated that as sufficient for corroboration.”</w:t>
      </w:r>
    </w:p>
    <w:p>
      <w:r>
        <w:rPr>
          <w:rFonts w:ascii="Georgia" w:hAnsi="Georgia" w:eastAsia="Georgia"/>
          <w:sz w:val="23"/>
        </w:rPr>
        <w:t>“Was that required under the then-current rule?”</w:t>
      </w:r>
    </w:p>
    <w:p>
      <w:r>
        <w:rPr>
          <w:rFonts w:ascii="Georgia" w:hAnsi="Georgia" w:eastAsia="Georgia"/>
          <w:sz w:val="23"/>
        </w:rPr>
        <w:t>“No.”</w:t>
      </w:r>
    </w:p>
    <w:p>
      <w:r>
        <w:rPr>
          <w:rFonts w:ascii="Georgia" w:hAnsi="Georgia" w:eastAsia="Georgia"/>
          <w:sz w:val="23"/>
        </w:rPr>
        <w:t>“Was it prohibited?”</w:t>
      </w:r>
    </w:p>
    <w:p>
      <w:r>
        <w:rPr>
          <w:rFonts w:ascii="Georgia" w:hAnsi="Georgia" w:eastAsia="Georgia"/>
          <w:sz w:val="23"/>
        </w:rPr>
        <w:t>“No.”</w:t>
      </w:r>
    </w:p>
    <w:p>
      <w:r>
        <w:rPr>
          <w:rFonts w:ascii="Georgia" w:hAnsi="Georgia" w:eastAsia="Georgia"/>
          <w:sz w:val="23"/>
        </w:rPr>
        <w:t>“Was your decision unreasonable under the standard as written?”</w:t>
      </w:r>
    </w:p>
    <w:p>
      <w:r>
        <w:rPr>
          <w:rFonts w:ascii="Georgia" w:hAnsi="Georgia" w:eastAsia="Georgia"/>
          <w:sz w:val="23"/>
        </w:rPr>
        <w:t>I paused.</w:t>
      </w:r>
    </w:p>
    <w:p>
      <w:r>
        <w:rPr>
          <w:rFonts w:ascii="Georgia" w:hAnsi="Georgia" w:eastAsia="Georgia"/>
          <w:sz w:val="23"/>
        </w:rPr>
        <w:t>The question wanted humility less than accuracy.</w:t>
      </w:r>
    </w:p>
    <w:p>
      <w:r>
        <w:rPr>
          <w:rFonts w:ascii="Georgia" w:hAnsi="Georgia" w:eastAsia="Georgia"/>
          <w:sz w:val="23"/>
        </w:rPr>
        <w:t>“No.”</w:t>
      </w:r>
    </w:p>
    <w:p>
      <w:r>
        <w:rPr>
          <w:rFonts w:ascii="Georgia" w:hAnsi="Georgia" w:eastAsia="Georgia"/>
          <w:sz w:val="23"/>
        </w:rPr>
        <w:t>Miren did not look at me.</w:t>
      </w:r>
    </w:p>
    <w:p>
      <w:r>
        <w:rPr>
          <w:rFonts w:ascii="Georgia" w:hAnsi="Georgia" w:eastAsia="Georgia"/>
          <w:sz w:val="23"/>
        </w:rPr>
        <w:t>Kera nodded once.</w:t>
      </w:r>
    </w:p>
    <w:p>
      <w:r>
        <w:rPr>
          <w:rFonts w:ascii="Georgia" w:hAnsi="Georgia" w:eastAsia="Georgia"/>
          <w:sz w:val="23"/>
        </w:rPr>
        <w:t>“Was it wrong?”</w:t>
      </w:r>
    </w:p>
    <w:p>
      <w:r>
        <w:rPr>
          <w:rFonts w:ascii="Georgia" w:hAnsi="Georgia" w:eastAsia="Georgia"/>
          <w:sz w:val="23"/>
        </w:rPr>
        <w:t>“Yes.”</w:t>
      </w:r>
    </w:p>
    <w:p>
      <w:r>
        <w:rPr>
          <w:rFonts w:ascii="Georgia" w:hAnsi="Georgia" w:eastAsia="Georgia"/>
          <w:sz w:val="23"/>
        </w:rPr>
        <w:t>“Those are different questions.”</w:t>
      </w:r>
    </w:p>
    <w:p>
      <w:r>
        <w:rPr>
          <w:rFonts w:ascii="Georgia" w:hAnsi="Georgia" w:eastAsia="Georgia"/>
          <w:sz w:val="23"/>
        </w:rPr>
        <w:t>“Yes.”</w:t>
      </w:r>
    </w:p>
    <w:p>
      <w:r>
        <w:rPr>
          <w:rFonts w:ascii="Georgia" w:hAnsi="Georgia" w:eastAsia="Georgia"/>
          <w:sz w:val="23"/>
        </w:rPr>
        <w:t>Jor said, “That distinction matters clinically.”</w:t>
      </w:r>
    </w:p>
    <w:p>
      <w:r>
        <w:rPr>
          <w:rFonts w:ascii="Georgia" w:hAnsi="Georgia" w:eastAsia="Georgia"/>
          <w:sz w:val="23"/>
        </w:rPr>
        <w:t>Kera said, “It matters everywhere.”</w:t>
      </w:r>
    </w:p>
    <w:p>
      <w:r>
        <w:rPr>
          <w:rFonts w:ascii="Georgia" w:hAnsi="Georgia" w:eastAsia="Georgia"/>
          <w:sz w:val="23"/>
        </w:rPr>
        <w:t>She moved to the stop chain.</w:t>
      </w:r>
    </w:p>
    <w:p>
      <w:r>
        <w:rPr>
          <w:rFonts w:ascii="Georgia" w:hAnsi="Georgia" w:eastAsia="Georgia"/>
          <w:sz w:val="23"/>
        </w:rPr>
        <w:t>False alarm rehearsal performed twice.</w:t>
      </w:r>
    </w:p>
    <w:p>
      <w:r>
        <w:rPr>
          <w:rFonts w:ascii="Georgia" w:hAnsi="Georgia" w:eastAsia="Georgia"/>
          <w:sz w:val="23"/>
        </w:rPr>
        <w:t>Patient-controlled physical stop verified.</w:t>
      </w:r>
    </w:p>
    <w:p>
      <w:r>
        <w:rPr>
          <w:rFonts w:ascii="Georgia" w:hAnsi="Georgia" w:eastAsia="Georgia"/>
          <w:sz w:val="23"/>
        </w:rPr>
        <w:t>Automatic baseline restoration verified.</w:t>
      </w:r>
    </w:p>
    <w:p>
      <w:r>
        <w:rPr>
          <w:rFonts w:ascii="Georgia" w:hAnsi="Georgia" w:eastAsia="Georgia"/>
          <w:sz w:val="23"/>
        </w:rPr>
        <w:t>Second trigger observed on breath five.</w:t>
      </w:r>
    </w:p>
    <w:p>
      <w:r>
        <w:rPr>
          <w:rFonts w:ascii="Georgia" w:hAnsi="Georgia" w:eastAsia="Georgia"/>
          <w:sz w:val="23"/>
        </w:rPr>
        <w:t>Stop initiated by patient and Miren Orr nearly simultaneously.</w:t>
      </w:r>
    </w:p>
    <w:p>
      <w:r>
        <w:rPr>
          <w:rFonts w:ascii="Georgia" w:hAnsi="Georgia" w:eastAsia="Georgia"/>
          <w:sz w:val="23"/>
        </w:rPr>
        <w:t>Baseline restored in 0.31 seconds.</w:t>
      </w:r>
    </w:p>
    <w:p>
      <w:r>
        <w:rPr>
          <w:rFonts w:ascii="Georgia" w:hAnsi="Georgia" w:eastAsia="Georgia"/>
          <w:sz w:val="23"/>
        </w:rPr>
        <w:t>No persistent respiratory deficit identified.</w:t>
      </w:r>
    </w:p>
    <w:p>
      <w:r>
        <w:rPr>
          <w:rFonts w:ascii="Georgia" w:hAnsi="Georgia" w:eastAsia="Georgia"/>
          <w:sz w:val="23"/>
        </w:rPr>
        <w:t>Kera looked at me.</w:t>
      </w:r>
    </w:p>
    <w:p>
      <w:r>
        <w:rPr>
          <w:rFonts w:ascii="Georgia" w:hAnsi="Georgia" w:eastAsia="Georgia"/>
          <w:sz w:val="23"/>
        </w:rPr>
        <w:t>“Did the safety architecture work?”</w:t>
      </w:r>
    </w:p>
    <w:p>
      <w:r>
        <w:rPr>
          <w:rFonts w:ascii="Georgia" w:hAnsi="Georgia" w:eastAsia="Georgia"/>
          <w:sz w:val="23"/>
        </w:rPr>
        <w:t>“Yes.”</w:t>
      </w:r>
    </w:p>
    <w:p>
      <w:r>
        <w:rPr>
          <w:rFonts w:ascii="Georgia" w:hAnsi="Georgia" w:eastAsia="Georgia"/>
          <w:sz w:val="23"/>
        </w:rPr>
        <w:t>“Does that reduce the authorization error?”</w:t>
      </w:r>
    </w:p>
    <w:p>
      <w:r>
        <w:rPr>
          <w:rFonts w:ascii="Georgia" w:hAnsi="Georgia" w:eastAsia="Georgia"/>
          <w:sz w:val="23"/>
        </w:rPr>
        <w:t>“No.”</w:t>
      </w:r>
    </w:p>
    <w:p>
      <w:r>
        <w:rPr>
          <w:rFonts w:ascii="Georgia" w:hAnsi="Georgia" w:eastAsia="Georgia"/>
          <w:sz w:val="23"/>
        </w:rPr>
        <w:t>“Does it reduce the consequence?”</w:t>
      </w:r>
    </w:p>
    <w:p>
      <w:r>
        <w:rPr>
          <w:rFonts w:ascii="Georgia" w:hAnsi="Georgia" w:eastAsia="Georgia"/>
          <w:sz w:val="23"/>
        </w:rPr>
        <w:t>“Yes.”</w:t>
      </w:r>
    </w:p>
    <w:p>
      <w:r>
        <w:rPr>
          <w:rFonts w:ascii="Georgia" w:hAnsi="Georgia" w:eastAsia="Georgia"/>
          <w:sz w:val="23"/>
        </w:rPr>
        <w:t>She entered both.</w:t>
      </w:r>
    </w:p>
    <w:p>
      <w:r>
        <w:rPr>
          <w:rFonts w:ascii="Georgia" w:hAnsi="Georgia" w:eastAsia="Georgia"/>
          <w:sz w:val="23"/>
        </w:rPr>
        <w:t>The room remained annoyingly functional.</w:t>
      </w:r>
    </w:p>
    <w:p>
      <w:pPr>
        <w:spacing w:before="80" w:after="80"/>
        <w:jc w:val="center"/>
      </w:pPr>
      <w:r>
        <w:rPr>
          <w:rFonts w:ascii="Georgia" w:hAnsi="Georgia" w:eastAsia="Georgia"/>
          <w:sz w:val="23"/>
        </w:rPr>
        <w:t>§</w:t>
      </w:r>
    </w:p>
    <w:p>
      <w:r>
        <w:rPr>
          <w:rFonts w:ascii="Georgia" w:hAnsi="Georgia" w:eastAsia="Georgia"/>
          <w:sz w:val="23"/>
        </w:rPr>
        <w:t>At 1017 the review stopped being about Lysa.</w:t>
      </w:r>
    </w:p>
    <w:p>
      <w:r>
        <w:rPr>
          <w:rFonts w:ascii="Georgia" w:hAnsi="Georgia" w:eastAsia="Georgia"/>
          <w:sz w:val="23"/>
        </w:rPr>
        <w:t>Kera opened my authorization history.</w:t>
      </w:r>
    </w:p>
    <w:p>
      <w:r>
        <w:rPr>
          <w:rFonts w:ascii="Georgia" w:hAnsi="Georgia" w:eastAsia="Georgia"/>
          <w:sz w:val="23"/>
        </w:rPr>
        <w:t>Not all of it.</w:t>
      </w:r>
    </w:p>
    <w:p>
      <w:r>
        <w:rPr>
          <w:rFonts w:ascii="Georgia" w:hAnsi="Georgia" w:eastAsia="Georgia"/>
          <w:sz w:val="23"/>
        </w:rPr>
        <w:t>The system had selected live integrated-setting interventions from the previous twelve years.</w:t>
      </w:r>
    </w:p>
    <w:p>
      <w:r>
        <w:rPr>
          <w:rFonts w:ascii="Georgia" w:hAnsi="Georgia" w:eastAsia="Georgia"/>
          <w:sz w:val="23"/>
        </w:rPr>
        <w:t>Forty-one sole authorizations.</w:t>
      </w:r>
    </w:p>
    <w:p>
      <w:r>
        <w:rPr>
          <w:rFonts w:ascii="Georgia" w:hAnsi="Georgia" w:eastAsia="Georgia"/>
          <w:sz w:val="23"/>
        </w:rPr>
        <w:t>Twenty-three co-authorizations.</w:t>
      </w:r>
    </w:p>
    <w:p>
      <w:r>
        <w:rPr>
          <w:rFonts w:ascii="Georgia" w:hAnsi="Georgia" w:eastAsia="Georgia"/>
          <w:sz w:val="23"/>
        </w:rPr>
        <w:t>Nine refusals.</w:t>
      </w:r>
    </w:p>
    <w:p>
      <w:r>
        <w:rPr>
          <w:rFonts w:ascii="Georgia" w:hAnsi="Georgia" w:eastAsia="Georgia"/>
          <w:sz w:val="23"/>
        </w:rPr>
        <w:t>Zero prior reportable adverse events attributed to authorization logic.</w:t>
      </w:r>
    </w:p>
    <w:p>
      <w:r>
        <w:rPr>
          <w:rFonts w:ascii="Georgia" w:hAnsi="Georgia" w:eastAsia="Georgia"/>
          <w:sz w:val="23"/>
        </w:rPr>
        <w:t>One current event.</w:t>
      </w:r>
    </w:p>
    <w:p>
      <w:r>
        <w:rPr>
          <w:rFonts w:ascii="Georgia" w:hAnsi="Georgia" w:eastAsia="Georgia"/>
          <w:sz w:val="23"/>
        </w:rPr>
        <w:t>The numbers were comforting in the way old structural bolts were comforting until one failed under the load you had actually applied.</w:t>
      </w:r>
    </w:p>
    <w:p>
      <w:r>
        <w:rPr>
          <w:rFonts w:ascii="Georgia" w:hAnsi="Georgia" w:eastAsia="Georgia"/>
          <w:sz w:val="23"/>
        </w:rPr>
        <w:t>Kera said, “Do you believe the current control should be removed today?”</w:t>
      </w:r>
    </w:p>
    <w:p>
      <w:r>
        <w:rPr>
          <w:rFonts w:ascii="Georgia" w:hAnsi="Georgia" w:eastAsia="Georgia"/>
          <w:sz w:val="23"/>
        </w:rPr>
        <w:t>I looked at the wall display.</w:t>
      </w:r>
    </w:p>
    <w:p>
      <w:r>
        <w:rPr>
          <w:rFonts w:ascii="Georgia" w:hAnsi="Georgia" w:eastAsia="Georgia"/>
          <w:sz w:val="23"/>
        </w:rPr>
        <w:t>“No.”</w:t>
      </w:r>
    </w:p>
    <w:p>
      <w:r>
        <w:rPr>
          <w:rFonts w:ascii="Georgia" w:hAnsi="Georgia" w:eastAsia="Georgia"/>
          <w:sz w:val="23"/>
        </w:rPr>
        <w:t>Miren looked at me then.</w:t>
      </w:r>
    </w:p>
    <w:p>
      <w:r>
        <w:rPr>
          <w:rFonts w:ascii="Georgia" w:hAnsi="Georgia" w:eastAsia="Georgia"/>
          <w:sz w:val="23"/>
        </w:rPr>
        <w:t>Kera did not.</w:t>
      </w:r>
    </w:p>
    <w:p>
      <w:r>
        <w:rPr>
          <w:rFonts w:ascii="Georgia" w:hAnsi="Georgia" w:eastAsia="Georgia"/>
          <w:sz w:val="23"/>
        </w:rPr>
        <w:t>“Why?”</w:t>
      </w:r>
    </w:p>
    <w:p>
      <w:r>
        <w:rPr>
          <w:rFonts w:ascii="Georgia" w:hAnsi="Georgia" w:eastAsia="Georgia"/>
          <w:sz w:val="23"/>
        </w:rPr>
        <w:t>“Because the failure mode is known and the decision support has not been changed yet.”</w:t>
      </w:r>
    </w:p>
    <w:p>
      <w:r>
        <w:rPr>
          <w:rFonts w:ascii="Georgia" w:hAnsi="Georgia" w:eastAsia="Georgia"/>
          <w:sz w:val="23"/>
        </w:rPr>
        <w:t>“The new derivation-provenance warning is already in pilot deployment.”</w:t>
      </w:r>
    </w:p>
    <w:p>
      <w:r>
        <w:rPr>
          <w:rFonts w:ascii="Georgia" w:hAnsi="Georgia" w:eastAsia="Georgia"/>
          <w:sz w:val="23"/>
        </w:rPr>
        <w:t>“Pilot is not coverage.”</w:t>
      </w:r>
    </w:p>
    <w:p>
      <w:r>
        <w:rPr>
          <w:rFonts w:ascii="Georgia" w:hAnsi="Georgia" w:eastAsia="Georgia"/>
          <w:sz w:val="23"/>
        </w:rPr>
        <w:t>“Agreed.”</w:t>
      </w:r>
    </w:p>
    <w:p>
      <w:r>
        <w:rPr>
          <w:rFonts w:ascii="Georgia" w:hAnsi="Georgia" w:eastAsia="Georgia"/>
          <w:sz w:val="23"/>
        </w:rPr>
        <w:t>“The restriction is broader than the demonstrated failure.”</w:t>
      </w:r>
    </w:p>
    <w:p>
      <w:r>
        <w:rPr>
          <w:rFonts w:ascii="Georgia" w:hAnsi="Georgia" w:eastAsia="Georgia"/>
          <w:sz w:val="23"/>
        </w:rPr>
        <w:t>“Yes.”</w:t>
      </w:r>
    </w:p>
    <w:p>
      <w:r>
        <w:rPr>
          <w:rFonts w:ascii="Georgia" w:hAnsi="Georgia" w:eastAsia="Georgia"/>
          <w:sz w:val="23"/>
        </w:rPr>
        <w:t>“Why?”</w:t>
      </w:r>
    </w:p>
    <w:p>
      <w:r>
        <w:rPr>
          <w:rFonts w:ascii="Georgia" w:hAnsi="Georgia" w:eastAsia="Georgia"/>
          <w:sz w:val="23"/>
        </w:rPr>
        <w:t>“Because the system cannot yet identify every decision in which a derived clinical metric shares an interpretive model with apparently independent sources.”</w:t>
      </w:r>
    </w:p>
    <w:p>
      <w:r>
        <w:rPr>
          <w:rFonts w:ascii="Georgia" w:hAnsi="Georgia" w:eastAsia="Georgia"/>
          <w:sz w:val="23"/>
        </w:rPr>
        <w:t>“That is my answer too.”</w:t>
      </w:r>
    </w:p>
    <w:p>
      <w:r>
        <w:rPr>
          <w:rFonts w:ascii="Georgia" w:hAnsi="Georgia" w:eastAsia="Georgia"/>
          <w:sz w:val="23"/>
        </w:rPr>
        <w:t>Hearing it from her made the answer harder to contest.</w:t>
      </w:r>
    </w:p>
    <w:p>
      <w:r>
        <w:rPr>
          <w:rFonts w:ascii="Georgia" w:hAnsi="Georgia" w:eastAsia="Georgia"/>
          <w:sz w:val="23"/>
        </w:rPr>
        <w:t>Kera continued.</w:t>
      </w:r>
    </w:p>
    <w:p>
      <w:r>
        <w:rPr>
          <w:rFonts w:ascii="Georgia" w:hAnsi="Georgia" w:eastAsia="Georgia"/>
          <w:sz w:val="23"/>
        </w:rPr>
        <w:t>“The interim control does not say you are unqualified.”</w:t>
      </w:r>
    </w:p>
    <w:p>
      <w:r>
        <w:rPr>
          <w:rFonts w:ascii="Georgia" w:hAnsi="Georgia" w:eastAsia="Georgia"/>
          <w:sz w:val="23"/>
        </w:rPr>
        <w:t>“I read it.”</w:t>
      </w:r>
    </w:p>
    <w:p>
      <w:r>
        <w:rPr>
          <w:rFonts w:ascii="Georgia" w:hAnsi="Georgia" w:eastAsia="Georgia"/>
          <w:sz w:val="23"/>
        </w:rPr>
        <w:t>“It does not say your technical judgment is generally unreliable.”</w:t>
      </w:r>
    </w:p>
    <w:p>
      <w:r>
        <w:rPr>
          <w:rFonts w:ascii="Georgia" w:hAnsi="Georgia" w:eastAsia="Georgia"/>
          <w:sz w:val="23"/>
        </w:rPr>
        <w:t>“I read that too.”</w:t>
      </w:r>
    </w:p>
    <w:p>
      <w:r>
        <w:rPr>
          <w:rFonts w:ascii="Georgia" w:hAnsi="Georgia" w:eastAsia="Georgia"/>
          <w:sz w:val="23"/>
        </w:rPr>
        <w:t>“It says a demonstrated error mode intersects a class of decisions you can currently start alone.”</w:t>
      </w:r>
    </w:p>
    <w:p>
      <w:r>
        <w:rPr>
          <w:rFonts w:ascii="Georgia" w:hAnsi="Georgia" w:eastAsia="Georgia"/>
          <w:sz w:val="23"/>
        </w:rPr>
        <w:t>“Yes.”</w:t>
      </w:r>
    </w:p>
    <w:p>
      <w:r>
        <w:rPr>
          <w:rFonts w:ascii="Georgia" w:hAnsi="Georgia" w:eastAsia="Georgia"/>
          <w:sz w:val="23"/>
        </w:rPr>
        <w:t>“So until the decision layer can expose that error mode reliably, another qualified person must independently agree to start.”</w:t>
      </w:r>
    </w:p>
    <w:p>
      <w:r>
        <w:rPr>
          <w:rFonts w:ascii="Georgia" w:hAnsi="Georgia" w:eastAsia="Georgia"/>
          <w:sz w:val="23"/>
        </w:rPr>
        <w:t>“Yes.”</w:t>
      </w:r>
    </w:p>
    <w:p>
      <w:r>
        <w:rPr>
          <w:rFonts w:ascii="Georgia" w:hAnsi="Georgia" w:eastAsia="Georgia"/>
          <w:sz w:val="23"/>
        </w:rPr>
        <w:t>Miren said, “He understands the sentence.”</w:t>
      </w:r>
    </w:p>
    <w:p>
      <w:r>
        <w:rPr>
          <w:rFonts w:ascii="Georgia" w:hAnsi="Georgia" w:eastAsia="Georgia"/>
          <w:sz w:val="23"/>
        </w:rPr>
        <w:t>Kera looked at her.</w:t>
      </w:r>
    </w:p>
    <w:p>
      <w:r>
        <w:rPr>
          <w:rFonts w:ascii="Georgia" w:hAnsi="Georgia" w:eastAsia="Georgia"/>
          <w:sz w:val="23"/>
        </w:rPr>
        <w:t>“I am not explaining it for him.”</w:t>
      </w:r>
    </w:p>
    <w:p>
      <w:r>
        <w:rPr>
          <w:rFonts w:ascii="Georgia" w:hAnsi="Georgia" w:eastAsia="Georgia"/>
          <w:sz w:val="23"/>
        </w:rPr>
        <w:t>“Who, then?”</w:t>
      </w:r>
    </w:p>
    <w:p>
      <w:r>
        <w:rPr>
          <w:rFonts w:ascii="Georgia" w:hAnsi="Georgia" w:eastAsia="Georgia"/>
          <w:sz w:val="23"/>
        </w:rPr>
        <w:t>“The record.”</w:t>
      </w:r>
    </w:p>
    <w:p>
      <w:r>
        <w:rPr>
          <w:rFonts w:ascii="Georgia" w:hAnsi="Georgia" w:eastAsia="Georgia"/>
          <w:sz w:val="23"/>
        </w:rPr>
        <w:t>I almost smiled.</w:t>
      </w:r>
    </w:p>
    <w:p>
      <w:r>
        <w:rPr>
          <w:rFonts w:ascii="Georgia" w:hAnsi="Georgia" w:eastAsia="Georgia"/>
          <w:sz w:val="23"/>
        </w:rPr>
        <w:t>Almost.</w:t>
      </w:r>
    </w:p>
    <w:p>
      <w:r>
        <w:rPr>
          <w:rFonts w:ascii="Georgia" w:hAnsi="Georgia" w:eastAsia="Georgia"/>
          <w:sz w:val="23"/>
        </w:rPr>
        <w:t>The review record needed the distinction because somebody later would shorten SUSPENDED SOLE START AUTHORITY into SUSPENDED.</w:t>
      </w:r>
    </w:p>
    <w:p>
      <w:r>
        <w:rPr>
          <w:rFonts w:ascii="Georgia" w:hAnsi="Georgia" w:eastAsia="Georgia"/>
          <w:sz w:val="23"/>
        </w:rPr>
        <w:t>Useful words were dangerous when the missing words carried jurisdiction.</w:t>
      </w:r>
    </w:p>
    <w:p>
      <w:pPr>
        <w:spacing w:before="80" w:after="80"/>
        <w:jc w:val="center"/>
      </w:pPr>
      <w:r>
        <w:rPr>
          <w:rFonts w:ascii="Georgia" w:hAnsi="Georgia" w:eastAsia="Georgia"/>
          <w:sz w:val="23"/>
        </w:rPr>
        <w:t>§</w:t>
      </w:r>
    </w:p>
    <w:p>
      <w:r>
        <w:rPr>
          <w:rFonts w:ascii="Georgia" w:hAnsi="Georgia" w:eastAsia="Georgia"/>
          <w:sz w:val="23"/>
        </w:rPr>
        <w:t>Kera asked whether I wanted to contest the interim control.</w:t>
      </w:r>
    </w:p>
    <w:p>
      <w:r>
        <w:rPr>
          <w:rFonts w:ascii="Georgia" w:hAnsi="Georgia" w:eastAsia="Georgia"/>
          <w:sz w:val="23"/>
        </w:rPr>
        <w:t>“Yes.”</w:t>
      </w:r>
    </w:p>
    <w:p>
      <w:r>
        <w:rPr>
          <w:rFonts w:ascii="Georgia" w:hAnsi="Georgia" w:eastAsia="Georgia"/>
          <w:sz w:val="23"/>
        </w:rPr>
        <w:t>Miren shifted in her chair.</w:t>
      </w:r>
    </w:p>
    <w:p>
      <w:r>
        <w:rPr>
          <w:rFonts w:ascii="Georgia" w:hAnsi="Georgia" w:eastAsia="Georgia"/>
          <w:sz w:val="23"/>
        </w:rPr>
        <w:t>Kera waited.</w:t>
      </w:r>
    </w:p>
    <w:p>
      <w:r>
        <w:rPr>
          <w:rFonts w:ascii="Georgia" w:hAnsi="Georgia" w:eastAsia="Georgia"/>
          <w:sz w:val="23"/>
        </w:rPr>
        <w:t>I continued.</w:t>
      </w:r>
    </w:p>
    <w:p>
      <w:r>
        <w:rPr>
          <w:rFonts w:ascii="Georgia" w:hAnsi="Georgia" w:eastAsia="Georgia"/>
          <w:sz w:val="23"/>
        </w:rPr>
        <w:t>“Not the second signature.”</w:t>
      </w:r>
    </w:p>
    <w:p>
      <w:r>
        <w:rPr>
          <w:rFonts w:ascii="Georgia" w:hAnsi="Georgia" w:eastAsia="Georgia"/>
          <w:sz w:val="23"/>
        </w:rPr>
        <w:t>“What, then?”</w:t>
      </w:r>
    </w:p>
    <w:p>
      <w:r>
        <w:rPr>
          <w:rFonts w:ascii="Georgia" w:hAnsi="Georgia" w:eastAsia="Georgia"/>
          <w:sz w:val="23"/>
        </w:rPr>
        <w:t>“The scope language.”</w:t>
      </w:r>
    </w:p>
    <w:p>
      <w:r>
        <w:rPr>
          <w:rFonts w:ascii="Georgia" w:hAnsi="Georgia" w:eastAsia="Georgia"/>
          <w:sz w:val="23"/>
        </w:rPr>
        <w:t>She opened it.</w:t>
      </w:r>
    </w:p>
    <w:p>
      <w:r>
        <w:rPr>
          <w:rFonts w:ascii="Georgia" w:hAnsi="Georgia" w:eastAsia="Georgia"/>
          <w:sz w:val="23"/>
        </w:rPr>
        <w:t>LIVE INTEGRATED-SETTING INTERVENTIONS INVOLVING DERIVED CLINICAL METRICS.</w:t>
      </w:r>
    </w:p>
    <w:p>
      <w:r>
        <w:rPr>
          <w:rFonts w:ascii="Georgia" w:hAnsi="Georgia" w:eastAsia="Georgia"/>
          <w:sz w:val="23"/>
        </w:rPr>
        <w:t>“What is wrong with it?”</w:t>
      </w:r>
    </w:p>
    <w:p>
      <w:r>
        <w:rPr>
          <w:rFonts w:ascii="Georgia" w:hAnsi="Georgia" w:eastAsia="Georgia"/>
          <w:sz w:val="23"/>
        </w:rPr>
        <w:t>“Derived includes almost everything after raw measurement.”</w:t>
      </w:r>
    </w:p>
    <w:p>
      <w:r>
        <w:rPr>
          <w:rFonts w:ascii="Georgia" w:hAnsi="Georgia" w:eastAsia="Georgia"/>
          <w:sz w:val="23"/>
        </w:rPr>
        <w:t>“Yes.”</w:t>
      </w:r>
    </w:p>
    <w:p>
      <w:r>
        <w:rPr>
          <w:rFonts w:ascii="Georgia" w:hAnsi="Georgia" w:eastAsia="Georgia"/>
          <w:sz w:val="23"/>
        </w:rPr>
        <w:t>“Clinical metric includes some values with no plausible shared-derivation risk.”</w:t>
      </w:r>
    </w:p>
    <w:p>
      <w:r>
        <w:rPr>
          <w:rFonts w:ascii="Georgia" w:hAnsi="Georgia" w:eastAsia="Georgia"/>
          <w:sz w:val="23"/>
        </w:rPr>
        <w:t>“Yes.”</w:t>
      </w:r>
    </w:p>
    <w:p>
      <w:r>
        <w:rPr>
          <w:rFonts w:ascii="Georgia" w:hAnsi="Georgia" w:eastAsia="Georgia"/>
          <w:sz w:val="23"/>
        </w:rPr>
        <w:t>“So the control will require a second signatory for decisions unrelated to the demonstrated error.”</w:t>
      </w:r>
    </w:p>
    <w:p>
      <w:r>
        <w:rPr>
          <w:rFonts w:ascii="Georgia" w:hAnsi="Georgia" w:eastAsia="Georgia"/>
          <w:sz w:val="23"/>
        </w:rPr>
        <w:t>“That is why it is interim.”</w:t>
      </w:r>
    </w:p>
    <w:p>
      <w:r>
        <w:rPr>
          <w:rFonts w:ascii="Georgia" w:hAnsi="Georgia" w:eastAsia="Georgia"/>
          <w:sz w:val="23"/>
        </w:rPr>
        <w:t>“Interim controls become habits.”</w:t>
      </w:r>
    </w:p>
    <w:p>
      <w:r>
        <w:rPr>
          <w:rFonts w:ascii="Georgia" w:hAnsi="Georgia" w:eastAsia="Georgia"/>
          <w:sz w:val="23"/>
        </w:rPr>
        <w:t>“Sometimes.”</w:t>
      </w:r>
    </w:p>
    <w:p>
      <w:r>
        <w:rPr>
          <w:rFonts w:ascii="Georgia" w:hAnsi="Georgia" w:eastAsia="Georgia"/>
          <w:sz w:val="23"/>
        </w:rPr>
        <w:t>“They also become inherited explanations.”</w:t>
      </w:r>
    </w:p>
    <w:p>
      <w:r>
        <w:rPr>
          <w:rFonts w:ascii="Georgia" w:hAnsi="Georgia" w:eastAsia="Georgia"/>
          <w:sz w:val="23"/>
        </w:rPr>
        <w:t>“Yes.”</w:t>
      </w:r>
    </w:p>
    <w:p>
      <w:r>
        <w:rPr>
          <w:rFonts w:ascii="Georgia" w:hAnsi="Georgia" w:eastAsia="Georgia"/>
          <w:sz w:val="23"/>
        </w:rPr>
        <w:t>“I want the restriction to carry its source.”</w:t>
      </w:r>
    </w:p>
    <w:p>
      <w:r>
        <w:rPr>
          <w:rFonts w:ascii="Georgia" w:hAnsi="Georgia" w:eastAsia="Georgia"/>
          <w:sz w:val="23"/>
        </w:rPr>
        <w:t>Kera stopped typing.</w:t>
      </w:r>
    </w:p>
    <w:p>
      <w:r>
        <w:rPr>
          <w:rFonts w:ascii="Georgia" w:hAnsi="Georgia" w:eastAsia="Georgia"/>
          <w:sz w:val="23"/>
        </w:rPr>
        <w:t>Miren looked at me.</w:t>
      </w:r>
    </w:p>
    <w:p>
      <w:r>
        <w:rPr>
          <w:rFonts w:ascii="Georgia" w:hAnsi="Georgia" w:eastAsia="Georgia"/>
          <w:sz w:val="23"/>
        </w:rPr>
        <w:t>I said, “If someone encounters this control three years from now, I do not want them inferring that I produced an unsafe field event, ignored stop authority, mishandled fragment contact, or failed a competency review. The restriction exists because corroboration was accepted without tracing shared derivation ancestry in one respiratory-support decision.”</w:t>
      </w:r>
    </w:p>
    <w:p>
      <w:r>
        <w:rPr>
          <w:rFonts w:ascii="Georgia" w:hAnsi="Georgia" w:eastAsia="Georgia"/>
          <w:sz w:val="23"/>
        </w:rPr>
        <w:t>Kera said, “That is long.”</w:t>
      </w:r>
    </w:p>
    <w:p>
      <w:r>
        <w:rPr>
          <w:rFonts w:ascii="Georgia" w:hAnsi="Georgia" w:eastAsia="Georgia"/>
          <w:sz w:val="23"/>
        </w:rPr>
        <w:t>“Yes.”</w:t>
      </w:r>
    </w:p>
    <w:p>
      <w:r>
        <w:rPr>
          <w:rFonts w:ascii="Georgia" w:hAnsi="Georgia" w:eastAsia="Georgia"/>
          <w:sz w:val="23"/>
        </w:rPr>
        <w:t>“You are asking the control itself to preserve adverse provenance.”</w:t>
      </w:r>
    </w:p>
    <w:p>
      <w:r>
        <w:rPr>
          <w:rFonts w:ascii="Georgia" w:hAnsi="Georgia" w:eastAsia="Georgia"/>
          <w:sz w:val="23"/>
        </w:rPr>
        <w:t>“Yes.”</w:t>
      </w:r>
    </w:p>
    <w:p>
      <w:r>
        <w:rPr>
          <w:rFonts w:ascii="Georgia" w:hAnsi="Georgia" w:eastAsia="Georgia"/>
          <w:sz w:val="23"/>
        </w:rPr>
        <w:t>She read the existing metadata fields.</w:t>
      </w:r>
    </w:p>
    <w:p>
      <w:r>
        <w:rPr>
          <w:rFonts w:ascii="Georgia" w:hAnsi="Georgia" w:eastAsia="Georgia"/>
          <w:sz w:val="23"/>
        </w:rPr>
        <w:t>INTERIM CONTROL SOURCE: REPORTABLE EVENT 15-7741.</w:t>
      </w:r>
    </w:p>
    <w:p>
      <w:r>
        <w:rPr>
          <w:rFonts w:ascii="Georgia" w:hAnsi="Georgia" w:eastAsia="Georgia"/>
          <w:sz w:val="23"/>
        </w:rPr>
        <w:t>That was technically sufficient if the future reader opened the event.</w:t>
      </w:r>
    </w:p>
    <w:p>
      <w:r>
        <w:rPr>
          <w:rFonts w:ascii="Georgia" w:hAnsi="Georgia" w:eastAsia="Georgia"/>
          <w:sz w:val="23"/>
        </w:rPr>
        <w:t>It was not sufficient if the control traveled without it.</w:t>
      </w:r>
    </w:p>
    <w:p>
      <w:r>
        <w:rPr>
          <w:rFonts w:ascii="Georgia" w:hAnsi="Georgia" w:eastAsia="Georgia"/>
          <w:sz w:val="23"/>
        </w:rPr>
        <w:t>Kera added:</w:t>
      </w:r>
    </w:p>
    <w:p>
      <w:r>
        <w:rPr>
          <w:rFonts w:ascii="Georgia" w:hAnsi="Georgia" w:eastAsia="Georgia"/>
          <w:sz w:val="23"/>
        </w:rPr>
        <w:t>CONTROL BASIS: SIGNATORY AUTHORIZED REVERSIBLE LIVE TEST AFTER VERIFYING ACQUISITION INDEPENDENCE BUT BEFORE ESTABLISHING DERIVATION INDEPENDENCE; PATIENT EXPERIENCED NONPERSISTENT DOUBLE-TRIGGER RESPIRATORY EVENT.</w:t>
      </w:r>
    </w:p>
    <w:p>
      <w:r>
        <w:rPr>
          <w:rFonts w:ascii="Georgia" w:hAnsi="Georgia" w:eastAsia="Georgia"/>
          <w:sz w:val="23"/>
        </w:rPr>
        <w:t>I read it.</w:t>
      </w:r>
    </w:p>
    <w:p>
      <w:r>
        <w:rPr>
          <w:rFonts w:ascii="Georgia" w:hAnsi="Georgia" w:eastAsia="Georgia"/>
          <w:sz w:val="23"/>
        </w:rPr>
        <w:t>“Add that the current corroboration rule did not require derivation review.”</w:t>
      </w:r>
    </w:p>
    <w:p>
      <w:r>
        <w:rPr>
          <w:rFonts w:ascii="Georgia" w:hAnsi="Georgia" w:eastAsia="Georgia"/>
          <w:sz w:val="23"/>
        </w:rPr>
        <w:t>Miren said, “You want the excuse too?”</w:t>
      </w:r>
    </w:p>
    <w:p>
      <w:r>
        <w:rPr>
          <w:rFonts w:ascii="Georgia" w:hAnsi="Georgia" w:eastAsia="Georgia"/>
          <w:sz w:val="23"/>
        </w:rPr>
        <w:t>“No.”</w:t>
      </w:r>
    </w:p>
    <w:p>
      <w:r>
        <w:rPr>
          <w:rFonts w:ascii="Georgia" w:hAnsi="Georgia" w:eastAsia="Georgia"/>
          <w:sz w:val="23"/>
        </w:rPr>
        <w:t>Kera answered before I did.</w:t>
      </w:r>
    </w:p>
    <w:p>
      <w:r>
        <w:rPr>
          <w:rFonts w:ascii="Georgia" w:hAnsi="Georgia" w:eastAsia="Georgia"/>
          <w:sz w:val="23"/>
        </w:rPr>
        <w:t>“He wants the jurisdiction of the error.”</w:t>
      </w:r>
    </w:p>
    <w:p>
      <w:r>
        <w:rPr>
          <w:rFonts w:ascii="Georgia" w:hAnsi="Georgia" w:eastAsia="Georgia"/>
          <w:sz w:val="23"/>
        </w:rPr>
        <w:t>“Yes.”</w:t>
      </w:r>
    </w:p>
    <w:p>
      <w:r>
        <w:rPr>
          <w:rFonts w:ascii="Georgia" w:hAnsi="Georgia" w:eastAsia="Georgia"/>
          <w:sz w:val="23"/>
        </w:rPr>
        <w:t>She added:</w:t>
      </w:r>
    </w:p>
    <w:p>
      <w:r>
        <w:rPr>
          <w:rFonts w:ascii="Georgia" w:hAnsi="Georgia" w:eastAsia="Georgia"/>
          <w:sz w:val="23"/>
        </w:rPr>
        <w:t>THEN-CURRENT STANDARD: DERIVATION-LINEAGE REVIEW NOT REQUIRED.</w:t>
      </w:r>
    </w:p>
    <w:p>
      <w:r>
        <w:rPr>
          <w:rFonts w:ascii="Georgia" w:hAnsi="Georgia" w:eastAsia="Georgia"/>
          <w:sz w:val="23"/>
        </w:rPr>
        <w:t>Kera turned the screen toward me.</w:t>
      </w:r>
    </w:p>
    <w:p>
      <w:r>
        <w:rPr>
          <w:rFonts w:ascii="Georgia" w:hAnsi="Georgia" w:eastAsia="Georgia"/>
          <w:sz w:val="23"/>
        </w:rPr>
        <w:t>“Anything else?”</w:t>
      </w:r>
    </w:p>
    <w:p>
      <w:r>
        <w:rPr>
          <w:rFonts w:ascii="Georgia" w:hAnsi="Georgia" w:eastAsia="Georgia"/>
          <w:sz w:val="23"/>
        </w:rPr>
        <w:t>“No.”</w:t>
      </w:r>
    </w:p>
    <w:p>
      <w:r>
        <w:rPr>
          <w:rFonts w:ascii="Georgia" w:hAnsi="Georgia" w:eastAsia="Georgia"/>
          <w:sz w:val="23"/>
        </w:rPr>
        <w:t>Miren said, “That was almost restraint.”</w:t>
      </w:r>
    </w:p>
    <w:p>
      <w:r>
        <w:rPr>
          <w:rFonts w:ascii="Georgia" w:hAnsi="Georgia" w:eastAsia="Georgia"/>
          <w:sz w:val="23"/>
        </w:rPr>
        <w:t>I ignored her.</w:t>
      </w:r>
    </w:p>
    <w:p>
      <w:pPr>
        <w:spacing w:before="80" w:after="80"/>
        <w:jc w:val="center"/>
      </w:pPr>
      <w:r>
        <w:rPr>
          <w:rFonts w:ascii="Georgia" w:hAnsi="Georgia" w:eastAsia="Georgia"/>
          <w:sz w:val="23"/>
        </w:rPr>
        <w:t>§</w:t>
      </w:r>
    </w:p>
    <w:p>
      <w:r>
        <w:rPr>
          <w:rFonts w:ascii="Georgia" w:hAnsi="Georgia" w:eastAsia="Georgia"/>
          <w:sz w:val="23"/>
        </w:rPr>
        <w:t>The review ended at 1112.</w:t>
      </w:r>
    </w:p>
    <w:p>
      <w:r>
        <w:rPr>
          <w:rFonts w:ascii="Georgia" w:hAnsi="Georgia" w:eastAsia="Georgia"/>
          <w:sz w:val="23"/>
        </w:rPr>
        <w:t>The control remained.</w:t>
      </w:r>
    </w:p>
    <w:p>
      <w:r>
        <w:rPr>
          <w:rFonts w:ascii="Georgia" w:hAnsi="Georgia" w:eastAsia="Georgia"/>
          <w:sz w:val="23"/>
        </w:rPr>
        <w:t>No suspension from practice.</w:t>
      </w:r>
    </w:p>
    <w:p>
      <w:r>
        <w:rPr>
          <w:rFonts w:ascii="Georgia" w:hAnsi="Georgia" w:eastAsia="Georgia"/>
          <w:sz w:val="23"/>
        </w:rPr>
        <w:t>No finding of negligence.</w:t>
      </w:r>
    </w:p>
    <w:p>
      <w:r>
        <w:rPr>
          <w:rFonts w:ascii="Georgia" w:hAnsi="Georgia" w:eastAsia="Georgia"/>
          <w:sz w:val="23"/>
        </w:rPr>
        <w:t>No competency remediation.</w:t>
      </w:r>
    </w:p>
    <w:p>
      <w:r>
        <w:rPr>
          <w:rFonts w:ascii="Georgia" w:hAnsi="Georgia" w:eastAsia="Georgia"/>
          <w:sz w:val="23"/>
        </w:rPr>
        <w:t>No public notice.</w:t>
      </w:r>
    </w:p>
    <w:p>
      <w:r>
        <w:rPr>
          <w:rFonts w:ascii="Georgia" w:hAnsi="Georgia" w:eastAsia="Georgia"/>
          <w:sz w:val="23"/>
        </w:rPr>
        <w:t>No private exoneration either.</w:t>
      </w:r>
    </w:p>
    <w:p>
      <w:r>
        <w:rPr>
          <w:rFonts w:ascii="Georgia" w:hAnsi="Georgia" w:eastAsia="Georgia"/>
          <w:sz w:val="23"/>
        </w:rPr>
        <w:t>The institution had done something less satisfying.</w:t>
      </w:r>
    </w:p>
    <w:p>
      <w:r>
        <w:rPr>
          <w:rFonts w:ascii="Georgia" w:hAnsi="Georgia" w:eastAsia="Georgia"/>
          <w:sz w:val="23"/>
        </w:rPr>
        <w:t>It had described the problem and changed one permission.</w:t>
      </w:r>
    </w:p>
    <w:p>
      <w:r>
        <w:rPr>
          <w:rFonts w:ascii="Georgia" w:hAnsi="Georgia" w:eastAsia="Georgia"/>
          <w:sz w:val="23"/>
        </w:rPr>
        <w:t>I returned to the shop irritated by its competence.</w:t>
      </w:r>
    </w:p>
    <w:p>
      <w:r>
        <w:rPr>
          <w:rFonts w:ascii="Georgia" w:hAnsi="Georgia" w:eastAsia="Georgia"/>
          <w:sz w:val="23"/>
        </w:rPr>
        <w:t>Miren opened the front service shutters.</w:t>
      </w:r>
    </w:p>
    <w:p>
      <w:r>
        <w:rPr>
          <w:rFonts w:ascii="Georgia" w:hAnsi="Georgia" w:eastAsia="Georgia"/>
          <w:sz w:val="23"/>
        </w:rPr>
        <w:t>Two routine appointments waited in the queue.</w:t>
      </w:r>
    </w:p>
    <w:p>
      <w:r>
        <w:rPr>
          <w:rFonts w:ascii="Georgia" w:hAnsi="Georgia" w:eastAsia="Georgia"/>
          <w:sz w:val="23"/>
        </w:rPr>
        <w:t>Neither required me.</w:t>
      </w:r>
    </w:p>
    <w:p>
      <w:r>
        <w:rPr>
          <w:rFonts w:ascii="Georgia" w:hAnsi="Georgia" w:eastAsia="Georgia"/>
          <w:sz w:val="23"/>
        </w:rPr>
        <w:t>That was another useful fact I did not enjoy.</w:t>
      </w:r>
    </w:p>
    <w:p>
      <w:r>
        <w:rPr>
          <w:rFonts w:ascii="Georgia" w:hAnsi="Georgia" w:eastAsia="Georgia"/>
          <w:sz w:val="23"/>
        </w:rPr>
        <w:t>At 1204 a manufacturer sent a bracket geometry for review.</w:t>
      </w:r>
    </w:p>
    <w:p>
      <w:r>
        <w:rPr>
          <w:rFonts w:ascii="Georgia" w:hAnsi="Georgia" w:eastAsia="Georgia"/>
          <w:sz w:val="23"/>
        </w:rPr>
        <w:t>I corrected two mounting tolerances.</w:t>
      </w:r>
    </w:p>
    <w:p>
      <w:r>
        <w:rPr>
          <w:rFonts w:ascii="Georgia" w:hAnsi="Georgia" w:eastAsia="Georgia"/>
          <w:sz w:val="23"/>
        </w:rPr>
        <w:t>At 1231 I rebuilt a cracked ceramic contact collar for a training rig.</w:t>
      </w:r>
    </w:p>
    <w:p>
      <w:r>
        <w:rPr>
          <w:rFonts w:ascii="Georgia" w:hAnsi="Georgia" w:eastAsia="Georgia"/>
          <w:sz w:val="23"/>
        </w:rPr>
        <w:t>At 1308 I found a documentation mismatch between a replacement field wafer and its sterilization batch.</w:t>
      </w:r>
    </w:p>
    <w:p>
      <w:r>
        <w:rPr>
          <w:rFonts w:ascii="Georgia" w:hAnsi="Georgia" w:eastAsia="Georgia"/>
          <w:sz w:val="23"/>
        </w:rPr>
        <w:t>I stopped the part from entering service.</w:t>
      </w:r>
    </w:p>
    <w:p>
      <w:r>
        <w:rPr>
          <w:rFonts w:ascii="Georgia" w:hAnsi="Georgia" w:eastAsia="Georgia"/>
          <w:sz w:val="23"/>
        </w:rPr>
        <w:t>The terminal accepted that without a second signature.</w:t>
      </w:r>
    </w:p>
    <w:p>
      <w:r>
        <w:rPr>
          <w:rFonts w:ascii="Georgia" w:hAnsi="Georgia" w:eastAsia="Georgia"/>
          <w:sz w:val="23"/>
        </w:rPr>
        <w:t>No one had restricted my ability to say no.</w:t>
      </w:r>
    </w:p>
    <w:p>
      <w:r>
        <w:rPr>
          <w:rFonts w:ascii="Georgia" w:hAnsi="Georgia" w:eastAsia="Georgia"/>
          <w:sz w:val="23"/>
        </w:rPr>
        <w:t>The asymmetry became physical only at 1416.</w:t>
      </w:r>
    </w:p>
    <w:p>
      <w:r>
        <w:rPr>
          <w:rFonts w:ascii="Georgia" w:hAnsi="Georgia" w:eastAsia="Georgia"/>
          <w:sz w:val="23"/>
        </w:rPr>
        <w:t>Beren Nall’s follow-up appeared on the schedule.</w:t>
      </w:r>
    </w:p>
    <w:p>
      <w:r>
        <w:rPr>
          <w:rFonts w:ascii="Georgia" w:hAnsi="Georgia" w:eastAsia="Georgia"/>
          <w:sz w:val="23"/>
        </w:rPr>
        <w:t>Not a new complaint.</w:t>
      </w:r>
    </w:p>
    <w:p>
      <w:r>
        <w:rPr>
          <w:rFonts w:ascii="Georgia" w:hAnsi="Georgia" w:eastAsia="Georgia"/>
          <w:sz w:val="23"/>
        </w:rPr>
        <w:t>Not a new anomaly.</w:t>
      </w:r>
    </w:p>
    <w:p>
      <w:r>
        <w:rPr>
          <w:rFonts w:ascii="Georgia" w:hAnsi="Georgia" w:eastAsia="Georgia"/>
          <w:sz w:val="23"/>
        </w:rPr>
        <w:t>Sena Vey had repeated his corridor measurements through the follow-up interval after the bounded controller adjustment.</w:t>
      </w:r>
    </w:p>
    <w:p>
      <w:r>
        <w:rPr>
          <w:rFonts w:ascii="Georgia" w:hAnsi="Georgia" w:eastAsia="Georgia"/>
          <w:sz w:val="23"/>
        </w:rPr>
        <w:t>Mean leftward drift had fallen from 1.7 centimeters over ten meters to 1.1.</w:t>
      </w:r>
    </w:p>
    <w:p>
      <w:r>
        <w:rPr>
          <w:rFonts w:ascii="Georgia" w:hAnsi="Georgia" w:eastAsia="Georgia"/>
          <w:sz w:val="23"/>
        </w:rPr>
        <w:t>Nausea after rapid head turn: rare.</w:t>
      </w:r>
    </w:p>
    <w:p>
      <w:r>
        <w:rPr>
          <w:rFonts w:ascii="Georgia" w:hAnsi="Georgia" w:eastAsia="Georgia"/>
          <w:sz w:val="23"/>
        </w:rPr>
        <w:t>Falls: none.</w:t>
      </w:r>
    </w:p>
    <w:p>
      <w:r>
        <w:rPr>
          <w:rFonts w:ascii="Georgia" w:hAnsi="Georgia" w:eastAsia="Georgia"/>
          <w:sz w:val="23"/>
        </w:rPr>
        <w:t>Balance-aid correction load: three percent above his old residential average.</w:t>
      </w:r>
    </w:p>
    <w:p>
      <w:r>
        <w:rPr>
          <w:rFonts w:ascii="Georgia" w:hAnsi="Georgia" w:eastAsia="Georgia"/>
          <w:sz w:val="23"/>
        </w:rPr>
        <w:t>Current setting state: stable.</w:t>
      </w:r>
    </w:p>
    <w:p>
      <w:r>
        <w:rPr>
          <w:rFonts w:ascii="Georgia" w:hAnsi="Georgia" w:eastAsia="Georgia"/>
          <w:sz w:val="23"/>
        </w:rPr>
        <w:t>Vey wanted to reduce the external balance-aid gain by two percent and see whether Beren maintained orientation without most of the extra support.</w:t>
      </w:r>
    </w:p>
    <w:p>
      <w:r>
        <w:rPr>
          <w:rFonts w:ascii="Georgia" w:hAnsi="Georgia" w:eastAsia="Georgia"/>
          <w:sz w:val="23"/>
        </w:rPr>
        <w:t>A reversible follow-up to a reversible intervention.</w:t>
      </w:r>
    </w:p>
    <w:p>
      <w:r>
        <w:rPr>
          <w:rFonts w:ascii="Georgia" w:hAnsi="Georgia" w:eastAsia="Georgia"/>
          <w:sz w:val="23"/>
        </w:rPr>
        <w:t>Ordinary.</w:t>
      </w:r>
    </w:p>
    <w:p>
      <w:r>
        <w:rPr>
          <w:rFonts w:ascii="Georgia" w:hAnsi="Georgia" w:eastAsia="Georgia"/>
          <w:sz w:val="23"/>
        </w:rPr>
        <w:t>I reviewed the raw measurements.</w:t>
      </w:r>
    </w:p>
    <w:p>
      <w:r>
        <w:rPr>
          <w:rFonts w:ascii="Georgia" w:hAnsi="Georgia" w:eastAsia="Georgia"/>
          <w:sz w:val="23"/>
        </w:rPr>
        <w:t>Direct local measures.</w:t>
      </w:r>
    </w:p>
    <w:p>
      <w:r>
        <w:rPr>
          <w:rFonts w:ascii="Georgia" w:hAnsi="Georgia" w:eastAsia="Georgia"/>
          <w:sz w:val="23"/>
        </w:rPr>
        <w:t>No borrowed value.</w:t>
      </w:r>
    </w:p>
    <w:p>
      <w:r>
        <w:rPr>
          <w:rFonts w:ascii="Georgia" w:hAnsi="Georgia" w:eastAsia="Georgia"/>
          <w:sz w:val="23"/>
        </w:rPr>
        <w:t>No shared derivation issue.</w:t>
      </w:r>
    </w:p>
    <w:p>
      <w:r>
        <w:rPr>
          <w:rFonts w:ascii="Georgia" w:hAnsi="Georgia" w:eastAsia="Georgia"/>
          <w:sz w:val="23"/>
        </w:rPr>
        <w:t>No historical household execution.</w:t>
      </w:r>
    </w:p>
    <w:p>
      <w:r>
        <w:rPr>
          <w:rFonts w:ascii="Georgia" w:hAnsi="Georgia" w:eastAsia="Georgia"/>
          <w:sz w:val="23"/>
        </w:rPr>
        <w:t>No Anel participation.</w:t>
      </w:r>
    </w:p>
    <w:p>
      <w:r>
        <w:rPr>
          <w:rFonts w:ascii="Georgia" w:hAnsi="Georgia" w:eastAsia="Georgia"/>
          <w:sz w:val="23"/>
        </w:rPr>
        <w:t>The proposed reduction was conservative.</w:t>
      </w:r>
    </w:p>
    <w:p>
      <w:r>
        <w:rPr>
          <w:rFonts w:ascii="Georgia" w:hAnsi="Georgia" w:eastAsia="Georgia"/>
          <w:sz w:val="23"/>
        </w:rPr>
        <w:t>I would have authorized it.</w:t>
      </w:r>
    </w:p>
    <w:p>
      <w:r>
        <w:rPr>
          <w:rFonts w:ascii="Georgia" w:hAnsi="Georgia" w:eastAsia="Georgia"/>
          <w:sz w:val="23"/>
        </w:rPr>
        <w:t>I did authorize it.</w:t>
      </w:r>
    </w:p>
    <w:p>
      <w:r>
        <w:rPr>
          <w:rFonts w:ascii="Georgia" w:hAnsi="Georgia" w:eastAsia="Georgia"/>
          <w:sz w:val="23"/>
        </w:rPr>
        <w:t>The terminal accepted my technical signature.</w:t>
      </w:r>
    </w:p>
    <w:p>
      <w:r>
        <w:rPr>
          <w:rFonts w:ascii="Georgia" w:hAnsi="Georgia" w:eastAsia="Georgia"/>
          <w:sz w:val="23"/>
        </w:rPr>
        <w:t>Then stopped.</w:t>
      </w:r>
    </w:p>
    <w:p>
      <w:r>
        <w:rPr>
          <w:rFonts w:ascii="Georgia" w:hAnsi="Georgia" w:eastAsia="Georgia"/>
          <w:sz w:val="23"/>
        </w:rPr>
        <w:t>SECOND QUALIFIED SIGNATORY REQUIRED.</w:t>
      </w:r>
    </w:p>
    <w:p>
      <w:r>
        <w:rPr>
          <w:rFonts w:ascii="Georgia" w:hAnsi="Georgia" w:eastAsia="Georgia"/>
          <w:sz w:val="23"/>
        </w:rPr>
        <w:t>I stared at the empty field.</w:t>
      </w:r>
    </w:p>
    <w:p>
      <w:r>
        <w:rPr>
          <w:rFonts w:ascii="Georgia" w:hAnsi="Georgia" w:eastAsia="Georgia"/>
          <w:sz w:val="23"/>
        </w:rPr>
        <w:t>Beren sat on the walking bench tying one shoe.</w:t>
      </w:r>
    </w:p>
    <w:p>
      <w:r>
        <w:rPr>
          <w:rFonts w:ascii="Georgia" w:hAnsi="Georgia" w:eastAsia="Georgia"/>
          <w:sz w:val="23"/>
        </w:rPr>
        <w:t>He noticed.</w:t>
      </w:r>
    </w:p>
    <w:p>
      <w:r>
        <w:rPr>
          <w:rFonts w:ascii="Georgia" w:hAnsi="Georgia" w:eastAsia="Georgia"/>
          <w:sz w:val="23"/>
        </w:rPr>
        <w:t>“What?”</w:t>
      </w:r>
    </w:p>
    <w:p>
      <w:r>
        <w:rPr>
          <w:rFonts w:ascii="Georgia" w:hAnsi="Georgia" w:eastAsia="Georgia"/>
          <w:sz w:val="23"/>
        </w:rPr>
        <w:t>“Nothing about you.”</w:t>
      </w:r>
    </w:p>
    <w:p>
      <w:r>
        <w:rPr>
          <w:rFonts w:ascii="Georgia" w:hAnsi="Georgia" w:eastAsia="Georgia"/>
          <w:sz w:val="23"/>
        </w:rPr>
        <w:t>“That answer always means something about the person saying it.”</w:t>
      </w:r>
    </w:p>
    <w:p>
      <w:r>
        <w:rPr>
          <w:rFonts w:ascii="Georgia" w:hAnsi="Georgia" w:eastAsia="Georgia"/>
          <w:sz w:val="23"/>
        </w:rPr>
        <w:t>I did not respond.</w:t>
      </w:r>
    </w:p>
    <w:p>
      <w:r>
        <w:rPr>
          <w:rFonts w:ascii="Georgia" w:hAnsi="Georgia" w:eastAsia="Georgia"/>
          <w:sz w:val="23"/>
        </w:rPr>
        <w:t>Vey entered from the corridor.</w:t>
      </w:r>
    </w:p>
    <w:p>
      <w:r>
        <w:rPr>
          <w:rFonts w:ascii="Georgia" w:hAnsi="Georgia" w:eastAsia="Georgia"/>
          <w:sz w:val="23"/>
        </w:rPr>
        <w:t>She read the screen.</w:t>
      </w:r>
    </w:p>
    <w:p>
      <w:r>
        <w:rPr>
          <w:rFonts w:ascii="Georgia" w:hAnsi="Georgia" w:eastAsia="Georgia"/>
          <w:sz w:val="23"/>
        </w:rPr>
        <w:t>“Oh.”</w:t>
      </w:r>
    </w:p>
    <w:p>
      <w:r>
        <w:rPr>
          <w:rFonts w:ascii="Georgia" w:hAnsi="Georgia" w:eastAsia="Georgia"/>
          <w:sz w:val="23"/>
        </w:rPr>
        <w:t>Beren looked between us.</w:t>
      </w:r>
    </w:p>
    <w:p>
      <w:r>
        <w:rPr>
          <w:rFonts w:ascii="Georgia" w:hAnsi="Georgia" w:eastAsia="Georgia"/>
          <w:sz w:val="23"/>
        </w:rPr>
        <w:t>“Oh what?”</w:t>
      </w:r>
    </w:p>
    <w:p>
      <w:r>
        <w:rPr>
          <w:rFonts w:ascii="Georgia" w:hAnsi="Georgia" w:eastAsia="Georgia"/>
          <w:sz w:val="23"/>
        </w:rPr>
        <w:t>Vey said, “His sole start authority is temporarily restricted.”</w:t>
      </w:r>
    </w:p>
    <w:p>
      <w:r>
        <w:rPr>
          <w:rFonts w:ascii="Georgia" w:hAnsi="Georgia" w:eastAsia="Georgia"/>
          <w:sz w:val="23"/>
        </w:rPr>
        <w:t>Beren stopped tying the shoe.</w:t>
      </w:r>
    </w:p>
    <w:p>
      <w:r>
        <w:rPr>
          <w:rFonts w:ascii="Georgia" w:hAnsi="Georgia" w:eastAsia="Georgia"/>
          <w:sz w:val="23"/>
        </w:rPr>
        <w:t>“Why?”</w:t>
      </w:r>
    </w:p>
    <w:p>
      <w:r>
        <w:rPr>
          <w:rFonts w:ascii="Georgia" w:hAnsi="Georgia" w:eastAsia="Georgia"/>
          <w:sz w:val="23"/>
        </w:rPr>
        <w:t>I answered.</w:t>
      </w:r>
    </w:p>
    <w:p>
      <w:r>
        <w:rPr>
          <w:rFonts w:ascii="Georgia" w:hAnsi="Georgia" w:eastAsia="Georgia"/>
          <w:sz w:val="23"/>
        </w:rPr>
        <w:t>“I authorized a respiratory test using evidence I had not traced far enough. The patient had a brief double-trigger event. No persistent injury. The error was mine.”</w:t>
      </w:r>
    </w:p>
    <w:p>
      <w:r>
        <w:rPr>
          <w:rFonts w:ascii="Georgia" w:hAnsi="Georgia" w:eastAsia="Georgia"/>
          <w:sz w:val="23"/>
        </w:rPr>
        <w:t>Beren looked at the terminal.</w:t>
      </w:r>
    </w:p>
    <w:p>
      <w:r>
        <w:rPr>
          <w:rFonts w:ascii="Georgia" w:hAnsi="Georgia" w:eastAsia="Georgia"/>
          <w:sz w:val="23"/>
        </w:rPr>
        <w:t>“And now?”</w:t>
      </w:r>
    </w:p>
    <w:p>
      <w:r>
        <w:rPr>
          <w:rFonts w:ascii="Georgia" w:hAnsi="Georgia" w:eastAsia="Georgia"/>
          <w:sz w:val="23"/>
        </w:rPr>
        <w:t>“I can review this. I can recommend it. I can stop it. I cannot start it alone.”</w:t>
      </w:r>
    </w:p>
    <w:p>
      <w:r>
        <w:rPr>
          <w:rFonts w:ascii="Georgia" w:hAnsi="Georgia" w:eastAsia="Georgia"/>
          <w:sz w:val="23"/>
        </w:rPr>
        <w:t>He considered that longer than I wanted him to.</w:t>
      </w:r>
    </w:p>
    <w:p>
      <w:r>
        <w:rPr>
          <w:rFonts w:ascii="Georgia" w:hAnsi="Georgia" w:eastAsia="Georgia"/>
          <w:sz w:val="23"/>
        </w:rPr>
        <w:t>“Who can?”</w:t>
      </w:r>
    </w:p>
    <w:p>
      <w:r>
        <w:rPr>
          <w:rFonts w:ascii="Georgia" w:hAnsi="Georgia" w:eastAsia="Georgia"/>
          <w:sz w:val="23"/>
        </w:rPr>
        <w:t>“Vey.”</w:t>
      </w:r>
    </w:p>
    <w:p>
      <w:r>
        <w:rPr>
          <w:rFonts w:ascii="Georgia" w:hAnsi="Georgia" w:eastAsia="Georgia"/>
          <w:sz w:val="23"/>
        </w:rPr>
        <w:t>Sena said, “If I independently agree.”</w:t>
      </w:r>
    </w:p>
    <w:p>
      <w:r>
        <w:rPr>
          <w:rFonts w:ascii="Georgia" w:hAnsi="Georgia" w:eastAsia="Georgia"/>
          <w:sz w:val="23"/>
        </w:rPr>
        <w:t>Beren looked at her.</w:t>
      </w:r>
    </w:p>
    <w:p>
      <w:r>
        <w:rPr>
          <w:rFonts w:ascii="Georgia" w:hAnsi="Georgia" w:eastAsia="Georgia"/>
          <w:sz w:val="23"/>
        </w:rPr>
        <w:t>“Do you?”</w:t>
      </w:r>
    </w:p>
    <w:p>
      <w:r>
        <w:rPr>
          <w:rFonts w:ascii="Georgia" w:hAnsi="Georgia" w:eastAsia="Georgia"/>
          <w:sz w:val="23"/>
        </w:rPr>
        <w:t>“Not yet.”</w:t>
      </w:r>
    </w:p>
    <w:p>
      <w:r>
        <w:rPr>
          <w:rFonts w:ascii="Georgia" w:hAnsi="Georgia" w:eastAsia="Georgia"/>
          <w:sz w:val="23"/>
        </w:rPr>
        <w:t>I turned toward her.</w:t>
      </w:r>
    </w:p>
    <w:p>
      <w:r>
        <w:rPr>
          <w:rFonts w:ascii="Georgia" w:hAnsi="Georgia" w:eastAsia="Georgia"/>
          <w:sz w:val="23"/>
        </w:rPr>
        <w:t>She ignored me and opened the raw corridor trace.</w:t>
      </w:r>
    </w:p>
    <w:p>
      <w:r>
        <w:rPr>
          <w:rFonts w:ascii="Georgia" w:hAnsi="Georgia" w:eastAsia="Georgia"/>
          <w:sz w:val="23"/>
        </w:rPr>
        <w:t>That was correct.</w:t>
      </w:r>
    </w:p>
    <w:p>
      <w:r>
        <w:rPr>
          <w:rFonts w:ascii="Georgia" w:hAnsi="Georgia" w:eastAsia="Georgia"/>
          <w:sz w:val="23"/>
        </w:rPr>
        <w:t>It was also infuriating.</w:t>
      </w:r>
    </w:p>
    <w:p>
      <w:pPr>
        <w:spacing w:before="80" w:after="80"/>
        <w:jc w:val="center"/>
      </w:pPr>
      <w:r>
        <w:rPr>
          <w:rFonts w:ascii="Georgia" w:hAnsi="Georgia" w:eastAsia="Georgia"/>
          <w:sz w:val="23"/>
        </w:rPr>
        <w:t>§</w:t>
      </w:r>
    </w:p>
    <w:p>
      <w:r>
        <w:rPr>
          <w:rFonts w:ascii="Georgia" w:hAnsi="Georgia" w:eastAsia="Georgia"/>
          <w:sz w:val="23"/>
        </w:rPr>
        <w:t>Sena took fourteen minutes.</w:t>
      </w:r>
    </w:p>
    <w:p>
      <w:r>
        <w:rPr>
          <w:rFonts w:ascii="Georgia" w:hAnsi="Georgia" w:eastAsia="Georgia"/>
          <w:sz w:val="23"/>
        </w:rPr>
        <w:t>Not performatively.</w:t>
      </w:r>
    </w:p>
    <w:p>
      <w:r>
        <w:rPr>
          <w:rFonts w:ascii="Georgia" w:hAnsi="Georgia" w:eastAsia="Georgia"/>
          <w:sz w:val="23"/>
        </w:rPr>
        <w:t>She rechecked the follow-up trend, verified the balance-aid gain history, compared head-turn nausea against the direct orientation traces, and reopened the stop conditions.</w:t>
      </w:r>
    </w:p>
    <w:p>
      <w:r>
        <w:rPr>
          <w:rFonts w:ascii="Georgia" w:hAnsi="Georgia" w:eastAsia="Georgia"/>
          <w:sz w:val="23"/>
        </w:rPr>
        <w:t>I had already done all of it.</w:t>
      </w:r>
    </w:p>
    <w:p>
      <w:r>
        <w:rPr>
          <w:rFonts w:ascii="Georgia" w:hAnsi="Georgia" w:eastAsia="Georgia"/>
          <w:sz w:val="23"/>
        </w:rPr>
        <w:t>That was not relevant.</w:t>
      </w:r>
    </w:p>
    <w:p>
      <w:r>
        <w:rPr>
          <w:rFonts w:ascii="Georgia" w:hAnsi="Georgia" w:eastAsia="Georgia"/>
          <w:sz w:val="23"/>
        </w:rPr>
        <w:t>Her job was not to confirm that I had done the work.</w:t>
      </w:r>
    </w:p>
    <w:p>
      <w:r>
        <w:rPr>
          <w:rFonts w:ascii="Georgia" w:hAnsi="Georgia" w:eastAsia="Georgia"/>
          <w:sz w:val="23"/>
        </w:rPr>
        <w:t>Her job was to decide whether she agreed.</w:t>
      </w:r>
    </w:p>
    <w:p>
      <w:r>
        <w:rPr>
          <w:rFonts w:ascii="Georgia" w:hAnsi="Georgia" w:eastAsia="Georgia"/>
          <w:sz w:val="23"/>
        </w:rPr>
        <w:t>Beren watched both of us.</w:t>
      </w:r>
    </w:p>
    <w:p>
      <w:r>
        <w:rPr>
          <w:rFonts w:ascii="Georgia" w:hAnsi="Georgia" w:eastAsia="Georgia"/>
          <w:sz w:val="23"/>
        </w:rPr>
        <w:t>“Is this awkward?” he asked.</w:t>
      </w:r>
    </w:p>
    <w:p>
      <w:r>
        <w:rPr>
          <w:rFonts w:ascii="Georgia" w:hAnsi="Georgia" w:eastAsia="Georgia"/>
          <w:sz w:val="23"/>
        </w:rPr>
        <w:t>“Yes,” I said.</w:t>
      </w:r>
    </w:p>
    <w:p>
      <w:r>
        <w:rPr>
          <w:rFonts w:ascii="Georgia" w:hAnsi="Georgia" w:eastAsia="Georgia"/>
          <w:sz w:val="23"/>
        </w:rPr>
        <w:t>“No,” Sena said.</w:t>
      </w:r>
    </w:p>
    <w:p>
      <w:r>
        <w:rPr>
          <w:rFonts w:ascii="Georgia" w:hAnsi="Georgia" w:eastAsia="Georgia"/>
          <w:sz w:val="23"/>
        </w:rPr>
        <w:t>He smiled.</w:t>
      </w:r>
    </w:p>
    <w:p>
      <w:r>
        <w:rPr>
          <w:rFonts w:ascii="Georgia" w:hAnsi="Georgia" w:eastAsia="Georgia"/>
          <w:sz w:val="23"/>
        </w:rPr>
        <w:t>“Useful sample.”</w:t>
      </w:r>
    </w:p>
    <w:p>
      <w:r>
        <w:rPr>
          <w:rFonts w:ascii="Georgia" w:hAnsi="Georgia" w:eastAsia="Georgia"/>
          <w:sz w:val="23"/>
        </w:rPr>
        <w:t>Sena opened the proposed two-percent reduction.</w:t>
      </w:r>
    </w:p>
    <w:p>
      <w:r>
        <w:rPr>
          <w:rFonts w:ascii="Georgia" w:hAnsi="Georgia" w:eastAsia="Georgia"/>
          <w:sz w:val="23"/>
        </w:rPr>
        <w:t>“Why two?” she asked me.</w:t>
      </w:r>
    </w:p>
    <w:p>
      <w:r>
        <w:rPr>
          <w:rFonts w:ascii="Georgia" w:hAnsi="Georgia" w:eastAsia="Georgia"/>
          <w:sz w:val="23"/>
        </w:rPr>
        <w:t>“Because his current correction load is three percent above the old residential average. Two removes most of the excess without using the old household condition as a target or asking him to give up all of the remaining margin at once.”</w:t>
      </w:r>
    </w:p>
    <w:p>
      <w:r>
        <w:rPr>
          <w:rFonts w:ascii="Georgia" w:hAnsi="Georgia" w:eastAsia="Georgia"/>
          <w:sz w:val="23"/>
        </w:rPr>
        <w:t>“Why not one?”</w:t>
      </w:r>
    </w:p>
    <w:p>
      <w:r>
        <w:rPr>
          <w:rFonts w:ascii="Georgia" w:hAnsi="Georgia" w:eastAsia="Georgia"/>
          <w:sz w:val="23"/>
        </w:rPr>
        <w:t>“Would also be defensible.”</w:t>
      </w:r>
    </w:p>
    <w:p>
      <w:r>
        <w:rPr>
          <w:rFonts w:ascii="Georgia" w:hAnsi="Georgia" w:eastAsia="Georgia"/>
          <w:sz w:val="23"/>
        </w:rPr>
        <w:t>“Why not three?”</w:t>
      </w:r>
    </w:p>
    <w:p>
      <w:r>
        <w:rPr>
          <w:rFonts w:ascii="Georgia" w:hAnsi="Georgia" w:eastAsia="Georgia"/>
          <w:sz w:val="23"/>
        </w:rPr>
        <w:t>“Would also be defensible.”</w:t>
      </w:r>
    </w:p>
    <w:p>
      <w:r>
        <w:rPr>
          <w:rFonts w:ascii="Georgia" w:hAnsi="Georgia" w:eastAsia="Georgia"/>
          <w:sz w:val="23"/>
        </w:rPr>
        <w:t>Beren said, “Excellent. We have found medicine.”</w:t>
      </w:r>
    </w:p>
    <w:p>
      <w:r>
        <w:rPr>
          <w:rFonts w:ascii="Georgia" w:hAnsi="Georgia" w:eastAsia="Georgia"/>
          <w:sz w:val="23"/>
        </w:rPr>
        <w:t>Sena did not smile.</w:t>
      </w:r>
    </w:p>
    <w:p>
      <w:r>
        <w:rPr>
          <w:rFonts w:ascii="Georgia" w:hAnsi="Georgia" w:eastAsia="Georgia"/>
          <w:sz w:val="23"/>
        </w:rPr>
        <w:t>“Which would you choose if you were signing alone?” she asked.</w:t>
      </w:r>
    </w:p>
    <w:p>
      <w:r>
        <w:rPr>
          <w:rFonts w:ascii="Georgia" w:hAnsi="Georgia" w:eastAsia="Georgia"/>
          <w:sz w:val="23"/>
        </w:rPr>
        <w:t>“Two.”</w:t>
      </w:r>
    </w:p>
    <w:p>
      <w:r>
        <w:rPr>
          <w:rFonts w:ascii="Georgia" w:hAnsi="Georgia" w:eastAsia="Georgia"/>
          <w:sz w:val="23"/>
        </w:rPr>
        <w:t>“Why?”</w:t>
      </w:r>
    </w:p>
    <w:p>
      <w:r>
        <w:rPr>
          <w:rFonts w:ascii="Georgia" w:hAnsi="Georgia" w:eastAsia="Georgia"/>
          <w:sz w:val="23"/>
        </w:rPr>
        <w:t>“Because the measurement resolution does not support pretending one percentage point is meaningful enough to optimize, and two is large enough to test whether the external aid is still carrying unnecessary load without moving us close to his prior failure state.”</w:t>
      </w:r>
    </w:p>
    <w:p>
      <w:r>
        <w:rPr>
          <w:rFonts w:ascii="Georgia" w:hAnsi="Georgia" w:eastAsia="Georgia"/>
          <w:sz w:val="23"/>
        </w:rPr>
        <w:t>She checked the stop line.</w:t>
      </w:r>
    </w:p>
    <w:p>
      <w:r>
        <w:rPr>
          <w:rFonts w:ascii="Georgia" w:hAnsi="Georgia" w:eastAsia="Georgia"/>
          <w:sz w:val="23"/>
        </w:rPr>
        <w:t>“Return to current gain on subjective left pull above baseline, nausea above mild, measured drift above two centimeters over ten meters, or patient stop.”</w:t>
      </w:r>
    </w:p>
    <w:p>
      <w:r>
        <w:rPr>
          <w:rFonts w:ascii="Georgia" w:hAnsi="Georgia" w:eastAsia="Georgia"/>
          <w:sz w:val="23"/>
        </w:rPr>
        <w:t>“Yes.”</w:t>
      </w:r>
    </w:p>
    <w:p>
      <w:r>
        <w:rPr>
          <w:rFonts w:ascii="Georgia" w:hAnsi="Georgia" w:eastAsia="Georgia"/>
          <w:sz w:val="23"/>
        </w:rPr>
        <w:t>“Why two centimeters?”</w:t>
      </w:r>
    </w:p>
    <w:p>
      <w:r>
        <w:rPr>
          <w:rFonts w:ascii="Georgia" w:hAnsi="Georgia" w:eastAsia="Georgia"/>
          <w:sz w:val="23"/>
        </w:rPr>
        <w:t>“Because his current post-adjustment mean is 1.1 and his failed cold-commissioning state was above three. Two gives a meaningful excursion without using the old household state as a target.”</w:t>
      </w:r>
    </w:p>
    <w:p>
      <w:r>
        <w:rPr>
          <w:rFonts w:ascii="Georgia" w:hAnsi="Georgia" w:eastAsia="Georgia"/>
          <w:sz w:val="23"/>
        </w:rPr>
        <w:t>She looked at Beren.</w:t>
      </w:r>
    </w:p>
    <w:p>
      <w:r>
        <w:rPr>
          <w:rFonts w:ascii="Georgia" w:hAnsi="Georgia" w:eastAsia="Georgia"/>
          <w:sz w:val="23"/>
        </w:rPr>
        <w:t>“Do you understand what we are changing?”</w:t>
      </w:r>
    </w:p>
    <w:p>
      <w:r>
        <w:rPr>
          <w:rFonts w:ascii="Georgia" w:hAnsi="Georgia" w:eastAsia="Georgia"/>
          <w:sz w:val="23"/>
        </w:rPr>
        <w:t>“Yes.”</w:t>
      </w:r>
    </w:p>
    <w:p>
      <w:r>
        <w:rPr>
          <w:rFonts w:ascii="Georgia" w:hAnsi="Georgia" w:eastAsia="Georgia"/>
          <w:sz w:val="23"/>
        </w:rPr>
        <w:t>“What are we not changing?”</w:t>
      </w:r>
    </w:p>
    <w:p>
      <w:r>
        <w:rPr>
          <w:rFonts w:ascii="Georgia" w:hAnsi="Georgia" w:eastAsia="Georgia"/>
          <w:sz w:val="23"/>
        </w:rPr>
        <w:t>“My setting. The archived household profile. Anel’s anything. His bruised dignity.”</w:t>
      </w:r>
    </w:p>
    <w:p>
      <w:r>
        <w:rPr>
          <w:rFonts w:ascii="Georgia" w:hAnsi="Georgia" w:eastAsia="Georgia"/>
          <w:sz w:val="23"/>
        </w:rPr>
        <w:t>Sena looked at me.</w:t>
      </w:r>
    </w:p>
    <w:p>
      <w:r>
        <w:rPr>
          <w:rFonts w:ascii="Georgia" w:hAnsi="Georgia" w:eastAsia="Georgia"/>
          <w:sz w:val="23"/>
        </w:rPr>
        <w:t>I said nothing.</w:t>
      </w:r>
    </w:p>
    <w:p>
      <w:r>
        <w:rPr>
          <w:rFonts w:ascii="Georgia" w:hAnsi="Georgia" w:eastAsia="Georgia"/>
          <w:sz w:val="23"/>
        </w:rPr>
        <w:t>She entered her signature.</w:t>
      </w:r>
    </w:p>
    <w:p>
      <w:r>
        <w:rPr>
          <w:rFonts w:ascii="Georgia" w:hAnsi="Georgia" w:eastAsia="Georgia"/>
          <w:sz w:val="23"/>
        </w:rPr>
        <w:t>START AVAILABLE.</w:t>
      </w:r>
    </w:p>
    <w:p>
      <w:r>
        <w:rPr>
          <w:rFonts w:ascii="Georgia" w:hAnsi="Georgia" w:eastAsia="Georgia"/>
          <w:sz w:val="23"/>
        </w:rPr>
        <w:t>The button changed color.</w:t>
      </w:r>
    </w:p>
    <w:p>
      <w:r>
        <w:rPr>
          <w:rFonts w:ascii="Georgia" w:hAnsi="Georgia" w:eastAsia="Georgia"/>
          <w:sz w:val="23"/>
        </w:rPr>
        <w:t>I hated how small the difference looked.</w:t>
      </w:r>
    </w:p>
    <w:p>
      <w:pPr>
        <w:spacing w:before="80" w:after="80"/>
        <w:jc w:val="center"/>
      </w:pPr>
      <w:r>
        <w:rPr>
          <w:rFonts w:ascii="Georgia" w:hAnsi="Georgia" w:eastAsia="Georgia"/>
          <w:sz w:val="23"/>
        </w:rPr>
        <w:t>§</w:t>
      </w:r>
    </w:p>
    <w:p>
      <w:r>
        <w:rPr>
          <w:rFonts w:ascii="Georgia" w:hAnsi="Georgia" w:eastAsia="Georgia"/>
          <w:sz w:val="23"/>
        </w:rPr>
        <w:t>Beren stood between the corridor markers.</w:t>
      </w:r>
    </w:p>
    <w:p>
      <w:r>
        <w:rPr>
          <w:rFonts w:ascii="Georgia" w:hAnsi="Georgia" w:eastAsia="Georgia"/>
          <w:sz w:val="23"/>
        </w:rPr>
        <w:t>Physical stop switch in his right hand.</w:t>
      </w:r>
    </w:p>
    <w:p>
      <w:r>
        <w:rPr>
          <w:rFonts w:ascii="Georgia" w:hAnsi="Georgia" w:eastAsia="Georgia"/>
          <w:sz w:val="23"/>
        </w:rPr>
        <w:t>Sena had start authority.</w:t>
      </w:r>
    </w:p>
    <w:p>
      <w:r>
        <w:rPr>
          <w:rFonts w:ascii="Georgia" w:hAnsi="Georgia" w:eastAsia="Georgia"/>
          <w:sz w:val="23"/>
        </w:rPr>
        <w:t>I had stop authority.</w:t>
      </w:r>
    </w:p>
    <w:p>
      <w:r>
        <w:rPr>
          <w:rFonts w:ascii="Georgia" w:hAnsi="Georgia" w:eastAsia="Georgia"/>
          <w:sz w:val="23"/>
        </w:rPr>
        <w:t>Miren had stop authority from the service station.</w:t>
      </w:r>
    </w:p>
    <w:p>
      <w:r>
        <w:rPr>
          <w:rFonts w:ascii="Georgia" w:hAnsi="Georgia" w:eastAsia="Georgia"/>
          <w:sz w:val="23"/>
        </w:rPr>
        <w:t>Beren had stop authority because the body was his.</w:t>
      </w:r>
    </w:p>
    <w:p>
      <w:r>
        <w:rPr>
          <w:rFonts w:ascii="Georgia" w:hAnsi="Georgia" w:eastAsia="Georgia"/>
          <w:sz w:val="23"/>
        </w:rPr>
        <w:t>Distributed authority had been one of the first things we learned to trust after learning how much damage one correct person could do alone.</w:t>
      </w:r>
    </w:p>
    <w:p>
      <w:r>
        <w:rPr>
          <w:rFonts w:ascii="Georgia" w:hAnsi="Georgia" w:eastAsia="Georgia"/>
          <w:sz w:val="23"/>
        </w:rPr>
        <w:t>I had spent decades arguing for systems in which disagreement survived the operator.</w:t>
      </w:r>
    </w:p>
    <w:p>
      <w:r>
        <w:rPr>
          <w:rFonts w:ascii="Georgia" w:hAnsi="Georgia" w:eastAsia="Georgia"/>
          <w:sz w:val="23"/>
        </w:rPr>
        <w:t>Now I was one of the operators the system had decided should not be sufficient.</w:t>
      </w:r>
    </w:p>
    <w:p>
      <w:r>
        <w:rPr>
          <w:rFonts w:ascii="Georgia" w:hAnsi="Georgia" w:eastAsia="Georgia"/>
          <w:sz w:val="23"/>
        </w:rPr>
        <w:t>The principle did not improve when it was flattering.</w:t>
      </w:r>
    </w:p>
    <w:p>
      <w:r>
        <w:rPr>
          <w:rFonts w:ascii="Georgia" w:hAnsi="Georgia" w:eastAsia="Georgia"/>
          <w:sz w:val="23"/>
        </w:rPr>
        <w:t>Sena reduced the balance-aid gain by two percent.</w:t>
      </w:r>
    </w:p>
    <w:p>
      <w:r>
        <w:rPr>
          <w:rFonts w:ascii="Georgia" w:hAnsi="Georgia" w:eastAsia="Georgia"/>
          <w:sz w:val="23"/>
        </w:rPr>
        <w:t>Beren walked.</w:t>
      </w:r>
    </w:p>
    <w:p>
      <w:r>
        <w:rPr>
          <w:rFonts w:ascii="Georgia" w:hAnsi="Georgia" w:eastAsia="Georgia"/>
          <w:sz w:val="23"/>
        </w:rPr>
        <w:t>Ten meters.</w:t>
      </w:r>
    </w:p>
    <w:p>
      <w:r>
        <w:rPr>
          <w:rFonts w:ascii="Georgia" w:hAnsi="Georgia" w:eastAsia="Georgia"/>
          <w:sz w:val="23"/>
        </w:rPr>
        <w:t>Turn.</w:t>
      </w:r>
    </w:p>
    <w:p>
      <w:r>
        <w:rPr>
          <w:rFonts w:ascii="Georgia" w:hAnsi="Georgia" w:eastAsia="Georgia"/>
          <w:sz w:val="23"/>
        </w:rPr>
        <w:t>Ten back.</w:t>
      </w:r>
    </w:p>
    <w:p>
      <w:r>
        <w:rPr>
          <w:rFonts w:ascii="Georgia" w:hAnsi="Georgia" w:eastAsia="Georgia"/>
          <w:sz w:val="23"/>
        </w:rPr>
        <w:t>Drift: 1.0 centimeters.</w:t>
      </w:r>
    </w:p>
    <w:p>
      <w:r>
        <w:rPr>
          <w:rFonts w:ascii="Georgia" w:hAnsi="Georgia" w:eastAsia="Georgia"/>
          <w:sz w:val="23"/>
        </w:rPr>
        <w:t>“No pull,” he said.</w:t>
      </w:r>
    </w:p>
    <w:p>
      <w:r>
        <w:rPr>
          <w:rFonts w:ascii="Georgia" w:hAnsi="Georgia" w:eastAsia="Georgia"/>
          <w:sz w:val="23"/>
        </w:rPr>
        <w:t>Second pass after three rapid head turns.</w:t>
      </w:r>
    </w:p>
    <w:p>
      <w:r>
        <w:rPr>
          <w:rFonts w:ascii="Georgia" w:hAnsi="Georgia" w:eastAsia="Georgia"/>
          <w:sz w:val="23"/>
        </w:rPr>
        <w:t>Brief nausea.</w:t>
      </w:r>
    </w:p>
    <w:p>
      <w:r>
        <w:rPr>
          <w:rFonts w:ascii="Georgia" w:hAnsi="Georgia" w:eastAsia="Georgia"/>
          <w:sz w:val="23"/>
        </w:rPr>
        <w:t>“Mild?” Sena asked.</w:t>
      </w:r>
    </w:p>
    <w:p>
      <w:r>
        <w:rPr>
          <w:rFonts w:ascii="Georgia" w:hAnsi="Georgia" w:eastAsia="Georgia"/>
          <w:sz w:val="23"/>
        </w:rPr>
        <w:t>“Less.”</w:t>
      </w:r>
    </w:p>
    <w:p>
      <w:r>
        <w:rPr>
          <w:rFonts w:ascii="Georgia" w:hAnsi="Georgia" w:eastAsia="Georgia"/>
          <w:sz w:val="23"/>
        </w:rPr>
        <w:t>Third pass carrying a five-kilogram service weight.</w:t>
      </w:r>
    </w:p>
    <w:p>
      <w:r>
        <w:rPr>
          <w:rFonts w:ascii="Georgia" w:hAnsi="Georgia" w:eastAsia="Georgia"/>
          <w:sz w:val="23"/>
        </w:rPr>
        <w:t>Drift: 1.2.</w:t>
      </w:r>
    </w:p>
    <w:p>
      <w:r>
        <w:rPr>
          <w:rFonts w:ascii="Georgia" w:hAnsi="Georgia" w:eastAsia="Georgia"/>
          <w:sz w:val="23"/>
        </w:rPr>
        <w:t>No stop.</w:t>
      </w:r>
    </w:p>
    <w:p>
      <w:r>
        <w:rPr>
          <w:rFonts w:ascii="Georgia" w:hAnsi="Georgia" w:eastAsia="Georgia"/>
          <w:sz w:val="23"/>
        </w:rPr>
        <w:t>Fourth pass with eyes redirected to the wall markers rather than the floor.</w:t>
      </w:r>
    </w:p>
    <w:p>
      <w:r>
        <w:rPr>
          <w:rFonts w:ascii="Georgia" w:hAnsi="Georgia" w:eastAsia="Georgia"/>
          <w:sz w:val="23"/>
        </w:rPr>
        <w:t>1.1.</w:t>
      </w:r>
    </w:p>
    <w:p>
      <w:r>
        <w:rPr>
          <w:rFonts w:ascii="Georgia" w:hAnsi="Georgia" w:eastAsia="Georgia"/>
          <w:sz w:val="23"/>
        </w:rPr>
        <w:t>The adjustment held.</w:t>
      </w:r>
    </w:p>
    <w:p>
      <w:r>
        <w:rPr>
          <w:rFonts w:ascii="Georgia" w:hAnsi="Georgia" w:eastAsia="Georgia"/>
          <w:sz w:val="23"/>
        </w:rPr>
        <w:t>No one congratulated me.</w:t>
      </w:r>
    </w:p>
    <w:p>
      <w:r>
        <w:rPr>
          <w:rFonts w:ascii="Georgia" w:hAnsi="Georgia" w:eastAsia="Georgia"/>
          <w:sz w:val="23"/>
        </w:rPr>
        <w:t>That was correct too.</w:t>
      </w:r>
    </w:p>
    <w:p>
      <w:r>
        <w:rPr>
          <w:rFonts w:ascii="Georgia" w:hAnsi="Georgia" w:eastAsia="Georgia"/>
          <w:sz w:val="23"/>
        </w:rPr>
        <w:t>At 1502 Sena signed the temporary continuation.</w:t>
      </w:r>
    </w:p>
    <w:p>
      <w:r>
        <w:rPr>
          <w:rFonts w:ascii="Georgia" w:hAnsi="Georgia" w:eastAsia="Georgia"/>
          <w:sz w:val="23"/>
        </w:rPr>
        <w:t>I signed the technical note beneath hers.</w:t>
      </w:r>
    </w:p>
    <w:p>
      <w:r>
        <w:rPr>
          <w:rFonts w:ascii="Georgia" w:hAnsi="Georgia" w:eastAsia="Georgia"/>
          <w:sz w:val="23"/>
        </w:rPr>
        <w:t>Two names.</w:t>
      </w:r>
    </w:p>
    <w:p>
      <w:r>
        <w:rPr>
          <w:rFonts w:ascii="Georgia" w:hAnsi="Georgia" w:eastAsia="Georgia"/>
          <w:sz w:val="23"/>
        </w:rPr>
        <w:t>Mine was second.</w:t>
      </w:r>
    </w:p>
    <w:p>
      <w:r>
        <w:rPr>
          <w:rFonts w:ascii="Georgia" w:hAnsi="Georgia" w:eastAsia="Georgia"/>
          <w:sz w:val="23"/>
        </w:rPr>
        <w:t>I noticed.</w:t>
      </w:r>
    </w:p>
    <w:p>
      <w:pPr>
        <w:spacing w:before="80" w:after="80"/>
        <w:jc w:val="center"/>
      </w:pPr>
      <w:r>
        <w:rPr>
          <w:rFonts w:ascii="Georgia" w:hAnsi="Georgia" w:eastAsia="Georgia"/>
          <w:sz w:val="23"/>
        </w:rPr>
        <w:t>§</w:t>
      </w:r>
    </w:p>
    <w:p>
      <w:r>
        <w:rPr>
          <w:rFonts w:ascii="Georgia" w:hAnsi="Georgia" w:eastAsia="Georgia"/>
          <w:sz w:val="23"/>
        </w:rPr>
        <w:t>After Beren left, Miren put a cracked clamp on my bench.</w:t>
      </w:r>
    </w:p>
    <w:p>
      <w:r>
        <w:rPr>
          <w:rFonts w:ascii="Georgia" w:hAnsi="Georgia" w:eastAsia="Georgia"/>
          <w:sz w:val="23"/>
        </w:rPr>
        <w:t>“Fix this.”</w:t>
      </w:r>
    </w:p>
    <w:p>
      <w:r>
        <w:rPr>
          <w:rFonts w:ascii="Georgia" w:hAnsi="Georgia" w:eastAsia="Georgia"/>
          <w:sz w:val="23"/>
        </w:rPr>
        <w:t>“I am not restricted from clamps.”</w:t>
      </w:r>
    </w:p>
    <w:p>
      <w:r>
        <w:rPr>
          <w:rFonts w:ascii="Georgia" w:hAnsi="Georgia" w:eastAsia="Georgia"/>
          <w:sz w:val="23"/>
        </w:rPr>
        <w:t>“I know.”</w:t>
      </w:r>
    </w:p>
    <w:p>
      <w:r>
        <w:rPr>
          <w:rFonts w:ascii="Georgia" w:hAnsi="Georgia" w:eastAsia="Georgia"/>
          <w:sz w:val="23"/>
        </w:rPr>
        <w:t>The fracture ran through one jaw near the pin bore.</w:t>
      </w:r>
    </w:p>
    <w:p>
      <w:r>
        <w:rPr>
          <w:rFonts w:ascii="Georgia" w:hAnsi="Georgia" w:eastAsia="Georgia"/>
          <w:sz w:val="23"/>
        </w:rPr>
        <w:t>Cheap alloy.</w:t>
      </w:r>
    </w:p>
    <w:p>
      <w:r>
        <w:rPr>
          <w:rFonts w:ascii="Georgia" w:hAnsi="Georgia" w:eastAsia="Georgia"/>
          <w:sz w:val="23"/>
        </w:rPr>
        <w:t>Older than the shop.</w:t>
      </w:r>
    </w:p>
    <w:p>
      <w:r>
        <w:rPr>
          <w:rFonts w:ascii="Georgia" w:hAnsi="Georgia" w:eastAsia="Georgia"/>
          <w:sz w:val="23"/>
        </w:rPr>
        <w:t>I disassembled it.</w:t>
      </w:r>
    </w:p>
    <w:p>
      <w:r>
        <w:rPr>
          <w:rFonts w:ascii="Georgia" w:hAnsi="Georgia" w:eastAsia="Georgia"/>
          <w:sz w:val="23"/>
        </w:rPr>
        <w:t>The pin was reusable.</w:t>
      </w:r>
    </w:p>
    <w:p>
      <w:r>
        <w:rPr>
          <w:rFonts w:ascii="Georgia" w:hAnsi="Georgia" w:eastAsia="Georgia"/>
          <w:sz w:val="23"/>
        </w:rPr>
        <w:t>The spring was not.</w:t>
      </w:r>
    </w:p>
    <w:p>
      <w:r>
        <w:rPr>
          <w:rFonts w:ascii="Georgia" w:hAnsi="Georgia" w:eastAsia="Georgia"/>
          <w:sz w:val="23"/>
        </w:rPr>
        <w:t>I fabricated a new jaw, replaced the spring, and kept the old screw because it was fine.</w:t>
      </w:r>
    </w:p>
    <w:p>
      <w:r>
        <w:rPr>
          <w:rFonts w:ascii="Georgia" w:hAnsi="Georgia" w:eastAsia="Georgia"/>
          <w:sz w:val="23"/>
        </w:rPr>
        <w:t>Miren watched for a while.</w:t>
      </w:r>
    </w:p>
    <w:p>
      <w:r>
        <w:rPr>
          <w:rFonts w:ascii="Georgia" w:hAnsi="Georgia" w:eastAsia="Georgia"/>
          <w:sz w:val="23"/>
        </w:rPr>
        <w:t>“You are angry.”</w:t>
      </w:r>
    </w:p>
    <w:p>
      <w:r>
        <w:rPr>
          <w:rFonts w:ascii="Georgia" w:hAnsi="Georgia" w:eastAsia="Georgia"/>
          <w:sz w:val="23"/>
        </w:rPr>
        <w:t>“Yes.”</w:t>
      </w:r>
    </w:p>
    <w:p>
      <w:r>
        <w:rPr>
          <w:rFonts w:ascii="Georgia" w:hAnsi="Georgia" w:eastAsia="Georgia"/>
          <w:sz w:val="23"/>
        </w:rPr>
        <w:t>“At Kera?”</w:t>
      </w:r>
    </w:p>
    <w:p>
      <w:r>
        <w:rPr>
          <w:rFonts w:ascii="Georgia" w:hAnsi="Georgia" w:eastAsia="Georgia"/>
          <w:sz w:val="23"/>
        </w:rPr>
        <w:t>“No.”</w:t>
      </w:r>
    </w:p>
    <w:p>
      <w:r>
        <w:rPr>
          <w:rFonts w:ascii="Georgia" w:hAnsi="Georgia" w:eastAsia="Georgia"/>
          <w:sz w:val="23"/>
        </w:rPr>
        <w:t>“At Sena?”</w:t>
      </w:r>
    </w:p>
    <w:p>
      <w:r>
        <w:rPr>
          <w:rFonts w:ascii="Georgia" w:hAnsi="Georgia" w:eastAsia="Georgia"/>
          <w:sz w:val="23"/>
        </w:rPr>
        <w:t>“No.”</w:t>
      </w:r>
    </w:p>
    <w:p>
      <w:r>
        <w:rPr>
          <w:rFonts w:ascii="Georgia" w:hAnsi="Georgia" w:eastAsia="Georgia"/>
          <w:sz w:val="23"/>
        </w:rPr>
        <w:t>“At me?”</w:t>
      </w:r>
    </w:p>
    <w:p>
      <w:r>
        <w:rPr>
          <w:rFonts w:ascii="Georgia" w:hAnsi="Georgia" w:eastAsia="Georgia"/>
          <w:sz w:val="23"/>
        </w:rPr>
        <w:t>“Not currently.”</w:t>
      </w:r>
    </w:p>
    <w:p>
      <w:r>
        <w:rPr>
          <w:rFonts w:ascii="Georgia" w:hAnsi="Georgia" w:eastAsia="Georgia"/>
          <w:sz w:val="23"/>
        </w:rPr>
        <w:t>“Useful qualifier.”</w:t>
      </w:r>
    </w:p>
    <w:p>
      <w:r>
        <w:rPr>
          <w:rFonts w:ascii="Georgia" w:hAnsi="Georgia" w:eastAsia="Georgia"/>
          <w:sz w:val="23"/>
        </w:rPr>
        <w:t>I pressed the new pin into place.</w:t>
      </w:r>
    </w:p>
    <w:p>
      <w:r>
        <w:rPr>
          <w:rFonts w:ascii="Georgia" w:hAnsi="Georgia" w:eastAsia="Georgia"/>
          <w:sz w:val="23"/>
        </w:rPr>
        <w:t>The clamp closed square.</w:t>
      </w:r>
    </w:p>
    <w:p>
      <w:r>
        <w:rPr>
          <w:rFonts w:ascii="Georgia" w:hAnsi="Georgia" w:eastAsia="Georgia"/>
          <w:sz w:val="23"/>
        </w:rPr>
        <w:t>“Then at what?” she asked.</w:t>
      </w:r>
    </w:p>
    <w:p>
      <w:r>
        <w:rPr>
          <w:rFonts w:ascii="Georgia" w:hAnsi="Georgia" w:eastAsia="Georgia"/>
          <w:sz w:val="23"/>
        </w:rPr>
        <w:t>I tested jaw pressure.</w:t>
      </w:r>
    </w:p>
    <w:p>
      <w:r>
        <w:rPr>
          <w:rFonts w:ascii="Georgia" w:hAnsi="Georgia" w:eastAsia="Georgia"/>
          <w:sz w:val="23"/>
        </w:rPr>
        <w:t>“Dependence.”</w:t>
      </w:r>
    </w:p>
    <w:p>
      <w:r>
        <w:rPr>
          <w:rFonts w:ascii="Georgia" w:hAnsi="Georgia" w:eastAsia="Georgia"/>
          <w:sz w:val="23"/>
        </w:rPr>
        <w:t>She waited.</w:t>
      </w:r>
    </w:p>
    <w:p>
      <w:r>
        <w:rPr>
          <w:rFonts w:ascii="Georgia" w:hAnsi="Georgia" w:eastAsia="Georgia"/>
          <w:sz w:val="23"/>
        </w:rPr>
        <w:t>I continued.</w:t>
      </w:r>
    </w:p>
    <w:p>
      <w:r>
        <w:rPr>
          <w:rFonts w:ascii="Georgia" w:hAnsi="Georgia" w:eastAsia="Georgia"/>
          <w:sz w:val="23"/>
        </w:rPr>
        <w:t>“I dislike needing another person to complete a decision I believe I can make correctly.”</w:t>
      </w:r>
    </w:p>
    <w:p>
      <w:r>
        <w:rPr>
          <w:rFonts w:ascii="Georgia" w:hAnsi="Georgia" w:eastAsia="Georgia"/>
          <w:sz w:val="23"/>
        </w:rPr>
        <w:t>Miren leaned against the bench.</w:t>
      </w:r>
    </w:p>
    <w:p>
      <w:r>
        <w:rPr>
          <w:rFonts w:ascii="Georgia" w:hAnsi="Georgia" w:eastAsia="Georgia"/>
          <w:sz w:val="23"/>
        </w:rPr>
        <w:t>“That is not new.”</w:t>
      </w:r>
    </w:p>
    <w:p>
      <w:r>
        <w:rPr>
          <w:rFonts w:ascii="Georgia" w:hAnsi="Georgia" w:eastAsia="Georgia"/>
          <w:sz w:val="23"/>
        </w:rPr>
        <w:t>“It is new to this side of the form.”</w:t>
      </w:r>
    </w:p>
    <w:p>
      <w:r>
        <w:rPr>
          <w:rFonts w:ascii="Georgia" w:hAnsi="Georgia" w:eastAsia="Georgia"/>
          <w:sz w:val="23"/>
        </w:rPr>
        <w:t>There it was.</w:t>
      </w:r>
    </w:p>
    <w:p>
      <w:r>
        <w:rPr>
          <w:rFonts w:ascii="Georgia" w:hAnsi="Georgia" w:eastAsia="Georgia"/>
          <w:sz w:val="23"/>
        </w:rPr>
        <w:t>Not punishment.</w:t>
      </w:r>
    </w:p>
    <w:p>
      <w:r>
        <w:rPr>
          <w:rFonts w:ascii="Georgia" w:hAnsi="Georgia" w:eastAsia="Georgia"/>
          <w:sz w:val="23"/>
        </w:rPr>
        <w:t>Perspective was too generous a word.</w:t>
      </w:r>
    </w:p>
    <w:p>
      <w:r>
        <w:rPr>
          <w:rFonts w:ascii="Georgia" w:hAnsi="Georgia" w:eastAsia="Georgia"/>
          <w:sz w:val="23"/>
        </w:rPr>
        <w:t>The first time Mara stopped my hand, I had thought the safety line ended at the edge of the enclosure.</w:t>
      </w:r>
    </w:p>
    <w:p>
      <w:r>
        <w:rPr>
          <w:rFonts w:ascii="Georgia" w:hAnsi="Georgia" w:eastAsia="Georgia"/>
          <w:sz w:val="23"/>
        </w:rPr>
        <w:t>My hand was outside the secondary field.</w:t>
      </w:r>
    </w:p>
    <w:p>
      <w:r>
        <w:rPr>
          <w:rFonts w:ascii="Georgia" w:hAnsi="Georgia" w:eastAsia="Georgia"/>
          <w:sz w:val="23"/>
        </w:rPr>
        <w:t>She had held my wrist and said the simplest thing anyone said to me during the war.</w:t>
      </w:r>
    </w:p>
    <w:p>
      <w:r>
        <w:rPr>
          <w:rFonts w:ascii="Georgia" w:hAnsi="Georgia" w:eastAsia="Georgia"/>
          <w:sz w:val="23"/>
        </w:rPr>
        <w:t>Your hand is attached to you.</w:t>
      </w:r>
    </w:p>
    <w:p>
      <w:r>
        <w:rPr>
          <w:rFonts w:ascii="Georgia" w:hAnsi="Georgia" w:eastAsia="Georgia"/>
          <w:sz w:val="23"/>
        </w:rPr>
        <w:t>I had treated the line as geometry.</w:t>
      </w:r>
    </w:p>
    <w:p>
      <w:r>
        <w:rPr>
          <w:rFonts w:ascii="Georgia" w:hAnsi="Georgia" w:eastAsia="Georgia"/>
          <w:sz w:val="23"/>
        </w:rPr>
        <w:t>She had treated the operator as part of the system.</w:t>
      </w:r>
    </w:p>
    <w:p>
      <w:r>
        <w:rPr>
          <w:rFonts w:ascii="Georgia" w:hAnsi="Georgia" w:eastAsia="Georgia"/>
          <w:sz w:val="23"/>
        </w:rPr>
        <w:t>A century later, the institution had done the same thing with my signature.</w:t>
      </w:r>
    </w:p>
    <w:p>
      <w:r>
        <w:rPr>
          <w:rFonts w:ascii="Georgia" w:hAnsi="Georgia" w:eastAsia="Georgia"/>
          <w:sz w:val="23"/>
        </w:rPr>
        <w:t>The decision was attached to me.</w:t>
      </w:r>
    </w:p>
    <w:p>
      <w:r>
        <w:rPr>
          <w:rFonts w:ascii="Georgia" w:hAnsi="Georgia" w:eastAsia="Georgia"/>
          <w:sz w:val="23"/>
        </w:rPr>
        <w:t>So was the error.</w:t>
      </w:r>
    </w:p>
    <w:p>
      <w:r>
        <w:rPr>
          <w:rFonts w:ascii="Georgia" w:hAnsi="Georgia" w:eastAsia="Georgia"/>
          <w:sz w:val="23"/>
        </w:rPr>
        <w:t>Miren picked up the repaired clamp and tested the hinge.</w:t>
      </w:r>
    </w:p>
    <w:p>
      <w:r>
        <w:rPr>
          <w:rFonts w:ascii="Georgia" w:hAnsi="Georgia" w:eastAsia="Georgia"/>
          <w:sz w:val="23"/>
        </w:rPr>
        <w:t>“Mechanically,” she said.</w:t>
      </w:r>
    </w:p>
    <w:p>
      <w:r>
        <w:rPr>
          <w:rFonts w:ascii="Georgia" w:hAnsi="Georgia" w:eastAsia="Georgia"/>
          <w:sz w:val="23"/>
        </w:rPr>
        <w:t>I let it survive.</w:t>
      </w:r>
    </w:p>
    <w:p>
      <w:pPr>
        <w:spacing w:before="80" w:after="80"/>
        <w:jc w:val="center"/>
      </w:pPr>
      <w:r>
        <w:rPr>
          <w:rFonts w:ascii="Georgia" w:hAnsi="Georgia" w:eastAsia="Georgia"/>
          <w:sz w:val="23"/>
        </w:rPr>
        <w:t>§</w:t>
      </w:r>
    </w:p>
    <w:p>
      <w:r>
        <w:rPr>
          <w:rFonts w:ascii="Georgia" w:hAnsi="Georgia" w:eastAsia="Georgia"/>
          <w:sz w:val="23"/>
        </w:rPr>
        <w:t>At 1736 Kera sent the formal review outcome.</w:t>
      </w:r>
    </w:p>
    <w:p>
      <w:r>
        <w:rPr>
          <w:rFonts w:ascii="Georgia" w:hAnsi="Georgia" w:eastAsia="Georgia"/>
          <w:sz w:val="23"/>
        </w:rPr>
        <w:t>NO NEGLIGENCE FINDING.</w:t>
      </w:r>
    </w:p>
    <w:p>
      <w:r>
        <w:rPr>
          <w:rFonts w:ascii="Georgia" w:hAnsi="Georgia" w:eastAsia="Georgia"/>
          <w:sz w:val="23"/>
        </w:rPr>
        <w:t>NO GENERAL COMPETENCY DEFICIENCY IDENTIFIED.</w:t>
      </w:r>
    </w:p>
    <w:p>
      <w:r>
        <w:rPr>
          <w:rFonts w:ascii="Georgia" w:hAnsi="Georgia" w:eastAsia="Georgia"/>
          <w:sz w:val="23"/>
        </w:rPr>
        <w:t>DEMONSTRATED DECISION-CHAIN FAILURE MODE: SHARED DERIVATION ANCESTRY NOT TRACED BEFORE SOLE LIVE-TEST AUTHORIZATION.</w:t>
      </w:r>
    </w:p>
    <w:p>
      <w:r>
        <w:rPr>
          <w:rFonts w:ascii="Georgia" w:hAnsi="Georgia" w:eastAsia="Georgia"/>
          <w:sz w:val="23"/>
        </w:rPr>
        <w:t>INTERIM SECOND-SIGNATORY CONTROL: CONTINUES.</w:t>
      </w:r>
    </w:p>
    <w:p>
      <w:r>
        <w:rPr>
          <w:rFonts w:ascii="Georgia" w:hAnsi="Georgia" w:eastAsia="Georgia"/>
          <w:sz w:val="23"/>
        </w:rPr>
        <w:t>REVIEW CONDITION: CONTROL TO BE REASSESSED AFTER DEPLOYMENT AND VALIDATION OF DERIVATION-ANCESTRY DECISION SUPPORT ACROSS COVERED PRACTICE DOMAIN, PLUS OBSERVED USE UNDER LIVE CONDITIONS.</w:t>
      </w:r>
    </w:p>
    <w:p>
      <w:r>
        <w:rPr>
          <w:rFonts w:ascii="Georgia" w:hAnsi="Georgia" w:eastAsia="Georgia"/>
          <w:sz w:val="23"/>
        </w:rPr>
        <w:t>No date.</w:t>
      </w:r>
    </w:p>
    <w:p>
      <w:r>
        <w:rPr>
          <w:rFonts w:ascii="Georgia" w:hAnsi="Georgia" w:eastAsia="Georgia"/>
          <w:sz w:val="23"/>
        </w:rPr>
        <w:t>I opened the appeal field.</w:t>
      </w:r>
    </w:p>
    <w:p>
      <w:r>
        <w:rPr>
          <w:rFonts w:ascii="Georgia" w:hAnsi="Georgia" w:eastAsia="Georgia"/>
          <w:sz w:val="23"/>
        </w:rPr>
        <w:t>Then closed it.</w:t>
      </w:r>
    </w:p>
    <w:p>
      <w:r>
        <w:rPr>
          <w:rFonts w:ascii="Georgia" w:hAnsi="Georgia" w:eastAsia="Georgia"/>
          <w:sz w:val="23"/>
        </w:rPr>
        <w:t>Not because the control was pleasant.</w:t>
      </w:r>
    </w:p>
    <w:p>
      <w:r>
        <w:rPr>
          <w:rFonts w:ascii="Georgia" w:hAnsi="Georgia" w:eastAsia="Georgia"/>
          <w:sz w:val="23"/>
        </w:rPr>
        <w:t>Because I could not identify a factual error in it.</w:t>
      </w:r>
    </w:p>
    <w:p>
      <w:r>
        <w:rPr>
          <w:rFonts w:ascii="Georgia" w:hAnsi="Georgia" w:eastAsia="Georgia"/>
          <w:sz w:val="23"/>
        </w:rPr>
        <w:t>I added one response instead.</w:t>
      </w:r>
    </w:p>
    <w:p>
      <w:r>
        <w:rPr>
          <w:rFonts w:ascii="Georgia" w:hAnsi="Georgia" w:eastAsia="Georgia"/>
          <w:sz w:val="23"/>
        </w:rPr>
        <w:t>SIGNATORY ACKNOWLEDGES CONTROL BASIS.</w:t>
      </w:r>
    </w:p>
    <w:p>
      <w:r>
        <w:rPr>
          <w:rFonts w:ascii="Georgia" w:hAnsi="Georgia" w:eastAsia="Georgia"/>
          <w:sz w:val="23"/>
        </w:rPr>
        <w:t>TECHNICAL DISAGREEMENT: SCOPE MAY EXCEED DEMONSTRATED FAILURE DOMAIN DURING INTERIM PERIOD.</w:t>
      </w:r>
    </w:p>
    <w:p>
      <w:r>
        <w:rPr>
          <w:rFonts w:ascii="Georgia" w:hAnsi="Georgia" w:eastAsia="Georgia"/>
          <w:sz w:val="23"/>
        </w:rPr>
        <w:t>NO REQUEST FOR REMOVAL AT THIS TIME.</w:t>
      </w:r>
    </w:p>
    <w:p>
      <w:r>
        <w:rPr>
          <w:rFonts w:ascii="Georgia" w:hAnsi="Georgia" w:eastAsia="Georgia"/>
          <w:sz w:val="23"/>
        </w:rPr>
        <w:t>Miren read it from the other side of the bench.</w:t>
      </w:r>
    </w:p>
    <w:p>
      <w:r>
        <w:rPr>
          <w:rFonts w:ascii="Georgia" w:hAnsi="Georgia" w:eastAsia="Georgia"/>
          <w:sz w:val="23"/>
        </w:rPr>
        <w:t>“You really could just write acknowledged.”</w:t>
      </w:r>
    </w:p>
    <w:p>
      <w:r>
        <w:rPr>
          <w:rFonts w:ascii="Georgia" w:hAnsi="Georgia" w:eastAsia="Georgia"/>
          <w:sz w:val="23"/>
        </w:rPr>
        <w:t>“No.”</w:t>
      </w:r>
    </w:p>
    <w:p>
      <w:r>
        <w:rPr>
          <w:rFonts w:ascii="Georgia" w:hAnsi="Georgia" w:eastAsia="Georgia"/>
          <w:sz w:val="23"/>
        </w:rPr>
        <w:t>“I know.”</w:t>
      </w:r>
    </w:p>
    <w:p>
      <w:r>
        <w:rPr>
          <w:rFonts w:ascii="Georgia" w:hAnsi="Georgia" w:eastAsia="Georgia"/>
          <w:sz w:val="23"/>
        </w:rPr>
        <w:t>I submitted it.</w:t>
      </w:r>
    </w:p>
    <w:p>
      <w:r>
        <w:rPr>
          <w:rFonts w:ascii="Georgia" w:hAnsi="Georgia" w:eastAsia="Georgia"/>
          <w:sz w:val="23"/>
        </w:rPr>
        <w:t>The system accepted the response without a second signature.</w:t>
      </w:r>
    </w:p>
    <w:p>
      <w:r>
        <w:rPr>
          <w:rFonts w:ascii="Georgia" w:hAnsi="Georgia" w:eastAsia="Georgia"/>
          <w:sz w:val="23"/>
        </w:rPr>
        <w:t>That made me laugh once.</w:t>
      </w:r>
    </w:p>
    <w:p>
      <w:r>
        <w:rPr>
          <w:rFonts w:ascii="Georgia" w:hAnsi="Georgia" w:eastAsia="Georgia"/>
          <w:sz w:val="23"/>
        </w:rPr>
        <w:t>Miren looked over.</w:t>
      </w:r>
    </w:p>
    <w:p>
      <w:r>
        <w:rPr>
          <w:rFonts w:ascii="Georgia" w:hAnsi="Georgia" w:eastAsia="Georgia"/>
          <w:sz w:val="23"/>
        </w:rPr>
        <w:t>“What?”</w:t>
      </w:r>
    </w:p>
    <w:p>
      <w:r>
        <w:rPr>
          <w:rFonts w:ascii="Georgia" w:hAnsi="Georgia" w:eastAsia="Georgia"/>
          <w:sz w:val="23"/>
        </w:rPr>
        <w:t>“Nothing.”</w:t>
      </w:r>
    </w:p>
    <w:p>
      <w:r>
        <w:rPr>
          <w:rFonts w:ascii="Georgia" w:hAnsi="Georgia" w:eastAsia="Georgia"/>
          <w:sz w:val="23"/>
        </w:rPr>
        <w:t>She did not believe me.</w:t>
      </w:r>
    </w:p>
    <w:p>
      <w:r>
        <w:rPr>
          <w:rFonts w:ascii="Georgia" w:hAnsi="Georgia" w:eastAsia="Georgia"/>
          <w:sz w:val="23"/>
        </w:rPr>
        <w:t>She did not need to.</w:t>
      </w:r>
    </w:p>
    <w:p>
      <w:pPr>
        <w:spacing w:before="80" w:after="80"/>
        <w:jc w:val="center"/>
      </w:pPr>
      <w:r>
        <w:rPr>
          <w:rFonts w:ascii="Georgia" w:hAnsi="Georgia" w:eastAsia="Georgia"/>
          <w:sz w:val="23"/>
        </w:rPr>
        <w:t>§</w:t>
      </w:r>
    </w:p>
    <w:p>
      <w:r>
        <w:rPr>
          <w:rFonts w:ascii="Georgia" w:hAnsi="Georgia" w:eastAsia="Georgia"/>
          <w:sz w:val="23"/>
        </w:rPr>
        <w:t>Before closing, I opened Lysa’s authorization record again.</w:t>
      </w:r>
    </w:p>
    <w:p>
      <w:r>
        <w:rPr>
          <w:rFonts w:ascii="Georgia" w:hAnsi="Georgia" w:eastAsia="Georgia"/>
          <w:sz w:val="23"/>
        </w:rPr>
        <w:t>Not the clinical outcome.</w:t>
      </w:r>
    </w:p>
    <w:p>
      <w:r>
        <w:rPr>
          <w:rFonts w:ascii="Georgia" w:hAnsi="Georgia" w:eastAsia="Georgia"/>
          <w:sz w:val="23"/>
        </w:rPr>
        <w:t>Not the SDC-12 amendment.</w:t>
      </w:r>
    </w:p>
    <w:p>
      <w:r>
        <w:rPr>
          <w:rFonts w:ascii="Georgia" w:hAnsi="Georgia" w:eastAsia="Georgia"/>
          <w:sz w:val="23"/>
        </w:rPr>
        <w:t>My line.</w:t>
      </w:r>
    </w:p>
    <w:p>
      <w:r>
        <w:rPr>
          <w:rFonts w:ascii="Georgia" w:hAnsi="Georgia" w:eastAsia="Georgia"/>
          <w:sz w:val="23"/>
        </w:rPr>
        <w:t>BOUNDED REVERSIBLE TEST AUTHORIZED.</w:t>
      </w:r>
    </w:p>
    <w:p>
      <w:r>
        <w:rPr>
          <w:rFonts w:ascii="Georgia" w:hAnsi="Georgia" w:eastAsia="Georgia"/>
          <w:sz w:val="23"/>
        </w:rPr>
        <w:t>My name remained beneath it.</w:t>
      </w:r>
    </w:p>
    <w:p>
      <w:r>
        <w:rPr>
          <w:rFonts w:ascii="Georgia" w:hAnsi="Georgia" w:eastAsia="Georgia"/>
          <w:sz w:val="23"/>
        </w:rPr>
        <w:t>The restriction had not removed the old signature.</w:t>
      </w:r>
    </w:p>
    <w:p>
      <w:r>
        <w:rPr>
          <w:rFonts w:ascii="Georgia" w:hAnsi="Georgia" w:eastAsia="Georgia"/>
          <w:sz w:val="23"/>
        </w:rPr>
        <w:t>It had not corrected the past by changing who had made the decision.</w:t>
      </w:r>
    </w:p>
    <w:p>
      <w:r>
        <w:rPr>
          <w:rFonts w:ascii="Georgia" w:hAnsi="Georgia" w:eastAsia="Georgia"/>
          <w:sz w:val="23"/>
        </w:rPr>
        <w:t>It had preserved the decision, the consequence, the later explanation, and the person who had been wrong.</w:t>
      </w:r>
    </w:p>
    <w:p>
      <w:r>
        <w:rPr>
          <w:rFonts w:ascii="Georgia" w:hAnsi="Georgia" w:eastAsia="Georgia"/>
          <w:sz w:val="23"/>
        </w:rPr>
        <w:t>For years I had insisted that records not improve history merely because a cleaner category became available later.</w:t>
      </w:r>
    </w:p>
    <w:p>
      <w:r>
        <w:rPr>
          <w:rFonts w:ascii="Georgia" w:hAnsi="Georgia" w:eastAsia="Georgia"/>
          <w:sz w:val="23"/>
        </w:rPr>
        <w:t>That requirement now included me.</w:t>
      </w:r>
    </w:p>
    <w:p>
      <w:r>
        <w:rPr>
          <w:rFonts w:ascii="Georgia" w:hAnsi="Georgia" w:eastAsia="Georgia"/>
          <w:sz w:val="23"/>
        </w:rPr>
        <w:t>I closed the file.</w:t>
      </w:r>
    </w:p>
    <w:p>
      <w:r>
        <w:rPr>
          <w:rFonts w:ascii="Georgia" w:hAnsi="Georgia" w:eastAsia="Georgia"/>
          <w:sz w:val="23"/>
        </w:rPr>
        <w:t>The next morning there would still be work.</w:t>
      </w:r>
    </w:p>
    <w:p>
      <w:r>
        <w:rPr>
          <w:rFonts w:ascii="Georgia" w:hAnsi="Georgia" w:eastAsia="Georgia"/>
          <w:sz w:val="23"/>
        </w:rPr>
        <w:t>I would still know things.</w:t>
      </w:r>
    </w:p>
    <w:p>
      <w:r>
        <w:rPr>
          <w:rFonts w:ascii="Georgia" w:hAnsi="Georgia" w:eastAsia="Georgia"/>
          <w:sz w:val="23"/>
        </w:rPr>
        <w:t>I would still be wrong about some of them.</w:t>
      </w:r>
    </w:p>
    <w:p>
      <w:r>
        <w:rPr>
          <w:rFonts w:ascii="Georgia" w:hAnsi="Georgia" w:eastAsia="Georgia"/>
          <w:sz w:val="23"/>
        </w:rPr>
        <w:t>For a while, one more person would have to agree before that particular kind of wrong reached a body.</w:t>
      </w:r>
    </w:p>
    <w:p>
      <w:r>
        <w:rPr>
          <w:rFonts w:ascii="Georgia" w:hAnsi="Georgia" w:eastAsia="Georgia"/>
          <w:sz w:val="23"/>
        </w:rPr>
        <w:t>I did not like it.</w:t>
      </w:r>
    </w:p>
    <w:p>
      <w:pPr>
        <w:keepNext/>
        <w:pageBreakBefore/>
        <w:jc w:val="center"/>
      </w:pPr>
      <w:r>
        <w:rPr>
          <w:rFonts w:ascii="Georgia" w:hAnsi="Georgia" w:eastAsia="Georgia"/>
          <w:b/>
          <w:sz w:val="28"/>
        </w:rPr>
        <w:t>Chapter Fifteen — The Release Condition</w:t>
      </w:r>
    </w:p>
    <w:p>
      <w:pPr>
        <w:spacing w:after="120"/>
      </w:pPr>
      <w:r>
        <w:rPr>
          <w:rFonts w:ascii="Georgia" w:hAnsi="Georgia" w:eastAsia="Georgia"/>
          <w:sz w:val="23"/>
        </w:rPr>
        <w:t>The system that could restore my sole authority failed at 0834.</w:t>
      </w:r>
    </w:p>
    <w:p>
      <w:pPr>
        <w:spacing w:after="120"/>
      </w:pPr>
      <w:r>
        <w:rPr>
          <w:rFonts w:ascii="Georgia" w:hAnsi="Georgia" w:eastAsia="Georgia"/>
          <w:sz w:val="23"/>
        </w:rPr>
        <w:t>I was the one who made it fail.</w:t>
      </w:r>
    </w:p>
    <w:p>
      <w:pPr>
        <w:spacing w:after="120"/>
      </w:pPr>
      <w:r>
        <w:rPr>
          <w:rFonts w:ascii="Georgia" w:hAnsi="Georgia" w:eastAsia="Georgia"/>
          <w:sz w:val="23"/>
        </w:rPr>
        <w:t>That was not the original plan.</w:t>
      </w:r>
    </w:p>
    <w:p>
      <w:pPr>
        <w:spacing w:after="120"/>
      </w:pPr>
      <w:r>
        <w:rPr>
          <w:rFonts w:ascii="Georgia" w:hAnsi="Georgia" w:eastAsia="Georgia"/>
          <w:sz w:val="23"/>
        </w:rPr>
        <w:t>The derivation-lineage decision layer had entered formal validation four days after my review. Its purpose was narrow enough to fit on one screen:</w:t>
      </w:r>
    </w:p>
    <w:p>
      <w:pPr>
        <w:spacing w:after="120"/>
      </w:pPr>
      <w:r>
        <w:rPr>
          <w:rFonts w:ascii="Georgia" w:hAnsi="Georgia" w:eastAsia="Georgia"/>
          <w:sz w:val="23"/>
        </w:rPr>
        <w:t>WHEN MULTIPLE CLINICAL VALUES ARE PRESENTED AS CORROBORATING EVIDENCE, EXPOSE SHARED DERIVATION ANCESTRY RELEVANT TO THE DECISION.</w:t>
      </w:r>
    </w:p>
    <w:p>
      <w:pPr>
        <w:spacing w:after="120"/>
      </w:pPr>
      <w:r>
        <w:rPr>
          <w:rFonts w:ascii="Georgia" w:hAnsi="Georgia" w:eastAsia="Georgia"/>
          <w:sz w:val="23"/>
        </w:rPr>
        <w:t>It did not decide whether the values were correct.</w:t>
      </w:r>
    </w:p>
    <w:p>
      <w:pPr>
        <w:spacing w:after="120"/>
      </w:pPr>
      <w:r>
        <w:rPr>
          <w:rFonts w:ascii="Georgia" w:hAnsi="Georgia" w:eastAsia="Georgia"/>
          <w:sz w:val="23"/>
        </w:rPr>
        <w:t>It did not decide whether a test should begin.</w:t>
      </w:r>
    </w:p>
    <w:p>
      <w:pPr>
        <w:spacing w:after="120"/>
      </w:pPr>
      <w:r>
        <w:rPr>
          <w:rFonts w:ascii="Georgia" w:hAnsi="Georgia" w:eastAsia="Georgia"/>
          <w:sz w:val="23"/>
        </w:rPr>
        <w:t>It showed where apparently separate evidence had passed through common interpretive machinery before reaching the operator.</w:t>
      </w:r>
    </w:p>
    <w:p>
      <w:pPr>
        <w:spacing w:after="120"/>
      </w:pPr>
      <w:r>
        <w:rPr>
          <w:rFonts w:ascii="Georgia" w:hAnsi="Georgia" w:eastAsia="Georgia"/>
          <w:sz w:val="23"/>
        </w:rPr>
        <w:t>My interim restriction would be reconsidered after the tool was deployed, validated across the covered practice domain, and observed under live conditions.</w:t>
      </w:r>
    </w:p>
    <w:p>
      <w:pPr>
        <w:spacing w:after="120"/>
      </w:pPr>
      <w:r>
        <w:rPr>
          <w:rFonts w:ascii="Georgia" w:hAnsi="Georgia" w:eastAsia="Georgia"/>
          <w:sz w:val="23"/>
        </w:rPr>
        <w:t>I therefore had an interest in the tool succeeding.</w:t>
      </w:r>
    </w:p>
    <w:p>
      <w:pPr>
        <w:spacing w:after="120"/>
      </w:pPr>
      <w:r>
        <w:rPr>
          <w:rFonts w:ascii="Georgia" w:hAnsi="Georgia" w:eastAsia="Georgia"/>
          <w:sz w:val="23"/>
        </w:rPr>
        <w:t>Kera Dast had accounted for that before inviting me.</w:t>
      </w:r>
    </w:p>
    <w:p>
      <w:pPr>
        <w:spacing w:after="120"/>
      </w:pPr>
      <w:r>
        <w:rPr>
          <w:rFonts w:ascii="Georgia" w:hAnsi="Georgia" w:eastAsia="Georgia"/>
          <w:sz w:val="23"/>
        </w:rPr>
        <w:t>“You are not a release validator,” she said.</w:t>
      </w:r>
    </w:p>
    <w:p>
      <w:pPr>
        <w:spacing w:after="120"/>
      </w:pPr>
      <w:r>
        <w:rPr>
          <w:rFonts w:ascii="Georgia" w:hAnsi="Georgia" w:eastAsia="Georgia"/>
          <w:sz w:val="23"/>
        </w:rPr>
        <w:t>We stood in a systems room on the third floor of the Integrated Practice Office. Six processing racks occupied the wall behind her. None contained Kaethe-matter. The test environment used recorded measurement streams, synthetic patient states, and archived decision chains with identifiers stripped from the operator view.</w:t>
      </w:r>
    </w:p>
    <w:p>
      <w:pPr>
        <w:spacing w:after="120"/>
      </w:pPr>
      <w:r>
        <w:rPr>
          <w:rFonts w:ascii="Georgia" w:hAnsi="Georgia" w:eastAsia="Georgia"/>
          <w:sz w:val="23"/>
        </w:rPr>
        <w:t>“I know.”</w:t>
      </w:r>
    </w:p>
    <w:p>
      <w:pPr>
        <w:spacing w:after="120"/>
      </w:pPr>
      <w:r>
        <w:rPr>
          <w:rFonts w:ascii="Georgia" w:hAnsi="Georgia" w:eastAsia="Georgia"/>
          <w:sz w:val="23"/>
        </w:rPr>
        <w:t>“You can submit failure cases.”</w:t>
      </w:r>
    </w:p>
    <w:p>
      <w:pPr>
        <w:spacing w:after="120"/>
      </w:pPr>
      <w:r>
        <w:rPr>
          <w:rFonts w:ascii="Georgia" w:hAnsi="Georgia" w:eastAsia="Georgia"/>
          <w:sz w:val="23"/>
        </w:rPr>
        <w:t>“Yes.”</w:t>
      </w:r>
    </w:p>
    <w:p>
      <w:pPr>
        <w:spacing w:after="120"/>
      </w:pPr>
      <w:r>
        <w:rPr>
          <w:rFonts w:ascii="Georgia" w:hAnsi="Georgia" w:eastAsia="Georgia"/>
          <w:sz w:val="23"/>
        </w:rPr>
        <w:t>“You cannot close them.”</w:t>
      </w:r>
    </w:p>
    <w:p>
      <w:pPr>
        <w:spacing w:after="120"/>
      </w:pPr>
      <w:r>
        <w:rPr>
          <w:rFonts w:ascii="Georgia" w:hAnsi="Georgia" w:eastAsia="Georgia"/>
          <w:sz w:val="23"/>
        </w:rPr>
        <w:t>“Yes.”</w:t>
      </w:r>
    </w:p>
    <w:p>
      <w:pPr>
        <w:spacing w:after="120"/>
      </w:pPr>
      <w:r>
        <w:rPr>
          <w:rFonts w:ascii="Georgia" w:hAnsi="Georgia" w:eastAsia="Georgia"/>
          <w:sz w:val="23"/>
        </w:rPr>
        <w:t>“You cannot certify the tool.”</w:t>
      </w:r>
    </w:p>
    <w:p>
      <w:pPr>
        <w:spacing w:after="120"/>
      </w:pPr>
      <w:r>
        <w:rPr>
          <w:rFonts w:ascii="Georgia" w:hAnsi="Georgia" w:eastAsia="Georgia"/>
          <w:sz w:val="23"/>
        </w:rPr>
        <w:t>“Yes.”</w:t>
      </w:r>
    </w:p>
    <w:p>
      <w:pPr>
        <w:spacing w:after="120"/>
      </w:pPr>
      <w:r>
        <w:rPr>
          <w:rFonts w:ascii="Georgia" w:hAnsi="Georgia" w:eastAsia="Georgia"/>
          <w:sz w:val="23"/>
        </w:rPr>
        <w:t>“You cannot vote to release it.”</w:t>
      </w:r>
    </w:p>
    <w:p>
      <w:pPr>
        <w:spacing w:after="120"/>
      </w:pPr>
      <w:r>
        <w:rPr>
          <w:rFonts w:ascii="Georgia" w:hAnsi="Georgia" w:eastAsia="Georgia"/>
          <w:sz w:val="23"/>
        </w:rPr>
        <w:t>“I understood you the first time.”</w:t>
      </w:r>
    </w:p>
    <w:p>
      <w:pPr>
        <w:spacing w:after="120"/>
      </w:pPr>
      <w:r>
        <w:rPr>
          <w:rFonts w:ascii="Georgia" w:hAnsi="Georgia" w:eastAsia="Georgia"/>
          <w:sz w:val="23"/>
        </w:rPr>
        <w:t>“I am making the conflict explicit for the record.”</w:t>
      </w:r>
    </w:p>
    <w:p>
      <w:pPr>
        <w:spacing w:after="120"/>
      </w:pPr>
      <w:r>
        <w:rPr>
          <w:rFonts w:ascii="Georgia" w:hAnsi="Georgia" w:eastAsia="Georgia"/>
          <w:sz w:val="23"/>
        </w:rPr>
        <w:t>“That is different.”</w:t>
      </w:r>
    </w:p>
    <w:p>
      <w:pPr>
        <w:spacing w:after="120"/>
      </w:pPr>
      <w:r>
        <w:rPr>
          <w:rFonts w:ascii="Georgia" w:hAnsi="Georgia" w:eastAsia="Georgia"/>
          <w:sz w:val="23"/>
        </w:rPr>
        <w:t>“Yes.”</w:t>
      </w:r>
    </w:p>
    <w:p>
      <w:pPr>
        <w:spacing w:after="120"/>
      </w:pPr>
      <w:r>
        <w:rPr>
          <w:rFonts w:ascii="Georgia" w:hAnsi="Georgia" w:eastAsia="Georgia"/>
          <w:sz w:val="23"/>
        </w:rPr>
        <w:t>Miren sat at the worktable with a portable terminal and three sealed storage modules.</w:t>
      </w:r>
    </w:p>
    <w:p>
      <w:pPr>
        <w:spacing w:after="120"/>
      </w:pPr>
      <w:r>
        <w:rPr>
          <w:rFonts w:ascii="Georgia" w:hAnsi="Georgia" w:eastAsia="Georgia"/>
          <w:sz w:val="23"/>
        </w:rPr>
        <w:t>She had been assigned as an independent practice operator because the validation group wanted someone who used the current service interfaces daily and had not written any part of the new lineage system.</w:t>
      </w:r>
    </w:p>
    <w:p>
      <w:pPr>
        <w:spacing w:after="120"/>
      </w:pPr>
      <w:r>
        <w:rPr>
          <w:rFonts w:ascii="Georgia" w:hAnsi="Georgia" w:eastAsia="Georgia"/>
          <w:sz w:val="23"/>
        </w:rPr>
        <w:t>She looked at Kera.</w:t>
      </w:r>
    </w:p>
    <w:p>
      <w:pPr>
        <w:spacing w:after="120"/>
      </w:pPr>
      <w:r>
        <w:rPr>
          <w:rFonts w:ascii="Georgia" w:hAnsi="Georgia" w:eastAsia="Georgia"/>
          <w:sz w:val="23"/>
        </w:rPr>
        <w:t>“Do I get to vote?”</w:t>
      </w:r>
    </w:p>
    <w:p>
      <w:pPr>
        <w:spacing w:after="120"/>
      </w:pPr>
      <w:r>
        <w:rPr>
          <w:rFonts w:ascii="Georgia" w:hAnsi="Georgia" w:eastAsia="Georgia"/>
          <w:sz w:val="23"/>
        </w:rPr>
        <w:t>“Yes.”</w:t>
      </w:r>
    </w:p>
    <w:p>
      <w:pPr>
        <w:spacing w:after="120"/>
      </w:pPr>
      <w:r>
        <w:rPr>
          <w:rFonts w:ascii="Georgia" w:hAnsi="Georgia" w:eastAsia="Georgia"/>
          <w:sz w:val="23"/>
        </w:rPr>
        <w:t>Miren looked at me.</w:t>
      </w:r>
    </w:p>
    <w:p>
      <w:pPr>
        <w:spacing w:after="120"/>
      </w:pPr>
      <w:r>
        <w:rPr>
          <w:rFonts w:ascii="Georgia" w:hAnsi="Georgia" w:eastAsia="Georgia"/>
          <w:sz w:val="23"/>
        </w:rPr>
        <w:t>“I will try not to enjoy that.”</w:t>
      </w:r>
    </w:p>
    <w:p>
      <w:pPr>
        <w:spacing w:after="120"/>
      </w:pPr>
      <w:r>
        <w:rPr>
          <w:rFonts w:ascii="Georgia" w:hAnsi="Georgia" w:eastAsia="Georgia"/>
          <w:sz w:val="23"/>
        </w:rPr>
        <w:t>“You will fail.”</w:t>
      </w:r>
    </w:p>
    <w:p>
      <w:pPr>
        <w:spacing w:after="120"/>
      </w:pPr>
      <w:r>
        <w:rPr>
          <w:rFonts w:ascii="Georgia" w:hAnsi="Georgia" w:eastAsia="Georgia"/>
          <w:sz w:val="23"/>
        </w:rPr>
        <w:t>“Probably.”</w:t>
      </w:r>
    </w:p>
    <w:p>
      <w:pPr>
        <w:spacing w:after="120"/>
      </w:pPr>
      <w:r>
        <w:rPr>
          <w:rFonts w:ascii="Georgia" w:hAnsi="Georgia" w:eastAsia="Georgia"/>
          <w:sz w:val="23"/>
        </w:rPr>
        <w:t>Kera ignored us.</w:t>
      </w:r>
    </w:p>
    <w:p>
      <w:pPr>
        <w:spacing w:after="120"/>
      </w:pPr>
      <w:r>
        <w:rPr>
          <w:rFonts w:ascii="Georgia" w:hAnsi="Georgia" w:eastAsia="Georgia"/>
          <w:sz w:val="23"/>
        </w:rPr>
        <w:t>“The asymmetry is intentional. His findings can delay restoration of his own sole-start authority. They cannot accelerate it.”</w:t>
      </w:r>
    </w:p>
    <w:p>
      <w:pPr>
        <w:spacing w:after="120"/>
      </w:pPr>
      <w:r>
        <w:rPr>
          <w:rFonts w:ascii="Georgia" w:hAnsi="Georgia" w:eastAsia="Georgia"/>
          <w:sz w:val="23"/>
        </w:rPr>
        <w:t>Miren’s expression changed.</w:t>
      </w:r>
    </w:p>
    <w:p>
      <w:pPr>
        <w:spacing w:after="120"/>
      </w:pPr>
      <w:r>
        <w:rPr>
          <w:rFonts w:ascii="Georgia" w:hAnsi="Georgia" w:eastAsia="Georgia"/>
          <w:sz w:val="23"/>
        </w:rPr>
        <w:t>Not amusement.</w:t>
      </w:r>
    </w:p>
    <w:p>
      <w:pPr>
        <w:spacing w:after="120"/>
      </w:pPr>
      <w:r>
        <w:rPr>
          <w:rFonts w:ascii="Georgia" w:hAnsi="Georgia" w:eastAsia="Georgia"/>
          <w:sz w:val="23"/>
        </w:rPr>
        <w:t>She understood the shape.</w:t>
      </w:r>
    </w:p>
    <w:p>
      <w:pPr>
        <w:spacing w:after="120"/>
      </w:pPr>
      <w:r>
        <w:rPr>
          <w:rFonts w:ascii="Georgia" w:hAnsi="Georgia" w:eastAsia="Georgia"/>
          <w:sz w:val="23"/>
        </w:rPr>
        <w:t>“So if he finds nothing?”</w:t>
      </w:r>
    </w:p>
    <w:p>
      <w:pPr>
        <w:spacing w:after="120"/>
      </w:pPr>
      <w:r>
        <w:rPr>
          <w:rFonts w:ascii="Georgia" w:hAnsi="Georgia" w:eastAsia="Georgia"/>
          <w:sz w:val="23"/>
        </w:rPr>
        <w:t>“That is not evidence of release by itself.”</w:t>
      </w:r>
    </w:p>
    <w:p>
      <w:pPr>
        <w:spacing w:after="120"/>
      </w:pPr>
      <w:r>
        <w:rPr>
          <w:rFonts w:ascii="Georgia" w:hAnsi="Georgia" w:eastAsia="Georgia"/>
          <w:sz w:val="23"/>
        </w:rPr>
        <w:t>“And if he finds something?”</w:t>
      </w:r>
    </w:p>
    <w:p>
      <w:pPr>
        <w:spacing w:after="120"/>
      </w:pPr>
      <w:r>
        <w:rPr>
          <w:rFonts w:ascii="Georgia" w:hAnsi="Georgia" w:eastAsia="Georgia"/>
          <w:sz w:val="23"/>
        </w:rPr>
        <w:t>“We investigate it.”</w:t>
      </w:r>
    </w:p>
    <w:p>
      <w:pPr>
        <w:spacing w:after="120"/>
      </w:pPr>
      <w:r>
        <w:rPr>
          <w:rFonts w:ascii="Georgia" w:hAnsi="Georgia" w:eastAsia="Georgia"/>
          <w:sz w:val="23"/>
        </w:rPr>
        <w:t>Miren looked back at me.</w:t>
      </w:r>
    </w:p>
    <w:p>
      <w:pPr>
        <w:spacing w:after="120"/>
      </w:pPr>
      <w:r>
        <w:rPr>
          <w:rFonts w:ascii="Georgia" w:hAnsi="Georgia" w:eastAsia="Georgia"/>
          <w:sz w:val="23"/>
        </w:rPr>
        <w:t>“Still want the assignment?”</w:t>
      </w:r>
    </w:p>
    <w:p>
      <w:pPr>
        <w:spacing w:after="120"/>
      </w:pPr>
      <w:r>
        <w:rPr>
          <w:rFonts w:ascii="Georgia" w:hAnsi="Georgia" w:eastAsia="Georgia"/>
          <w:sz w:val="23"/>
        </w:rPr>
        <w:t>“Yes.”</w:t>
      </w:r>
    </w:p>
    <w:p>
      <w:pPr>
        <w:spacing w:after="120"/>
      </w:pPr>
      <w:r>
        <w:rPr>
          <w:rFonts w:ascii="Georgia" w:hAnsi="Georgia" w:eastAsia="Georgia"/>
          <w:sz w:val="23"/>
        </w:rPr>
        <w:t>I had answered before she finished.</w:t>
      </w:r>
    </w:p>
    <w:p>
      <w:pPr>
        <w:spacing w:after="120"/>
      </w:pPr>
      <w:r>
        <w:rPr>
          <w:rFonts w:ascii="Georgia" w:hAnsi="Georgia" w:eastAsia="Georgia"/>
          <w:sz w:val="23"/>
        </w:rPr>
        <w:t>That bothered me less than it should have.</w:t>
      </w:r>
    </w:p>
    <w:p>
      <w:pPr>
        <w:spacing w:before="80" w:after="120"/>
        <w:jc w:val="center"/>
      </w:pPr>
      <w:r>
        <w:rPr>
          <w:rFonts w:ascii="Georgia" w:hAnsi="Georgia" w:eastAsia="Georgia"/>
          <w:sz w:val="23"/>
        </w:rPr>
        <w:t>§</w:t>
      </w:r>
    </w:p>
    <w:p>
      <w:pPr>
        <w:spacing w:after="120"/>
      </w:pPr>
      <w:r>
        <w:rPr>
          <w:rFonts w:ascii="Georgia" w:hAnsi="Georgia" w:eastAsia="Georgia"/>
          <w:sz w:val="23"/>
        </w:rPr>
        <w:t>The first validation set contained forty-eight decision chains.</w:t>
      </w:r>
    </w:p>
    <w:p>
      <w:pPr>
        <w:spacing w:after="120"/>
      </w:pPr>
      <w:r>
        <w:rPr>
          <w:rFonts w:ascii="Georgia" w:hAnsi="Georgia" w:eastAsia="Georgia"/>
          <w:sz w:val="23"/>
        </w:rPr>
        <w:t>Some were simple.</w:t>
      </w:r>
    </w:p>
    <w:p>
      <w:pPr>
        <w:spacing w:after="120"/>
      </w:pPr>
      <w:r>
        <w:rPr>
          <w:rFonts w:ascii="Georgia" w:hAnsi="Georgia" w:eastAsia="Georgia"/>
          <w:sz w:val="23"/>
        </w:rPr>
        <w:t>Three clinics measured the same parameter. Two used different local instruments but the same normalization service. The new layer exposed the shared service and reduced the apparent corroboration count from three to two.</w:t>
      </w:r>
    </w:p>
    <w:p>
      <w:pPr>
        <w:spacing w:after="120"/>
      </w:pPr>
      <w:r>
        <w:rPr>
          <w:rFonts w:ascii="Georgia" w:hAnsi="Georgia" w:eastAsia="Georgia"/>
          <w:sz w:val="23"/>
        </w:rPr>
        <w:t>Correct.</w:t>
      </w:r>
    </w:p>
    <w:p>
      <w:pPr>
        <w:spacing w:after="120"/>
      </w:pPr>
      <w:r>
        <w:rPr>
          <w:rFonts w:ascii="Georgia" w:hAnsi="Georgia" w:eastAsia="Georgia"/>
          <w:sz w:val="23"/>
        </w:rPr>
        <w:t>A manufacturer’s controller report had been copied into a hospital archive, then cited by an insurer summary as if the hospital had independently measured the value. The lineage layer traced both records to the manufacturer source.</w:t>
      </w:r>
    </w:p>
    <w:p>
      <w:pPr>
        <w:spacing w:after="120"/>
      </w:pPr>
      <w:r>
        <w:rPr>
          <w:rFonts w:ascii="Georgia" w:hAnsi="Georgia" w:eastAsia="Georgia"/>
          <w:sz w:val="23"/>
        </w:rPr>
        <w:t>Correct.</w:t>
      </w:r>
    </w:p>
    <w:p>
      <w:pPr>
        <w:spacing w:after="120"/>
      </w:pPr>
      <w:r>
        <w:rPr>
          <w:rFonts w:ascii="Georgia" w:hAnsi="Georgia" w:eastAsia="Georgia"/>
          <w:sz w:val="23"/>
        </w:rPr>
        <w:t>Two different analysis packages had separately ingested the same raw acquisition. The visible outputs disagreed slightly because one rounded before smoothing and the other after. The tool still identified the shared acquisition.</w:t>
      </w:r>
    </w:p>
    <w:p>
      <w:pPr>
        <w:spacing w:after="120"/>
      </w:pPr>
      <w:r>
        <w:rPr>
          <w:rFonts w:ascii="Georgia" w:hAnsi="Georgia" w:eastAsia="Georgia"/>
          <w:sz w:val="23"/>
        </w:rPr>
        <w:t>Correct.</w:t>
      </w:r>
    </w:p>
    <w:p>
      <w:pPr>
        <w:spacing w:after="120"/>
      </w:pPr>
      <w:r>
        <w:rPr>
          <w:rFonts w:ascii="Georgia" w:hAnsi="Georgia" w:eastAsia="Georgia"/>
          <w:sz w:val="23"/>
        </w:rPr>
        <w:t>One chain contained an old migration where the original model identifier had been lost but the transformation manifest survived. The tool reconstructed the likely common derivation and marked the independence state as unresolved rather than separate.</w:t>
      </w:r>
    </w:p>
    <w:p>
      <w:pPr>
        <w:spacing w:after="120"/>
      </w:pPr>
      <w:r>
        <w:rPr>
          <w:rFonts w:ascii="Georgia" w:hAnsi="Georgia" w:eastAsia="Georgia"/>
          <w:sz w:val="23"/>
        </w:rPr>
        <w:t>Correct.</w:t>
      </w:r>
    </w:p>
    <w:p>
      <w:pPr>
        <w:spacing w:after="120"/>
      </w:pPr>
      <w:r>
        <w:rPr>
          <w:rFonts w:ascii="Georgia" w:hAnsi="Georgia" w:eastAsia="Georgia"/>
          <w:sz w:val="23"/>
        </w:rPr>
        <w:t>At 0748 I stopped trying to find obvious defects.</w:t>
      </w:r>
    </w:p>
    <w:p>
      <w:pPr>
        <w:spacing w:after="120"/>
      </w:pPr>
      <w:r>
        <w:rPr>
          <w:rFonts w:ascii="Georgia" w:hAnsi="Georgia" w:eastAsia="Georgia"/>
          <w:sz w:val="23"/>
        </w:rPr>
        <w:t>Miren noticed.</w:t>
      </w:r>
    </w:p>
    <w:p>
      <w:pPr>
        <w:spacing w:after="120"/>
      </w:pPr>
      <w:r>
        <w:rPr>
          <w:rFonts w:ascii="Georgia" w:hAnsi="Georgia" w:eastAsia="Georgia"/>
          <w:sz w:val="23"/>
        </w:rPr>
        <w:t>“You changed something.”</w:t>
      </w:r>
    </w:p>
    <w:p>
      <w:pPr>
        <w:spacing w:after="120"/>
      </w:pPr>
      <w:r>
        <w:rPr>
          <w:rFonts w:ascii="Georgia" w:hAnsi="Georgia" w:eastAsia="Georgia"/>
          <w:sz w:val="23"/>
        </w:rPr>
        <w:t>“I stopped testing what they expect us to test.”</w:t>
      </w:r>
    </w:p>
    <w:p>
      <w:pPr>
        <w:spacing w:after="120"/>
      </w:pPr>
      <w:r>
        <w:rPr>
          <w:rFonts w:ascii="Georgia" w:hAnsi="Georgia" w:eastAsia="Georgia"/>
          <w:sz w:val="23"/>
        </w:rPr>
        <w:t>“What are you testing now?”</w:t>
      </w:r>
    </w:p>
    <w:p>
      <w:pPr>
        <w:spacing w:after="120"/>
      </w:pPr>
      <w:r>
        <w:rPr>
          <w:rFonts w:ascii="Georgia" w:hAnsi="Georgia" w:eastAsia="Georgia"/>
          <w:sz w:val="23"/>
        </w:rPr>
        <w:t>“The word relevant.”</w:t>
      </w:r>
    </w:p>
    <w:p>
      <w:pPr>
        <w:spacing w:after="120"/>
      </w:pPr>
      <w:r>
        <w:rPr>
          <w:rFonts w:ascii="Georgia" w:hAnsi="Georgia" w:eastAsia="Georgia"/>
          <w:sz w:val="23"/>
        </w:rPr>
        <w:t>Kera looked over from the other table.</w:t>
      </w:r>
    </w:p>
    <w:p>
      <w:pPr>
        <w:spacing w:after="120"/>
      </w:pPr>
      <w:r>
        <w:rPr>
          <w:rFonts w:ascii="Georgia" w:hAnsi="Georgia" w:eastAsia="Georgia"/>
          <w:sz w:val="23"/>
        </w:rPr>
        <w:t>“That is already defined.”</w:t>
      </w:r>
    </w:p>
    <w:p>
      <w:pPr>
        <w:spacing w:after="120"/>
      </w:pPr>
      <w:r>
        <w:rPr>
          <w:rFonts w:ascii="Georgia" w:hAnsi="Georgia" w:eastAsia="Georgia"/>
          <w:sz w:val="23"/>
        </w:rPr>
        <w:t>“I know.”</w:t>
      </w:r>
    </w:p>
    <w:p>
      <w:pPr>
        <w:spacing w:after="120"/>
      </w:pPr>
      <w:r>
        <w:rPr>
          <w:rFonts w:ascii="Georgia" w:hAnsi="Georgia" w:eastAsia="Georgia"/>
          <w:sz w:val="23"/>
        </w:rPr>
        <w:t>She waited.</w:t>
      </w:r>
    </w:p>
    <w:p>
      <w:pPr>
        <w:spacing w:after="120"/>
      </w:pPr>
      <w:r>
        <w:rPr>
          <w:rFonts w:ascii="Georgia" w:hAnsi="Georgia" w:eastAsia="Georgia"/>
          <w:sz w:val="23"/>
        </w:rPr>
        <w:t>I opened the validation specification.</w:t>
      </w:r>
    </w:p>
    <w:p>
      <w:pPr>
        <w:spacing w:after="120"/>
      </w:pPr>
      <w:r>
        <w:rPr>
          <w:rFonts w:ascii="Georgia" w:hAnsi="Georgia" w:eastAsia="Georgia"/>
          <w:sz w:val="23"/>
        </w:rPr>
        <w:t>The tool treated two processing chains as sharing relevant derivation ancestry when they had a common model, calibration set, transformation service, or inherited processing package within the portion of the chain contributing to the displayed clinical value.</w:t>
      </w:r>
    </w:p>
    <w:p>
      <w:pPr>
        <w:spacing w:after="120"/>
      </w:pPr>
      <w:r>
        <w:rPr>
          <w:rFonts w:ascii="Georgia" w:hAnsi="Georgia" w:eastAsia="Georgia"/>
          <w:sz w:val="23"/>
        </w:rPr>
        <w:t>Reasonable.</w:t>
      </w:r>
    </w:p>
    <w:p>
      <w:pPr>
        <w:spacing w:after="120"/>
      </w:pPr>
      <w:r>
        <w:rPr>
          <w:rFonts w:ascii="Georgia" w:hAnsi="Georgia" w:eastAsia="Georgia"/>
          <w:sz w:val="23"/>
        </w:rPr>
        <w:t>The definition assumed shared ancestry could be represented by shared identifiers or declared inheritance.</w:t>
      </w:r>
    </w:p>
    <w:p>
      <w:pPr>
        <w:spacing w:after="120"/>
      </w:pPr>
      <w:r>
        <w:rPr>
          <w:rFonts w:ascii="Georgia" w:hAnsi="Georgia" w:eastAsia="Georgia"/>
          <w:sz w:val="23"/>
        </w:rPr>
        <w:t>Also reasonable.</w:t>
      </w:r>
    </w:p>
    <w:p>
      <w:pPr>
        <w:spacing w:after="120"/>
      </w:pPr>
      <w:r>
        <w:rPr>
          <w:rFonts w:ascii="Georgia" w:hAnsi="Georgia" w:eastAsia="Georgia"/>
          <w:sz w:val="23"/>
        </w:rPr>
        <w:t>I opened two archived software manifests from the test library.</w:t>
      </w:r>
    </w:p>
    <w:p>
      <w:pPr>
        <w:spacing w:after="120"/>
      </w:pPr>
      <w:r>
        <w:rPr>
          <w:rFonts w:ascii="Georgia" w:hAnsi="Georgia" w:eastAsia="Georgia"/>
          <w:sz w:val="23"/>
        </w:rPr>
        <w:t>Different manufacturers.</w:t>
      </w:r>
    </w:p>
    <w:p>
      <w:pPr>
        <w:spacing w:after="120"/>
      </w:pPr>
      <w:r>
        <w:rPr>
          <w:rFonts w:ascii="Georgia" w:hAnsi="Georgia" w:eastAsia="Georgia"/>
          <w:sz w:val="23"/>
        </w:rPr>
        <w:t>Different product families.</w:t>
      </w:r>
    </w:p>
    <w:p>
      <w:pPr>
        <w:spacing w:after="120"/>
      </w:pPr>
      <w:r>
        <w:rPr>
          <w:rFonts w:ascii="Georgia" w:hAnsi="Georgia" w:eastAsia="Georgia"/>
          <w:sz w:val="23"/>
        </w:rPr>
        <w:t>Different certification records.</w:t>
      </w:r>
    </w:p>
    <w:p>
      <w:pPr>
        <w:spacing w:after="120"/>
      </w:pPr>
      <w:r>
        <w:rPr>
          <w:rFonts w:ascii="Georgia" w:hAnsi="Georgia" w:eastAsia="Georgia"/>
          <w:sz w:val="23"/>
        </w:rPr>
        <w:t>Different current package identifiers.</w:t>
      </w:r>
    </w:p>
    <w:p>
      <w:pPr>
        <w:spacing w:after="120"/>
      </w:pPr>
      <w:r>
        <w:rPr>
          <w:rFonts w:ascii="Georgia" w:hAnsi="Georgia" w:eastAsia="Georgia"/>
          <w:sz w:val="23"/>
        </w:rPr>
        <w:t>Miren leaned over my shoulder.</w:t>
      </w:r>
    </w:p>
    <w:p>
      <w:pPr>
        <w:spacing w:after="120"/>
      </w:pPr>
      <w:r>
        <w:rPr>
          <w:rFonts w:ascii="Georgia" w:hAnsi="Georgia" w:eastAsia="Georgia"/>
          <w:sz w:val="23"/>
        </w:rPr>
        <w:t>“What are those?”</w:t>
      </w:r>
    </w:p>
    <w:p>
      <w:pPr>
        <w:spacing w:after="120"/>
      </w:pPr>
      <w:r>
        <w:rPr>
          <w:rFonts w:ascii="Georgia" w:hAnsi="Georgia" w:eastAsia="Georgia"/>
          <w:sz w:val="23"/>
        </w:rPr>
        <w:t>“Old controller analytics.”</w:t>
      </w:r>
    </w:p>
    <w:p>
      <w:pPr>
        <w:spacing w:after="120"/>
      </w:pPr>
      <w:r>
        <w:rPr>
          <w:rFonts w:ascii="Georgia" w:hAnsi="Georgia" w:eastAsia="Georgia"/>
          <w:sz w:val="23"/>
        </w:rPr>
        <w:t>“How old?”</w:t>
      </w:r>
    </w:p>
    <w:p>
      <w:pPr>
        <w:spacing w:after="120"/>
      </w:pPr>
      <w:r>
        <w:rPr>
          <w:rFonts w:ascii="Georgia" w:hAnsi="Georgia" w:eastAsia="Georgia"/>
          <w:sz w:val="23"/>
        </w:rPr>
        <w:t>“Thirty-seven and thirty-nine years.”</w:t>
      </w:r>
    </w:p>
    <w:p>
      <w:pPr>
        <w:spacing w:after="120"/>
      </w:pPr>
      <w:r>
        <w:rPr>
          <w:rFonts w:ascii="Georgia" w:hAnsi="Georgia" w:eastAsia="Georgia"/>
          <w:sz w:val="23"/>
        </w:rPr>
        <w:t>“Same vendor?”</w:t>
      </w:r>
    </w:p>
    <w:p>
      <w:pPr>
        <w:spacing w:after="120"/>
      </w:pPr>
      <w:r>
        <w:rPr>
          <w:rFonts w:ascii="Georgia" w:hAnsi="Georgia" w:eastAsia="Georgia"/>
          <w:sz w:val="23"/>
        </w:rPr>
        <w:t>“No.”</w:t>
      </w:r>
    </w:p>
    <w:p>
      <w:pPr>
        <w:spacing w:after="120"/>
      </w:pPr>
      <w:r>
        <w:rPr>
          <w:rFonts w:ascii="Georgia" w:hAnsi="Georgia" w:eastAsia="Georgia"/>
          <w:sz w:val="23"/>
        </w:rPr>
        <w:t>“Same source?”</w:t>
      </w:r>
    </w:p>
    <w:p>
      <w:pPr>
        <w:spacing w:after="120"/>
      </w:pPr>
      <w:r>
        <w:rPr>
          <w:rFonts w:ascii="Georgia" w:hAnsi="Georgia" w:eastAsia="Georgia"/>
          <w:sz w:val="23"/>
        </w:rPr>
        <w:t>“Not according to the current records.”</w:t>
      </w:r>
    </w:p>
    <w:p>
      <w:pPr>
        <w:spacing w:after="120"/>
      </w:pPr>
      <w:r>
        <w:rPr>
          <w:rFonts w:ascii="Georgia" w:hAnsi="Georgia" w:eastAsia="Georgia"/>
          <w:sz w:val="23"/>
        </w:rPr>
        <w:t>I opened the dependency histories.</w:t>
      </w:r>
    </w:p>
    <w:p>
      <w:pPr>
        <w:spacing w:after="120"/>
      </w:pPr>
      <w:r>
        <w:rPr>
          <w:rFonts w:ascii="Georgia" w:hAnsi="Georgia" w:eastAsia="Georgia"/>
          <w:sz w:val="23"/>
        </w:rPr>
        <w:t>One package descended from Kestrel Metric Core 6.1.</w:t>
      </w:r>
    </w:p>
    <w:p>
      <w:pPr>
        <w:spacing w:after="120"/>
      </w:pPr>
      <w:r>
        <w:rPr>
          <w:rFonts w:ascii="Georgia" w:hAnsi="Georgia" w:eastAsia="Georgia"/>
          <w:sz w:val="23"/>
        </w:rPr>
        <w:t>The other descended from Varda Clinical Transform 3.8.</w:t>
      </w:r>
    </w:p>
    <w:p>
      <w:pPr>
        <w:spacing w:after="120"/>
      </w:pPr>
      <w:r>
        <w:rPr>
          <w:rFonts w:ascii="Georgia" w:hAnsi="Georgia" w:eastAsia="Georgia"/>
          <w:sz w:val="23"/>
        </w:rPr>
        <w:t>No common current ancestor.</w:t>
      </w:r>
    </w:p>
    <w:p>
      <w:pPr>
        <w:spacing w:after="120"/>
      </w:pPr>
      <w:r>
        <w:rPr>
          <w:rFonts w:ascii="Georgia" w:hAnsi="Georgia" w:eastAsia="Georgia"/>
          <w:sz w:val="23"/>
        </w:rPr>
        <w:t>The lineage layer agreed.</w:t>
      </w:r>
    </w:p>
    <w:p>
      <w:pPr>
        <w:spacing w:after="120"/>
      </w:pPr>
      <w:r>
        <w:rPr>
          <w:rFonts w:ascii="Georgia" w:hAnsi="Georgia" w:eastAsia="Georgia"/>
          <w:sz w:val="23"/>
        </w:rPr>
        <w:t>INDEPENDENT DERIVATION PATHS.</w:t>
      </w:r>
    </w:p>
    <w:p>
      <w:pPr>
        <w:spacing w:after="120"/>
      </w:pPr>
      <w:r>
        <w:rPr>
          <w:rFonts w:ascii="Georgia" w:hAnsi="Georgia" w:eastAsia="Georgia"/>
          <w:sz w:val="23"/>
        </w:rPr>
        <w:t>I opened the pre-certification histories.</w:t>
      </w:r>
    </w:p>
    <w:p>
      <w:pPr>
        <w:spacing w:after="120"/>
      </w:pPr>
      <w:r>
        <w:rPr>
          <w:rFonts w:ascii="Georgia" w:hAnsi="Georgia" w:eastAsia="Georgia"/>
          <w:sz w:val="23"/>
        </w:rPr>
        <w:t>Kestrel 6.1 had been created after Kestrel acquired a small analytics company called Neme Systems.</w:t>
      </w:r>
    </w:p>
    <w:p>
      <w:pPr>
        <w:spacing w:after="120"/>
      </w:pPr>
      <w:r>
        <w:rPr>
          <w:rFonts w:ascii="Georgia" w:hAnsi="Georgia" w:eastAsia="Georgia"/>
          <w:sz w:val="23"/>
        </w:rPr>
        <w:t>Varda 3.8 had been created two years later after licensing a mathematical library from the same company.</w:t>
      </w:r>
    </w:p>
    <w:p>
      <w:pPr>
        <w:spacing w:after="120"/>
      </w:pPr>
      <w:r>
        <w:rPr>
          <w:rFonts w:ascii="Georgia" w:hAnsi="Georgia" w:eastAsia="Georgia"/>
          <w:sz w:val="23"/>
        </w:rPr>
        <w:t>The packages did not share code after those events.</w:t>
      </w:r>
    </w:p>
    <w:p>
      <w:pPr>
        <w:spacing w:after="120"/>
      </w:pPr>
      <w:r>
        <w:rPr>
          <w:rFonts w:ascii="Georgia" w:hAnsi="Georgia" w:eastAsia="Georgia"/>
          <w:sz w:val="23"/>
        </w:rPr>
        <w:t>They shared something earlier.</w:t>
      </w:r>
    </w:p>
    <w:p>
      <w:pPr>
        <w:spacing w:after="120"/>
      </w:pPr>
      <w:r>
        <w:rPr>
          <w:rFonts w:ascii="Georgia" w:hAnsi="Georgia" w:eastAsia="Georgia"/>
          <w:sz w:val="23"/>
        </w:rPr>
        <w:t>I asked for the Neme library manifest.</w:t>
      </w:r>
    </w:p>
    <w:p>
      <w:pPr>
        <w:spacing w:after="120"/>
      </w:pPr>
      <w:r>
        <w:rPr>
          <w:rFonts w:ascii="Georgia" w:hAnsi="Georgia" w:eastAsia="Georgia"/>
          <w:sz w:val="23"/>
        </w:rPr>
        <w:t>Unavailable in the current archive.</w:t>
      </w:r>
    </w:p>
    <w:p>
      <w:pPr>
        <w:spacing w:after="120"/>
      </w:pPr>
      <w:r>
        <w:rPr>
          <w:rFonts w:ascii="Georgia" w:hAnsi="Georgia" w:eastAsia="Georgia"/>
          <w:sz w:val="23"/>
        </w:rPr>
        <w:t>Kera said, “We already tested lost ancestors.”</w:t>
      </w:r>
    </w:p>
    <w:p>
      <w:pPr>
        <w:spacing w:after="120"/>
      </w:pPr>
      <w:r>
        <w:rPr>
          <w:rFonts w:ascii="Georgia" w:hAnsi="Georgia" w:eastAsia="Georgia"/>
          <w:sz w:val="23"/>
        </w:rPr>
        <w:t>“This one is not lost.”</w:t>
      </w:r>
    </w:p>
    <w:p>
      <w:pPr>
        <w:spacing w:after="120"/>
      </w:pPr>
      <w:r>
        <w:rPr>
          <w:rFonts w:ascii="Georgia" w:hAnsi="Georgia" w:eastAsia="Georgia"/>
          <w:sz w:val="23"/>
        </w:rPr>
        <w:t>“It is unavailable.”</w:t>
      </w:r>
    </w:p>
    <w:p>
      <w:pPr>
        <w:spacing w:after="120"/>
      </w:pPr>
      <w:r>
        <w:rPr>
          <w:rFonts w:ascii="Georgia" w:hAnsi="Georgia" w:eastAsia="Georgia"/>
          <w:sz w:val="23"/>
        </w:rPr>
        <w:t>“Unavailable is not lost.”</w:t>
      </w:r>
    </w:p>
    <w:p>
      <w:pPr>
        <w:spacing w:after="120"/>
      </w:pPr>
      <w:r>
        <w:rPr>
          <w:rFonts w:ascii="Georgia" w:hAnsi="Georgia" w:eastAsia="Georgia"/>
          <w:sz w:val="23"/>
        </w:rPr>
        <w:t>I searched older certification notes.</w:t>
      </w:r>
    </w:p>
    <w:p>
      <w:pPr>
        <w:spacing w:after="120"/>
      </w:pPr>
      <w:r>
        <w:rPr>
          <w:rFonts w:ascii="Georgia" w:hAnsi="Georgia" w:eastAsia="Georgia"/>
          <w:sz w:val="23"/>
        </w:rPr>
        <w:t>Neme’s library had a name.</w:t>
      </w:r>
    </w:p>
    <w:p>
      <w:pPr>
        <w:spacing w:after="120"/>
      </w:pPr>
      <w:r>
        <w:rPr>
          <w:rFonts w:ascii="Georgia" w:hAnsi="Georgia" w:eastAsia="Georgia"/>
          <w:sz w:val="23"/>
        </w:rPr>
        <w:t>VECTOR-PHASE NORMALIZATION KERNEL 2.</w:t>
      </w:r>
    </w:p>
    <w:p>
      <w:pPr>
        <w:spacing w:after="120"/>
      </w:pPr>
      <w:r>
        <w:rPr>
          <w:rFonts w:ascii="Georgia" w:hAnsi="Georgia" w:eastAsia="Georgia"/>
          <w:sz w:val="23"/>
        </w:rPr>
        <w:t>The phrase appeared in both early histories.</w:t>
      </w:r>
    </w:p>
    <w:p>
      <w:pPr>
        <w:spacing w:after="120"/>
      </w:pPr>
      <w:r>
        <w:rPr>
          <w:rFonts w:ascii="Georgia" w:hAnsi="Georgia" w:eastAsia="Georgia"/>
          <w:sz w:val="23"/>
        </w:rPr>
        <w:t>Later packages had renamed the function during integration.</w:t>
      </w:r>
    </w:p>
    <w:p>
      <w:pPr>
        <w:spacing w:after="120"/>
      </w:pPr>
      <w:r>
        <w:rPr>
          <w:rFonts w:ascii="Georgia" w:hAnsi="Georgia" w:eastAsia="Georgia"/>
          <w:sz w:val="23"/>
        </w:rPr>
        <w:t>The current lineage system saw two different descendants because the shared library sat above the point where each vendor began preserving machine-readable derivation ancestry.</w:t>
      </w:r>
    </w:p>
    <w:p>
      <w:pPr>
        <w:spacing w:after="120"/>
      </w:pPr>
      <w:r>
        <w:rPr>
          <w:rFonts w:ascii="Georgia" w:hAnsi="Georgia" w:eastAsia="Georgia"/>
          <w:sz w:val="23"/>
        </w:rPr>
        <w:t>Miren said, “So they share an ancestor the tool cannot see.”</w:t>
      </w:r>
    </w:p>
    <w:p>
      <w:pPr>
        <w:spacing w:after="120"/>
      </w:pPr>
      <w:r>
        <w:rPr>
          <w:rFonts w:ascii="Georgia" w:hAnsi="Georgia" w:eastAsia="Georgia"/>
          <w:sz w:val="23"/>
        </w:rPr>
        <w:t>“Maybe.”</w:t>
      </w:r>
    </w:p>
    <w:p>
      <w:pPr>
        <w:spacing w:after="120"/>
      </w:pPr>
      <w:r>
        <w:rPr>
          <w:rFonts w:ascii="Georgia" w:hAnsi="Georgia" w:eastAsia="Georgia"/>
          <w:sz w:val="23"/>
        </w:rPr>
        <w:t>Kera said, “Maybe is not a validation failure.”</w:t>
      </w:r>
    </w:p>
    <w:p>
      <w:pPr>
        <w:spacing w:after="120"/>
      </w:pPr>
      <w:r>
        <w:rPr>
          <w:rFonts w:ascii="Georgia" w:hAnsi="Georgia" w:eastAsia="Georgia"/>
          <w:sz w:val="23"/>
        </w:rPr>
        <w:t>“No.”</w:t>
      </w:r>
    </w:p>
    <w:p>
      <w:pPr>
        <w:spacing w:after="120"/>
      </w:pPr>
      <w:r>
        <w:rPr>
          <w:rFonts w:ascii="Georgia" w:hAnsi="Georgia" w:eastAsia="Georgia"/>
          <w:sz w:val="23"/>
        </w:rPr>
        <w:t>I needed the error.</w:t>
      </w:r>
    </w:p>
    <w:p>
      <w:pPr>
        <w:spacing w:after="120"/>
      </w:pPr>
      <w:r>
        <w:rPr>
          <w:rFonts w:ascii="Georgia" w:hAnsi="Georgia" w:eastAsia="Georgia"/>
          <w:sz w:val="23"/>
        </w:rPr>
        <w:t>Common ancestry by itself did not matter.</w:t>
      </w:r>
    </w:p>
    <w:p>
      <w:pPr>
        <w:spacing w:after="120"/>
      </w:pPr>
      <w:r>
        <w:rPr>
          <w:rFonts w:ascii="Georgia" w:hAnsi="Georgia" w:eastAsia="Georgia"/>
          <w:sz w:val="23"/>
        </w:rPr>
        <w:t>If the shared ancestor had contributed nothing relevant to the current decision, the tool was right to treat the later derivations as independent.</w:t>
      </w:r>
    </w:p>
    <w:p>
      <w:pPr>
        <w:spacing w:after="120"/>
      </w:pPr>
      <w:r>
        <w:rPr>
          <w:rFonts w:ascii="Georgia" w:hAnsi="Georgia" w:eastAsia="Georgia"/>
          <w:sz w:val="23"/>
        </w:rPr>
        <w:t>I searched Neme’s old validation exclusions.</w:t>
      </w:r>
    </w:p>
    <w:p>
      <w:pPr>
        <w:spacing w:after="120"/>
      </w:pPr>
      <w:r>
        <w:rPr>
          <w:rFonts w:ascii="Georgia" w:hAnsi="Georgia" w:eastAsia="Georgia"/>
          <w:sz w:val="23"/>
        </w:rPr>
        <w:t>Most had been scanned from paper.</w:t>
      </w:r>
    </w:p>
    <w:p>
      <w:pPr>
        <w:spacing w:after="120"/>
      </w:pPr>
      <w:r>
        <w:rPr>
          <w:rFonts w:ascii="Georgia" w:hAnsi="Georgia" w:eastAsia="Georgia"/>
          <w:sz w:val="23"/>
        </w:rPr>
        <w:t>The first eleven were unhelpful.</w:t>
      </w:r>
    </w:p>
    <w:p>
      <w:pPr>
        <w:spacing w:after="120"/>
      </w:pPr>
      <w:r>
        <w:rPr>
          <w:rFonts w:ascii="Georgia" w:hAnsi="Georgia" w:eastAsia="Georgia"/>
          <w:sz w:val="23"/>
        </w:rPr>
        <w:t>The twelfth contained a handwritten appendix.</w:t>
      </w:r>
    </w:p>
    <w:p>
      <w:pPr>
        <w:spacing w:after="120"/>
      </w:pPr>
      <w:r>
        <w:rPr>
          <w:rFonts w:ascii="Georgia" w:hAnsi="Georgia" w:eastAsia="Georgia"/>
          <w:sz w:val="23"/>
        </w:rPr>
        <w:t>Cyclic phase normalization unstable under asymmetric input delay above 18 ms.</w:t>
      </w:r>
    </w:p>
    <w:p>
      <w:pPr>
        <w:spacing w:after="120"/>
      </w:pPr>
      <w:r>
        <w:rPr>
          <w:rFonts w:ascii="Georgia" w:hAnsi="Georgia" w:eastAsia="Georgia"/>
          <w:sz w:val="23"/>
        </w:rPr>
        <w:t>I read it twice.</w:t>
      </w:r>
    </w:p>
    <w:p>
      <w:pPr>
        <w:spacing w:after="120"/>
      </w:pPr>
      <w:r>
        <w:rPr>
          <w:rFonts w:ascii="Georgia" w:hAnsi="Georgia" w:eastAsia="Georgia"/>
          <w:sz w:val="23"/>
        </w:rPr>
        <w:t>Miren said, “Respiratory?”</w:t>
      </w:r>
    </w:p>
    <w:p>
      <w:pPr>
        <w:spacing w:after="120"/>
      </w:pPr>
      <w:r>
        <w:rPr>
          <w:rFonts w:ascii="Georgia" w:hAnsi="Georgia" w:eastAsia="Georgia"/>
          <w:sz w:val="23"/>
        </w:rPr>
        <w:t>“Potentially.”</w:t>
      </w:r>
    </w:p>
    <w:p>
      <w:pPr>
        <w:spacing w:after="120"/>
      </w:pPr>
      <w:r>
        <w:rPr>
          <w:rFonts w:ascii="Georgia" w:hAnsi="Georgia" w:eastAsia="Georgia"/>
          <w:sz w:val="23"/>
        </w:rPr>
        <w:t>Kera came around the table.</w:t>
      </w:r>
    </w:p>
    <w:p>
      <w:pPr>
        <w:spacing w:after="120"/>
      </w:pPr>
      <w:r>
        <w:rPr>
          <w:rFonts w:ascii="Georgia" w:hAnsi="Georgia" w:eastAsia="Georgia"/>
          <w:sz w:val="23"/>
        </w:rPr>
        <w:t>The appendix was forty-three years old.</w:t>
      </w:r>
    </w:p>
    <w:p>
      <w:pPr>
        <w:spacing w:after="120"/>
      </w:pPr>
      <w:r>
        <w:rPr>
          <w:rFonts w:ascii="Georgia" w:hAnsi="Georgia" w:eastAsia="Georgia"/>
          <w:sz w:val="23"/>
        </w:rPr>
        <w:t>The two descendant packages had both retained the phase-normalization mathematics in different implementations. Each had later been certified for broader clinical use. Neither current package referenced the old Neme exclusion because the exclusion belonged to a library they no longer identified as a dependency.</w:t>
      </w:r>
    </w:p>
    <w:p>
      <w:pPr>
        <w:spacing w:after="120"/>
      </w:pPr>
      <w:r>
        <w:rPr>
          <w:rFonts w:ascii="Georgia" w:hAnsi="Georgia" w:eastAsia="Georgia"/>
          <w:sz w:val="23"/>
        </w:rPr>
        <w:t>Kera said, “Can you establish that the current descendants retain the relevant behavior?”</w:t>
      </w:r>
    </w:p>
    <w:p>
      <w:pPr>
        <w:spacing w:after="120"/>
      </w:pPr>
      <w:r>
        <w:rPr>
          <w:rFonts w:ascii="Georgia" w:hAnsi="Georgia" w:eastAsia="Georgia"/>
          <w:sz w:val="23"/>
        </w:rPr>
        <w:t>“Not from records.”</w:t>
      </w:r>
    </w:p>
    <w:p>
      <w:pPr>
        <w:spacing w:after="120"/>
      </w:pPr>
      <w:r>
        <w:rPr>
          <w:rFonts w:ascii="Georgia" w:hAnsi="Georgia" w:eastAsia="Georgia"/>
          <w:sz w:val="23"/>
        </w:rPr>
        <w:t>“Then we do not have a failing case.”</w:t>
      </w:r>
    </w:p>
    <w:p>
      <w:pPr>
        <w:spacing w:after="120"/>
      </w:pPr>
      <w:r>
        <w:rPr>
          <w:rFonts w:ascii="Georgia" w:hAnsi="Georgia" w:eastAsia="Georgia"/>
          <w:sz w:val="23"/>
        </w:rPr>
        <w:t>“Not yet.”</w:t>
      </w:r>
    </w:p>
    <w:p>
      <w:pPr>
        <w:spacing w:after="120"/>
      </w:pPr>
      <w:r>
        <w:rPr>
          <w:rFonts w:ascii="Georgia" w:hAnsi="Georgia" w:eastAsia="Georgia"/>
          <w:sz w:val="23"/>
        </w:rPr>
        <w:t>That was when I went downstairs.</w:t>
      </w:r>
    </w:p>
    <w:p>
      <w:pPr>
        <w:spacing w:before="80" w:after="120"/>
        <w:jc w:val="center"/>
      </w:pPr>
      <w:r>
        <w:rPr>
          <w:rFonts w:ascii="Georgia" w:hAnsi="Georgia" w:eastAsia="Georgia"/>
          <w:sz w:val="23"/>
        </w:rPr>
        <w:t>§</w:t>
      </w:r>
    </w:p>
    <w:p>
      <w:pPr>
        <w:spacing w:after="120"/>
      </w:pPr>
      <w:r>
        <w:rPr>
          <w:rFonts w:ascii="Georgia" w:hAnsi="Georgia" w:eastAsia="Georgia"/>
          <w:sz w:val="23"/>
        </w:rPr>
        <w:t>The fabrication lab had not been included in the validation booking.</w:t>
      </w:r>
    </w:p>
    <w:p>
      <w:pPr>
        <w:spacing w:after="120"/>
      </w:pPr>
      <w:r>
        <w:rPr>
          <w:rFonts w:ascii="Georgia" w:hAnsi="Georgia" w:eastAsia="Georgia"/>
          <w:sz w:val="23"/>
        </w:rPr>
        <w:t>I used it anyway.</w:t>
      </w:r>
    </w:p>
    <w:p>
      <w:pPr>
        <w:spacing w:after="120"/>
      </w:pPr>
      <w:r>
        <w:rPr>
          <w:rFonts w:ascii="Georgia" w:hAnsi="Georgia" w:eastAsia="Georgia"/>
          <w:sz w:val="23"/>
        </w:rPr>
        <w:t>The software teams could compare code.</w:t>
      </w:r>
    </w:p>
    <w:p>
      <w:pPr>
        <w:spacing w:after="120"/>
      </w:pPr>
      <w:r>
        <w:rPr>
          <w:rFonts w:ascii="Georgia" w:hAnsi="Georgia" w:eastAsia="Georgia"/>
          <w:sz w:val="23"/>
        </w:rPr>
        <w:t>I wanted to compare behavior.</w:t>
      </w:r>
    </w:p>
    <w:p>
      <w:pPr>
        <w:spacing w:after="120"/>
      </w:pPr>
      <w:r>
        <w:rPr>
          <w:rFonts w:ascii="Georgia" w:hAnsi="Georgia" w:eastAsia="Georgia"/>
          <w:sz w:val="23"/>
        </w:rPr>
        <w:t>The lab contained two generic signal processors, a programmable delay array, four pressure transducers, and enough analog hardware to reproduce the measurement conditions without putting anything near a person.</w:t>
      </w:r>
    </w:p>
    <w:p>
      <w:pPr>
        <w:spacing w:after="120"/>
      </w:pPr>
      <w:r>
        <w:rPr>
          <w:rFonts w:ascii="Georgia" w:hAnsi="Georgia" w:eastAsia="Georgia"/>
          <w:sz w:val="23"/>
        </w:rPr>
        <w:t>I built two measurement chains.</w:t>
      </w:r>
    </w:p>
    <w:p>
      <w:pPr>
        <w:spacing w:after="120"/>
      </w:pPr>
      <w:r>
        <w:rPr>
          <w:rFonts w:ascii="Georgia" w:hAnsi="Georgia" w:eastAsia="Georgia"/>
          <w:sz w:val="23"/>
        </w:rPr>
        <w:t>Not replicas of the commercial devices.</w:t>
      </w:r>
    </w:p>
    <w:p>
      <w:pPr>
        <w:spacing w:after="120"/>
      </w:pPr>
      <w:r>
        <w:rPr>
          <w:rFonts w:ascii="Georgia" w:hAnsi="Georgia" w:eastAsia="Georgia"/>
          <w:sz w:val="23"/>
        </w:rPr>
        <w:t>That would have taken days and would have answered the wrong question.</w:t>
      </w:r>
    </w:p>
    <w:p>
      <w:pPr>
        <w:spacing w:after="120"/>
      </w:pPr>
      <w:r>
        <w:rPr>
          <w:rFonts w:ascii="Georgia" w:hAnsi="Georgia" w:eastAsia="Georgia"/>
          <w:sz w:val="23"/>
        </w:rPr>
        <w:t>I implemented the two current descendant transforms exactly as documented, each on separate hardware with separate acquisition paths.</w:t>
      </w:r>
    </w:p>
    <w:p>
      <w:pPr>
        <w:spacing w:after="120"/>
      </w:pPr>
      <w:r>
        <w:rPr>
          <w:rFonts w:ascii="Georgia" w:hAnsi="Georgia" w:eastAsia="Georgia"/>
          <w:sz w:val="23"/>
        </w:rPr>
        <w:t>Then I fed both the same synthetic respiratory cycle.</w:t>
      </w:r>
    </w:p>
    <w:p>
      <w:pPr>
        <w:spacing w:after="120"/>
      </w:pPr>
      <w:r>
        <w:rPr>
          <w:rFonts w:ascii="Georgia" w:hAnsi="Georgia" w:eastAsia="Georgia"/>
          <w:sz w:val="23"/>
        </w:rPr>
        <w:t>Symmetric input delay.</w:t>
      </w:r>
    </w:p>
    <w:p>
      <w:pPr>
        <w:spacing w:after="120"/>
      </w:pPr>
      <w:r>
        <w:rPr>
          <w:rFonts w:ascii="Georgia" w:hAnsi="Georgia" w:eastAsia="Georgia"/>
          <w:sz w:val="23"/>
        </w:rPr>
        <w:t>The outputs differed by less than the validation tolerance.</w:t>
      </w:r>
    </w:p>
    <w:p>
      <w:pPr>
        <w:spacing w:after="120"/>
      </w:pPr>
      <w:r>
        <w:rPr>
          <w:rFonts w:ascii="Georgia" w:hAnsi="Georgia" w:eastAsia="Georgia"/>
          <w:sz w:val="23"/>
        </w:rPr>
        <w:t>No problem.</w:t>
      </w:r>
    </w:p>
    <w:p>
      <w:pPr>
        <w:spacing w:after="120"/>
      </w:pPr>
      <w:r>
        <w:rPr>
          <w:rFonts w:ascii="Georgia" w:hAnsi="Georgia" w:eastAsia="Georgia"/>
          <w:sz w:val="23"/>
        </w:rPr>
        <w:t>I introduced twelve milliseconds of asymmetric sensor delay.</w:t>
      </w:r>
    </w:p>
    <w:p>
      <w:pPr>
        <w:spacing w:after="120"/>
      </w:pPr>
      <w:r>
        <w:rPr>
          <w:rFonts w:ascii="Georgia" w:hAnsi="Georgia" w:eastAsia="Georgia"/>
          <w:sz w:val="23"/>
        </w:rPr>
        <w:t>Still inside tolerance.</w:t>
      </w:r>
    </w:p>
    <w:p>
      <w:pPr>
        <w:spacing w:after="120"/>
      </w:pPr>
      <w:r>
        <w:rPr>
          <w:rFonts w:ascii="Georgia" w:hAnsi="Georgia" w:eastAsia="Georgia"/>
          <w:sz w:val="23"/>
        </w:rPr>
        <w:t>Sixteen.</w:t>
      </w:r>
    </w:p>
    <w:p>
      <w:pPr>
        <w:spacing w:after="120"/>
      </w:pPr>
      <w:r>
        <w:rPr>
          <w:rFonts w:ascii="Georgia" w:hAnsi="Georgia" w:eastAsia="Georgia"/>
          <w:sz w:val="23"/>
        </w:rPr>
        <w:t>Still acceptable.</w:t>
      </w:r>
    </w:p>
    <w:p>
      <w:pPr>
        <w:spacing w:after="120"/>
      </w:pPr>
      <w:r>
        <w:rPr>
          <w:rFonts w:ascii="Georgia" w:hAnsi="Georgia" w:eastAsia="Georgia"/>
          <w:sz w:val="23"/>
        </w:rPr>
        <w:t>Eighteen.</w:t>
      </w:r>
    </w:p>
    <w:p>
      <w:pPr>
        <w:spacing w:after="120"/>
      </w:pPr>
      <w:r>
        <w:rPr>
          <w:rFonts w:ascii="Georgia" w:hAnsi="Georgia" w:eastAsia="Georgia"/>
          <w:sz w:val="23"/>
        </w:rPr>
        <w:t>One transform shifted the apparent trigger phase by 0.04 milliseconds.</w:t>
      </w:r>
    </w:p>
    <w:p>
      <w:pPr>
        <w:spacing w:after="120"/>
      </w:pPr>
      <w:r>
        <w:rPr>
          <w:rFonts w:ascii="Georgia" w:hAnsi="Georgia" w:eastAsia="Georgia"/>
          <w:sz w:val="23"/>
        </w:rPr>
        <w:t>The other shifted by 0.05.</w:t>
      </w:r>
    </w:p>
    <w:p>
      <w:pPr>
        <w:spacing w:after="120"/>
      </w:pPr>
      <w:r>
        <w:rPr>
          <w:rFonts w:ascii="Georgia" w:hAnsi="Georgia" w:eastAsia="Georgia"/>
          <w:sz w:val="23"/>
        </w:rPr>
        <w:t>Small.</w:t>
      </w:r>
    </w:p>
    <w:p>
      <w:pPr>
        <w:spacing w:after="120"/>
      </w:pPr>
      <w:r>
        <w:rPr>
          <w:rFonts w:ascii="Georgia" w:hAnsi="Georgia" w:eastAsia="Georgia"/>
          <w:sz w:val="23"/>
        </w:rPr>
        <w:t>Twenty.</w:t>
      </w:r>
    </w:p>
    <w:p>
      <w:pPr>
        <w:spacing w:after="120"/>
      </w:pPr>
      <w:r>
        <w:rPr>
          <w:rFonts w:ascii="Georgia" w:hAnsi="Georgia" w:eastAsia="Georgia"/>
          <w:sz w:val="23"/>
        </w:rPr>
        <w:t>Both shifted in the same direction.</w:t>
      </w:r>
    </w:p>
    <w:p>
      <w:pPr>
        <w:spacing w:after="120"/>
      </w:pPr>
      <w:r>
        <w:rPr>
          <w:rFonts w:ascii="Georgia" w:hAnsi="Georgia" w:eastAsia="Georgia"/>
          <w:sz w:val="23"/>
        </w:rPr>
        <w:t>Twenty-two.</w:t>
      </w:r>
    </w:p>
    <w:p>
      <w:pPr>
        <w:spacing w:after="120"/>
      </w:pPr>
      <w:r>
        <w:rPr>
          <w:rFonts w:ascii="Georgia" w:hAnsi="Georgia" w:eastAsia="Georgia"/>
          <w:sz w:val="23"/>
        </w:rPr>
        <w:t>Both produced a phase distortion large enough to move a derived assist-timing value across the current clinical alert boundary.</w:t>
      </w:r>
    </w:p>
    <w:p>
      <w:pPr>
        <w:spacing w:after="120"/>
      </w:pPr>
      <w:r>
        <w:rPr>
          <w:rFonts w:ascii="Georgia" w:hAnsi="Georgia" w:eastAsia="Georgia"/>
          <w:sz w:val="23"/>
        </w:rPr>
        <w:t>Different magnitudes.</w:t>
      </w:r>
    </w:p>
    <w:p>
      <w:pPr>
        <w:spacing w:after="120"/>
      </w:pPr>
      <w:r>
        <w:rPr>
          <w:rFonts w:ascii="Georgia" w:hAnsi="Georgia" w:eastAsia="Georgia"/>
          <w:sz w:val="23"/>
        </w:rPr>
        <w:t>Same error direction.</w:t>
      </w:r>
    </w:p>
    <w:p>
      <w:pPr>
        <w:spacing w:after="120"/>
      </w:pPr>
      <w:r>
        <w:rPr>
          <w:rFonts w:ascii="Georgia" w:hAnsi="Georgia" w:eastAsia="Georgia"/>
          <w:sz w:val="23"/>
        </w:rPr>
        <w:t>I repeated the sequence with new synthetic noise.</w:t>
      </w:r>
    </w:p>
    <w:p>
      <w:pPr>
        <w:spacing w:after="120"/>
      </w:pPr>
      <w:r>
        <w:rPr>
          <w:rFonts w:ascii="Georgia" w:hAnsi="Georgia" w:eastAsia="Georgia"/>
          <w:sz w:val="23"/>
        </w:rPr>
        <w:t>Then again with the pressure channels reversed.</w:t>
      </w:r>
    </w:p>
    <w:p>
      <w:pPr>
        <w:spacing w:after="120"/>
      </w:pPr>
      <w:r>
        <w:rPr>
          <w:rFonts w:ascii="Georgia" w:hAnsi="Georgia" w:eastAsia="Georgia"/>
          <w:sz w:val="23"/>
        </w:rPr>
        <w:t>Then with a nonrespiratory cyclic input.</w:t>
      </w:r>
    </w:p>
    <w:p>
      <w:pPr>
        <w:spacing w:after="120"/>
      </w:pPr>
      <w:r>
        <w:rPr>
          <w:rFonts w:ascii="Georgia" w:hAnsi="Georgia" w:eastAsia="Georgia"/>
          <w:sz w:val="23"/>
        </w:rPr>
        <w:t>The distortion followed the asymmetric delay, not the simulated patient state.</w:t>
      </w:r>
    </w:p>
    <w:p>
      <w:pPr>
        <w:spacing w:after="120"/>
      </w:pPr>
      <w:r>
        <w:rPr>
          <w:rFonts w:ascii="Georgia" w:hAnsi="Georgia" w:eastAsia="Georgia"/>
          <w:sz w:val="23"/>
        </w:rPr>
        <w:t>Miren stood beside the rack with her arms folded.</w:t>
      </w:r>
    </w:p>
    <w:p>
      <w:pPr>
        <w:spacing w:after="120"/>
      </w:pPr>
      <w:r>
        <w:rPr>
          <w:rFonts w:ascii="Georgia" w:hAnsi="Georgia" w:eastAsia="Georgia"/>
          <w:sz w:val="23"/>
        </w:rPr>
        <w:t>“You found it.”</w:t>
      </w:r>
    </w:p>
    <w:p>
      <w:pPr>
        <w:spacing w:after="120"/>
      </w:pPr>
      <w:r>
        <w:rPr>
          <w:rFonts w:ascii="Georgia" w:hAnsi="Georgia" w:eastAsia="Georgia"/>
          <w:sz w:val="23"/>
        </w:rPr>
        <w:t>“I found a shared behavior.”</w:t>
      </w:r>
    </w:p>
    <w:p>
      <w:pPr>
        <w:spacing w:after="120"/>
      </w:pPr>
      <w:r>
        <w:rPr>
          <w:rFonts w:ascii="Georgia" w:hAnsi="Georgia" w:eastAsia="Georgia"/>
          <w:sz w:val="23"/>
        </w:rPr>
        <w:t>“From the old kernel.”</w:t>
      </w:r>
    </w:p>
    <w:p>
      <w:pPr>
        <w:spacing w:after="120"/>
      </w:pPr>
      <w:r>
        <w:rPr>
          <w:rFonts w:ascii="Georgia" w:hAnsi="Georgia" w:eastAsia="Georgia"/>
          <w:sz w:val="23"/>
        </w:rPr>
        <w:t>“Probably.”</w:t>
      </w:r>
    </w:p>
    <w:p>
      <w:pPr>
        <w:spacing w:after="120"/>
      </w:pPr>
      <w:r>
        <w:rPr>
          <w:rFonts w:ascii="Georgia" w:hAnsi="Georgia" w:eastAsia="Georgia"/>
          <w:sz w:val="23"/>
        </w:rPr>
        <w:t>Kera had followed us down.</w:t>
      </w:r>
    </w:p>
    <w:p>
      <w:pPr>
        <w:spacing w:after="120"/>
      </w:pPr>
      <w:r>
        <w:rPr>
          <w:rFonts w:ascii="Georgia" w:hAnsi="Georgia" w:eastAsia="Georgia"/>
          <w:sz w:val="23"/>
        </w:rPr>
        <w:t>She said, “Can you prove inheritance from Neme rather than independent convergence?”</w:t>
      </w:r>
    </w:p>
    <w:p>
      <w:pPr>
        <w:spacing w:after="120"/>
      </w:pPr>
      <w:r>
        <w:rPr>
          <w:rFonts w:ascii="Georgia" w:hAnsi="Georgia" w:eastAsia="Georgia"/>
          <w:sz w:val="23"/>
        </w:rPr>
        <w:t>“No.”</w:t>
      </w:r>
    </w:p>
    <w:p>
      <w:pPr>
        <w:spacing w:after="120"/>
      </w:pPr>
      <w:r>
        <w:rPr>
          <w:rFonts w:ascii="Georgia" w:hAnsi="Georgia" w:eastAsia="Georgia"/>
          <w:sz w:val="23"/>
        </w:rPr>
        <w:t>“Then what exactly fails?”</w:t>
      </w:r>
    </w:p>
    <w:p>
      <w:pPr>
        <w:spacing w:after="120"/>
      </w:pPr>
      <w:r>
        <w:rPr>
          <w:rFonts w:ascii="Georgia" w:hAnsi="Georgia" w:eastAsia="Georgia"/>
          <w:sz w:val="23"/>
        </w:rPr>
        <w:t>I looked at the lineage output on the portable terminal.</w:t>
      </w:r>
    </w:p>
    <w:p>
      <w:pPr>
        <w:spacing w:after="120"/>
      </w:pPr>
      <w:r>
        <w:rPr>
          <w:rFonts w:ascii="Georgia" w:hAnsi="Georgia" w:eastAsia="Georgia"/>
          <w:sz w:val="23"/>
        </w:rPr>
        <w:t>INDEPENDENT DERIVATION PATHS.</w:t>
      </w:r>
    </w:p>
    <w:p>
      <w:pPr>
        <w:spacing w:after="120"/>
      </w:pPr>
      <w:r>
        <w:rPr>
          <w:rFonts w:ascii="Georgia" w:hAnsi="Georgia" w:eastAsia="Georgia"/>
          <w:sz w:val="23"/>
        </w:rPr>
        <w:t>“The word independent.”</w:t>
      </w:r>
    </w:p>
    <w:p>
      <w:pPr>
        <w:spacing w:after="120"/>
      </w:pPr>
      <w:r>
        <w:rPr>
          <w:rFonts w:ascii="Georgia" w:hAnsi="Georgia" w:eastAsia="Georgia"/>
          <w:sz w:val="23"/>
        </w:rPr>
        <w:t>Kera waited.</w:t>
      </w:r>
    </w:p>
    <w:p>
      <w:pPr>
        <w:spacing w:after="120"/>
      </w:pPr>
      <w:r>
        <w:rPr>
          <w:rFonts w:ascii="Georgia" w:hAnsi="Georgia" w:eastAsia="Georgia"/>
          <w:sz w:val="23"/>
        </w:rPr>
        <w:t>“The current tool certifies separation at the point where machine-readable ancestry begins. These two chains may share an earlier transformation family that carries the same relevant error. The tool does not know enough to call them independent.”</w:t>
      </w:r>
    </w:p>
    <w:p>
      <w:pPr>
        <w:spacing w:after="120"/>
      </w:pPr>
      <w:r>
        <w:rPr>
          <w:rFonts w:ascii="Georgia" w:hAnsi="Georgia" w:eastAsia="Georgia"/>
          <w:sz w:val="23"/>
        </w:rPr>
        <w:t>“What should it call them?” Miren asked.</w:t>
      </w:r>
    </w:p>
    <w:p>
      <w:pPr>
        <w:spacing w:after="120"/>
      </w:pPr>
      <w:r>
        <w:rPr>
          <w:rFonts w:ascii="Georgia" w:hAnsi="Georgia" w:eastAsia="Georgia"/>
          <w:sz w:val="23"/>
        </w:rPr>
        <w:t>“Unknown at the relevant depth.”</w:t>
      </w:r>
    </w:p>
    <w:p>
      <w:pPr>
        <w:spacing w:after="120"/>
      </w:pPr>
      <w:r>
        <w:rPr>
          <w:rFonts w:ascii="Georgia" w:hAnsi="Georgia" w:eastAsia="Georgia"/>
          <w:sz w:val="23"/>
        </w:rPr>
        <w:t>Kera looked at the test rig.</w:t>
      </w:r>
    </w:p>
    <w:p>
      <w:pPr>
        <w:spacing w:after="120"/>
      </w:pPr>
      <w:r>
        <w:rPr>
          <w:rFonts w:ascii="Georgia" w:hAnsi="Georgia" w:eastAsia="Georgia"/>
          <w:sz w:val="23"/>
        </w:rPr>
        <w:t>“That will expand the unresolved category substantially.”</w:t>
      </w:r>
    </w:p>
    <w:p>
      <w:pPr>
        <w:spacing w:after="120"/>
      </w:pPr>
      <w:r>
        <w:rPr>
          <w:rFonts w:ascii="Georgia" w:hAnsi="Georgia" w:eastAsia="Georgia"/>
          <w:sz w:val="23"/>
        </w:rPr>
        <w:t>“Yes.”</w:t>
      </w:r>
    </w:p>
    <w:p>
      <w:pPr>
        <w:spacing w:after="120"/>
      </w:pPr>
      <w:r>
        <w:rPr>
          <w:rFonts w:ascii="Georgia" w:hAnsi="Georgia" w:eastAsia="Georgia"/>
          <w:sz w:val="23"/>
        </w:rPr>
        <w:t>“How substantially?”</w:t>
      </w:r>
    </w:p>
    <w:p>
      <w:pPr>
        <w:spacing w:after="120"/>
      </w:pPr>
      <w:r>
        <w:rPr>
          <w:rFonts w:ascii="Georgia" w:hAnsi="Georgia" w:eastAsia="Georgia"/>
          <w:sz w:val="23"/>
        </w:rPr>
        <w:t>“I do not know.”</w:t>
      </w:r>
    </w:p>
    <w:p>
      <w:pPr>
        <w:spacing w:after="120"/>
      </w:pPr>
      <w:r>
        <w:rPr>
          <w:rFonts w:ascii="Georgia" w:hAnsi="Georgia" w:eastAsia="Georgia"/>
          <w:sz w:val="23"/>
        </w:rPr>
        <w:t>She did.</w:t>
      </w:r>
    </w:p>
    <w:p>
      <w:pPr>
        <w:spacing w:after="120"/>
      </w:pPr>
      <w:r>
        <w:rPr>
          <w:rFonts w:ascii="Georgia" w:hAnsi="Georgia" w:eastAsia="Georgia"/>
          <w:sz w:val="23"/>
        </w:rPr>
        <w:t>Vesk had a better estimate.</w:t>
      </w:r>
    </w:p>
    <w:p>
      <w:pPr>
        <w:spacing w:after="120"/>
      </w:pPr>
      <w:r>
        <w:rPr>
          <w:rFonts w:ascii="Georgia" w:hAnsi="Georgia" w:eastAsia="Georgia"/>
          <w:sz w:val="23"/>
        </w:rPr>
        <w:t>“Legacy integrated-setting practice contains approximately fourteen thousand active derivation chains with incomplete pre-standard software ancestry.”</w:t>
      </w:r>
    </w:p>
    <w:p>
      <w:pPr>
        <w:spacing w:after="120"/>
      </w:pPr>
      <w:r>
        <w:rPr>
          <w:rFonts w:ascii="Georgia" w:hAnsi="Georgia" w:eastAsia="Georgia"/>
          <w:sz w:val="23"/>
        </w:rPr>
        <w:t>Miren lowered her arms.</w:t>
      </w:r>
    </w:p>
    <w:p>
      <w:pPr>
        <w:spacing w:after="120"/>
      </w:pPr>
      <w:r>
        <w:rPr>
          <w:rFonts w:ascii="Georgia" w:hAnsi="Georgia" w:eastAsia="Georgia"/>
          <w:sz w:val="23"/>
        </w:rPr>
        <w:t>“That many?”</w:t>
      </w:r>
    </w:p>
    <w:p>
      <w:pPr>
        <w:spacing w:after="120"/>
      </w:pPr>
      <w:r>
        <w:rPr>
          <w:rFonts w:ascii="Georgia" w:hAnsi="Georgia" w:eastAsia="Georgia"/>
          <w:sz w:val="23"/>
        </w:rPr>
        <w:t>“Across all clinical domains.”</w:t>
      </w:r>
    </w:p>
    <w:p>
      <w:pPr>
        <w:spacing w:after="120"/>
      </w:pPr>
      <w:r>
        <w:rPr>
          <w:rFonts w:ascii="Georgia" w:hAnsi="Georgia" w:eastAsia="Georgia"/>
          <w:sz w:val="23"/>
        </w:rPr>
        <w:t>I looked at Kera.</w:t>
      </w:r>
    </w:p>
    <w:p>
      <w:pPr>
        <w:spacing w:after="120"/>
      </w:pPr>
      <w:r>
        <w:rPr>
          <w:rFonts w:ascii="Georgia" w:hAnsi="Georgia" w:eastAsia="Georgia"/>
          <w:sz w:val="23"/>
        </w:rPr>
        <w:t>“How many are in the covered domain for my interim control?”</w:t>
      </w:r>
    </w:p>
    <w:p>
      <w:pPr>
        <w:spacing w:after="120"/>
      </w:pPr>
      <w:r>
        <w:rPr>
          <w:rFonts w:ascii="Georgia" w:hAnsi="Georgia" w:eastAsia="Georgia"/>
          <w:sz w:val="23"/>
        </w:rPr>
        <w:t>“Three thousand eight hundred and eleven.”</w:t>
      </w:r>
    </w:p>
    <w:p>
      <w:pPr>
        <w:spacing w:after="120"/>
      </w:pPr>
      <w:r>
        <w:rPr>
          <w:rFonts w:ascii="Georgia" w:hAnsi="Georgia" w:eastAsia="Georgia"/>
          <w:sz w:val="23"/>
        </w:rPr>
        <w:t>That number was not personal.</w:t>
      </w:r>
    </w:p>
    <w:p>
      <w:pPr>
        <w:spacing w:after="120"/>
      </w:pPr>
      <w:r>
        <w:rPr>
          <w:rFonts w:ascii="Georgia" w:hAnsi="Georgia" w:eastAsia="Georgia"/>
          <w:sz w:val="23"/>
        </w:rPr>
        <w:t>It felt personal anyway.</w:t>
      </w:r>
    </w:p>
    <w:p>
      <w:pPr>
        <w:spacing w:before="80" w:after="120"/>
        <w:jc w:val="center"/>
      </w:pPr>
      <w:r>
        <w:rPr>
          <w:rFonts w:ascii="Georgia" w:hAnsi="Georgia" w:eastAsia="Georgia"/>
          <w:sz w:val="23"/>
        </w:rPr>
        <w:t>§</w:t>
      </w:r>
    </w:p>
    <w:p>
      <w:pPr>
        <w:spacing w:after="120"/>
      </w:pPr>
      <w:r>
        <w:rPr>
          <w:rFonts w:ascii="Georgia" w:hAnsi="Georgia" w:eastAsia="Georgia"/>
          <w:sz w:val="23"/>
        </w:rPr>
        <w:t>At 1016 the release meeting acquired a problem.</w:t>
      </w:r>
    </w:p>
    <w:p>
      <w:pPr>
        <w:spacing w:after="120"/>
      </w:pPr>
      <w:r>
        <w:rPr>
          <w:rFonts w:ascii="Georgia" w:hAnsi="Georgia" w:eastAsia="Georgia"/>
          <w:sz w:val="23"/>
        </w:rPr>
        <w:t>The validation team had planned a partial deployment that evening.</w:t>
      </w:r>
    </w:p>
    <w:p>
      <w:pPr>
        <w:spacing w:after="120"/>
      </w:pPr>
      <w:r>
        <w:rPr>
          <w:rFonts w:ascii="Georgia" w:hAnsi="Georgia" w:eastAsia="Georgia"/>
          <w:sz w:val="23"/>
        </w:rPr>
        <w:t>Not universal.</w:t>
      </w:r>
    </w:p>
    <w:p>
      <w:pPr>
        <w:spacing w:after="120"/>
      </w:pPr>
      <w:r>
        <w:rPr>
          <w:rFonts w:ascii="Georgia" w:hAnsi="Georgia" w:eastAsia="Georgia"/>
          <w:sz w:val="23"/>
        </w:rPr>
        <w:t>The first release covered current systems with complete model lineage, recent migrated systems with verifiable transformation manifests, and several high-volume clinical paths that had passed adversarial testing.</w:t>
      </w:r>
    </w:p>
    <w:p>
      <w:pPr>
        <w:spacing w:after="120"/>
      </w:pPr>
      <w:r>
        <w:rPr>
          <w:rFonts w:ascii="Georgia" w:hAnsi="Georgia" w:eastAsia="Georgia"/>
          <w:sz w:val="23"/>
        </w:rPr>
        <w:t>The projected effect was practical.</w:t>
      </w:r>
    </w:p>
    <w:p>
      <w:pPr>
        <w:spacing w:after="120"/>
      </w:pPr>
      <w:r>
        <w:rPr>
          <w:rFonts w:ascii="Georgia" w:hAnsi="Georgia" w:eastAsia="Georgia"/>
          <w:sz w:val="23"/>
        </w:rPr>
        <w:t>Second-signatory requirements imposed after Lysa’s event had spread beyond me. Other institutions had adopted temporary corroboration controls while the lineage layer was under validation.</w:t>
      </w:r>
    </w:p>
    <w:p>
      <w:pPr>
        <w:spacing w:after="120"/>
      </w:pPr>
      <w:r>
        <w:rPr>
          <w:rFonts w:ascii="Georgia" w:hAnsi="Georgia" w:eastAsia="Georgia"/>
          <w:sz w:val="23"/>
        </w:rPr>
        <w:t>The controls were slowing work.</w:t>
      </w:r>
    </w:p>
    <w:p>
      <w:pPr>
        <w:spacing w:after="120"/>
      </w:pPr>
      <w:r>
        <w:rPr>
          <w:rFonts w:ascii="Georgia" w:hAnsi="Georgia" w:eastAsia="Georgia"/>
          <w:sz w:val="23"/>
        </w:rPr>
        <w:t>Not catastrophically.</w:t>
      </w:r>
    </w:p>
    <w:p>
      <w:pPr>
        <w:spacing w:after="120"/>
      </w:pPr>
      <w:r>
        <w:rPr>
          <w:rFonts w:ascii="Georgia" w:hAnsi="Georgia" w:eastAsia="Georgia"/>
          <w:sz w:val="23"/>
        </w:rPr>
        <w:t>Enough to matter.</w:t>
      </w:r>
    </w:p>
    <w:p>
      <w:pPr>
        <w:spacing w:after="120"/>
      </w:pPr>
      <w:r>
        <w:rPr>
          <w:rFonts w:ascii="Georgia" w:hAnsi="Georgia" w:eastAsia="Georgia"/>
          <w:sz w:val="23"/>
        </w:rPr>
        <w:t>Median additional review time: nineteen minutes.</w:t>
      </w:r>
    </w:p>
    <w:p>
      <w:pPr>
        <w:spacing w:after="120"/>
      </w:pPr>
      <w:r>
        <w:rPr>
          <w:rFonts w:ascii="Georgia" w:hAnsi="Georgia" w:eastAsia="Georgia"/>
          <w:sz w:val="23"/>
        </w:rPr>
        <w:t>Ninety-fifth percentile: two hours fourteen minutes.</w:t>
      </w:r>
    </w:p>
    <w:p>
      <w:pPr>
        <w:spacing w:after="120"/>
      </w:pPr>
      <w:r>
        <w:rPr>
          <w:rFonts w:ascii="Georgia" w:hAnsi="Georgia" w:eastAsia="Georgia"/>
          <w:sz w:val="23"/>
        </w:rPr>
        <w:t>Longest recorded delay: six hours thirty-eight minutes, during a staffing gap at a remote clinic.</w:t>
      </w:r>
    </w:p>
    <w:p>
      <w:pPr>
        <w:spacing w:after="120"/>
      </w:pPr>
      <w:r>
        <w:rPr>
          <w:rFonts w:ascii="Georgia" w:hAnsi="Georgia" w:eastAsia="Georgia"/>
          <w:sz w:val="23"/>
        </w:rPr>
        <w:t>No injury had been attributed to the delays.</w:t>
      </w:r>
    </w:p>
    <w:p>
      <w:pPr>
        <w:spacing w:after="120"/>
      </w:pPr>
      <w:r>
        <w:rPr>
          <w:rFonts w:ascii="Georgia" w:hAnsi="Georgia" w:eastAsia="Georgia"/>
          <w:sz w:val="23"/>
        </w:rPr>
        <w:t>Several procedures had been deferred.</w:t>
      </w:r>
    </w:p>
    <w:p>
      <w:pPr>
        <w:spacing w:after="120"/>
      </w:pPr>
      <w:r>
        <w:rPr>
          <w:rFonts w:ascii="Georgia" w:hAnsi="Georgia" w:eastAsia="Georgia"/>
          <w:sz w:val="23"/>
        </w:rPr>
        <w:t>Three patients had chosen not to wait and rescheduled.</w:t>
      </w:r>
    </w:p>
    <w:p>
      <w:pPr>
        <w:spacing w:after="120"/>
      </w:pPr>
      <w:r>
        <w:rPr>
          <w:rFonts w:ascii="Georgia" w:hAnsi="Georgia" w:eastAsia="Georgia"/>
          <w:sz w:val="23"/>
        </w:rPr>
        <w:t>One had traveled seventy kilometers twice.</w:t>
      </w:r>
    </w:p>
    <w:p>
      <w:pPr>
        <w:spacing w:after="120"/>
      </w:pPr>
      <w:r>
        <w:rPr>
          <w:rFonts w:ascii="Georgia" w:hAnsi="Georgia" w:eastAsia="Georgia"/>
          <w:sz w:val="23"/>
        </w:rPr>
        <w:t>The release was expected to remove the second-signatory requirement from approximately sixty-one percent of the currently affected decisions.</w:t>
      </w:r>
    </w:p>
    <w:p>
      <w:pPr>
        <w:spacing w:after="120"/>
      </w:pPr>
      <w:r>
        <w:rPr>
          <w:rFonts w:ascii="Georgia" w:hAnsi="Georgia" w:eastAsia="Georgia"/>
          <w:sz w:val="23"/>
        </w:rPr>
        <w:t>Kera put the numbers on the wall.</w:t>
      </w:r>
    </w:p>
    <w:p>
      <w:pPr>
        <w:spacing w:after="120"/>
      </w:pPr>
      <w:r>
        <w:rPr>
          <w:rFonts w:ascii="Georgia" w:hAnsi="Georgia" w:eastAsia="Georgia"/>
          <w:sz w:val="23"/>
        </w:rPr>
        <w:t>No one in the room argued that caution was free.</w:t>
      </w:r>
    </w:p>
    <w:p>
      <w:pPr>
        <w:spacing w:after="120"/>
      </w:pPr>
      <w:r>
        <w:rPr>
          <w:rFonts w:ascii="Georgia" w:hAnsi="Georgia" w:eastAsia="Georgia"/>
          <w:sz w:val="23"/>
        </w:rPr>
        <w:t>That helped.</w:t>
      </w:r>
    </w:p>
    <w:p>
      <w:pPr>
        <w:spacing w:after="120"/>
      </w:pPr>
      <w:r>
        <w:rPr>
          <w:rFonts w:ascii="Georgia" w:hAnsi="Georgia" w:eastAsia="Georgia"/>
          <w:sz w:val="23"/>
        </w:rPr>
        <w:t>A software lead named Rian Vesk opened my failure report.</w:t>
      </w:r>
    </w:p>
    <w:p>
      <w:pPr>
        <w:spacing w:after="120"/>
      </w:pPr>
      <w:r>
        <w:rPr>
          <w:rFonts w:ascii="Georgia" w:hAnsi="Georgia" w:eastAsia="Georgia"/>
          <w:sz w:val="23"/>
        </w:rPr>
        <w:t>He said, “The release set does not include either of the two legacy packages in your demonstration.”</w:t>
      </w:r>
    </w:p>
    <w:p>
      <w:pPr>
        <w:spacing w:after="120"/>
      </w:pPr>
      <w:r>
        <w:rPr>
          <w:rFonts w:ascii="Georgia" w:hAnsi="Georgia" w:eastAsia="Georgia"/>
          <w:sz w:val="23"/>
        </w:rPr>
        <w:t>“Not those exact packages.”</w:t>
      </w:r>
    </w:p>
    <w:p>
      <w:pPr>
        <w:spacing w:after="120"/>
      </w:pPr>
      <w:r>
        <w:rPr>
          <w:rFonts w:ascii="Georgia" w:hAnsi="Georgia" w:eastAsia="Georgia"/>
          <w:sz w:val="23"/>
        </w:rPr>
        <w:t>“So the failing case is outside tonight’s deployed set.”</w:t>
      </w:r>
    </w:p>
    <w:p>
      <w:pPr>
        <w:spacing w:after="120"/>
      </w:pPr>
      <w:r>
        <w:rPr>
          <w:rFonts w:ascii="Georgia" w:hAnsi="Georgia" w:eastAsia="Georgia"/>
          <w:sz w:val="23"/>
        </w:rPr>
        <w:t>“Maybe.”</w:t>
      </w:r>
    </w:p>
    <w:p>
      <w:pPr>
        <w:spacing w:after="120"/>
      </w:pPr>
      <w:r>
        <w:rPr>
          <w:rFonts w:ascii="Georgia" w:hAnsi="Georgia" w:eastAsia="Georgia"/>
          <w:sz w:val="23"/>
        </w:rPr>
        <w:t>He looked at Kera.</w:t>
      </w:r>
    </w:p>
    <w:p>
      <w:pPr>
        <w:spacing w:after="120"/>
      </w:pPr>
      <w:r>
        <w:rPr>
          <w:rFonts w:ascii="Georgia" w:hAnsi="Georgia" w:eastAsia="Georgia"/>
          <w:sz w:val="23"/>
        </w:rPr>
        <w:t>I continued.</w:t>
      </w:r>
    </w:p>
    <w:p>
      <w:pPr>
        <w:spacing w:after="120"/>
      </w:pPr>
      <w:r>
        <w:rPr>
          <w:rFonts w:ascii="Georgia" w:hAnsi="Georgia" w:eastAsia="Georgia"/>
          <w:sz w:val="23"/>
        </w:rPr>
        <w:t>“The release logic uses the same independence rule. If another covered chain has an undocumented shared ancestor above the machine-readable provenance boundary, the tool may certify independence it has not established.”</w:t>
      </w:r>
    </w:p>
    <w:p>
      <w:pPr>
        <w:spacing w:after="120"/>
      </w:pPr>
      <w:r>
        <w:rPr>
          <w:rFonts w:ascii="Georgia" w:hAnsi="Georgia" w:eastAsia="Georgia"/>
          <w:sz w:val="23"/>
        </w:rPr>
        <w:t>Vesk said, “That is true of any incomplete legacy record.”</w:t>
      </w:r>
    </w:p>
    <w:p>
      <w:pPr>
        <w:spacing w:after="120"/>
      </w:pPr>
      <w:r>
        <w:rPr>
          <w:rFonts w:ascii="Georgia" w:hAnsi="Georgia" w:eastAsia="Georgia"/>
          <w:sz w:val="23"/>
        </w:rPr>
        <w:t>“Yes.”</w:t>
      </w:r>
    </w:p>
    <w:p>
      <w:pPr>
        <w:spacing w:after="120"/>
      </w:pPr>
      <w:r>
        <w:rPr>
          <w:rFonts w:ascii="Georgia" w:hAnsi="Georgia" w:eastAsia="Georgia"/>
          <w:sz w:val="23"/>
        </w:rPr>
        <w:t>“Which is why incomplete lineage is already flagged.”</w:t>
      </w:r>
    </w:p>
    <w:p>
      <w:pPr>
        <w:spacing w:after="120"/>
      </w:pPr>
      <w:r>
        <w:rPr>
          <w:rFonts w:ascii="Georgia" w:hAnsi="Georgia" w:eastAsia="Georgia"/>
          <w:sz w:val="23"/>
        </w:rPr>
        <w:t>“Only when the missing segment is declared.”</w:t>
      </w:r>
    </w:p>
    <w:p>
      <w:pPr>
        <w:spacing w:after="120"/>
      </w:pPr>
      <w:r>
        <w:rPr>
          <w:rFonts w:ascii="Georgia" w:hAnsi="Georgia" w:eastAsia="Georgia"/>
          <w:sz w:val="23"/>
        </w:rPr>
        <w:t>He stopped.</w:t>
      </w:r>
    </w:p>
    <w:p>
      <w:pPr>
        <w:spacing w:after="120"/>
      </w:pPr>
      <w:r>
        <w:rPr>
          <w:rFonts w:ascii="Georgia" w:hAnsi="Georgia" w:eastAsia="Georgia"/>
          <w:sz w:val="23"/>
        </w:rPr>
        <w:t>I pointed to the two packages.</w:t>
      </w:r>
    </w:p>
    <w:p>
      <w:pPr>
        <w:spacing w:after="120"/>
      </w:pPr>
      <w:r>
        <w:rPr>
          <w:rFonts w:ascii="Georgia" w:hAnsi="Georgia" w:eastAsia="Georgia"/>
          <w:sz w:val="23"/>
        </w:rPr>
        <w:t>“Neither record knows it is incomplete. Each begins with a valid certification bundle from the point its current vendor history starts. The missing ancestry is not represented as missing.”</w:t>
      </w:r>
    </w:p>
    <w:p>
      <w:pPr>
        <w:spacing w:after="120"/>
      </w:pPr>
      <w:r>
        <w:rPr>
          <w:rFonts w:ascii="Georgia" w:hAnsi="Georgia" w:eastAsia="Georgia"/>
          <w:sz w:val="23"/>
        </w:rPr>
        <w:t>Miren said, “So the clean record is the problem.”</w:t>
      </w:r>
    </w:p>
    <w:p>
      <w:pPr>
        <w:spacing w:after="120"/>
      </w:pPr>
      <w:r>
        <w:rPr>
          <w:rFonts w:ascii="Georgia" w:hAnsi="Georgia" w:eastAsia="Georgia"/>
          <w:sz w:val="23"/>
        </w:rPr>
        <w:t>Vesk nodded once.</w:t>
      </w:r>
    </w:p>
    <w:p>
      <w:pPr>
        <w:spacing w:after="120"/>
      </w:pPr>
      <w:r>
        <w:rPr>
          <w:rFonts w:ascii="Georgia" w:hAnsi="Georgia" w:eastAsia="Georgia"/>
          <w:sz w:val="23"/>
        </w:rPr>
        <w:t>He did not like it.</w:t>
      </w:r>
    </w:p>
    <w:p>
      <w:pPr>
        <w:spacing w:after="120"/>
      </w:pPr>
      <w:r>
        <w:rPr>
          <w:rFonts w:ascii="Georgia" w:hAnsi="Georgia" w:eastAsia="Georgia"/>
          <w:sz w:val="23"/>
        </w:rPr>
        <w:t>Neither did I.</w:t>
      </w:r>
    </w:p>
    <w:p>
      <w:pPr>
        <w:spacing w:after="120"/>
      </w:pPr>
      <w:r>
        <w:rPr>
          <w:rFonts w:ascii="Georgia" w:hAnsi="Georgia" w:eastAsia="Georgia"/>
          <w:sz w:val="23"/>
        </w:rPr>
        <w:t>Kera asked the release team for options.</w:t>
      </w:r>
    </w:p>
    <w:p>
      <w:pPr>
        <w:spacing w:after="120"/>
      </w:pPr>
      <w:r>
        <w:rPr>
          <w:rFonts w:ascii="Georgia" w:hAnsi="Georgia" w:eastAsia="Georgia"/>
          <w:sz w:val="23"/>
        </w:rPr>
        <w:t>They produced four.</w:t>
      </w:r>
    </w:p>
    <w:p>
      <w:pPr>
        <w:spacing w:after="120"/>
      </w:pPr>
      <w:r>
        <w:rPr>
          <w:rFonts w:ascii="Georgia" w:hAnsi="Georgia" w:eastAsia="Georgia"/>
          <w:sz w:val="23"/>
        </w:rPr>
        <w:t>Release as planned and classify the case as legacy exceptional.</w:t>
      </w:r>
    </w:p>
    <w:p>
      <w:pPr>
        <w:spacing w:after="120"/>
      </w:pPr>
      <w:r>
        <w:rPr>
          <w:rFonts w:ascii="Georgia" w:hAnsi="Georgia" w:eastAsia="Georgia"/>
          <w:sz w:val="23"/>
        </w:rPr>
        <w:t>Delay the entire deployment.</w:t>
      </w:r>
    </w:p>
    <w:p>
      <w:pPr>
        <w:spacing w:after="120"/>
      </w:pPr>
      <w:r>
        <w:rPr>
          <w:rFonts w:ascii="Georgia" w:hAnsi="Georgia" w:eastAsia="Georgia"/>
          <w:sz w:val="23"/>
        </w:rPr>
        <w:t>Release only cases whose derivation ancestry began after the modern provenance standard.</w:t>
      </w:r>
    </w:p>
    <w:p>
      <w:pPr>
        <w:spacing w:after="120"/>
      </w:pPr>
      <w:r>
        <w:rPr>
          <w:rFonts w:ascii="Georgia" w:hAnsi="Georgia" w:eastAsia="Georgia"/>
          <w:sz w:val="23"/>
        </w:rPr>
        <w:t>Or add a new uncertainty rule: when a clinical transform family predates machine-readable lineage and cannot establish its own origin boundary, do not certify derivation independence solely from later vendor separation.</w:t>
      </w:r>
    </w:p>
    <w:p>
      <w:pPr>
        <w:spacing w:after="120"/>
      </w:pPr>
      <w:r>
        <w:rPr>
          <w:rFonts w:ascii="Georgia" w:hAnsi="Georgia" w:eastAsia="Georgia"/>
          <w:sz w:val="23"/>
        </w:rPr>
        <w:t>The fourth option preserved most of the release.</w:t>
      </w:r>
    </w:p>
    <w:p>
      <w:pPr>
        <w:spacing w:after="120"/>
      </w:pPr>
      <w:r>
        <w:rPr>
          <w:rFonts w:ascii="Georgia" w:hAnsi="Georgia" w:eastAsia="Georgia"/>
          <w:sz w:val="23"/>
        </w:rPr>
        <w:t>It also preserved most of my restriction.</w:t>
      </w:r>
    </w:p>
    <w:p>
      <w:pPr>
        <w:spacing w:after="120"/>
      </w:pPr>
      <w:r>
        <w:rPr>
          <w:rFonts w:ascii="Georgia" w:hAnsi="Georgia" w:eastAsia="Georgia"/>
          <w:sz w:val="23"/>
        </w:rPr>
        <w:t>Vesk calculated the revised coverage.</w:t>
      </w:r>
    </w:p>
    <w:p>
      <w:pPr>
        <w:spacing w:after="120"/>
      </w:pPr>
      <w:r>
        <w:rPr>
          <w:rFonts w:ascii="Georgia" w:hAnsi="Georgia" w:eastAsia="Georgia"/>
          <w:sz w:val="23"/>
        </w:rPr>
        <w:t>Forty-seven percent of affected decisions would lose the temporary second-signature requirement that evening.</w:t>
      </w:r>
    </w:p>
    <w:p>
      <w:pPr>
        <w:spacing w:after="120"/>
      </w:pPr>
      <w:r>
        <w:rPr>
          <w:rFonts w:ascii="Georgia" w:hAnsi="Georgia" w:eastAsia="Georgia"/>
          <w:sz w:val="23"/>
        </w:rPr>
        <w:t>Not sixty-one.</w:t>
      </w:r>
    </w:p>
    <w:p>
      <w:pPr>
        <w:spacing w:after="120"/>
      </w:pPr>
      <w:r>
        <w:rPr>
          <w:rFonts w:ascii="Georgia" w:hAnsi="Georgia" w:eastAsia="Georgia"/>
          <w:sz w:val="23"/>
        </w:rPr>
        <w:t>For the rest, the control would remain until deeper ancestry could be resolved or domain-specific validation demonstrated that the missing shared history could not carry the relevant error.</w:t>
      </w:r>
    </w:p>
    <w:p>
      <w:pPr>
        <w:spacing w:after="120"/>
      </w:pPr>
      <w:r>
        <w:rPr>
          <w:rFonts w:ascii="Georgia" w:hAnsi="Georgia" w:eastAsia="Georgia"/>
          <w:sz w:val="23"/>
        </w:rPr>
        <w:t>Kera looked at me.</w:t>
      </w:r>
    </w:p>
    <w:p>
      <w:pPr>
        <w:spacing w:after="120"/>
      </w:pPr>
      <w:r>
        <w:rPr>
          <w:rFonts w:ascii="Georgia" w:hAnsi="Georgia" w:eastAsia="Georgia"/>
          <w:sz w:val="23"/>
        </w:rPr>
        <w:t>Not because I had a vote.</w:t>
      </w:r>
    </w:p>
    <w:p>
      <w:pPr>
        <w:spacing w:after="120"/>
      </w:pPr>
      <w:r>
        <w:rPr>
          <w:rFonts w:ascii="Georgia" w:hAnsi="Georgia" w:eastAsia="Georgia"/>
          <w:sz w:val="23"/>
        </w:rPr>
        <w:t>Because my restriction sat inside the numbers.</w:t>
      </w:r>
    </w:p>
    <w:p>
      <w:pPr>
        <w:spacing w:after="120"/>
      </w:pPr>
      <w:r>
        <w:rPr>
          <w:rFonts w:ascii="Georgia" w:hAnsi="Georgia" w:eastAsia="Georgia"/>
          <w:sz w:val="23"/>
        </w:rPr>
        <w:t>“Your covered practice would remain almost entirely in the retained-control group,” she said.</w:t>
      </w:r>
    </w:p>
    <w:p>
      <w:pPr>
        <w:spacing w:after="120"/>
      </w:pPr>
      <w:r>
        <w:rPr>
          <w:rFonts w:ascii="Georgia" w:hAnsi="Georgia" w:eastAsia="Georgia"/>
          <w:sz w:val="23"/>
        </w:rPr>
        <w:t>“Yes.”</w:t>
      </w:r>
    </w:p>
    <w:p>
      <w:pPr>
        <w:spacing w:after="120"/>
      </w:pPr>
      <w:r>
        <w:rPr>
          <w:rFonts w:ascii="Georgia" w:hAnsi="Georgia" w:eastAsia="Georgia"/>
          <w:sz w:val="23"/>
        </w:rPr>
        <w:t>“Do you consider the new case release-blocking?”</w:t>
      </w:r>
    </w:p>
    <w:p>
      <w:pPr>
        <w:spacing w:after="120"/>
      </w:pPr>
      <w:r>
        <w:rPr>
          <w:rFonts w:ascii="Georgia" w:hAnsi="Georgia" w:eastAsia="Georgia"/>
          <w:sz w:val="23"/>
        </w:rPr>
        <w:t>I knew why she asked.</w:t>
      </w:r>
    </w:p>
    <w:p>
      <w:pPr>
        <w:spacing w:after="120"/>
      </w:pPr>
      <w:r>
        <w:rPr>
          <w:rFonts w:ascii="Georgia" w:hAnsi="Georgia" w:eastAsia="Georgia"/>
          <w:sz w:val="23"/>
        </w:rPr>
        <w:t>My answer could not approve release.</w:t>
      </w:r>
    </w:p>
    <w:p>
      <w:pPr>
        <w:spacing w:after="120"/>
      </w:pPr>
      <w:r>
        <w:rPr>
          <w:rFonts w:ascii="Georgia" w:hAnsi="Georgia" w:eastAsia="Georgia"/>
          <w:sz w:val="23"/>
        </w:rPr>
        <w:t>It could make part of the release harder.</w:t>
      </w:r>
    </w:p>
    <w:p>
      <w:pPr>
        <w:spacing w:after="120"/>
      </w:pPr>
      <w:r>
        <w:rPr>
          <w:rFonts w:ascii="Georgia" w:hAnsi="Georgia" w:eastAsia="Georgia"/>
          <w:sz w:val="23"/>
        </w:rPr>
        <w:t>“Yes.”</w:t>
      </w:r>
    </w:p>
    <w:p>
      <w:pPr>
        <w:spacing w:after="120"/>
      </w:pPr>
      <w:r>
        <w:rPr>
          <w:rFonts w:ascii="Georgia" w:hAnsi="Georgia" w:eastAsia="Georgia"/>
          <w:sz w:val="23"/>
        </w:rPr>
        <w:t>Vesk exhaled through his nose.</w:t>
      </w:r>
    </w:p>
    <w:p>
      <w:pPr>
        <w:spacing w:after="120"/>
      </w:pPr>
      <w:r>
        <w:rPr>
          <w:rFonts w:ascii="Georgia" w:hAnsi="Georgia" w:eastAsia="Georgia"/>
          <w:sz w:val="23"/>
        </w:rPr>
        <w:t>Miren did not move.</w:t>
      </w:r>
    </w:p>
    <w:p>
      <w:pPr>
        <w:spacing w:after="120"/>
      </w:pPr>
      <w:r>
        <w:rPr>
          <w:rFonts w:ascii="Georgia" w:hAnsi="Georgia" w:eastAsia="Georgia"/>
          <w:sz w:val="23"/>
        </w:rPr>
        <w:t>Kera asked, “Why not advisory?”</w:t>
      </w:r>
    </w:p>
    <w:p>
      <w:pPr>
        <w:spacing w:after="120"/>
      </w:pPr>
      <w:r>
        <w:rPr>
          <w:rFonts w:ascii="Georgia" w:hAnsi="Georgia" w:eastAsia="Georgia"/>
          <w:sz w:val="23"/>
        </w:rPr>
        <w:t>“Because the tool’s output says independent. The failure is in that claim, not in a secondary annotation.”</w:t>
      </w:r>
    </w:p>
    <w:p>
      <w:pPr>
        <w:spacing w:after="120"/>
      </w:pPr>
      <w:r>
        <w:rPr>
          <w:rFonts w:ascii="Georgia" w:hAnsi="Georgia" w:eastAsia="Georgia"/>
          <w:sz w:val="23"/>
        </w:rPr>
        <w:t>“We could change the wording to no known shared derivation.”</w:t>
      </w:r>
    </w:p>
    <w:p>
      <w:pPr>
        <w:spacing w:after="120"/>
      </w:pPr>
      <w:r>
        <w:rPr>
          <w:rFonts w:ascii="Georgia" w:hAnsi="Georgia" w:eastAsia="Georgia"/>
          <w:sz w:val="23"/>
        </w:rPr>
        <w:t>“That would still overstate what the record knows if the provenance boundary is artificial.”</w:t>
      </w:r>
    </w:p>
    <w:p>
      <w:pPr>
        <w:spacing w:after="120"/>
      </w:pPr>
      <w:r>
        <w:rPr>
          <w:rFonts w:ascii="Georgia" w:hAnsi="Georgia" w:eastAsia="Georgia"/>
          <w:sz w:val="23"/>
        </w:rPr>
        <w:t>Vesk said, “Every provenance boundary is artificial eventually.”</w:t>
      </w:r>
    </w:p>
    <w:p>
      <w:pPr>
        <w:spacing w:after="120"/>
      </w:pPr>
      <w:r>
        <w:rPr>
          <w:rFonts w:ascii="Georgia" w:hAnsi="Georgia" w:eastAsia="Georgia"/>
          <w:sz w:val="23"/>
        </w:rPr>
        <w:t>“Yes.”</w:t>
      </w:r>
    </w:p>
    <w:p>
      <w:pPr>
        <w:spacing w:after="120"/>
      </w:pPr>
      <w:r>
        <w:rPr>
          <w:rFonts w:ascii="Georgia" w:hAnsi="Georgia" w:eastAsia="Georgia"/>
          <w:sz w:val="23"/>
        </w:rPr>
        <w:t>“That cannot mean nothing is independent.”</w:t>
      </w:r>
    </w:p>
    <w:p>
      <w:pPr>
        <w:spacing w:after="120"/>
      </w:pPr>
      <w:r>
        <w:rPr>
          <w:rFonts w:ascii="Georgia" w:hAnsi="Georgia" w:eastAsia="Georgia"/>
          <w:sz w:val="23"/>
        </w:rPr>
        <w:t>“It does not.”</w:t>
      </w:r>
    </w:p>
    <w:p>
      <w:pPr>
        <w:spacing w:after="120"/>
      </w:pPr>
      <w:r>
        <w:rPr>
          <w:rFonts w:ascii="Georgia" w:hAnsi="Georgia" w:eastAsia="Georgia"/>
          <w:sz w:val="23"/>
        </w:rPr>
        <w:t>“Then where do you stop?”</w:t>
      </w:r>
    </w:p>
    <w:p>
      <w:pPr>
        <w:spacing w:after="120"/>
      </w:pPr>
      <w:r>
        <w:rPr>
          <w:rFonts w:ascii="Georgia" w:hAnsi="Georgia" w:eastAsia="Georgia"/>
          <w:sz w:val="23"/>
        </w:rPr>
        <w:t>“At the earliest point relevant to the error we are using independence to exclude.”</w:t>
      </w:r>
    </w:p>
    <w:p>
      <w:pPr>
        <w:spacing w:after="120"/>
      </w:pPr>
      <w:r>
        <w:rPr>
          <w:rFonts w:ascii="Georgia" w:hAnsi="Georgia" w:eastAsia="Georgia"/>
          <w:sz w:val="23"/>
        </w:rPr>
        <w:t>He looked at the two processor traces.</w:t>
      </w:r>
    </w:p>
    <w:p>
      <w:pPr>
        <w:spacing w:after="120"/>
      </w:pPr>
      <w:r>
        <w:rPr>
          <w:rFonts w:ascii="Georgia" w:hAnsi="Georgia" w:eastAsia="Georgia"/>
          <w:sz w:val="23"/>
        </w:rPr>
        <w:t>“That is expensive.”</w:t>
      </w:r>
    </w:p>
    <w:p>
      <w:pPr>
        <w:spacing w:after="120"/>
      </w:pPr>
      <w:r>
        <w:rPr>
          <w:rFonts w:ascii="Georgia" w:hAnsi="Georgia" w:eastAsia="Georgia"/>
          <w:sz w:val="23"/>
        </w:rPr>
        <w:t>“Yes.”</w:t>
      </w:r>
    </w:p>
    <w:p>
      <w:pPr>
        <w:spacing w:after="120"/>
      </w:pPr>
      <w:r>
        <w:rPr>
          <w:rFonts w:ascii="Georgia" w:hAnsi="Georgia" w:eastAsia="Georgia"/>
          <w:sz w:val="23"/>
        </w:rPr>
        <w:t>No one said therefore wrong.</w:t>
      </w:r>
    </w:p>
    <w:p>
      <w:pPr>
        <w:spacing w:after="120"/>
      </w:pPr>
      <w:r>
        <w:rPr>
          <w:rFonts w:ascii="Georgia" w:hAnsi="Georgia" w:eastAsia="Georgia"/>
          <w:sz w:val="23"/>
        </w:rPr>
        <w:t>That was a better room than many I had worked in.</w:t>
      </w:r>
    </w:p>
    <w:p>
      <w:pPr>
        <w:spacing w:before="80" w:after="120"/>
        <w:jc w:val="center"/>
      </w:pPr>
      <w:r>
        <w:rPr>
          <w:rFonts w:ascii="Georgia" w:hAnsi="Georgia" w:eastAsia="Georgia"/>
          <w:sz w:val="23"/>
        </w:rPr>
        <w:t>§</w:t>
      </w:r>
    </w:p>
    <w:p>
      <w:pPr>
        <w:spacing w:after="120"/>
      </w:pPr>
      <w:r>
        <w:rPr>
          <w:rFonts w:ascii="Georgia" w:hAnsi="Georgia" w:eastAsia="Georgia"/>
          <w:sz w:val="23"/>
        </w:rPr>
        <w:t>We spent two hours making the rule smaller.</w:t>
      </w:r>
    </w:p>
    <w:p>
      <w:pPr>
        <w:spacing w:after="120"/>
      </w:pPr>
      <w:r>
        <w:rPr>
          <w:rFonts w:ascii="Georgia" w:hAnsi="Georgia" w:eastAsia="Georgia"/>
          <w:sz w:val="23"/>
        </w:rPr>
        <w:t>The first draft was unusable.</w:t>
      </w:r>
    </w:p>
    <w:p>
      <w:pPr>
        <w:spacing w:after="120"/>
      </w:pPr>
      <w:r>
        <w:rPr>
          <w:rFonts w:ascii="Georgia" w:hAnsi="Georgia" w:eastAsia="Georgia"/>
          <w:sz w:val="23"/>
        </w:rPr>
        <w:t>LEGACY DERIVATION ANCESTRY MUST BE COMPLETE BEFORE INDEPENDENCE MAY BE ESTABLISHED.</w:t>
      </w:r>
    </w:p>
    <w:p>
      <w:pPr>
        <w:spacing w:after="120"/>
      </w:pPr>
      <w:r>
        <w:rPr>
          <w:rFonts w:ascii="Georgia" w:hAnsi="Georgia" w:eastAsia="Georgia"/>
          <w:sz w:val="23"/>
        </w:rPr>
        <w:t>That would have classified nearly every old system as unresolved forever.</w:t>
      </w:r>
    </w:p>
    <w:p>
      <w:pPr>
        <w:spacing w:after="120"/>
      </w:pPr>
      <w:r>
        <w:rPr>
          <w:rFonts w:ascii="Georgia" w:hAnsi="Georgia" w:eastAsia="Georgia"/>
          <w:sz w:val="23"/>
        </w:rPr>
        <w:t>The second draft was worse because it tried to solve the first with confidence percentages.</w:t>
      </w:r>
    </w:p>
    <w:p>
      <w:pPr>
        <w:spacing w:after="120"/>
      </w:pPr>
      <w:r>
        <w:rPr>
          <w:rFonts w:ascii="Georgia" w:hAnsi="Georgia" w:eastAsia="Georgia"/>
          <w:sz w:val="23"/>
        </w:rPr>
        <w:t>I refused to participate in a percentage that would hide the missing variable behind arithmetic.</w:t>
      </w:r>
    </w:p>
    <w:p>
      <w:pPr>
        <w:spacing w:after="120"/>
      </w:pPr>
      <w:r>
        <w:rPr>
          <w:rFonts w:ascii="Georgia" w:hAnsi="Georgia" w:eastAsia="Georgia"/>
          <w:sz w:val="23"/>
        </w:rPr>
        <w:t>The third draft distinguished ancestry relevant to a proposed error mode from ancestry in general.</w:t>
      </w:r>
    </w:p>
    <w:p>
      <w:pPr>
        <w:spacing w:after="120"/>
      </w:pPr>
      <w:r>
        <w:rPr>
          <w:rFonts w:ascii="Georgia" w:hAnsi="Georgia" w:eastAsia="Georgia"/>
          <w:sz w:val="23"/>
        </w:rPr>
        <w:t>That was closer.</w:t>
      </w:r>
    </w:p>
    <w:p>
      <w:pPr>
        <w:spacing w:after="120"/>
      </w:pPr>
      <w:r>
        <w:rPr>
          <w:rFonts w:ascii="Georgia" w:hAnsi="Georgia" w:eastAsia="Georgia"/>
          <w:sz w:val="23"/>
        </w:rPr>
        <w:t>By 1322 the wording read:</w:t>
      </w:r>
    </w:p>
    <w:p>
      <w:pPr>
        <w:spacing w:after="120"/>
      </w:pPr>
      <w:r>
        <w:rPr>
          <w:rFonts w:ascii="Georgia" w:hAnsi="Georgia" w:eastAsia="Georgia"/>
          <w:sz w:val="23"/>
        </w:rPr>
        <w:t>DERIVATION INDEPENDENCE MAY BE ESTABLISHED ONLY ACROSS THE PORTION OF THE PROCESSING HISTORY CAPABLE OF CARRYING THE ERROR FOR WHICH INDEPENDENCE IS BEING USED AS EVIDENCE.</w:t>
      </w:r>
    </w:p>
    <w:p>
      <w:pPr>
        <w:spacing w:after="120"/>
      </w:pPr>
      <w:r>
        <w:rPr>
          <w:rFonts w:ascii="Georgia" w:hAnsi="Georgia" w:eastAsia="Georgia"/>
          <w:sz w:val="23"/>
        </w:rPr>
        <w:t>IF THAT PORTION EXTENDS BEYOND THE DOCUMENTED ANCESTRY BOUNDARY, INDEPENDENCE STATE: UNKNOWN UNLESS DOMAIN-SPECIFIC VALIDATION EXCLUDES THE MISSING ANCESTRY AS RELEVANT.</w:t>
      </w:r>
    </w:p>
    <w:p>
      <w:pPr>
        <w:spacing w:after="120"/>
      </w:pPr>
      <w:r>
        <w:rPr>
          <w:rFonts w:ascii="Georgia" w:hAnsi="Georgia" w:eastAsia="Georgia"/>
          <w:sz w:val="23"/>
        </w:rPr>
        <w:t>Vesk read it three times.</w:t>
      </w:r>
    </w:p>
    <w:p>
      <w:pPr>
        <w:spacing w:after="120"/>
      </w:pPr>
      <w:r>
        <w:rPr>
          <w:rFonts w:ascii="Georgia" w:hAnsi="Georgia" w:eastAsia="Georgia"/>
          <w:sz w:val="23"/>
        </w:rPr>
        <w:t>“This means the tool needs the operator to identify the error mode first.”</w:t>
      </w:r>
    </w:p>
    <w:p>
      <w:pPr>
        <w:spacing w:after="120"/>
      </w:pPr>
      <w:r>
        <w:rPr>
          <w:rFonts w:ascii="Georgia" w:hAnsi="Georgia" w:eastAsia="Georgia"/>
          <w:sz w:val="23"/>
        </w:rPr>
        <w:t>“Sometimes.”</w:t>
      </w:r>
    </w:p>
    <w:p>
      <w:pPr>
        <w:spacing w:after="120"/>
      </w:pPr>
      <w:r>
        <w:rPr>
          <w:rFonts w:ascii="Georgia" w:hAnsi="Georgia" w:eastAsia="Georgia"/>
          <w:sz w:val="23"/>
        </w:rPr>
        <w:t>“We were trying to help the operator identify hidden shared error.”</w:t>
      </w:r>
    </w:p>
    <w:p>
      <w:pPr>
        <w:spacing w:after="120"/>
      </w:pPr>
      <w:r>
        <w:rPr>
          <w:rFonts w:ascii="Georgia" w:hAnsi="Georgia" w:eastAsia="Georgia"/>
          <w:sz w:val="23"/>
        </w:rPr>
        <w:t>“It still can.”</w:t>
      </w:r>
    </w:p>
    <w:p>
      <w:pPr>
        <w:spacing w:after="120"/>
      </w:pPr>
      <w:r>
        <w:rPr>
          <w:rFonts w:ascii="Georgia" w:hAnsi="Georgia" w:eastAsia="Georgia"/>
          <w:sz w:val="23"/>
        </w:rPr>
        <w:t>“But it cannot certify independence generically.”</w:t>
      </w:r>
    </w:p>
    <w:p>
      <w:pPr>
        <w:spacing w:after="120"/>
      </w:pPr>
      <w:r>
        <w:rPr>
          <w:rFonts w:ascii="Georgia" w:hAnsi="Georgia" w:eastAsia="Georgia"/>
          <w:sz w:val="23"/>
        </w:rPr>
        <w:t>“No.”</w:t>
      </w:r>
    </w:p>
    <w:p>
      <w:pPr>
        <w:spacing w:after="120"/>
      </w:pPr>
      <w:r>
        <w:rPr>
          <w:rFonts w:ascii="Georgia" w:hAnsi="Georgia" w:eastAsia="Georgia"/>
          <w:sz w:val="23"/>
        </w:rPr>
        <w:t>Miren said, “Was that ever a sensible thing to certify?”</w:t>
      </w:r>
    </w:p>
    <w:p>
      <w:pPr>
        <w:spacing w:after="120"/>
      </w:pPr>
      <w:r>
        <w:rPr>
          <w:rFonts w:ascii="Georgia" w:hAnsi="Georgia" w:eastAsia="Georgia"/>
          <w:sz w:val="23"/>
        </w:rPr>
        <w:t>No one answered immediately.</w:t>
      </w:r>
    </w:p>
    <w:p>
      <w:pPr>
        <w:spacing w:after="120"/>
      </w:pPr>
      <w:r>
        <w:rPr>
          <w:rFonts w:ascii="Georgia" w:hAnsi="Georgia" w:eastAsia="Georgia"/>
          <w:sz w:val="23"/>
        </w:rPr>
        <w:t>Kera entered the new rule as a blocking validation requirement.</w:t>
      </w:r>
    </w:p>
    <w:p>
      <w:pPr>
        <w:spacing w:after="120"/>
      </w:pPr>
      <w:r>
        <w:rPr>
          <w:rFonts w:ascii="Georgia" w:hAnsi="Georgia" w:eastAsia="Georgia"/>
          <w:sz w:val="23"/>
        </w:rPr>
        <w:t>The release team re-ran the covered set.</w:t>
      </w:r>
    </w:p>
    <w:p>
      <w:pPr>
        <w:spacing w:after="120"/>
      </w:pPr>
      <w:r>
        <w:rPr>
          <w:rFonts w:ascii="Georgia" w:hAnsi="Georgia" w:eastAsia="Georgia"/>
          <w:sz w:val="23"/>
        </w:rPr>
        <w:t>Forty-six point eight percent cleared.</w:t>
      </w:r>
    </w:p>
    <w:p>
      <w:pPr>
        <w:spacing w:after="120"/>
      </w:pPr>
      <w:r>
        <w:rPr>
          <w:rFonts w:ascii="Georgia" w:hAnsi="Georgia" w:eastAsia="Georgia"/>
          <w:sz w:val="23"/>
        </w:rPr>
        <w:t>The rest remained under additional review.</w:t>
      </w:r>
    </w:p>
    <w:p>
      <w:pPr>
        <w:spacing w:after="120"/>
      </w:pPr>
      <w:r>
        <w:rPr>
          <w:rFonts w:ascii="Georgia" w:hAnsi="Georgia" w:eastAsia="Georgia"/>
          <w:sz w:val="23"/>
        </w:rPr>
        <w:t>My interim control stayed unchanged.</w:t>
      </w:r>
    </w:p>
    <w:p>
      <w:pPr>
        <w:spacing w:after="120"/>
      </w:pPr>
      <w:r>
        <w:rPr>
          <w:rFonts w:ascii="Georgia" w:hAnsi="Georgia" w:eastAsia="Georgia"/>
          <w:sz w:val="23"/>
        </w:rPr>
        <w:t>The system displayed my status beside the release summary.</w:t>
      </w:r>
    </w:p>
    <w:p>
      <w:pPr>
        <w:spacing w:after="120"/>
      </w:pPr>
      <w:r>
        <w:rPr>
          <w:rFonts w:ascii="Georgia" w:hAnsi="Georgia" w:eastAsia="Georgia"/>
          <w:sz w:val="23"/>
        </w:rPr>
        <w:t>SOLE START AUTHORITY: SUSPENDED WITHIN COVERED DOMAIN.</w:t>
      </w:r>
    </w:p>
    <w:p>
      <w:pPr>
        <w:spacing w:after="120"/>
      </w:pPr>
      <w:r>
        <w:rPr>
          <w:rFonts w:ascii="Georgia" w:hAnsi="Georgia" w:eastAsia="Georgia"/>
          <w:sz w:val="23"/>
        </w:rPr>
        <w:t>I had expected irritation.</w:t>
      </w:r>
    </w:p>
    <w:p>
      <w:pPr>
        <w:spacing w:after="120"/>
      </w:pPr>
      <w:r>
        <w:rPr>
          <w:rFonts w:ascii="Georgia" w:hAnsi="Georgia" w:eastAsia="Georgia"/>
          <w:sz w:val="23"/>
        </w:rPr>
        <w:t>What I felt was more specific.</w:t>
      </w:r>
    </w:p>
    <w:p>
      <w:pPr>
        <w:spacing w:after="120"/>
      </w:pPr>
      <w:r>
        <w:rPr>
          <w:rFonts w:ascii="Georgia" w:hAnsi="Georgia" w:eastAsia="Georgia"/>
          <w:sz w:val="23"/>
        </w:rPr>
        <w:t>Relief would have been dishonest.</w:t>
      </w:r>
    </w:p>
    <w:p>
      <w:pPr>
        <w:spacing w:after="120"/>
      </w:pPr>
      <w:r>
        <w:rPr>
          <w:rFonts w:ascii="Georgia" w:hAnsi="Georgia" w:eastAsia="Georgia"/>
          <w:sz w:val="23"/>
        </w:rPr>
        <w:t>Disappointment was accurate.</w:t>
      </w:r>
    </w:p>
    <w:p>
      <w:pPr>
        <w:spacing w:after="120"/>
      </w:pPr>
      <w:r>
        <w:rPr>
          <w:rFonts w:ascii="Georgia" w:hAnsi="Georgia" w:eastAsia="Georgia"/>
          <w:sz w:val="23"/>
        </w:rPr>
        <w:t>I wanted the control gone.</w:t>
      </w:r>
    </w:p>
    <w:p>
      <w:pPr>
        <w:spacing w:after="120"/>
      </w:pPr>
      <w:r>
        <w:rPr>
          <w:rFonts w:ascii="Georgia" w:hAnsi="Georgia" w:eastAsia="Georgia"/>
          <w:sz w:val="23"/>
        </w:rPr>
        <w:t>I also wanted the tool to deserve the work we were asking it to do.</w:t>
      </w:r>
    </w:p>
    <w:p>
      <w:pPr>
        <w:spacing w:after="120"/>
      </w:pPr>
      <w:r>
        <w:rPr>
          <w:rFonts w:ascii="Georgia" w:hAnsi="Georgia" w:eastAsia="Georgia"/>
          <w:sz w:val="23"/>
        </w:rPr>
        <w:t>The two desires had occupied the same morning without becoming the same argument.</w:t>
      </w:r>
    </w:p>
    <w:p>
      <w:pPr>
        <w:spacing w:before="80" w:after="120"/>
        <w:jc w:val="center"/>
      </w:pPr>
      <w:r>
        <w:rPr>
          <w:rFonts w:ascii="Georgia" w:hAnsi="Georgia" w:eastAsia="Georgia"/>
          <w:sz w:val="23"/>
        </w:rPr>
        <w:t>§</w:t>
      </w:r>
    </w:p>
    <w:p>
      <w:pPr>
        <w:spacing w:after="120"/>
      </w:pPr>
      <w:r>
        <w:rPr>
          <w:rFonts w:ascii="Georgia" w:hAnsi="Georgia" w:eastAsia="Georgia"/>
          <w:sz w:val="23"/>
        </w:rPr>
        <w:t>At 1438 Miren and I returned to the shop.</w:t>
      </w:r>
    </w:p>
    <w:p>
      <w:pPr>
        <w:spacing w:after="120"/>
      </w:pPr>
      <w:r>
        <w:rPr>
          <w:rFonts w:ascii="Georgia" w:hAnsi="Georgia" w:eastAsia="Georgia"/>
          <w:sz w:val="23"/>
        </w:rPr>
        <w:t>There were seven messages waiting.</w:t>
      </w:r>
    </w:p>
    <w:p>
      <w:pPr>
        <w:spacing w:after="120"/>
      </w:pPr>
      <w:r>
        <w:rPr>
          <w:rFonts w:ascii="Georgia" w:hAnsi="Georgia" w:eastAsia="Georgia"/>
          <w:sz w:val="23"/>
        </w:rPr>
        <w:t>Two manufacturers wanted clarification on the new ancestry-boundary rule.</w:t>
      </w:r>
    </w:p>
    <w:p>
      <w:pPr>
        <w:spacing w:after="120"/>
      </w:pPr>
      <w:r>
        <w:rPr>
          <w:rFonts w:ascii="Georgia" w:hAnsi="Georgia" w:eastAsia="Georgia"/>
          <w:sz w:val="23"/>
        </w:rPr>
        <w:t>One clinic wanted to know whether the evening release would change its respiratory-support policy.</w:t>
      </w:r>
    </w:p>
    <w:p>
      <w:pPr>
        <w:spacing w:after="120"/>
      </w:pPr>
      <w:r>
        <w:rPr>
          <w:rFonts w:ascii="Georgia" w:hAnsi="Georgia" w:eastAsia="Georgia"/>
          <w:sz w:val="23"/>
        </w:rPr>
        <w:t>It would not.</w:t>
      </w:r>
    </w:p>
    <w:p>
      <w:pPr>
        <w:spacing w:after="120"/>
      </w:pPr>
      <w:r>
        <w:rPr>
          <w:rFonts w:ascii="Georgia" w:hAnsi="Georgia" w:eastAsia="Georgia"/>
          <w:sz w:val="23"/>
        </w:rPr>
        <w:t>A standards office requested the processor traces from my test rig.</w:t>
      </w:r>
    </w:p>
    <w:p>
      <w:pPr>
        <w:spacing w:after="120"/>
      </w:pPr>
      <w:r>
        <w:rPr>
          <w:rFonts w:ascii="Georgia" w:hAnsi="Georgia" w:eastAsia="Georgia"/>
          <w:sz w:val="23"/>
        </w:rPr>
        <w:t>Kera had already approved release of the synthetic data.</w:t>
      </w:r>
    </w:p>
    <w:p>
      <w:pPr>
        <w:spacing w:after="120"/>
      </w:pPr>
      <w:r>
        <w:rPr>
          <w:rFonts w:ascii="Georgia" w:hAnsi="Georgia" w:eastAsia="Georgia"/>
          <w:sz w:val="23"/>
        </w:rPr>
        <w:t>The remaining messages were ordinary.</w:t>
      </w:r>
    </w:p>
    <w:p>
      <w:pPr>
        <w:spacing w:after="120"/>
      </w:pPr>
      <w:r>
        <w:rPr>
          <w:rFonts w:ascii="Georgia" w:hAnsi="Georgia" w:eastAsia="Georgia"/>
          <w:sz w:val="23"/>
        </w:rPr>
        <w:t>A setting collar had developed a surface crack.</w:t>
      </w:r>
    </w:p>
    <w:p>
      <w:pPr>
        <w:spacing w:after="120"/>
      </w:pPr>
      <w:r>
        <w:rPr>
          <w:rFonts w:ascii="Georgia" w:hAnsi="Georgia" w:eastAsia="Georgia"/>
          <w:sz w:val="23"/>
        </w:rPr>
        <w:t>A domestic concordance controller needed a replacement power module.</w:t>
      </w:r>
    </w:p>
    <w:p>
      <w:pPr>
        <w:spacing w:after="120"/>
      </w:pPr>
      <w:r>
        <w:rPr>
          <w:rFonts w:ascii="Georgia" w:hAnsi="Georgia" w:eastAsia="Georgia"/>
          <w:sz w:val="23"/>
        </w:rPr>
        <w:t>A training lab had misplaced a calibration weight and blamed the inventory system.</w:t>
      </w:r>
    </w:p>
    <w:p>
      <w:pPr>
        <w:spacing w:after="120"/>
      </w:pPr>
      <w:r>
        <w:rPr>
          <w:rFonts w:ascii="Georgia" w:hAnsi="Georgia" w:eastAsia="Georgia"/>
          <w:sz w:val="23"/>
        </w:rPr>
        <w:t>The weight was behind the training rig.</w:t>
      </w:r>
    </w:p>
    <w:p>
      <w:pPr>
        <w:spacing w:after="120"/>
      </w:pPr>
      <w:r>
        <w:rPr>
          <w:rFonts w:ascii="Georgia" w:hAnsi="Georgia" w:eastAsia="Georgia"/>
          <w:sz w:val="23"/>
        </w:rPr>
        <w:t>I found it in eleven minutes.</w:t>
      </w:r>
    </w:p>
    <w:p>
      <w:pPr>
        <w:spacing w:after="120"/>
      </w:pPr>
      <w:r>
        <w:rPr>
          <w:rFonts w:ascii="Georgia" w:hAnsi="Georgia" w:eastAsia="Georgia"/>
          <w:sz w:val="23"/>
        </w:rPr>
        <w:t>Miren watched me put it back in its labeled slot.</w:t>
      </w:r>
    </w:p>
    <w:p>
      <w:pPr>
        <w:spacing w:after="120"/>
      </w:pPr>
      <w:r>
        <w:rPr>
          <w:rFonts w:ascii="Georgia" w:hAnsi="Georgia" w:eastAsia="Georgia"/>
          <w:sz w:val="23"/>
        </w:rPr>
        <w:t>“You could have ignored the old software.”</w:t>
      </w:r>
    </w:p>
    <w:p>
      <w:pPr>
        <w:spacing w:after="120"/>
      </w:pPr>
      <w:r>
        <w:rPr>
          <w:rFonts w:ascii="Georgia" w:hAnsi="Georgia" w:eastAsia="Georgia"/>
          <w:sz w:val="23"/>
        </w:rPr>
        <w:t>“No.”</w:t>
      </w:r>
    </w:p>
    <w:p>
      <w:pPr>
        <w:spacing w:after="120"/>
      </w:pPr>
      <w:r>
        <w:rPr>
          <w:rFonts w:ascii="Georgia" w:hAnsi="Georgia" w:eastAsia="Georgia"/>
          <w:sz w:val="23"/>
        </w:rPr>
        <w:t>“You could have classified it as outside the release set.”</w:t>
      </w:r>
    </w:p>
    <w:p>
      <w:pPr>
        <w:spacing w:after="120"/>
      </w:pPr>
      <w:r>
        <w:rPr>
          <w:rFonts w:ascii="Georgia" w:hAnsi="Georgia" w:eastAsia="Georgia"/>
          <w:sz w:val="23"/>
        </w:rPr>
        <w:t>“No.”</w:t>
      </w:r>
    </w:p>
    <w:p>
      <w:pPr>
        <w:spacing w:after="120"/>
      </w:pPr>
      <w:r>
        <w:rPr>
          <w:rFonts w:ascii="Georgia" w:hAnsi="Georgia" w:eastAsia="Georgia"/>
          <w:sz w:val="23"/>
        </w:rPr>
        <w:t>“You could have been technically defensible doing either.”</w:t>
      </w:r>
    </w:p>
    <w:p>
      <w:pPr>
        <w:spacing w:after="120"/>
      </w:pPr>
      <w:r>
        <w:rPr>
          <w:rFonts w:ascii="Georgia" w:hAnsi="Georgia" w:eastAsia="Georgia"/>
          <w:sz w:val="23"/>
        </w:rPr>
        <w:t>I looked at her.</w:t>
      </w:r>
    </w:p>
    <w:p>
      <w:pPr>
        <w:spacing w:after="120"/>
      </w:pPr>
      <w:r>
        <w:rPr>
          <w:rFonts w:ascii="Georgia" w:hAnsi="Georgia" w:eastAsia="Georgia"/>
          <w:sz w:val="23"/>
        </w:rPr>
        <w:t>“Defensible is not correct.”</w:t>
      </w:r>
    </w:p>
    <w:p>
      <w:pPr>
        <w:spacing w:after="120"/>
      </w:pPr>
      <w:r>
        <w:rPr>
          <w:rFonts w:ascii="Georgia" w:hAnsi="Georgia" w:eastAsia="Georgia"/>
          <w:sz w:val="23"/>
        </w:rPr>
        <w:t>“I know.”</w:t>
      </w:r>
    </w:p>
    <w:p>
      <w:pPr>
        <w:spacing w:after="120"/>
      </w:pPr>
      <w:r>
        <w:rPr>
          <w:rFonts w:ascii="Georgia" w:hAnsi="Georgia" w:eastAsia="Georgia"/>
          <w:sz w:val="23"/>
        </w:rPr>
        <w:t>She closed the inventory cabinet.</w:t>
      </w:r>
    </w:p>
    <w:p>
      <w:pPr>
        <w:spacing w:after="120"/>
      </w:pPr>
      <w:r>
        <w:rPr>
          <w:rFonts w:ascii="Georgia" w:hAnsi="Georgia" w:eastAsia="Georgia"/>
          <w:sz w:val="23"/>
        </w:rPr>
        <w:t>“I am checking whether you do.”</w:t>
      </w:r>
    </w:p>
    <w:p>
      <w:pPr>
        <w:spacing w:after="120"/>
      </w:pPr>
      <w:r>
        <w:rPr>
          <w:rFonts w:ascii="Georgia" w:hAnsi="Georgia" w:eastAsia="Georgia"/>
          <w:sz w:val="23"/>
        </w:rPr>
        <w:t>I did not answer.</w:t>
      </w:r>
    </w:p>
    <w:p>
      <w:pPr>
        <w:spacing w:after="120"/>
      </w:pPr>
      <w:r>
        <w:rPr>
          <w:rFonts w:ascii="Georgia" w:hAnsi="Georgia" w:eastAsia="Georgia"/>
          <w:sz w:val="23"/>
        </w:rPr>
        <w:t>At 1512 a live-review request entered my queue.</w:t>
      </w:r>
    </w:p>
    <w:p>
      <w:pPr>
        <w:spacing w:after="120"/>
      </w:pPr>
      <w:r>
        <w:rPr>
          <w:rFonts w:ascii="Georgia" w:hAnsi="Georgia" w:eastAsia="Georgia"/>
          <w:sz w:val="23"/>
        </w:rPr>
        <w:t>Integrated setting.</w:t>
      </w:r>
    </w:p>
    <w:p>
      <w:pPr>
        <w:spacing w:after="120"/>
      </w:pPr>
      <w:r>
        <w:rPr>
          <w:rFonts w:ascii="Georgia" w:hAnsi="Georgia" w:eastAsia="Georgia"/>
          <w:sz w:val="23"/>
        </w:rPr>
        <w:t>Derived clinical metric.</w:t>
      </w:r>
    </w:p>
    <w:p>
      <w:pPr>
        <w:spacing w:after="120"/>
      </w:pPr>
      <w:r>
        <w:rPr>
          <w:rFonts w:ascii="Georgia" w:hAnsi="Georgia" w:eastAsia="Georgia"/>
          <w:sz w:val="23"/>
        </w:rPr>
        <w:t>Second signatory required.</w:t>
      </w:r>
    </w:p>
    <w:p>
      <w:pPr>
        <w:spacing w:after="120"/>
      </w:pPr>
      <w:r>
        <w:rPr>
          <w:rFonts w:ascii="Georgia" w:hAnsi="Georgia" w:eastAsia="Georgia"/>
          <w:sz w:val="23"/>
        </w:rPr>
        <w:t>I opened it.</w:t>
      </w:r>
    </w:p>
    <w:p>
      <w:pPr>
        <w:spacing w:after="120"/>
      </w:pPr>
      <w:r>
        <w:rPr>
          <w:rFonts w:ascii="Georgia" w:hAnsi="Georgia" w:eastAsia="Georgia"/>
          <w:sz w:val="23"/>
        </w:rPr>
        <w:t>Then closed it again.</w:t>
      </w:r>
    </w:p>
    <w:p>
      <w:pPr>
        <w:spacing w:after="120"/>
      </w:pPr>
      <w:r>
        <w:rPr>
          <w:rFonts w:ascii="Georgia" w:hAnsi="Georgia" w:eastAsia="Georgia"/>
          <w:sz w:val="23"/>
        </w:rPr>
        <w:t>Not because I refused the work.</w:t>
      </w:r>
    </w:p>
    <w:p>
      <w:pPr>
        <w:spacing w:after="120"/>
      </w:pPr>
      <w:r>
        <w:rPr>
          <w:rFonts w:ascii="Georgia" w:hAnsi="Georgia" w:eastAsia="Georgia"/>
          <w:sz w:val="23"/>
        </w:rPr>
        <w:t>Because I was tired enough to know that irritation was not a useful state in which to prove I remained competent.</w:t>
      </w:r>
    </w:p>
    <w:p>
      <w:pPr>
        <w:spacing w:after="120"/>
      </w:pPr>
      <w:r>
        <w:rPr>
          <w:rFonts w:ascii="Georgia" w:hAnsi="Georgia" w:eastAsia="Georgia"/>
          <w:sz w:val="23"/>
        </w:rPr>
        <w:t>I reassigned the primary technical review to Miren and marked myself available as secondary support if requested.</w:t>
      </w:r>
    </w:p>
    <w:p>
      <w:pPr>
        <w:spacing w:after="120"/>
      </w:pPr>
      <w:r>
        <w:rPr>
          <w:rFonts w:ascii="Georgia" w:hAnsi="Georgia" w:eastAsia="Georgia"/>
          <w:sz w:val="23"/>
        </w:rPr>
        <w:t>She saw the transfer.</w:t>
      </w:r>
    </w:p>
    <w:p>
      <w:pPr>
        <w:spacing w:after="120"/>
      </w:pPr>
      <w:r>
        <w:rPr>
          <w:rFonts w:ascii="Georgia" w:hAnsi="Georgia" w:eastAsia="Georgia"/>
          <w:sz w:val="23"/>
        </w:rPr>
        <w:t>“That is new.”</w:t>
      </w:r>
    </w:p>
    <w:p>
      <w:pPr>
        <w:spacing w:after="120"/>
      </w:pPr>
      <w:r>
        <w:rPr>
          <w:rFonts w:ascii="Georgia" w:hAnsi="Georgia" w:eastAsia="Georgia"/>
          <w:sz w:val="23"/>
        </w:rPr>
        <w:t>“Yes.”</w:t>
      </w:r>
    </w:p>
    <w:p>
      <w:pPr>
        <w:spacing w:after="120"/>
      </w:pPr>
      <w:r>
        <w:rPr>
          <w:rFonts w:ascii="Georgia" w:hAnsi="Georgia" w:eastAsia="Georgia"/>
          <w:sz w:val="23"/>
        </w:rPr>
        <w:t>“Are you sick?”</w:t>
      </w:r>
    </w:p>
    <w:p>
      <w:pPr>
        <w:spacing w:after="120"/>
      </w:pPr>
      <w:r>
        <w:rPr>
          <w:rFonts w:ascii="Georgia" w:hAnsi="Georgia" w:eastAsia="Georgia"/>
          <w:sz w:val="23"/>
        </w:rPr>
        <w:t>“No.”</w:t>
      </w:r>
    </w:p>
    <w:p>
      <w:pPr>
        <w:spacing w:after="120"/>
      </w:pPr>
      <w:r>
        <w:rPr>
          <w:rFonts w:ascii="Georgia" w:hAnsi="Georgia" w:eastAsia="Georgia"/>
          <w:sz w:val="23"/>
        </w:rPr>
        <w:t>“Then I will document the anomaly.”</w:t>
      </w:r>
    </w:p>
    <w:p>
      <w:pPr>
        <w:spacing w:after="120"/>
      </w:pPr>
      <w:r>
        <w:rPr>
          <w:rFonts w:ascii="Georgia" w:hAnsi="Georgia" w:eastAsia="Georgia"/>
          <w:sz w:val="23"/>
        </w:rPr>
        <w:t>“Do that.”</w:t>
      </w:r>
    </w:p>
    <w:p>
      <w:pPr>
        <w:spacing w:after="120"/>
      </w:pPr>
      <w:r>
        <w:rPr>
          <w:rFonts w:ascii="Georgia" w:hAnsi="Georgia" w:eastAsia="Georgia"/>
          <w:sz w:val="23"/>
        </w:rPr>
        <w:t>She opened the case.</w:t>
      </w:r>
    </w:p>
    <w:p>
      <w:pPr>
        <w:spacing w:before="80" w:after="120"/>
        <w:jc w:val="center"/>
      </w:pPr>
      <w:r>
        <w:rPr>
          <w:rFonts w:ascii="Georgia" w:hAnsi="Georgia" w:eastAsia="Georgia"/>
          <w:sz w:val="23"/>
        </w:rPr>
        <w:t>§</w:t>
      </w:r>
    </w:p>
    <w:p>
      <w:pPr>
        <w:spacing w:after="120"/>
      </w:pPr>
      <w:r>
        <w:rPr>
          <w:rFonts w:ascii="Georgia" w:hAnsi="Georgia" w:eastAsia="Georgia"/>
          <w:sz w:val="23"/>
        </w:rPr>
        <w:t>The partial deployment began at 1900.</w:t>
      </w:r>
    </w:p>
    <w:p>
      <w:pPr>
        <w:spacing w:after="120"/>
      </w:pPr>
      <w:r>
        <w:rPr>
          <w:rFonts w:ascii="Georgia" w:hAnsi="Georgia" w:eastAsia="Georgia"/>
          <w:sz w:val="23"/>
        </w:rPr>
        <w:t>I stayed to watch the logs.</w:t>
      </w:r>
    </w:p>
    <w:p>
      <w:pPr>
        <w:spacing w:after="120"/>
      </w:pPr>
      <w:r>
        <w:rPr>
          <w:rFonts w:ascii="Georgia" w:hAnsi="Georgia" w:eastAsia="Georgia"/>
          <w:sz w:val="23"/>
        </w:rPr>
        <w:t>Not because I was required.</w:t>
      </w:r>
    </w:p>
    <w:p>
      <w:pPr>
        <w:spacing w:after="120"/>
      </w:pPr>
      <w:r>
        <w:rPr>
          <w:rFonts w:ascii="Georgia" w:hAnsi="Georgia" w:eastAsia="Georgia"/>
          <w:sz w:val="23"/>
        </w:rPr>
        <w:t>Because systems behave differently after people begin depending on them.</w:t>
      </w:r>
    </w:p>
    <w:p>
      <w:pPr>
        <w:spacing w:after="120"/>
      </w:pPr>
      <w:r>
        <w:rPr>
          <w:rFonts w:ascii="Georgia" w:hAnsi="Georgia" w:eastAsia="Georgia"/>
          <w:sz w:val="23"/>
        </w:rPr>
        <w:t>The first live case cleared the new lineage layer at 1907.</w:t>
      </w:r>
    </w:p>
    <w:p>
      <w:pPr>
        <w:spacing w:after="120"/>
      </w:pPr>
      <w:r>
        <w:rPr>
          <w:rFonts w:ascii="Georgia" w:hAnsi="Georgia" w:eastAsia="Georgia"/>
          <w:sz w:val="23"/>
        </w:rPr>
        <w:t>Two apparent corroborating values.</w:t>
      </w:r>
    </w:p>
    <w:p>
      <w:pPr>
        <w:spacing w:after="120"/>
      </w:pPr>
      <w:r>
        <w:rPr>
          <w:rFonts w:ascii="Georgia" w:hAnsi="Georgia" w:eastAsia="Georgia"/>
          <w:sz w:val="23"/>
        </w:rPr>
        <w:t>Separate acquisitions.</w:t>
      </w:r>
    </w:p>
    <w:p>
      <w:pPr>
        <w:spacing w:after="120"/>
      </w:pPr>
      <w:r>
        <w:rPr>
          <w:rFonts w:ascii="Georgia" w:hAnsi="Georgia" w:eastAsia="Georgia"/>
          <w:sz w:val="23"/>
        </w:rPr>
        <w:t>Separate derivations.</w:t>
      </w:r>
    </w:p>
    <w:p>
      <w:pPr>
        <w:spacing w:after="120"/>
      </w:pPr>
      <w:r>
        <w:rPr>
          <w:rFonts w:ascii="Georgia" w:hAnsi="Georgia" w:eastAsia="Georgia"/>
          <w:sz w:val="23"/>
        </w:rPr>
        <w:t>Documented ancestry complete through the relevant transformation paths.</w:t>
      </w:r>
    </w:p>
    <w:p>
      <w:pPr>
        <w:spacing w:after="120"/>
      </w:pPr>
      <w:r>
        <w:rPr>
          <w:rFonts w:ascii="Georgia" w:hAnsi="Georgia" w:eastAsia="Georgia"/>
          <w:sz w:val="23"/>
        </w:rPr>
        <w:t>No second signature required under that institution’s temporary control.</w:t>
      </w:r>
    </w:p>
    <w:p>
      <w:pPr>
        <w:spacing w:after="120"/>
      </w:pPr>
      <w:r>
        <w:rPr>
          <w:rFonts w:ascii="Georgia" w:hAnsi="Georgia" w:eastAsia="Georgia"/>
          <w:sz w:val="23"/>
        </w:rPr>
        <w:t>The operator still used one.</w:t>
      </w:r>
    </w:p>
    <w:p>
      <w:pPr>
        <w:spacing w:after="120"/>
      </w:pPr>
      <w:r>
        <w:rPr>
          <w:rFonts w:ascii="Georgia" w:hAnsi="Georgia" w:eastAsia="Georgia"/>
          <w:sz w:val="23"/>
        </w:rPr>
        <w:t>Habit.</w:t>
      </w:r>
    </w:p>
    <w:p>
      <w:pPr>
        <w:spacing w:after="120"/>
      </w:pPr>
      <w:r>
        <w:rPr>
          <w:rFonts w:ascii="Georgia" w:hAnsi="Georgia" w:eastAsia="Georgia"/>
          <w:sz w:val="23"/>
        </w:rPr>
        <w:t>The second case remained unresolved because an old vendor bundle started after the likely transform family.</w:t>
      </w:r>
    </w:p>
    <w:p>
      <w:pPr>
        <w:spacing w:after="120"/>
      </w:pPr>
      <w:r>
        <w:rPr>
          <w:rFonts w:ascii="Georgia" w:hAnsi="Georgia" w:eastAsia="Georgia"/>
          <w:sz w:val="23"/>
        </w:rPr>
        <w:t>Second signature retained.</w:t>
      </w:r>
    </w:p>
    <w:p>
      <w:pPr>
        <w:spacing w:after="120"/>
      </w:pPr>
      <w:r>
        <w:rPr>
          <w:rFonts w:ascii="Georgia" w:hAnsi="Georgia" w:eastAsia="Georgia"/>
          <w:sz w:val="23"/>
        </w:rPr>
        <w:t>The third case exposed a shared calibration service the clinic had not noticed.</w:t>
      </w:r>
    </w:p>
    <w:p>
      <w:pPr>
        <w:spacing w:after="120"/>
      </w:pPr>
      <w:r>
        <w:rPr>
          <w:rFonts w:ascii="Georgia" w:hAnsi="Georgia" w:eastAsia="Georgia"/>
          <w:sz w:val="23"/>
        </w:rPr>
        <w:t>The operator withdrew the proposed test and requested a new measurement.</w:t>
      </w:r>
    </w:p>
    <w:p>
      <w:pPr>
        <w:spacing w:after="120"/>
      </w:pPr>
      <w:r>
        <w:rPr>
          <w:rFonts w:ascii="Georgia" w:hAnsi="Georgia" w:eastAsia="Georgia"/>
          <w:sz w:val="23"/>
        </w:rPr>
        <w:t>No patient was harmed.</w:t>
      </w:r>
    </w:p>
    <w:p>
      <w:pPr>
        <w:spacing w:after="120"/>
      </w:pPr>
      <w:r>
        <w:rPr>
          <w:rFonts w:ascii="Georgia" w:hAnsi="Georgia" w:eastAsia="Georgia"/>
          <w:sz w:val="23"/>
        </w:rPr>
        <w:t>No patient was saved in a way the log could prove.</w:t>
      </w:r>
    </w:p>
    <w:p>
      <w:pPr>
        <w:spacing w:after="120"/>
      </w:pPr>
      <w:r>
        <w:rPr>
          <w:rFonts w:ascii="Georgia" w:hAnsi="Georgia" w:eastAsia="Georgia"/>
          <w:sz w:val="23"/>
        </w:rPr>
        <w:t>The system was doing what systems usually did when they improved: changing the distribution of small decisions.</w:t>
      </w:r>
    </w:p>
    <w:p>
      <w:pPr>
        <w:spacing w:after="120"/>
      </w:pPr>
      <w:r>
        <w:rPr>
          <w:rFonts w:ascii="Georgia" w:hAnsi="Georgia" w:eastAsia="Georgia"/>
          <w:sz w:val="23"/>
        </w:rPr>
        <w:t>At 2034 Kera sent the live-observation summary.</w:t>
      </w:r>
    </w:p>
    <w:p>
      <w:pPr>
        <w:spacing w:after="120"/>
      </w:pPr>
      <w:r>
        <w:rPr>
          <w:rFonts w:ascii="Georgia" w:hAnsi="Georgia" w:eastAsia="Georgia"/>
          <w:sz w:val="23"/>
        </w:rPr>
        <w:t>The deployment met its initial release criteria.</w:t>
      </w:r>
    </w:p>
    <w:p>
      <w:pPr>
        <w:spacing w:after="120"/>
      </w:pPr>
      <w:r>
        <w:rPr>
          <w:rFonts w:ascii="Georgia" w:hAnsi="Georgia" w:eastAsia="Georgia"/>
          <w:sz w:val="23"/>
        </w:rPr>
        <w:t>No new safety event.</w:t>
      </w:r>
    </w:p>
    <w:p>
      <w:pPr>
        <w:spacing w:after="120"/>
      </w:pPr>
      <w:r>
        <w:rPr>
          <w:rFonts w:ascii="Georgia" w:hAnsi="Georgia" w:eastAsia="Georgia"/>
          <w:sz w:val="23"/>
        </w:rPr>
        <w:t>No false-independent classification identified in the released subset.</w:t>
      </w:r>
    </w:p>
    <w:p>
      <w:pPr>
        <w:spacing w:after="120"/>
      </w:pPr>
      <w:r>
        <w:rPr>
          <w:rFonts w:ascii="Georgia" w:hAnsi="Georgia" w:eastAsia="Georgia"/>
          <w:sz w:val="23"/>
        </w:rPr>
        <w:t>Several false-shared alerts had occurred because old vendor names had been merged incorrectly.</w:t>
      </w:r>
    </w:p>
    <w:p>
      <w:pPr>
        <w:spacing w:after="120"/>
      </w:pPr>
      <w:r>
        <w:rPr>
          <w:rFonts w:ascii="Georgia" w:hAnsi="Georgia" w:eastAsia="Georgia"/>
          <w:sz w:val="23"/>
        </w:rPr>
        <w:t>Those would require repair.</w:t>
      </w:r>
    </w:p>
    <w:p>
      <w:pPr>
        <w:spacing w:after="120"/>
      </w:pPr>
      <w:r>
        <w:rPr>
          <w:rFonts w:ascii="Georgia" w:hAnsi="Georgia" w:eastAsia="Georgia"/>
          <w:sz w:val="23"/>
        </w:rPr>
        <w:t>My interim control review status updated automatically.</w:t>
      </w:r>
    </w:p>
    <w:p>
      <w:pPr>
        <w:spacing w:after="120"/>
      </w:pPr>
      <w:r>
        <w:rPr>
          <w:rFonts w:ascii="Georgia" w:hAnsi="Georgia" w:eastAsia="Georgia"/>
          <w:sz w:val="23"/>
        </w:rPr>
        <w:t>RELEASE CONDITION: PARTIALLY MET.</w:t>
      </w:r>
    </w:p>
    <w:p>
      <w:pPr>
        <w:spacing w:after="120"/>
      </w:pPr>
      <w:r>
        <w:rPr>
          <w:rFonts w:ascii="Georgia" w:hAnsi="Georgia" w:eastAsia="Georgia"/>
          <w:sz w:val="23"/>
        </w:rPr>
        <w:t>VALIDATED COVERAGE IN SIGNATORY PRACTICE DOMAIN: INSUFFICIENT FOR CONTROL REMOVAL.</w:t>
      </w:r>
    </w:p>
    <w:p>
      <w:pPr>
        <w:spacing w:after="120"/>
      </w:pPr>
      <w:r>
        <w:rPr>
          <w:rFonts w:ascii="Georgia" w:hAnsi="Georgia" w:eastAsia="Georgia"/>
          <w:sz w:val="23"/>
        </w:rPr>
        <w:t>NEXT REVIEW: AFTER EXPANDED LEGACY-LINEAGE VALIDATION.</w:t>
      </w:r>
    </w:p>
    <w:p>
      <w:pPr>
        <w:spacing w:after="120"/>
      </w:pPr>
      <w:r>
        <w:rPr>
          <w:rFonts w:ascii="Georgia" w:hAnsi="Georgia" w:eastAsia="Georgia"/>
          <w:sz w:val="23"/>
        </w:rPr>
        <w:t>No date.</w:t>
      </w:r>
    </w:p>
    <w:p>
      <w:pPr>
        <w:spacing w:after="120"/>
      </w:pPr>
      <w:r>
        <w:rPr>
          <w:rFonts w:ascii="Georgia" w:hAnsi="Georgia" w:eastAsia="Georgia"/>
          <w:sz w:val="23"/>
        </w:rPr>
        <w:t>Again.</w:t>
      </w:r>
    </w:p>
    <w:p>
      <w:pPr>
        <w:spacing w:after="120"/>
      </w:pPr>
      <w:r>
        <w:rPr>
          <w:rFonts w:ascii="Georgia" w:hAnsi="Georgia" w:eastAsia="Georgia"/>
          <w:sz w:val="23"/>
        </w:rPr>
        <w:t>Miren stood beside me.</w:t>
      </w:r>
    </w:p>
    <w:p>
      <w:pPr>
        <w:spacing w:after="120"/>
      </w:pPr>
      <w:r>
        <w:rPr>
          <w:rFonts w:ascii="Georgia" w:hAnsi="Georgia" w:eastAsia="Georgia"/>
          <w:sz w:val="23"/>
        </w:rPr>
        <w:t>“You made your own restriction longer.”</w:t>
      </w:r>
    </w:p>
    <w:p>
      <w:pPr>
        <w:spacing w:after="120"/>
      </w:pPr>
      <w:r>
        <w:rPr>
          <w:rFonts w:ascii="Georgia" w:hAnsi="Georgia" w:eastAsia="Georgia"/>
          <w:sz w:val="23"/>
        </w:rPr>
        <w:t>“Yes.”</w:t>
      </w:r>
    </w:p>
    <w:p>
      <w:pPr>
        <w:spacing w:after="120"/>
      </w:pPr>
      <w:r>
        <w:rPr>
          <w:rFonts w:ascii="Georgia" w:hAnsi="Georgia" w:eastAsia="Georgia"/>
          <w:sz w:val="23"/>
        </w:rPr>
        <w:t>“Do you regret finding it?”</w:t>
      </w:r>
    </w:p>
    <w:p>
      <w:pPr>
        <w:spacing w:after="120"/>
      </w:pPr>
      <w:r>
        <w:rPr>
          <w:rFonts w:ascii="Georgia" w:hAnsi="Georgia" w:eastAsia="Georgia"/>
          <w:sz w:val="23"/>
        </w:rPr>
        <w:t>“No.”</w:t>
      </w:r>
    </w:p>
    <w:p>
      <w:pPr>
        <w:spacing w:after="120"/>
      </w:pPr>
      <w:r>
        <w:rPr>
          <w:rFonts w:ascii="Georgia" w:hAnsi="Georgia" w:eastAsia="Georgia"/>
          <w:sz w:val="23"/>
        </w:rPr>
        <w:t>“That was fast.”</w:t>
      </w:r>
    </w:p>
    <w:p>
      <w:pPr>
        <w:spacing w:after="120"/>
      </w:pPr>
      <w:r>
        <w:rPr>
          <w:rFonts w:ascii="Georgia" w:hAnsi="Georgia" w:eastAsia="Georgia"/>
          <w:sz w:val="23"/>
        </w:rPr>
        <w:t>“The answer is easy.”</w:t>
      </w:r>
    </w:p>
    <w:p>
      <w:pPr>
        <w:spacing w:after="120"/>
      </w:pPr>
      <w:r>
        <w:rPr>
          <w:rFonts w:ascii="Georgia" w:hAnsi="Georgia" w:eastAsia="Georgia"/>
          <w:sz w:val="23"/>
        </w:rPr>
        <w:t>“Do you regret that it exists?”</w:t>
      </w:r>
    </w:p>
    <w:p>
      <w:pPr>
        <w:spacing w:after="120"/>
      </w:pPr>
      <w:r>
        <w:rPr>
          <w:rFonts w:ascii="Georgia" w:hAnsi="Georgia" w:eastAsia="Georgia"/>
          <w:sz w:val="23"/>
        </w:rPr>
        <w:t>I looked at the status line.</w:t>
      </w:r>
    </w:p>
    <w:p>
      <w:pPr>
        <w:spacing w:after="120"/>
      </w:pPr>
      <w:r>
        <w:rPr>
          <w:rFonts w:ascii="Georgia" w:hAnsi="Georgia" w:eastAsia="Georgia"/>
          <w:sz w:val="23"/>
        </w:rPr>
        <w:t>“Yes.”</w:t>
      </w:r>
    </w:p>
    <w:p>
      <w:pPr>
        <w:spacing w:after="120"/>
      </w:pPr>
      <w:r>
        <w:rPr>
          <w:rFonts w:ascii="Georgia" w:hAnsi="Georgia" w:eastAsia="Georgia"/>
          <w:sz w:val="23"/>
        </w:rPr>
        <w:t>She nodded.</w:t>
      </w:r>
    </w:p>
    <w:p>
      <w:pPr>
        <w:spacing w:after="120"/>
      </w:pPr>
      <w:r>
        <w:rPr>
          <w:rFonts w:ascii="Georgia" w:hAnsi="Georgia" w:eastAsia="Georgia"/>
          <w:sz w:val="23"/>
        </w:rPr>
        <w:t>That distinction did not need improving.</w:t>
      </w:r>
    </w:p>
    <w:p>
      <w:pPr>
        <w:spacing w:before="80" w:after="120"/>
        <w:jc w:val="center"/>
      </w:pPr>
      <w:r>
        <w:rPr>
          <w:rFonts w:ascii="Georgia" w:hAnsi="Georgia" w:eastAsia="Georgia"/>
          <w:sz w:val="23"/>
        </w:rPr>
        <w:t>§</w:t>
      </w:r>
    </w:p>
    <w:p>
      <w:pPr>
        <w:spacing w:after="120"/>
      </w:pPr>
      <w:r>
        <w:rPr>
          <w:rFonts w:ascii="Georgia" w:hAnsi="Georgia" w:eastAsia="Georgia"/>
          <w:sz w:val="23"/>
        </w:rPr>
        <w:t>Before leaving, I reopened the failing validation case.</w:t>
      </w:r>
    </w:p>
    <w:p>
      <w:pPr>
        <w:spacing w:after="120"/>
      </w:pPr>
      <w:r>
        <w:rPr>
          <w:rFonts w:ascii="Georgia" w:hAnsi="Georgia" w:eastAsia="Georgia"/>
          <w:sz w:val="23"/>
        </w:rPr>
        <w:t>Two processing chains.</w:t>
      </w:r>
    </w:p>
    <w:p>
      <w:pPr>
        <w:spacing w:after="120"/>
      </w:pPr>
      <w:r>
        <w:rPr>
          <w:rFonts w:ascii="Georgia" w:hAnsi="Georgia" w:eastAsia="Georgia"/>
          <w:sz w:val="23"/>
        </w:rPr>
        <w:t>Different vendors.</w:t>
      </w:r>
    </w:p>
    <w:p>
      <w:pPr>
        <w:spacing w:after="120"/>
      </w:pPr>
      <w:r>
        <w:rPr>
          <w:rFonts w:ascii="Georgia" w:hAnsi="Georgia" w:eastAsia="Georgia"/>
          <w:sz w:val="23"/>
        </w:rPr>
        <w:t>Different current packages.</w:t>
      </w:r>
    </w:p>
    <w:p>
      <w:pPr>
        <w:spacing w:after="120"/>
      </w:pPr>
      <w:r>
        <w:rPr>
          <w:rFonts w:ascii="Georgia" w:hAnsi="Georgia" w:eastAsia="Georgia"/>
          <w:sz w:val="23"/>
        </w:rPr>
        <w:t>Different acquisition histories.</w:t>
      </w:r>
    </w:p>
    <w:p>
      <w:pPr>
        <w:spacing w:after="120"/>
      </w:pPr>
      <w:r>
        <w:rPr>
          <w:rFonts w:ascii="Georgia" w:hAnsi="Georgia" w:eastAsia="Georgia"/>
          <w:sz w:val="23"/>
        </w:rPr>
        <w:t>One old transformation family that might carry the same relevant error across both.</w:t>
      </w:r>
    </w:p>
    <w:p>
      <w:pPr>
        <w:spacing w:after="120"/>
      </w:pPr>
      <w:r>
        <w:rPr>
          <w:rFonts w:ascii="Georgia" w:hAnsi="Georgia" w:eastAsia="Georgia"/>
          <w:sz w:val="23"/>
        </w:rPr>
        <w:t>The system no longer called them independent.</w:t>
      </w:r>
    </w:p>
    <w:p>
      <w:pPr>
        <w:spacing w:after="120"/>
      </w:pPr>
      <w:r>
        <w:rPr>
          <w:rFonts w:ascii="Georgia" w:hAnsi="Georgia" w:eastAsia="Georgia"/>
          <w:sz w:val="23"/>
        </w:rPr>
        <w:t>It said:</w:t>
      </w:r>
    </w:p>
    <w:p>
      <w:pPr>
        <w:spacing w:after="120"/>
      </w:pPr>
      <w:r>
        <w:rPr>
          <w:rFonts w:ascii="Georgia" w:hAnsi="Georgia" w:eastAsia="Georgia"/>
          <w:sz w:val="23"/>
        </w:rPr>
        <w:t>DERIVATION RELATIONSHIP AT RELEVANT DEPTH: UNKNOWN.</w:t>
      </w:r>
    </w:p>
    <w:p>
      <w:pPr>
        <w:spacing w:after="120"/>
      </w:pPr>
      <w:r>
        <w:rPr>
          <w:rFonts w:ascii="Georgia" w:hAnsi="Georgia" w:eastAsia="Georgia"/>
          <w:sz w:val="23"/>
        </w:rPr>
        <w:t>That was less satisfying than the old answer.</w:t>
      </w:r>
    </w:p>
    <w:p>
      <w:pPr>
        <w:spacing w:after="120"/>
      </w:pPr>
      <w:r>
        <w:rPr>
          <w:rFonts w:ascii="Georgia" w:hAnsi="Georgia" w:eastAsia="Georgia"/>
          <w:sz w:val="23"/>
        </w:rPr>
        <w:t>It was also more accurate.</w:t>
      </w:r>
    </w:p>
    <w:p>
      <w:pPr>
        <w:spacing w:after="120"/>
      </w:pPr>
      <w:r>
        <w:rPr>
          <w:rFonts w:ascii="Georgia" w:hAnsi="Georgia" w:eastAsia="Georgia"/>
          <w:sz w:val="23"/>
        </w:rPr>
        <w:t>I added my signature to the failure report.</w:t>
      </w:r>
    </w:p>
    <w:p>
      <w:pPr>
        <w:spacing w:after="120"/>
      </w:pPr>
      <w:r>
        <w:rPr>
          <w:rFonts w:ascii="Georgia" w:hAnsi="Georgia" w:eastAsia="Georgia"/>
          <w:sz w:val="23"/>
        </w:rPr>
        <w:t>No second signatory was required.</w:t>
      </w:r>
    </w:p>
    <w:p>
      <w:pPr>
        <w:spacing w:after="120"/>
      </w:pPr>
      <w:r>
        <w:rPr>
          <w:rFonts w:ascii="Georgia" w:hAnsi="Georgia" w:eastAsia="Georgia"/>
          <w:sz w:val="23"/>
        </w:rPr>
        <w:t>The report could only stop a release claim. It could not start a live intervention.</w:t>
      </w:r>
    </w:p>
    <w:p>
      <w:pPr>
        <w:spacing w:after="120"/>
      </w:pPr>
      <w:r>
        <w:rPr>
          <w:rFonts w:ascii="Georgia" w:hAnsi="Georgia" w:eastAsia="Georgia"/>
          <w:sz w:val="23"/>
        </w:rPr>
        <w:t>My retained authority had found a use I had not wanted.</w:t>
      </w:r>
    </w:p>
    <w:p>
      <w:pPr>
        <w:spacing w:after="120"/>
      </w:pPr>
      <w:r>
        <w:rPr>
          <w:rFonts w:ascii="Georgia" w:hAnsi="Georgia" w:eastAsia="Georgia"/>
          <w:sz w:val="23"/>
        </w:rPr>
        <w:t>The system accepted the signature.</w:t>
      </w:r>
    </w:p>
    <w:p>
      <w:pPr>
        <w:spacing w:after="120"/>
      </w:pPr>
      <w:r>
        <w:rPr>
          <w:rFonts w:ascii="Georgia" w:hAnsi="Georgia" w:eastAsia="Georgia"/>
          <w:sz w:val="23"/>
        </w:rPr>
        <w:t>The control on my practice remained.</w:t>
      </w:r>
    </w:p>
    <w:p>
      <w:pPr>
        <w:spacing w:after="120"/>
      </w:pPr>
      <w:r>
        <w:rPr>
          <w:rFonts w:ascii="Georgia" w:hAnsi="Georgia" w:eastAsia="Georgia"/>
          <w:sz w:val="23"/>
        </w:rPr>
        <w:t>The release record improved.</w:t>
      </w:r>
    </w:p>
    <w:p>
      <w:pPr>
        <w:spacing w:after="120"/>
      </w:pPr>
      <w:r>
        <w:rPr>
          <w:rFonts w:ascii="Georgia" w:hAnsi="Georgia" w:eastAsia="Georgia"/>
          <w:sz w:val="23"/>
        </w:rPr>
        <w:t>Those were separate outcomes.</w:t>
      </w:r>
    </w:p>
    <w:p>
      <w:pPr>
        <w:keepNext/>
        <w:pageBreakBefore/>
        <w:jc w:val="center"/>
      </w:pPr>
      <w:r>
        <w:rPr>
          <w:rFonts w:ascii="Georgia" w:hAnsi="Georgia" w:eastAsia="Georgia"/>
          <w:b/>
          <w:sz w:val="28"/>
        </w:rPr>
        <w:t>Chapter Sixteen — The Missing Cases</w:t>
      </w:r>
    </w:p>
    <w:p>
      <w:r>
        <w:rPr>
          <w:rFonts w:ascii="Georgia" w:hAnsi="Georgia" w:eastAsia="Georgia"/>
          <w:sz w:val="23"/>
        </w:rPr>
        <w:t>At 0711 there were three cases in my review queue.</w:t>
      </w:r>
    </w:p>
    <w:p>
      <w:r>
        <w:rPr>
          <w:rFonts w:ascii="Georgia" w:hAnsi="Georgia" w:eastAsia="Georgia"/>
          <w:sz w:val="23"/>
        </w:rPr>
        <w:t>There should have been eleven.</w:t>
      </w:r>
    </w:p>
    <w:p>
      <w:r>
        <w:rPr>
          <w:rFonts w:ascii="Georgia" w:hAnsi="Georgia" w:eastAsia="Georgia"/>
          <w:sz w:val="23"/>
        </w:rPr>
        <w:t>The number was not impossible. Workload varied. People slept. Machines failed according to schedules only after someone had written the history backward.</w:t>
      </w:r>
    </w:p>
    <w:p>
      <w:r>
        <w:rPr>
          <w:rFonts w:ascii="Georgia" w:hAnsi="Georgia" w:eastAsia="Georgia"/>
          <w:sz w:val="23"/>
        </w:rPr>
        <w:t>I opened the first case.</w:t>
      </w:r>
    </w:p>
    <w:p>
      <w:r>
        <w:rPr>
          <w:rFonts w:ascii="Georgia" w:hAnsi="Georgia" w:eastAsia="Georgia"/>
          <w:sz w:val="23"/>
        </w:rPr>
        <w:t>Domestic concordance power replacement. No medical integration. No live field adjustment. The owner had already approved a full local shutdown because the replacement module would take twenty-six minutes and she preferred a dark apartment to a partial bypass.</w:t>
      </w:r>
    </w:p>
    <w:p>
      <w:r>
        <w:rPr>
          <w:rFonts w:ascii="Georgia" w:hAnsi="Georgia" w:eastAsia="Georgia"/>
          <w:sz w:val="23"/>
        </w:rPr>
        <w:t>The second was a setting collar with a cracked retention tab.</w:t>
      </w:r>
    </w:p>
    <w:p>
      <w:r>
        <w:rPr>
          <w:rFonts w:ascii="Georgia" w:hAnsi="Georgia" w:eastAsia="Georgia"/>
          <w:sz w:val="23"/>
        </w:rPr>
        <w:t>The third was a training-lab calibration dispute involving two weights that differed by 0.8 grams because one had absorbed cleaning compound into an unsealed polymer base.</w:t>
      </w:r>
    </w:p>
    <w:p>
      <w:r>
        <w:rPr>
          <w:rFonts w:ascii="Georgia" w:hAnsi="Georgia" w:eastAsia="Georgia"/>
          <w:sz w:val="23"/>
        </w:rPr>
        <w:t>None required a second signatory.</w:t>
      </w:r>
    </w:p>
    <w:p>
      <w:r>
        <w:rPr>
          <w:rFonts w:ascii="Georgia" w:hAnsi="Georgia" w:eastAsia="Georgia"/>
          <w:sz w:val="23"/>
        </w:rPr>
        <w:t>I checked the intake clock.</w:t>
      </w:r>
    </w:p>
    <w:p>
      <w:r>
        <w:rPr>
          <w:rFonts w:ascii="Georgia" w:hAnsi="Georgia" w:eastAsia="Georgia"/>
          <w:sz w:val="23"/>
        </w:rPr>
        <w:t>0711.</w:t>
      </w:r>
    </w:p>
    <w:p>
      <w:r>
        <w:rPr>
          <w:rFonts w:ascii="Georgia" w:hAnsi="Georgia" w:eastAsia="Georgia"/>
          <w:sz w:val="23"/>
        </w:rPr>
        <w:t>I checked the queue filter.</w:t>
      </w:r>
    </w:p>
    <w:p>
      <w:r>
        <w:rPr>
          <w:rFonts w:ascii="Georgia" w:hAnsi="Georgia" w:eastAsia="Georgia"/>
          <w:sz w:val="23"/>
        </w:rPr>
        <w:t>ALL ASSIGNED WORK.</w:t>
      </w:r>
    </w:p>
    <w:p>
      <w:r>
        <w:rPr>
          <w:rFonts w:ascii="Georgia" w:hAnsi="Georgia" w:eastAsia="Georgia"/>
          <w:sz w:val="23"/>
        </w:rPr>
        <w:t>I checked my authorization status.</w:t>
      </w:r>
    </w:p>
    <w:p>
      <w:r>
        <w:rPr>
          <w:rFonts w:ascii="Georgia" w:hAnsi="Georgia" w:eastAsia="Georgia"/>
          <w:sz w:val="23"/>
        </w:rPr>
        <w:t>SOLE START AUTHORITY: SUSPENDED WITHIN COVERED DOMAIN.</w:t>
        <w:br/>
        <w:t>PRIMARY TECHNICAL QUALIFICATION: ACTIVE.</w:t>
        <w:br/>
        <w:t>FABRICATION AUTHORITY: ACTIVE.</w:t>
        <w:br/>
        <w:t>NON-LIVE ANALYTIC AUTHORITY: ACTIVE.</w:t>
      </w:r>
    </w:p>
    <w:p>
      <w:r>
        <w:rPr>
          <w:rFonts w:ascii="Georgia" w:hAnsi="Georgia" w:eastAsia="Georgia"/>
          <w:sz w:val="23"/>
        </w:rPr>
        <w:t>Nothing had changed overnight.</w:t>
      </w:r>
    </w:p>
    <w:p>
      <w:r>
        <w:rPr>
          <w:rFonts w:ascii="Georgia" w:hAnsi="Georgia" w:eastAsia="Georgia"/>
          <w:sz w:val="23"/>
        </w:rPr>
        <w:t>Miren arrived carrying a replacement ceramic blank in one hand and a cup in the other.</w:t>
      </w:r>
    </w:p>
    <w:p>
      <w:r>
        <w:rPr>
          <w:rFonts w:ascii="Georgia" w:hAnsi="Georgia" w:eastAsia="Georgia"/>
          <w:sz w:val="23"/>
        </w:rPr>
        <w:t>She put the blank on my bench.</w:t>
      </w:r>
    </w:p>
    <w:p>
      <w:r>
        <w:rPr>
          <w:rFonts w:ascii="Georgia" w:hAnsi="Georgia" w:eastAsia="Georgia"/>
          <w:sz w:val="23"/>
        </w:rPr>
        <w:t>“You are staring at the queue.”</w:t>
      </w:r>
    </w:p>
    <w:p>
      <w:r>
        <w:rPr>
          <w:rFonts w:ascii="Georgia" w:hAnsi="Georgia" w:eastAsia="Georgia"/>
          <w:sz w:val="23"/>
        </w:rPr>
        <w:t>“Yes.”</w:t>
      </w:r>
    </w:p>
    <w:p>
      <w:r>
        <w:rPr>
          <w:rFonts w:ascii="Georgia" w:hAnsi="Georgia" w:eastAsia="Georgia"/>
          <w:sz w:val="23"/>
        </w:rPr>
        <w:t>“That is healthier than staring at the authorization line.”</w:t>
      </w:r>
    </w:p>
    <w:p>
      <w:r>
        <w:rPr>
          <w:rFonts w:ascii="Georgia" w:hAnsi="Georgia" w:eastAsia="Georgia"/>
          <w:sz w:val="23"/>
        </w:rPr>
        <w:t>“There are three cases.”</w:t>
      </w:r>
    </w:p>
    <w:p>
      <w:r>
        <w:rPr>
          <w:rFonts w:ascii="Georgia" w:hAnsi="Georgia" w:eastAsia="Georgia"/>
          <w:sz w:val="23"/>
        </w:rPr>
        <w:t>She looked at the wall.</w:t>
      </w:r>
    </w:p>
    <w:p>
      <w:r>
        <w:rPr>
          <w:rFonts w:ascii="Georgia" w:hAnsi="Georgia" w:eastAsia="Georgia"/>
          <w:sz w:val="23"/>
        </w:rPr>
        <w:t>“There are three cases in your queue.”</w:t>
      </w:r>
    </w:p>
    <w:p>
      <w:r>
        <w:rPr>
          <w:rFonts w:ascii="Georgia" w:hAnsi="Georgia" w:eastAsia="Georgia"/>
          <w:sz w:val="23"/>
        </w:rPr>
        <w:t>I waited.</w:t>
      </w:r>
    </w:p>
    <w:p>
      <w:r>
        <w:rPr>
          <w:rFonts w:ascii="Georgia" w:hAnsi="Georgia" w:eastAsia="Georgia"/>
          <w:sz w:val="23"/>
        </w:rPr>
        <w:t>She drank once.</w:t>
      </w:r>
    </w:p>
    <w:p>
      <w:r>
        <w:rPr>
          <w:rFonts w:ascii="Georgia" w:hAnsi="Georgia" w:eastAsia="Georgia"/>
          <w:sz w:val="23"/>
        </w:rPr>
        <w:t>“You know something.”</w:t>
      </w:r>
    </w:p>
    <w:p>
      <w:r>
        <w:rPr>
          <w:rFonts w:ascii="Georgia" w:hAnsi="Georgia" w:eastAsia="Georgia"/>
          <w:sz w:val="23"/>
        </w:rPr>
        <w:t>“Yes.”</w:t>
      </w:r>
    </w:p>
    <w:p>
      <w:r>
        <w:rPr>
          <w:rFonts w:ascii="Georgia" w:hAnsi="Georgia" w:eastAsia="Georgia"/>
          <w:sz w:val="23"/>
        </w:rPr>
        <w:t>“Tell me.”</w:t>
      </w:r>
    </w:p>
    <w:p>
      <w:r>
        <w:rPr>
          <w:rFonts w:ascii="Georgia" w:hAnsi="Georgia" w:eastAsia="Georgia"/>
          <w:sz w:val="23"/>
        </w:rPr>
        <w:t>“The routing update went live at midnight.”</w:t>
      </w:r>
    </w:p>
    <w:p>
      <w:r>
        <w:rPr>
          <w:rFonts w:ascii="Georgia" w:hAnsi="Georgia" w:eastAsia="Georgia"/>
          <w:sz w:val="23"/>
        </w:rPr>
        <w:t>“What routing update?”</w:t>
      </w:r>
    </w:p>
    <w:p>
      <w:r>
        <w:rPr>
          <w:rFonts w:ascii="Georgia" w:hAnsi="Georgia" w:eastAsia="Georgia"/>
          <w:sz w:val="23"/>
        </w:rPr>
        <w:t>“Delay reduction.”</w:t>
      </w:r>
    </w:p>
    <w:p>
      <w:r>
        <w:rPr>
          <w:rFonts w:ascii="Georgia" w:hAnsi="Georgia" w:eastAsia="Georgia"/>
          <w:sz w:val="23"/>
        </w:rPr>
        <w:t>I opened the scheduling record.</w:t>
      </w:r>
    </w:p>
    <w:p>
      <w:r>
        <w:rPr>
          <w:rFonts w:ascii="Georgia" w:hAnsi="Georgia" w:eastAsia="Georgia"/>
          <w:sz w:val="23"/>
        </w:rPr>
        <w:t>The change had been approved fourteen hours earlier by operations, clinical staffing, and the Integrated Practice Office.</w:t>
      </w:r>
    </w:p>
    <w:p>
      <w:r>
        <w:rPr>
          <w:rFonts w:ascii="Georgia" w:hAnsi="Georgia" w:eastAsia="Georgia"/>
          <w:sz w:val="23"/>
        </w:rPr>
        <w:t>TEMPORARY SIGNATORY-EFFICIENCY ROUTING.</w:t>
      </w:r>
    </w:p>
    <w:p>
      <w:r>
        <w:rPr>
          <w:rFonts w:ascii="Georgia" w:hAnsi="Georgia" w:eastAsia="Georgia"/>
          <w:sz w:val="23"/>
        </w:rPr>
        <w:t>The explanation was concise.</w:t>
      </w:r>
    </w:p>
    <w:p>
      <w:r>
        <w:rPr>
          <w:rFonts w:ascii="Georgia" w:hAnsi="Georgia" w:eastAsia="Georgia"/>
          <w:sz w:val="23"/>
        </w:rPr>
        <w:t>Cases likely to require a live intervention within a domain covered by a temporary second-signatory control would preferentially route to operators who retained sole-start authority. Restricted operators remained available for consultation, fabrication, secondary review, and cases in which paired staffing had already been secured.</w:t>
      </w:r>
    </w:p>
    <w:p>
      <w:r>
        <w:rPr>
          <w:rFonts w:ascii="Georgia" w:hAnsi="Georgia" w:eastAsia="Georgia"/>
          <w:sz w:val="23"/>
        </w:rPr>
        <w:t>The purpose was to reduce patient delay.</w:t>
      </w:r>
    </w:p>
    <w:p>
      <w:r>
        <w:rPr>
          <w:rFonts w:ascii="Georgia" w:hAnsi="Georgia" w:eastAsia="Georgia"/>
          <w:sz w:val="23"/>
        </w:rPr>
        <w:t>The first week of the control had added a median nineteen minutes to affected decisions. At remote sites it had added hours.</w:t>
      </w:r>
    </w:p>
    <w:p>
      <w:r>
        <w:rPr>
          <w:rFonts w:ascii="Georgia" w:hAnsi="Georgia" w:eastAsia="Georgia"/>
          <w:sz w:val="23"/>
        </w:rPr>
        <w:t>The routing rule expected to recover roughly sixty percent of that delay without altering the control itself.</w:t>
      </w:r>
    </w:p>
    <w:p>
      <w:r>
        <w:rPr>
          <w:rFonts w:ascii="Georgia" w:hAnsi="Georgia" w:eastAsia="Georgia"/>
          <w:sz w:val="23"/>
        </w:rPr>
        <w:t>I read the document twice.</w:t>
      </w:r>
    </w:p>
    <w:p>
      <w:r>
        <w:rPr>
          <w:rFonts w:ascii="Georgia" w:hAnsi="Georgia" w:eastAsia="Georgia"/>
          <w:sz w:val="23"/>
        </w:rPr>
        <w:t>Miren said, “It is not disciplinary.”</w:t>
      </w:r>
    </w:p>
    <w:p>
      <w:r>
        <w:rPr>
          <w:rFonts w:ascii="Georgia" w:hAnsi="Georgia" w:eastAsia="Georgia"/>
          <w:sz w:val="23"/>
        </w:rPr>
        <w:t>“I know.”</w:t>
      </w:r>
    </w:p>
    <w:p>
      <w:r>
        <w:rPr>
          <w:rFonts w:ascii="Georgia" w:hAnsi="Georgia" w:eastAsia="Georgia"/>
          <w:sz w:val="23"/>
        </w:rPr>
        <w:t>“It does not say you are less qualified.”</w:t>
      </w:r>
    </w:p>
    <w:p>
      <w:r>
        <w:rPr>
          <w:rFonts w:ascii="Georgia" w:hAnsi="Georgia" w:eastAsia="Georgia"/>
          <w:sz w:val="23"/>
        </w:rPr>
        <w:t>“I can read.”</w:t>
      </w:r>
    </w:p>
    <w:p>
      <w:r>
        <w:rPr>
          <w:rFonts w:ascii="Georgia" w:hAnsi="Georgia" w:eastAsia="Georgia"/>
          <w:sz w:val="23"/>
        </w:rPr>
        <w:t>“That answer suggests reading has not solved the problem.”</w:t>
      </w:r>
    </w:p>
    <w:p>
      <w:r>
        <w:rPr>
          <w:rFonts w:ascii="Georgia" w:hAnsi="Georgia" w:eastAsia="Georgia"/>
          <w:sz w:val="23"/>
        </w:rPr>
        <w:t>I opened the assignment statistics.</w:t>
      </w:r>
    </w:p>
    <w:p>
      <w:r>
        <w:rPr>
          <w:rFonts w:ascii="Georgia" w:hAnsi="Georgia" w:eastAsia="Georgia"/>
          <w:sz w:val="23"/>
        </w:rPr>
        <w:t>My live integrated-setting primary assignments had fallen seventy-three percent since midnight.</w:t>
      </w:r>
    </w:p>
    <w:p>
      <w:r>
        <w:rPr>
          <w:rFonts w:ascii="Georgia" w:hAnsi="Georgia" w:eastAsia="Georgia"/>
          <w:sz w:val="23"/>
        </w:rPr>
        <w:t>Miren’s had increased nineteen percent.</w:t>
      </w:r>
    </w:p>
    <w:p>
      <w:r>
        <w:rPr>
          <w:rFonts w:ascii="Georgia" w:hAnsi="Georgia" w:eastAsia="Georgia"/>
          <w:sz w:val="23"/>
        </w:rPr>
        <w:t>Sena Vey’s had increased twenty-two.</w:t>
      </w:r>
    </w:p>
    <w:p>
      <w:r>
        <w:rPr>
          <w:rFonts w:ascii="Georgia" w:hAnsi="Georgia" w:eastAsia="Georgia"/>
          <w:sz w:val="23"/>
        </w:rPr>
        <w:t>Several unrestricted regional operators had increased more.</w:t>
      </w:r>
    </w:p>
    <w:p>
      <w:r>
        <w:rPr>
          <w:rFonts w:ascii="Georgia" w:hAnsi="Georgia" w:eastAsia="Georgia"/>
          <w:sz w:val="23"/>
        </w:rPr>
        <w:t>The scheduler had done what it was designed to do.</w:t>
      </w:r>
    </w:p>
    <w:p>
      <w:r>
        <w:rPr>
          <w:rFonts w:ascii="Georgia" w:hAnsi="Georgia" w:eastAsia="Georgia"/>
          <w:sz w:val="23"/>
        </w:rPr>
        <w:t>A patient who might need a live adjustment no longer waited for a second person merely because the first person happened to be me.</w:t>
      </w:r>
    </w:p>
    <w:p>
      <w:r>
        <w:rPr>
          <w:rFonts w:ascii="Georgia" w:hAnsi="Georgia" w:eastAsia="Georgia"/>
          <w:sz w:val="23"/>
        </w:rPr>
        <w:t>I could not identify an immediate safety objection.</w:t>
      </w:r>
    </w:p>
    <w:p>
      <w:r>
        <w:rPr>
          <w:rFonts w:ascii="Georgia" w:hAnsi="Georgia" w:eastAsia="Georgia"/>
          <w:sz w:val="23"/>
        </w:rPr>
        <w:t>I disliked it.</w:t>
      </w:r>
    </w:p>
    <w:p>
      <w:r>
        <w:rPr>
          <w:rFonts w:ascii="Georgia" w:hAnsi="Georgia" w:eastAsia="Georgia"/>
          <w:sz w:val="23"/>
        </w:rPr>
        <w:t>The routing logic remained sound.</w:t>
      </w:r>
    </w:p>
    <w:p>
      <w:r>
        <w:rPr>
          <w:rFonts w:ascii="Georgia" w:hAnsi="Georgia" w:eastAsia="Georgia"/>
          <w:sz w:val="23"/>
        </w:rPr>
        <w:t>I closed the statistics and picked up the ceramic blank.</w:t>
      </w:r>
    </w:p>
    <w:p>
      <w:r>
        <w:rPr>
          <w:rFonts w:ascii="Georgia" w:hAnsi="Georgia" w:eastAsia="Georgia"/>
          <w:sz w:val="23"/>
        </w:rPr>
        <w:t>The collar repair was mine.</w:t>
      </w:r>
    </w:p>
    <w:p>
      <w:pPr>
        <w:spacing w:before="80" w:after="80"/>
        <w:jc w:val="center"/>
      </w:pPr>
      <w:r>
        <w:rPr>
          <w:rFonts w:ascii="Georgia" w:hAnsi="Georgia" w:eastAsia="Georgia"/>
          <w:sz w:val="23"/>
        </w:rPr>
        <w:t>§</w:t>
      </w:r>
    </w:p>
    <w:p>
      <w:r>
        <w:rPr>
          <w:rFonts w:ascii="Georgia" w:hAnsi="Georgia" w:eastAsia="Georgia"/>
          <w:sz w:val="23"/>
        </w:rPr>
        <w:t>At 0834 the owner of the cracked collar arrived.</w:t>
      </w:r>
    </w:p>
    <w:p>
      <w:r>
        <w:rPr>
          <w:rFonts w:ascii="Georgia" w:hAnsi="Georgia" w:eastAsia="Georgia"/>
          <w:sz w:val="23"/>
        </w:rPr>
        <w:t>I will not give her a name because she did not become part of the problem.</w:t>
      </w:r>
    </w:p>
    <w:p>
      <w:r>
        <w:rPr>
          <w:rFonts w:ascii="Georgia" w:hAnsi="Georgia" w:eastAsia="Georgia"/>
          <w:sz w:val="23"/>
        </w:rPr>
        <w:t>The retention tab had failed after eighty-one years of ordinary use. The setting itself was intact. The body interface was not medically integrated. She wanted the collar repaired before lunch because she had a train at 1305 and disliked loose jewelry against her sternum.</w:t>
      </w:r>
    </w:p>
    <w:p>
      <w:r>
        <w:rPr>
          <w:rFonts w:ascii="Georgia" w:hAnsi="Georgia" w:eastAsia="Georgia"/>
          <w:sz w:val="23"/>
        </w:rPr>
        <w:t>I measured the fracture, fabricated a replacement insert, confirmed load, and returned the collar at 0912.</w:t>
      </w:r>
    </w:p>
    <w:p>
      <w:r>
        <w:rPr>
          <w:rFonts w:ascii="Georgia" w:hAnsi="Georgia" w:eastAsia="Georgia"/>
          <w:sz w:val="23"/>
        </w:rPr>
        <w:t>She paid the service fee and left.</w:t>
      </w:r>
    </w:p>
    <w:p>
      <w:r>
        <w:rPr>
          <w:rFonts w:ascii="Georgia" w:hAnsi="Georgia" w:eastAsia="Georgia"/>
          <w:sz w:val="23"/>
        </w:rPr>
        <w:t>Nothing about her dead mattered to the repair.</w:t>
      </w:r>
    </w:p>
    <w:p>
      <w:r>
        <w:rPr>
          <w:rFonts w:ascii="Georgia" w:hAnsi="Georgia" w:eastAsia="Georgia"/>
          <w:sz w:val="23"/>
        </w:rPr>
        <w:t>For several months we had asked dead people to enter rooms because the settings associated with them had made history operationally relevant. That had been necessary often enough that necessity had started to resemble habit.</w:t>
      </w:r>
    </w:p>
    <w:p>
      <w:r>
        <w:rPr>
          <w:rFonts w:ascii="Georgia" w:hAnsi="Georgia" w:eastAsia="Georgia"/>
          <w:sz w:val="23"/>
        </w:rPr>
        <w:t>The woman’s history did not require my curiosity.</w:t>
      </w:r>
    </w:p>
    <w:p>
      <w:r>
        <w:rPr>
          <w:rFonts w:ascii="Georgia" w:hAnsi="Georgia" w:eastAsia="Georgia"/>
          <w:sz w:val="23"/>
        </w:rPr>
        <w:t>I had a measurement problem.</w:t>
      </w:r>
    </w:p>
    <w:p>
      <w:r>
        <w:rPr>
          <w:rFonts w:ascii="Georgia" w:hAnsi="Georgia" w:eastAsia="Georgia"/>
          <w:sz w:val="23"/>
        </w:rPr>
        <w:t>I solved it.</w:t>
      </w:r>
    </w:p>
    <w:p>
      <w:r>
        <w:rPr>
          <w:rFonts w:ascii="Georgia" w:hAnsi="Georgia" w:eastAsia="Georgia"/>
          <w:sz w:val="23"/>
        </w:rPr>
        <w:t>At 0920 I opened the live-release dashboard from the derivation-lineage deployment.</w:t>
      </w:r>
    </w:p>
    <w:p>
      <w:r>
        <w:rPr>
          <w:rFonts w:ascii="Georgia" w:hAnsi="Georgia" w:eastAsia="Georgia"/>
          <w:sz w:val="23"/>
        </w:rPr>
        <w:t>The previous night’s partial release had continued through the morning.</w:t>
      </w:r>
    </w:p>
    <w:p>
      <w:r>
        <w:rPr>
          <w:rFonts w:ascii="Georgia" w:hAnsi="Georgia" w:eastAsia="Georgia"/>
          <w:sz w:val="23"/>
        </w:rPr>
        <w:t>The numbers were strong.</w:t>
      </w:r>
    </w:p>
    <w:p>
      <w:r>
        <w:rPr>
          <w:rFonts w:ascii="Georgia" w:hAnsi="Georgia" w:eastAsia="Georgia"/>
          <w:sz w:val="23"/>
        </w:rPr>
        <w:t>No false-independent classification identified in the released subset.</w:t>
        <w:br/>
        <w:t>No safety event attributed to lineage classification.</w:t>
        <w:br/>
        <w:t>False-shared alerts declining after the vendor-name repair.</w:t>
        <w:br/>
        <w:t>Median processing time down eight percent.</w:t>
        <w:br/>
        <w:t>Operator override rate low.</w:t>
      </w:r>
    </w:p>
    <w:p>
      <w:r>
        <w:rPr>
          <w:rFonts w:ascii="Georgia" w:hAnsi="Georgia" w:eastAsia="Georgia"/>
          <w:sz w:val="23"/>
        </w:rPr>
        <w:t>The tool was behaving well.</w:t>
      </w:r>
    </w:p>
    <w:p>
      <w:r>
        <w:rPr>
          <w:rFonts w:ascii="Georgia" w:hAnsi="Georgia" w:eastAsia="Georgia"/>
          <w:sz w:val="23"/>
        </w:rPr>
        <w:t>The queue beside it was behaving too well.</w:t>
      </w:r>
    </w:p>
    <w:p>
      <w:r>
        <w:rPr>
          <w:rFonts w:ascii="Georgia" w:hAnsi="Georgia" w:eastAsia="Georgia"/>
          <w:sz w:val="23"/>
        </w:rPr>
        <w:t>I put the two windows next to each other.</w:t>
      </w:r>
    </w:p>
    <w:p>
      <w:r>
        <w:rPr>
          <w:rFonts w:ascii="Georgia" w:hAnsi="Georgia" w:eastAsia="Georgia"/>
          <w:sz w:val="23"/>
        </w:rPr>
        <w:t>My integrated live work had fallen seventy-three percent.</w:t>
        <w:br/>
        <w:t>The release dashboard’s proportion of cases with unresolved legacy ancestry had fallen thirty-one percent.</w:t>
      </w:r>
    </w:p>
    <w:p>
      <w:r>
        <w:rPr>
          <w:rFonts w:ascii="Georgia" w:hAnsi="Georgia" w:eastAsia="Georgia"/>
          <w:sz w:val="23"/>
        </w:rPr>
        <w:t>Those two facts did not establish a relation.</w:t>
      </w:r>
    </w:p>
    <w:p>
      <w:r>
        <w:rPr>
          <w:rFonts w:ascii="Georgia" w:hAnsi="Georgia" w:eastAsia="Georgia"/>
          <w:sz w:val="23"/>
        </w:rPr>
        <w:t>I pulled regional routing statistics.</w:t>
      </w:r>
    </w:p>
    <w:p>
      <w:r>
        <w:rPr>
          <w:rFonts w:ascii="Georgia" w:hAnsi="Georgia" w:eastAsia="Georgia"/>
          <w:sz w:val="23"/>
        </w:rPr>
        <w:t>Unrestricted operators were receiving more modern-platform cases and more cases whose derivation ancestry already cleared the new rule.</w:t>
      </w:r>
    </w:p>
    <w:p>
      <w:r>
        <w:rPr>
          <w:rFonts w:ascii="Georgia" w:hAnsi="Georgia" w:eastAsia="Georgia"/>
          <w:sz w:val="23"/>
        </w:rPr>
        <w:t>Restricted operators were receiving fewer primary assignments overall.</w:t>
      </w:r>
    </w:p>
    <w:p>
      <w:r>
        <w:rPr>
          <w:rFonts w:ascii="Georgia" w:hAnsi="Georgia" w:eastAsia="Georgia"/>
          <w:sz w:val="23"/>
        </w:rPr>
        <w:t>Cases with uncertain legacy lineage were disproportionately routed into paired-review channels because the scheduler predicted they were more likely to need a second signatory regardless of who opened them first.</w:t>
      </w:r>
    </w:p>
    <w:p>
      <w:r>
        <w:rPr>
          <w:rFonts w:ascii="Georgia" w:hAnsi="Georgia" w:eastAsia="Georgia"/>
          <w:sz w:val="23"/>
        </w:rPr>
        <w:t>Efficient. It also meant the live release system was observing fewer of the cases most capable of challenging its ancestry logic.</w:t>
      </w:r>
    </w:p>
    <w:p>
      <w:r>
        <w:rPr>
          <w:rFonts w:ascii="Georgia" w:hAnsi="Georgia" w:eastAsia="Georgia"/>
          <w:sz w:val="23"/>
        </w:rPr>
        <w:t>I called Miren over.</w:t>
      </w:r>
    </w:p>
    <w:p>
      <w:r>
        <w:rPr>
          <w:rFonts w:ascii="Georgia" w:hAnsi="Georgia" w:eastAsia="Georgia"/>
          <w:sz w:val="23"/>
        </w:rPr>
        <w:t>She read the screen.</w:t>
      </w:r>
    </w:p>
    <w:p>
      <w:r>
        <w:rPr>
          <w:rFonts w:ascii="Georgia" w:hAnsi="Georgia" w:eastAsia="Georgia"/>
          <w:sz w:val="23"/>
        </w:rPr>
        <w:t>“You think the tool is passing because operations is hiding the hard cases from it.”</w:t>
      </w:r>
    </w:p>
    <w:p>
      <w:r>
        <w:rPr>
          <w:rFonts w:ascii="Georgia" w:hAnsi="Georgia" w:eastAsia="Georgia"/>
          <w:sz w:val="23"/>
        </w:rPr>
        <w:t>“No.”</w:t>
      </w:r>
    </w:p>
    <w:p>
      <w:r>
        <w:rPr>
          <w:rFonts w:ascii="Georgia" w:hAnsi="Georgia" w:eastAsia="Georgia"/>
          <w:sz w:val="23"/>
        </w:rPr>
        <w:t>She waited.</w:t>
      </w:r>
    </w:p>
    <w:p>
      <w:r>
        <w:rPr>
          <w:rFonts w:ascii="Georgia" w:hAnsi="Georgia" w:eastAsia="Georgia"/>
          <w:sz w:val="23"/>
        </w:rPr>
        <w:t>“I think operations is routing the hard cases where they cost less. The tool is then being evaluated on the cases that remain.”</w:t>
      </w:r>
    </w:p>
    <w:p>
      <w:r>
        <w:rPr>
          <w:rFonts w:ascii="Georgia" w:hAnsi="Georgia" w:eastAsia="Georgia"/>
          <w:sz w:val="23"/>
        </w:rPr>
        <w:t>“That sounds similar.”</w:t>
      </w:r>
    </w:p>
    <w:p>
      <w:r>
        <w:rPr>
          <w:rFonts w:ascii="Georgia" w:hAnsi="Georgia" w:eastAsia="Georgia"/>
          <w:sz w:val="23"/>
        </w:rPr>
        <w:t>“It is not similar enough.”</w:t>
      </w:r>
    </w:p>
    <w:p>
      <w:r>
        <w:rPr>
          <w:rFonts w:ascii="Georgia" w:hAnsi="Georgia" w:eastAsia="Georgia"/>
          <w:sz w:val="23"/>
        </w:rPr>
        <w:t>The routing system had no instruction to protect the lineage tool’s performance. It was minimizing delay under an existing control. The lineage tool had no instruction to avoid difficult cases. It only classified cases that reached it.</w:t>
      </w:r>
    </w:p>
    <w:p>
      <w:r>
        <w:rPr>
          <w:rFonts w:ascii="Georgia" w:hAnsi="Georgia" w:eastAsia="Georgia"/>
          <w:sz w:val="23"/>
        </w:rPr>
        <w:t>Two systems were doing reasonable things for different purposes.</w:t>
      </w:r>
    </w:p>
    <w:p>
      <w:r>
        <w:rPr>
          <w:rFonts w:ascii="Georgia" w:hAnsi="Georgia" w:eastAsia="Georgia"/>
          <w:sz w:val="23"/>
        </w:rPr>
        <w:t>The resulting dataset was cleaner than the domain.</w:t>
      </w:r>
    </w:p>
    <w:p>
      <w:r>
        <w:rPr>
          <w:rFonts w:ascii="Georgia" w:hAnsi="Georgia" w:eastAsia="Georgia"/>
          <w:sz w:val="23"/>
        </w:rPr>
        <w:t>Miren leaned closer.</w:t>
      </w:r>
    </w:p>
    <w:p>
      <w:r>
        <w:rPr>
          <w:rFonts w:ascii="Georgia" w:hAnsi="Georgia" w:eastAsia="Georgia"/>
          <w:sz w:val="23"/>
        </w:rPr>
        <w:t>“How much cleaner?”</w:t>
      </w:r>
    </w:p>
    <w:p>
      <w:r>
        <w:rPr>
          <w:rFonts w:ascii="Georgia" w:hAnsi="Georgia" w:eastAsia="Georgia"/>
          <w:sz w:val="23"/>
        </w:rPr>
        <w:t>“I do not know yet.”</w:t>
      </w:r>
    </w:p>
    <w:p>
      <w:r>
        <w:rPr>
          <w:rFonts w:ascii="Georgia" w:hAnsi="Georgia" w:eastAsia="Georgia"/>
          <w:sz w:val="23"/>
        </w:rPr>
        <w:t>“Can you know without changing live routing?”</w:t>
      </w:r>
    </w:p>
    <w:p>
      <w:r>
        <w:rPr>
          <w:rFonts w:ascii="Georgia" w:hAnsi="Georgia" w:eastAsia="Georgia"/>
          <w:sz w:val="23"/>
        </w:rPr>
        <w:t>“Yes.”</w:t>
      </w:r>
    </w:p>
    <w:p>
      <w:pPr>
        <w:spacing w:before="80" w:after="80"/>
        <w:jc w:val="center"/>
      </w:pPr>
      <w:r>
        <w:rPr>
          <w:rFonts w:ascii="Georgia" w:hAnsi="Georgia" w:eastAsia="Georgia"/>
          <w:sz w:val="23"/>
        </w:rPr>
        <w:t>§</w:t>
      </w:r>
    </w:p>
    <w:p>
      <w:r>
        <w:rPr>
          <w:rFonts w:ascii="Georgia" w:hAnsi="Georgia" w:eastAsia="Georgia"/>
          <w:sz w:val="23"/>
        </w:rPr>
        <w:t>At 0952 I requested shadow evaluation on the previous seventy-two hours of integrated-setting intake.</w:t>
      </w:r>
    </w:p>
    <w:p>
      <w:r>
        <w:rPr>
          <w:rFonts w:ascii="Georgia" w:hAnsi="Georgia" w:eastAsia="Georgia"/>
          <w:sz w:val="23"/>
        </w:rPr>
        <w:t>Not clinical replay.</w:t>
      </w:r>
    </w:p>
    <w:p>
      <w:r>
        <w:rPr>
          <w:rFonts w:ascii="Georgia" w:hAnsi="Georgia" w:eastAsia="Georgia"/>
          <w:sz w:val="23"/>
        </w:rPr>
        <w:t>No patient intervention.</w:t>
      </w:r>
    </w:p>
    <w:p>
      <w:r>
        <w:rPr>
          <w:rFonts w:ascii="Georgia" w:hAnsi="Georgia" w:eastAsia="Georgia"/>
          <w:sz w:val="23"/>
        </w:rPr>
        <w:t>No controller execution.</w:t>
      </w:r>
    </w:p>
    <w:p>
      <w:r>
        <w:rPr>
          <w:rFonts w:ascii="Georgia" w:hAnsi="Georgia" w:eastAsia="Georgia"/>
          <w:sz w:val="23"/>
        </w:rPr>
        <w:t>I wanted the lineage classifier to receive the cases at the point of intake before staffing and signatory routing removed anything from its view.</w:t>
      </w:r>
    </w:p>
    <w:p>
      <w:r>
        <w:rPr>
          <w:rFonts w:ascii="Georgia" w:hAnsi="Georgia" w:eastAsia="Georgia"/>
          <w:sz w:val="23"/>
        </w:rPr>
        <w:t>Kera Dast denied the request eight minutes later.</w:t>
      </w:r>
    </w:p>
    <w:p>
      <w:r>
        <w:rPr>
          <w:rFonts w:ascii="Georgia" w:hAnsi="Georgia" w:eastAsia="Georgia"/>
          <w:sz w:val="23"/>
        </w:rPr>
        <w:t>Reason:</w:t>
      </w:r>
    </w:p>
    <w:p>
      <w:r>
        <w:rPr>
          <w:rFonts w:ascii="Georgia" w:hAnsi="Georgia" w:eastAsia="Georgia"/>
          <w:sz w:val="23"/>
        </w:rPr>
        <w:t>DATA USE OUTSIDE CURRENT VALIDATION PLAN.</w:t>
      </w:r>
    </w:p>
    <w:p>
      <w:r>
        <w:rPr>
          <w:rFonts w:ascii="Georgia" w:hAnsi="Georgia" w:eastAsia="Georgia"/>
          <w:sz w:val="23"/>
        </w:rPr>
        <w:t>I called her.</w:t>
      </w:r>
    </w:p>
    <w:p>
      <w:r>
        <w:rPr>
          <w:rFonts w:ascii="Georgia" w:hAnsi="Georgia" w:eastAsia="Georgia"/>
          <w:sz w:val="23"/>
        </w:rPr>
        <w:t>She answered on the third tone.</w:t>
      </w:r>
    </w:p>
    <w:p>
      <w:r>
        <w:rPr>
          <w:rFonts w:ascii="Georgia" w:hAnsi="Georgia" w:eastAsia="Georgia"/>
          <w:sz w:val="23"/>
        </w:rPr>
        <w:t>“You are supposed to be working.”</w:t>
      </w:r>
    </w:p>
    <w:p>
      <w:r>
        <w:rPr>
          <w:rFonts w:ascii="Georgia" w:hAnsi="Georgia" w:eastAsia="Georgia"/>
          <w:sz w:val="23"/>
        </w:rPr>
        <w:t>“I repaired a collar.”</w:t>
      </w:r>
    </w:p>
    <w:p>
      <w:r>
        <w:rPr>
          <w:rFonts w:ascii="Georgia" w:hAnsi="Georgia" w:eastAsia="Georgia"/>
          <w:sz w:val="23"/>
        </w:rPr>
        <w:t>“I am reassured.”</w:t>
      </w:r>
    </w:p>
    <w:p>
      <w:r>
        <w:rPr>
          <w:rFonts w:ascii="Georgia" w:hAnsi="Georgia" w:eastAsia="Georgia"/>
          <w:sz w:val="23"/>
        </w:rPr>
        <w:t>“I need pre-routing shadow intake for the lineage tool.”</w:t>
      </w:r>
    </w:p>
    <w:p>
      <w:r>
        <w:rPr>
          <w:rFonts w:ascii="Georgia" w:hAnsi="Georgia" w:eastAsia="Georgia"/>
          <w:sz w:val="23"/>
        </w:rPr>
        <w:t>“I denied that.”</w:t>
      </w:r>
    </w:p>
    <w:p>
      <w:r>
        <w:rPr>
          <w:rFonts w:ascii="Georgia" w:hAnsi="Georgia" w:eastAsia="Georgia"/>
          <w:sz w:val="23"/>
        </w:rPr>
        <w:t>“Yes.”</w:t>
      </w:r>
    </w:p>
    <w:p>
      <w:r>
        <w:rPr>
          <w:rFonts w:ascii="Georgia" w:hAnsi="Georgia" w:eastAsia="Georgia"/>
          <w:sz w:val="23"/>
        </w:rPr>
        <w:t>“Why are we talking?”</w:t>
      </w:r>
    </w:p>
    <w:p>
      <w:r>
        <w:rPr>
          <w:rFonts w:ascii="Georgia" w:hAnsi="Georgia" w:eastAsia="Georgia"/>
          <w:sz w:val="23"/>
        </w:rPr>
        <w:t>“Because your denial gives the rule but not the objection.”</w:t>
      </w:r>
    </w:p>
    <w:p>
      <w:r>
        <w:rPr>
          <w:rFonts w:ascii="Georgia" w:hAnsi="Georgia" w:eastAsia="Georgia"/>
          <w:sz w:val="23"/>
        </w:rPr>
        <w:t>“The objection is that the release plan validates the tool on cases for which it is operationally used.”</w:t>
      </w:r>
    </w:p>
    <w:p>
      <w:r>
        <w:rPr>
          <w:rFonts w:ascii="Georgia" w:hAnsi="Georgia" w:eastAsia="Georgia"/>
          <w:sz w:val="23"/>
        </w:rPr>
        <w:t>“That population is being selected by a scheduler that uses signatory burden as one of its routing variables.”</w:t>
      </w:r>
    </w:p>
    <w:p>
      <w:r>
        <w:rPr>
          <w:rFonts w:ascii="Georgia" w:hAnsi="Georgia" w:eastAsia="Georgia"/>
          <w:sz w:val="23"/>
        </w:rPr>
        <w:t>Silence.</w:t>
      </w:r>
    </w:p>
    <w:p>
      <w:r>
        <w:rPr>
          <w:rFonts w:ascii="Georgia" w:hAnsi="Georgia" w:eastAsia="Georgia"/>
          <w:sz w:val="23"/>
        </w:rPr>
        <w:t>Then: “Show me.”</w:t>
      </w:r>
    </w:p>
    <w:p>
      <w:r>
        <w:rPr>
          <w:rFonts w:ascii="Georgia" w:hAnsi="Georgia" w:eastAsia="Georgia"/>
          <w:sz w:val="23"/>
        </w:rPr>
        <w:t>I sent the two distributions.</w:t>
      </w:r>
    </w:p>
    <w:p>
      <w:r>
        <w:rPr>
          <w:rFonts w:ascii="Georgia" w:hAnsi="Georgia" w:eastAsia="Georgia"/>
          <w:sz w:val="23"/>
        </w:rPr>
        <w:t>Kera took twenty-nine seconds.</w:t>
      </w:r>
    </w:p>
    <w:p>
      <w:r>
        <w:rPr>
          <w:rFonts w:ascii="Georgia" w:hAnsi="Georgia" w:eastAsia="Georgia"/>
          <w:sz w:val="23"/>
        </w:rPr>
        <w:t>“That is expected.”</w:t>
      </w:r>
    </w:p>
    <w:p>
      <w:r>
        <w:rPr>
          <w:rFonts w:ascii="Georgia" w:hAnsi="Georgia" w:eastAsia="Georgia"/>
          <w:sz w:val="23"/>
        </w:rPr>
        <w:t>“The direction is expected.”</w:t>
      </w:r>
    </w:p>
    <w:p>
      <w:r>
        <w:rPr>
          <w:rFonts w:ascii="Georgia" w:hAnsi="Georgia" w:eastAsia="Georgia"/>
          <w:sz w:val="23"/>
        </w:rPr>
        <w:t>“So what is the problem?”</w:t>
      </w:r>
    </w:p>
    <w:p>
      <w:r>
        <w:rPr>
          <w:rFonts w:ascii="Georgia" w:hAnsi="Georgia" w:eastAsia="Georgia"/>
          <w:sz w:val="23"/>
        </w:rPr>
        <w:t>“The live-observation claim is beginning to be used as evidence about the broader covered domain.”</w:t>
      </w:r>
    </w:p>
    <w:p>
      <w:r>
        <w:rPr>
          <w:rFonts w:ascii="Georgia" w:hAnsi="Georgia" w:eastAsia="Georgia"/>
          <w:sz w:val="23"/>
        </w:rPr>
        <w:t>“Where?”</w:t>
      </w:r>
    </w:p>
    <w:p>
      <w:r>
        <w:rPr>
          <w:rFonts w:ascii="Georgia" w:hAnsi="Georgia" w:eastAsia="Georgia"/>
          <w:sz w:val="23"/>
        </w:rPr>
        <w:t>I sent three documents.</w:t>
      </w:r>
    </w:p>
    <w:p>
      <w:r>
        <w:rPr>
          <w:rFonts w:ascii="Georgia" w:hAnsi="Georgia" w:eastAsia="Georgia"/>
          <w:sz w:val="23"/>
        </w:rPr>
        <w:t>One manufacturer bulletin.</w:t>
        <w:br/>
        <w:t>One regional clinical memo.</w:t>
        <w:br/>
        <w:t>One internal deployment forecast.</w:t>
      </w:r>
    </w:p>
    <w:p>
      <w:r>
        <w:rPr>
          <w:rFonts w:ascii="Georgia" w:hAnsi="Georgia" w:eastAsia="Georgia"/>
          <w:sz w:val="23"/>
        </w:rPr>
        <w:t>None said the tool had been validated for all legacy-lineage cases.</w:t>
      </w:r>
    </w:p>
    <w:p>
      <w:r>
        <w:rPr>
          <w:rFonts w:ascii="Georgia" w:hAnsi="Georgia" w:eastAsia="Georgia"/>
          <w:sz w:val="23"/>
        </w:rPr>
        <w:t>All used the zero-false-independent live result to support confidence in expansion.</w:t>
      </w:r>
    </w:p>
    <w:p>
      <w:r>
        <w:rPr>
          <w:rFonts w:ascii="Georgia" w:hAnsi="Georgia" w:eastAsia="Georgia"/>
          <w:sz w:val="23"/>
        </w:rPr>
        <w:t>Kera read them.</w:t>
      </w:r>
    </w:p>
    <w:p>
      <w:r>
        <w:rPr>
          <w:rFonts w:ascii="Georgia" w:hAnsi="Georgia" w:eastAsia="Georgia"/>
          <w:sz w:val="23"/>
        </w:rPr>
        <w:t>“Those are secondary interpretations.”</w:t>
      </w:r>
    </w:p>
    <w:p>
      <w:r>
        <w:rPr>
          <w:rFonts w:ascii="Georgia" w:hAnsi="Georgia" w:eastAsia="Georgia"/>
          <w:sz w:val="23"/>
        </w:rPr>
        <w:t>“Yes.”</w:t>
      </w:r>
    </w:p>
    <w:p>
      <w:r>
        <w:rPr>
          <w:rFonts w:ascii="Georgia" w:hAnsi="Georgia" w:eastAsia="Georgia"/>
          <w:sz w:val="23"/>
        </w:rPr>
        <w:t>“The release record itself is scoped correctly.”</w:t>
      </w:r>
    </w:p>
    <w:p>
      <w:r>
        <w:rPr>
          <w:rFonts w:ascii="Georgia" w:hAnsi="Georgia" w:eastAsia="Georgia"/>
          <w:sz w:val="23"/>
        </w:rPr>
        <w:t>“Yes.”</w:t>
      </w:r>
    </w:p>
    <w:p>
      <w:r>
        <w:rPr>
          <w:rFonts w:ascii="Georgia" w:hAnsi="Georgia" w:eastAsia="Georgia"/>
          <w:sz w:val="23"/>
        </w:rPr>
        <w:t>“So the formal record is not wrong.”</w:t>
      </w:r>
    </w:p>
    <w:p>
      <w:r>
        <w:rPr>
          <w:rFonts w:ascii="Georgia" w:hAnsi="Georgia" w:eastAsia="Georgia"/>
          <w:sz w:val="23"/>
        </w:rPr>
        <w:t>“No.”</w:t>
      </w:r>
    </w:p>
    <w:p>
      <w:r>
        <w:rPr>
          <w:rFonts w:ascii="Georgia" w:hAnsi="Georgia" w:eastAsia="Georgia"/>
          <w:sz w:val="23"/>
        </w:rPr>
        <w:t>She exhaled.</w:t>
      </w:r>
    </w:p>
    <w:p>
      <w:r>
        <w:rPr>
          <w:rFonts w:ascii="Georgia" w:hAnsi="Georgia" w:eastAsia="Georgia"/>
          <w:sz w:val="23"/>
        </w:rPr>
        <w:t>“You are going to make me say the sentence.”</w:t>
      </w:r>
    </w:p>
    <w:p>
      <w:r>
        <w:rPr>
          <w:rFonts w:ascii="Georgia" w:hAnsi="Georgia" w:eastAsia="Georgia"/>
          <w:sz w:val="23"/>
        </w:rPr>
        <w:t>“What sentence?”</w:t>
      </w:r>
    </w:p>
    <w:p>
      <w:r>
        <w:rPr>
          <w:rFonts w:ascii="Georgia" w:hAnsi="Georgia" w:eastAsia="Georgia"/>
          <w:sz w:val="23"/>
        </w:rPr>
        <w:t>“That a technically correct result can be operationally misleading because the population changed.”</w:t>
      </w:r>
    </w:p>
    <w:p>
      <w:r>
        <w:rPr>
          <w:rFonts w:ascii="Georgia" w:hAnsi="Georgia" w:eastAsia="Georgia"/>
          <w:sz w:val="23"/>
        </w:rPr>
        <w:t>“I was hoping you would say it without complaint.”</w:t>
      </w:r>
    </w:p>
    <w:p>
      <w:r>
        <w:rPr>
          <w:rFonts w:ascii="Georgia" w:hAnsi="Georgia" w:eastAsia="Georgia"/>
          <w:sz w:val="23"/>
        </w:rPr>
        <w:t>“I am not built that generously.”</w:t>
      </w:r>
    </w:p>
    <w:p>
      <w:r>
        <w:rPr>
          <w:rFonts w:ascii="Georgia" w:hAnsi="Georgia" w:eastAsia="Georgia"/>
          <w:sz w:val="23"/>
        </w:rPr>
        <w:t>She approved the shadow evaluation.</w:t>
      </w:r>
    </w:p>
    <w:p>
      <w:r>
        <w:rPr>
          <w:rFonts w:ascii="Georgia" w:hAnsi="Georgia" w:eastAsia="Georgia"/>
          <w:sz w:val="23"/>
        </w:rPr>
        <w:t>Not because I had authority to demand it.</w:t>
      </w:r>
    </w:p>
    <w:p>
      <w:r>
        <w:rPr>
          <w:rFonts w:ascii="Georgia" w:hAnsi="Georgia" w:eastAsia="Georgia"/>
          <w:sz w:val="23"/>
        </w:rPr>
        <w:t>Because she agreed the question was valid.</w:t>
      </w:r>
    </w:p>
    <w:p>
      <w:pPr>
        <w:spacing w:before="80" w:after="80"/>
        <w:jc w:val="center"/>
      </w:pPr>
      <w:r>
        <w:rPr>
          <w:rFonts w:ascii="Georgia" w:hAnsi="Georgia" w:eastAsia="Georgia"/>
          <w:sz w:val="23"/>
        </w:rPr>
        <w:t>§</w:t>
      </w:r>
    </w:p>
    <w:p>
      <w:r>
        <w:rPr>
          <w:rFonts w:ascii="Georgia" w:hAnsi="Georgia" w:eastAsia="Georgia"/>
          <w:sz w:val="23"/>
        </w:rPr>
        <w:t>The shadow run took forty-three minutes.</w:t>
      </w:r>
    </w:p>
    <w:p>
      <w:r>
        <w:rPr>
          <w:rFonts w:ascii="Georgia" w:hAnsi="Georgia" w:eastAsia="Georgia"/>
          <w:sz w:val="23"/>
        </w:rPr>
        <w:t>We used intake metadata and preserved processing records only. Patient identifiers remained masked because identity was irrelevant to the question.</w:t>
      </w:r>
    </w:p>
    <w:p>
      <w:r>
        <w:rPr>
          <w:rFonts w:ascii="Georgia" w:hAnsi="Georgia" w:eastAsia="Georgia"/>
          <w:sz w:val="23"/>
        </w:rPr>
        <w:t>The lineage tool saw 1,842 cases that had entered the participating systems during the previous seventy-two hours.</w:t>
      </w:r>
    </w:p>
    <w:p>
      <w:r>
        <w:rPr>
          <w:rFonts w:ascii="Georgia" w:hAnsi="Georgia" w:eastAsia="Georgia"/>
          <w:sz w:val="23"/>
        </w:rPr>
        <w:t>Live deployment had evaluated 1,116.</w:t>
      </w:r>
    </w:p>
    <w:p>
      <w:r>
        <w:rPr>
          <w:rFonts w:ascii="Georgia" w:hAnsi="Georgia" w:eastAsia="Georgia"/>
          <w:sz w:val="23"/>
        </w:rPr>
        <w:t>The remaining 726 had been routed elsewhere before the release path reached its classification stage.</w:t>
      </w:r>
    </w:p>
    <w:p>
      <w:r>
        <w:rPr>
          <w:rFonts w:ascii="Georgia" w:hAnsi="Georgia" w:eastAsia="Georgia"/>
          <w:sz w:val="23"/>
        </w:rPr>
        <w:t>Some were outside the released clinical domains.</w:t>
        <w:br/>
        <w:t>Some had already required paired review for unrelated reasons.</w:t>
        <w:br/>
        <w:t>Some had incomplete equipment metadata.</w:t>
        <w:br/>
        <w:t>Some were emergency cases that bypassed ordinary decision support entirely.</w:t>
      </w:r>
    </w:p>
    <w:p>
      <w:r>
        <w:rPr>
          <w:rFonts w:ascii="Georgia" w:hAnsi="Georgia" w:eastAsia="Georgia"/>
          <w:sz w:val="23"/>
        </w:rPr>
        <w:t>After those were removed, 317 cases remained that would have been relevant to the lineage tool’s claims but had been diverted primarily because staffing logic predicted second-signature complexity.</w:t>
      </w:r>
    </w:p>
    <w:p>
      <w:r>
        <w:rPr>
          <w:rFonts w:ascii="Georgia" w:hAnsi="Georgia" w:eastAsia="Georgia"/>
          <w:sz w:val="23"/>
        </w:rPr>
        <w:t>The shadow classifier marked eighty-nine of those as derivation relationship at relevant depth: UNKNOWN.</w:t>
      </w:r>
    </w:p>
    <w:p>
      <w:r>
        <w:rPr>
          <w:rFonts w:ascii="Georgia" w:hAnsi="Georgia" w:eastAsia="Georgia"/>
          <w:sz w:val="23"/>
        </w:rPr>
        <w:t>That rate was more than twice the rate in the live released population.</w:t>
      </w:r>
    </w:p>
    <w:p>
      <w:r>
        <w:rPr>
          <w:rFonts w:ascii="Georgia" w:hAnsi="Georgia" w:eastAsia="Georgia"/>
          <w:sz w:val="23"/>
        </w:rPr>
        <w:t>It marked seven as likely shared derivation where the operational pathway had never asked the question because paired review made the distinction unnecessary to authorization.</w:t>
      </w:r>
    </w:p>
    <w:p>
      <w:r>
        <w:rPr>
          <w:rFonts w:ascii="Georgia" w:hAnsi="Georgia" w:eastAsia="Georgia"/>
          <w:sz w:val="23"/>
        </w:rPr>
        <w:t>None proved a false-independent live classification.</w:t>
      </w:r>
    </w:p>
    <w:p>
      <w:r>
        <w:rPr>
          <w:rFonts w:ascii="Georgia" w:hAnsi="Georgia" w:eastAsia="Georgia"/>
          <w:sz w:val="23"/>
        </w:rPr>
        <w:t>That mattered.</w:t>
      </w:r>
    </w:p>
    <w:p>
      <w:r>
        <w:rPr>
          <w:rFonts w:ascii="Georgia" w:hAnsi="Georgia" w:eastAsia="Georgia"/>
          <w:sz w:val="23"/>
        </w:rPr>
        <w:t>The tool had not failed.</w:t>
      </w:r>
    </w:p>
    <w:p>
      <w:r>
        <w:rPr>
          <w:rFonts w:ascii="Georgia" w:hAnsi="Georgia" w:eastAsia="Georgia"/>
          <w:sz w:val="23"/>
        </w:rPr>
        <w:t>The evidence about how often it encountered difficult ancestry had been altered by routing.</w:t>
      </w:r>
    </w:p>
    <w:p>
      <w:r>
        <w:rPr>
          <w:rFonts w:ascii="Georgia" w:hAnsi="Georgia" w:eastAsia="Georgia"/>
          <w:sz w:val="23"/>
        </w:rPr>
        <w:t>Rian Vesk joined us at 1108.</w:t>
      </w:r>
    </w:p>
    <w:p>
      <w:r>
        <w:rPr>
          <w:rFonts w:ascii="Georgia" w:hAnsi="Georgia" w:eastAsia="Georgia"/>
          <w:sz w:val="23"/>
        </w:rPr>
        <w:t>He looked at the shadow results and said, “This is a denominator dispute.”</w:t>
      </w:r>
    </w:p>
    <w:p>
      <w:r>
        <w:rPr>
          <w:rFonts w:ascii="Georgia" w:hAnsi="Georgia" w:eastAsia="Georgia"/>
          <w:sz w:val="23"/>
        </w:rPr>
        <w:t>“Yes.”</w:t>
      </w:r>
    </w:p>
    <w:p>
      <w:r>
        <w:rPr>
          <w:rFonts w:ascii="Georgia" w:hAnsi="Georgia" w:eastAsia="Georgia"/>
          <w:sz w:val="23"/>
        </w:rPr>
        <w:t>“I hate denominator disputes.”</w:t>
      </w:r>
    </w:p>
    <w:p>
      <w:r>
        <w:rPr>
          <w:rFonts w:ascii="Georgia" w:hAnsi="Georgia" w:eastAsia="Georgia"/>
          <w:sz w:val="23"/>
        </w:rPr>
        <w:t>“They do not improve when hated.”</w:t>
      </w:r>
    </w:p>
    <w:p>
      <w:r>
        <w:rPr>
          <w:rFonts w:ascii="Georgia" w:hAnsi="Georgia" w:eastAsia="Georgia"/>
          <w:sz w:val="23"/>
        </w:rPr>
        <w:t>“The live metric says zero false-independent classifications among classified release cases.”</w:t>
      </w:r>
    </w:p>
    <w:p>
      <w:r>
        <w:rPr>
          <w:rFonts w:ascii="Georgia" w:hAnsi="Georgia" w:eastAsia="Georgia"/>
          <w:sz w:val="23"/>
        </w:rPr>
        <w:t>“That is true.”</w:t>
      </w:r>
    </w:p>
    <w:p>
      <w:r>
        <w:rPr>
          <w:rFonts w:ascii="Georgia" w:hAnsi="Georgia" w:eastAsia="Georgia"/>
          <w:sz w:val="23"/>
        </w:rPr>
        <w:t>“The shadow run does not produce a false-independent classification either.”</w:t>
      </w:r>
    </w:p>
    <w:p>
      <w:r>
        <w:rPr>
          <w:rFonts w:ascii="Georgia" w:hAnsi="Georgia" w:eastAsia="Georgia"/>
          <w:sz w:val="23"/>
        </w:rPr>
        <w:t>“Also true.”</w:t>
      </w:r>
    </w:p>
    <w:p>
      <w:r>
        <w:rPr>
          <w:rFonts w:ascii="Georgia" w:hAnsi="Georgia" w:eastAsia="Georgia"/>
          <w:sz w:val="23"/>
        </w:rPr>
        <w:t>“So why block expansion?”</w:t>
      </w:r>
    </w:p>
    <w:p>
      <w:r>
        <w:rPr>
          <w:rFonts w:ascii="Georgia" w:hAnsi="Georgia" w:eastAsia="Georgia"/>
          <w:sz w:val="23"/>
        </w:rPr>
        <w:t>“I did not say block expansion.”</w:t>
      </w:r>
    </w:p>
    <w:p>
      <w:r>
        <w:rPr>
          <w:rFonts w:ascii="Georgia" w:hAnsi="Georgia" w:eastAsia="Georgia"/>
          <w:sz w:val="23"/>
        </w:rPr>
        <w:t>Miren looked at me.</w:t>
      </w:r>
    </w:p>
    <w:p>
      <w:r>
        <w:rPr>
          <w:rFonts w:ascii="Georgia" w:hAnsi="Georgia" w:eastAsia="Georgia"/>
          <w:sz w:val="23"/>
        </w:rPr>
        <w:t>Kera said, “He is learning.”</w:t>
      </w:r>
    </w:p>
    <w:p>
      <w:r>
        <w:rPr>
          <w:rFonts w:ascii="Georgia" w:hAnsi="Georgia" w:eastAsia="Georgia"/>
          <w:sz w:val="23"/>
        </w:rPr>
        <w:t>I ignored that.</w:t>
      </w:r>
    </w:p>
    <w:p>
      <w:r>
        <w:rPr>
          <w:rFonts w:ascii="Georgia" w:hAnsi="Georgia" w:eastAsia="Georgia"/>
          <w:sz w:val="23"/>
        </w:rPr>
        <w:t>“The problem is not the zero. The problem is what people think the zero has seen.”</w:t>
      </w:r>
    </w:p>
    <w:p>
      <w:r>
        <w:rPr>
          <w:rFonts w:ascii="Georgia" w:hAnsi="Georgia" w:eastAsia="Georgia"/>
          <w:sz w:val="23"/>
        </w:rPr>
        <w:t>Vesk folded his arms.</w:t>
      </w:r>
    </w:p>
    <w:p>
      <w:r>
        <w:rPr>
          <w:rFonts w:ascii="Georgia" w:hAnsi="Georgia" w:eastAsia="Georgia"/>
          <w:sz w:val="23"/>
        </w:rPr>
        <w:t>“Then fix the label.”</w:t>
      </w:r>
    </w:p>
    <w:p>
      <w:r>
        <w:rPr>
          <w:rFonts w:ascii="Georgia" w:hAnsi="Georgia" w:eastAsia="Georgia"/>
          <w:sz w:val="23"/>
        </w:rPr>
        <w:t>“Maybe.”</w:t>
      </w:r>
    </w:p>
    <w:p>
      <w:r>
        <w:rPr>
          <w:rFonts w:ascii="Georgia" w:hAnsi="Georgia" w:eastAsia="Georgia"/>
          <w:sz w:val="23"/>
        </w:rPr>
        <w:t>He looked surprised.</w:t>
      </w:r>
    </w:p>
    <w:p>
      <w:r>
        <w:rPr>
          <w:rFonts w:ascii="Georgia" w:hAnsi="Georgia" w:eastAsia="Georgia"/>
          <w:sz w:val="23"/>
        </w:rPr>
        <w:t>I continued.</w:t>
      </w:r>
    </w:p>
    <w:p>
      <w:r>
        <w:rPr>
          <w:rFonts w:ascii="Georgia" w:hAnsi="Georgia" w:eastAsia="Georgia"/>
          <w:sz w:val="23"/>
        </w:rPr>
        <w:t>“If the expansion decision only depends on performance in the routed population, the current evidence may be sufficient. If the expansion claim depends on performance across the broader clinical domain, the shadow population matters.”</w:t>
      </w:r>
    </w:p>
    <w:p>
      <w:r>
        <w:rPr>
          <w:rFonts w:ascii="Georgia" w:hAnsi="Georgia" w:eastAsia="Georgia"/>
          <w:sz w:val="23"/>
        </w:rPr>
        <w:t>Kera said, “Decision-relative evidence.”</w:t>
      </w:r>
    </w:p>
    <w:p>
      <w:r>
        <w:rPr>
          <w:rFonts w:ascii="Georgia" w:hAnsi="Georgia" w:eastAsia="Georgia"/>
          <w:sz w:val="23"/>
        </w:rPr>
        <w:t>“Yes.”</w:t>
      </w:r>
    </w:p>
    <w:p>
      <w:r>
        <w:rPr>
          <w:rFonts w:ascii="Georgia" w:hAnsi="Georgia" w:eastAsia="Georgia"/>
          <w:sz w:val="23"/>
        </w:rPr>
        <w:t>Miren said, “You are making independence expensive and denominators conditional.”</w:t>
      </w:r>
    </w:p>
    <w:p>
      <w:r>
        <w:rPr>
          <w:rFonts w:ascii="Georgia" w:hAnsi="Georgia" w:eastAsia="Georgia"/>
          <w:sz w:val="23"/>
        </w:rPr>
        <w:t>“Reality has shown no interest in our billing preferences.”</w:t>
      </w:r>
    </w:p>
    <w:p>
      <w:r>
        <w:rPr>
          <w:rFonts w:ascii="Georgia" w:hAnsi="Georgia" w:eastAsia="Georgia"/>
          <w:sz w:val="23"/>
        </w:rPr>
        <w:t>No one laughed.</w:t>
      </w:r>
    </w:p>
    <w:p>
      <w:r>
        <w:rPr>
          <w:rFonts w:ascii="Georgia" w:hAnsi="Georgia" w:eastAsia="Georgia"/>
          <w:sz w:val="23"/>
        </w:rPr>
        <w:t>We wrote the question on the wall:</w:t>
      </w:r>
    </w:p>
    <w:p>
      <w:r>
        <w:rPr>
          <w:rFonts w:ascii="Georgia" w:hAnsi="Georgia" w:eastAsia="Georgia"/>
          <w:sz w:val="23"/>
        </w:rPr>
        <w:t>WHAT POPULATION DOES THE LIVE PERFORMANCE CLAIM ACTUALLY DESCRIBE?</w:t>
      </w:r>
    </w:p>
    <w:p>
      <w:r>
        <w:rPr>
          <w:rFonts w:ascii="Georgia" w:hAnsi="Georgia" w:eastAsia="Georgia"/>
          <w:sz w:val="23"/>
        </w:rPr>
        <w:t>Below it, Vesk added:</w:t>
      </w:r>
    </w:p>
    <w:p>
      <w:r>
        <w:rPr>
          <w:rFonts w:ascii="Georgia" w:hAnsi="Georgia" w:eastAsia="Georgia"/>
          <w:sz w:val="23"/>
        </w:rPr>
        <w:t>WHAT POPULATION WILL THE NEXT DECISION AFFECT?</w:t>
      </w:r>
    </w:p>
    <w:p>
      <w:r>
        <w:rPr>
          <w:rFonts w:ascii="Georgia" w:hAnsi="Georgia" w:eastAsia="Georgia"/>
          <w:sz w:val="23"/>
        </w:rPr>
        <w:t>The two sets were not identical.</w:t>
      </w:r>
    </w:p>
    <w:p>
      <w:pPr>
        <w:spacing w:before="80" w:after="80"/>
        <w:jc w:val="center"/>
      </w:pPr>
      <w:r>
        <w:rPr>
          <w:rFonts w:ascii="Georgia" w:hAnsi="Georgia" w:eastAsia="Georgia"/>
          <w:sz w:val="23"/>
        </w:rPr>
        <w:t>§</w:t>
      </w:r>
    </w:p>
    <w:p>
      <w:r>
        <w:rPr>
          <w:rFonts w:ascii="Georgia" w:hAnsi="Georgia" w:eastAsia="Georgia"/>
          <w:sz w:val="23"/>
        </w:rPr>
        <w:t>At 1140 an assignment notification appeared on the wall.</w:t>
      </w:r>
    </w:p>
    <w:p>
      <w:r>
        <w:rPr>
          <w:rFonts w:ascii="Georgia" w:hAnsi="Georgia" w:eastAsia="Georgia"/>
          <w:sz w:val="23"/>
        </w:rPr>
        <w:t>A live integrated-setting case had entered the building.</w:t>
      </w:r>
    </w:p>
    <w:p>
      <w:r>
        <w:rPr>
          <w:rFonts w:ascii="Georgia" w:hAnsi="Georgia" w:eastAsia="Georgia"/>
          <w:sz w:val="23"/>
        </w:rPr>
        <w:t>The scheduler sent primary review to Miren.</w:t>
      </w:r>
    </w:p>
    <w:p>
      <w:r>
        <w:rPr>
          <w:rFonts w:ascii="Georgia" w:hAnsi="Georgia" w:eastAsia="Georgia"/>
          <w:sz w:val="23"/>
        </w:rPr>
        <w:t>Second-signatory capacity was already available, so I was listed as optional fabrication support.</w:t>
      </w:r>
    </w:p>
    <w:p>
      <w:r>
        <w:rPr>
          <w:rFonts w:ascii="Georgia" w:hAnsi="Georgia" w:eastAsia="Georgia"/>
          <w:sz w:val="23"/>
        </w:rPr>
        <w:t>Before the routing change, the case probably would have come to me first.</w:t>
      </w:r>
    </w:p>
    <w:p>
      <w:r>
        <w:rPr>
          <w:rFonts w:ascii="Georgia" w:hAnsi="Georgia" w:eastAsia="Georgia"/>
          <w:sz w:val="23"/>
        </w:rPr>
        <w:t>I watched Miren open it.</w:t>
      </w:r>
    </w:p>
    <w:p>
      <w:r>
        <w:rPr>
          <w:rFonts w:ascii="Georgia" w:hAnsi="Georgia" w:eastAsia="Georgia"/>
          <w:sz w:val="23"/>
        </w:rPr>
        <w:t>She did not look at me.</w:t>
      </w:r>
    </w:p>
    <w:p>
      <w:r>
        <w:rPr>
          <w:rFonts w:ascii="Georgia" w:hAnsi="Georgia" w:eastAsia="Georgia"/>
          <w:sz w:val="23"/>
        </w:rPr>
        <w:t>I appreciated that.</w:t>
      </w:r>
    </w:p>
    <w:p>
      <w:r>
        <w:rPr>
          <w:rFonts w:ascii="Georgia" w:hAnsi="Georgia" w:eastAsia="Georgia"/>
          <w:sz w:val="23"/>
        </w:rPr>
        <w:t>The case involved a replacement coupling in an old pelvic support assembly. The field setting was stable. The medical team wanted to preserve current compensation while replacing a mechanical interface whose ceramic surface had begun shedding particles.</w:t>
      </w:r>
    </w:p>
    <w:p>
      <w:r>
        <w:rPr>
          <w:rFonts w:ascii="Georgia" w:hAnsi="Georgia" w:eastAsia="Georgia"/>
          <w:sz w:val="23"/>
        </w:rPr>
        <w:t>There was no mystery.</w:t>
      </w:r>
    </w:p>
    <w:p>
      <w:r>
        <w:rPr>
          <w:rFonts w:ascii="Georgia" w:hAnsi="Georgia" w:eastAsia="Georgia"/>
          <w:sz w:val="23"/>
        </w:rPr>
        <w:t>Miren reviewed the current state, asked the service engineer for the last three coupling-load tests, rejected one because it had been taken after the mechanical wear had already changed the contact geometry, and requested a fresh unloaded measurement.</w:t>
      </w:r>
    </w:p>
    <w:p>
      <w:r>
        <w:rPr>
          <w:rFonts w:ascii="Georgia" w:hAnsi="Georgia" w:eastAsia="Georgia"/>
          <w:sz w:val="23"/>
        </w:rPr>
        <w:t>She did not ask me to approve it.</w:t>
      </w:r>
    </w:p>
    <w:p>
      <w:r>
        <w:rPr>
          <w:rFonts w:ascii="Georgia" w:hAnsi="Georgia" w:eastAsia="Georgia"/>
          <w:sz w:val="23"/>
        </w:rPr>
        <w:t>At 1206 she came to the shop with dimensions for a temporary transfer bracket.</w:t>
      </w:r>
    </w:p>
    <w:p>
      <w:r>
        <w:rPr>
          <w:rFonts w:ascii="Georgia" w:hAnsi="Georgia" w:eastAsia="Georgia"/>
          <w:sz w:val="23"/>
        </w:rPr>
        <w:t>“I need this in thirty-eight minutes.”</w:t>
      </w:r>
    </w:p>
    <w:p>
      <w:r>
        <w:rPr>
          <w:rFonts w:ascii="Georgia" w:hAnsi="Georgia" w:eastAsia="Georgia"/>
          <w:sz w:val="23"/>
        </w:rPr>
        <w:t>“You need it in thirty-two if you want thermal verification.”</w:t>
      </w:r>
    </w:p>
    <w:p>
      <w:r>
        <w:rPr>
          <w:rFonts w:ascii="Georgia" w:hAnsi="Georgia" w:eastAsia="Georgia"/>
          <w:sz w:val="23"/>
        </w:rPr>
        <w:t>“Then thirty-two.”</w:t>
      </w:r>
    </w:p>
    <w:p>
      <w:r>
        <w:rPr>
          <w:rFonts w:ascii="Georgia" w:hAnsi="Georgia" w:eastAsia="Georgia"/>
          <w:sz w:val="23"/>
        </w:rPr>
        <w:t>I made the bracket.</w:t>
      </w:r>
    </w:p>
    <w:p>
      <w:r>
        <w:rPr>
          <w:rFonts w:ascii="Georgia" w:hAnsi="Georgia" w:eastAsia="Georgia"/>
          <w:sz w:val="23"/>
        </w:rPr>
        <w:t>She returned at 1234, checked the load marks, and took it without ceremony.</w:t>
      </w:r>
    </w:p>
    <w:p>
      <w:r>
        <w:rPr>
          <w:rFonts w:ascii="Georgia" w:hAnsi="Georgia" w:eastAsia="Georgia"/>
          <w:sz w:val="23"/>
        </w:rPr>
        <w:t>I had designed part of the procedure that made her work possible years earlier.</w:t>
      </w:r>
    </w:p>
    <w:p>
      <w:r>
        <w:rPr>
          <w:rFonts w:ascii="Georgia" w:hAnsi="Georgia" w:eastAsia="Georgia"/>
          <w:sz w:val="23"/>
        </w:rPr>
        <w:t>She did not need to know that to use it correctly.</w:t>
      </w:r>
    </w:p>
    <w:p>
      <w:r>
        <w:rPr>
          <w:rFonts w:ascii="Georgia" w:hAnsi="Georgia" w:eastAsia="Georgia"/>
          <w:sz w:val="23"/>
        </w:rPr>
        <w:t>The thought was unpleasant for approximately three seconds.</w:t>
      </w:r>
    </w:p>
    <w:p>
      <w:r>
        <w:rPr>
          <w:rFonts w:ascii="Georgia" w:hAnsi="Georgia" w:eastAsia="Georgia"/>
          <w:sz w:val="23"/>
        </w:rPr>
        <w:t>Then it became useful.</w:t>
      </w:r>
    </w:p>
    <w:p>
      <w:r>
        <w:rPr>
          <w:rFonts w:ascii="Georgia" w:hAnsi="Georgia" w:eastAsia="Georgia"/>
          <w:sz w:val="23"/>
        </w:rPr>
        <w:t>An institution that only worked when its historical operators remained central had failed to become an institution.</w:t>
      </w:r>
    </w:p>
    <w:p>
      <w:r>
        <w:rPr>
          <w:rFonts w:ascii="Georgia" w:hAnsi="Georgia" w:eastAsia="Georgia"/>
          <w:sz w:val="23"/>
        </w:rPr>
        <w:t>I knew that before lunch.</w:t>
      </w:r>
    </w:p>
    <w:p>
      <w:r>
        <w:rPr>
          <w:rFonts w:ascii="Georgia" w:hAnsi="Georgia" w:eastAsia="Georgia"/>
          <w:sz w:val="23"/>
        </w:rPr>
        <w:t>Knowing it did not make being unnecessary in one particular room enjoyable.</w:t>
      </w:r>
    </w:p>
    <w:p>
      <w:r>
        <w:rPr>
          <w:rFonts w:ascii="Georgia" w:hAnsi="Georgia" w:eastAsia="Georgia"/>
          <w:sz w:val="23"/>
        </w:rPr>
        <w:t>Both could remain true.</w:t>
      </w:r>
    </w:p>
    <w:p>
      <w:r>
        <w:rPr>
          <w:rFonts w:ascii="Georgia" w:hAnsi="Georgia" w:eastAsia="Georgia"/>
          <w:sz w:val="23"/>
        </w:rPr>
        <w:t>At 1317 Miren returned the bracket for post-use inspection.</w:t>
      </w:r>
    </w:p>
    <w:p>
      <w:r>
        <w:rPr>
          <w:rFonts w:ascii="Georgia" w:hAnsi="Georgia" w:eastAsia="Georgia"/>
          <w:sz w:val="23"/>
        </w:rPr>
        <w:t>“No deformation,” she said.</w:t>
      </w:r>
    </w:p>
    <w:p>
      <w:r>
        <w:rPr>
          <w:rFonts w:ascii="Georgia" w:hAnsi="Georgia" w:eastAsia="Georgia"/>
          <w:sz w:val="23"/>
        </w:rPr>
        <w:t>“I can see that.”</w:t>
      </w:r>
    </w:p>
    <w:p>
      <w:r>
        <w:rPr>
          <w:rFonts w:ascii="Georgia" w:hAnsi="Georgia" w:eastAsia="Georgia"/>
          <w:sz w:val="23"/>
        </w:rPr>
        <w:t>“The coupling replacement held.”</w:t>
      </w:r>
    </w:p>
    <w:p>
      <w:r>
        <w:rPr>
          <w:rFonts w:ascii="Georgia" w:hAnsi="Georgia" w:eastAsia="Georgia"/>
          <w:sz w:val="23"/>
        </w:rPr>
        <w:t>“I assumed you would tell me if it had not.”</w:t>
      </w:r>
    </w:p>
    <w:p>
      <w:r>
        <w:rPr>
          <w:rFonts w:ascii="Georgia" w:hAnsi="Georgia" w:eastAsia="Georgia"/>
          <w:sz w:val="23"/>
        </w:rPr>
        <w:t>“The patient asked who made the bracket.”</w:t>
      </w:r>
    </w:p>
    <w:p>
      <w:r>
        <w:rPr>
          <w:rFonts w:ascii="Georgia" w:hAnsi="Georgia" w:eastAsia="Georgia"/>
          <w:sz w:val="23"/>
        </w:rPr>
        <w:t>I looked at her.</w:t>
      </w:r>
    </w:p>
    <w:p>
      <w:r>
        <w:rPr>
          <w:rFonts w:ascii="Georgia" w:hAnsi="Georgia" w:eastAsia="Georgia"/>
          <w:sz w:val="23"/>
        </w:rPr>
        <w:t>“I said the shop.”</w:t>
      </w:r>
    </w:p>
    <w:p>
      <w:r>
        <w:rPr>
          <w:rFonts w:ascii="Georgia" w:hAnsi="Georgia" w:eastAsia="Georgia"/>
          <w:sz w:val="23"/>
        </w:rPr>
        <w:t>“Correct.”</w:t>
      </w:r>
    </w:p>
    <w:p>
      <w:r>
        <w:rPr>
          <w:rFonts w:ascii="Georgia" w:hAnsi="Georgia" w:eastAsia="Georgia"/>
          <w:sz w:val="23"/>
        </w:rPr>
        <w:t>“She wanted a person.”</w:t>
      </w:r>
    </w:p>
    <w:p>
      <w:r>
        <w:rPr>
          <w:rFonts w:ascii="Georgia" w:hAnsi="Georgia" w:eastAsia="Georgia"/>
          <w:sz w:val="23"/>
        </w:rPr>
        <w:t>“The shop is not a person.”</w:t>
      </w:r>
    </w:p>
    <w:p>
      <w:r>
        <w:rPr>
          <w:rFonts w:ascii="Georgia" w:hAnsi="Georgia" w:eastAsia="Georgia"/>
          <w:sz w:val="23"/>
        </w:rPr>
        <w:t>“I noticed.”</w:t>
      </w:r>
    </w:p>
    <w:p>
      <w:r>
        <w:rPr>
          <w:rFonts w:ascii="Georgia" w:hAnsi="Georgia" w:eastAsia="Georgia"/>
          <w:sz w:val="23"/>
        </w:rPr>
        <w:t>“What did you say?”</w:t>
      </w:r>
    </w:p>
    <w:p>
      <w:r>
        <w:rPr>
          <w:rFonts w:ascii="Georgia" w:hAnsi="Georgia" w:eastAsia="Georgia"/>
          <w:sz w:val="23"/>
        </w:rPr>
        <w:t>“Your name.”</w:t>
      </w:r>
    </w:p>
    <w:p>
      <w:r>
        <w:rPr>
          <w:rFonts w:ascii="Georgia" w:hAnsi="Georgia" w:eastAsia="Georgia"/>
          <w:sz w:val="23"/>
        </w:rPr>
        <w:t>I inspected the bracket again.</w:t>
      </w:r>
    </w:p>
    <w:p>
      <w:r>
        <w:rPr>
          <w:rFonts w:ascii="Georgia" w:hAnsi="Georgia" w:eastAsia="Georgia"/>
          <w:sz w:val="23"/>
        </w:rPr>
        <w:t>“So was that.”</w:t>
      </w:r>
    </w:p>
    <w:p>
      <w:r>
        <w:rPr>
          <w:rFonts w:ascii="Georgia" w:hAnsi="Georgia" w:eastAsia="Georgia"/>
          <w:sz w:val="23"/>
        </w:rPr>
        <w:t>Miren put both palms on my bench.</w:t>
      </w:r>
    </w:p>
    <w:p>
      <w:r>
        <w:rPr>
          <w:rFonts w:ascii="Georgia" w:hAnsi="Georgia" w:eastAsia="Georgia"/>
          <w:sz w:val="23"/>
        </w:rPr>
        <w:t>“You are difficult to satisfy today.”</w:t>
      </w:r>
    </w:p>
    <w:p>
      <w:r>
        <w:rPr>
          <w:rFonts w:ascii="Georgia" w:hAnsi="Georgia" w:eastAsia="Georgia"/>
          <w:sz w:val="23"/>
        </w:rPr>
        <w:t>“I am not asking to be satisfied.”</w:t>
      </w:r>
    </w:p>
    <w:p>
      <w:r>
        <w:rPr>
          <w:rFonts w:ascii="Georgia" w:hAnsi="Georgia" w:eastAsia="Georgia"/>
          <w:sz w:val="23"/>
        </w:rPr>
        <w:t>“That may be the problem.”</w:t>
      </w:r>
    </w:p>
    <w:p>
      <w:r>
        <w:rPr>
          <w:rFonts w:ascii="Georgia" w:hAnsi="Georgia" w:eastAsia="Georgia"/>
          <w:sz w:val="23"/>
        </w:rPr>
        <w:t>I did not answer.</w:t>
      </w:r>
    </w:p>
    <w:p>
      <w:pPr>
        <w:spacing w:before="80" w:after="80"/>
        <w:jc w:val="center"/>
      </w:pPr>
      <w:r>
        <w:rPr>
          <w:rFonts w:ascii="Georgia" w:hAnsi="Georgia" w:eastAsia="Georgia"/>
          <w:sz w:val="23"/>
        </w:rPr>
        <w:t>§</w:t>
      </w:r>
    </w:p>
    <w:p>
      <w:r>
        <w:rPr>
          <w:rFonts w:ascii="Georgia" w:hAnsi="Georgia" w:eastAsia="Georgia"/>
          <w:sz w:val="23"/>
        </w:rPr>
        <w:t>At 1352 Kera convened a routing review.</w:t>
      </w:r>
    </w:p>
    <w:p>
      <w:r>
        <w:rPr>
          <w:rFonts w:ascii="Georgia" w:hAnsi="Georgia" w:eastAsia="Georgia"/>
          <w:sz w:val="23"/>
        </w:rPr>
        <w:t>Operations defended the scheduler.</w:t>
      </w:r>
    </w:p>
    <w:p>
      <w:r>
        <w:rPr>
          <w:rFonts w:ascii="Georgia" w:hAnsi="Georgia" w:eastAsia="Georgia"/>
          <w:sz w:val="23"/>
        </w:rPr>
        <w:t>They should have.</w:t>
      </w:r>
    </w:p>
    <w:p>
      <w:r>
        <w:rPr>
          <w:rFonts w:ascii="Georgia" w:hAnsi="Georgia" w:eastAsia="Georgia"/>
          <w:sz w:val="23"/>
        </w:rPr>
        <w:t>The change had reduced median delay in affected cases from nineteen minutes to eight.</w:t>
      </w:r>
    </w:p>
    <w:p>
      <w:r>
        <w:rPr>
          <w:rFonts w:ascii="Georgia" w:hAnsi="Georgia" w:eastAsia="Georgia"/>
          <w:sz w:val="23"/>
        </w:rPr>
        <w:t>Remote delays had fallen more.</w:t>
      </w:r>
    </w:p>
    <w:p>
      <w:r>
        <w:rPr>
          <w:rFonts w:ascii="Georgia" w:hAnsi="Georgia" w:eastAsia="Georgia"/>
          <w:sz w:val="23"/>
        </w:rPr>
        <w:t>No safety event had been attributed to the routing change.</w:t>
      </w:r>
    </w:p>
    <w:p>
      <w:r>
        <w:rPr>
          <w:rFonts w:ascii="Georgia" w:hAnsi="Georgia" w:eastAsia="Georgia"/>
          <w:sz w:val="23"/>
        </w:rPr>
        <w:t>Patients were waiting less because the system avoided assigning sole-start work to people who could not currently provide sole-start authority.</w:t>
      </w:r>
    </w:p>
    <w:p>
      <w:r>
        <w:rPr>
          <w:rFonts w:ascii="Georgia" w:hAnsi="Georgia" w:eastAsia="Georgia"/>
          <w:sz w:val="23"/>
        </w:rPr>
        <w:t>The operations lead, Tavin Iss, said, “I understand the validation concern. I do not understand why that makes the routing wrong.”</w:t>
      </w:r>
    </w:p>
    <w:p>
      <w:r>
        <w:rPr>
          <w:rFonts w:ascii="Georgia" w:hAnsi="Georgia" w:eastAsia="Georgia"/>
          <w:sz w:val="23"/>
        </w:rPr>
        <w:t>“It does not,” I said.</w:t>
      </w:r>
    </w:p>
    <w:p>
      <w:r>
        <w:rPr>
          <w:rFonts w:ascii="Georgia" w:hAnsi="Georgia" w:eastAsia="Georgia"/>
          <w:sz w:val="23"/>
        </w:rPr>
        <w:t>He stopped.</w:t>
      </w:r>
    </w:p>
    <w:p>
      <w:r>
        <w:rPr>
          <w:rFonts w:ascii="Georgia" w:hAnsi="Georgia" w:eastAsia="Georgia"/>
          <w:sz w:val="23"/>
        </w:rPr>
        <w:t>Kera looked at me.</w:t>
      </w:r>
    </w:p>
    <w:p>
      <w:r>
        <w:rPr>
          <w:rFonts w:ascii="Georgia" w:hAnsi="Georgia" w:eastAsia="Georgia"/>
          <w:sz w:val="23"/>
        </w:rPr>
        <w:t>I continued.</w:t>
      </w:r>
    </w:p>
    <w:p>
      <w:r>
        <w:rPr>
          <w:rFonts w:ascii="Georgia" w:hAnsi="Georgia" w:eastAsia="Georgia"/>
          <w:sz w:val="23"/>
        </w:rPr>
        <w:t>“The scheduler is doing what you asked. The performance interpretation has to account for what the scheduler removes from the observed population.”</w:t>
      </w:r>
    </w:p>
    <w:p>
      <w:r>
        <w:rPr>
          <w:rFonts w:ascii="Georgia" w:hAnsi="Georgia" w:eastAsia="Georgia"/>
          <w:sz w:val="23"/>
        </w:rPr>
        <w:t>“So you are not asking us to stop routing.”</w:t>
      </w:r>
    </w:p>
    <w:p>
      <w:r>
        <w:rPr>
          <w:rFonts w:ascii="Georgia" w:hAnsi="Georgia" w:eastAsia="Georgia"/>
          <w:sz w:val="23"/>
        </w:rPr>
        <w:t>“No.”</w:t>
      </w:r>
    </w:p>
    <w:p>
      <w:r>
        <w:rPr>
          <w:rFonts w:ascii="Georgia" w:hAnsi="Georgia" w:eastAsia="Georgia"/>
          <w:sz w:val="23"/>
        </w:rPr>
        <w:t>Miren said, “He is asking you to make the evidence dirtier.”</w:t>
      </w:r>
    </w:p>
    <w:p>
      <w:r>
        <w:rPr>
          <w:rFonts w:ascii="Georgia" w:hAnsi="Georgia" w:eastAsia="Georgia"/>
          <w:sz w:val="23"/>
        </w:rPr>
        <w:t>Tavin frowned.</w:t>
      </w:r>
    </w:p>
    <w:p>
      <w:r>
        <w:rPr>
          <w:rFonts w:ascii="Georgia" w:hAnsi="Georgia" w:eastAsia="Georgia"/>
          <w:sz w:val="23"/>
        </w:rPr>
        <w:t>“Explain.”</w:t>
      </w:r>
    </w:p>
    <w:p>
      <w:r>
        <w:rPr>
          <w:rFonts w:ascii="Georgia" w:hAnsi="Georgia" w:eastAsia="Georgia"/>
          <w:sz w:val="23"/>
        </w:rPr>
        <w:t>“Shadow the excluded cases,” I said. “Do not send them back through live release. Do not increase patient delay. Evaluate enough of them offline that expansion decisions know what the operational filter removed.”</w:t>
      </w:r>
    </w:p>
    <w:p>
      <w:r>
        <w:rPr>
          <w:rFonts w:ascii="Georgia" w:hAnsi="Georgia" w:eastAsia="Georgia"/>
          <w:sz w:val="23"/>
        </w:rPr>
        <w:t>“That costs compute and review.”</w:t>
      </w:r>
    </w:p>
    <w:p>
      <w:r>
        <w:rPr>
          <w:rFonts w:ascii="Georgia" w:hAnsi="Georgia" w:eastAsia="Georgia"/>
          <w:sz w:val="23"/>
        </w:rPr>
        <w:t>“Yes.”</w:t>
      </w:r>
    </w:p>
    <w:p>
      <w:r>
        <w:rPr>
          <w:rFonts w:ascii="Georgia" w:hAnsi="Georgia" w:eastAsia="Georgia"/>
          <w:sz w:val="23"/>
        </w:rPr>
        <w:t>“How much?”</w:t>
      </w:r>
    </w:p>
    <w:p>
      <w:r>
        <w:rPr>
          <w:rFonts w:ascii="Georgia" w:hAnsi="Georgia" w:eastAsia="Georgia"/>
          <w:sz w:val="23"/>
        </w:rPr>
        <w:t>Vesk gave the estimate.</w:t>
      </w:r>
    </w:p>
    <w:p>
      <w:r>
        <w:rPr>
          <w:rFonts w:ascii="Georgia" w:hAnsi="Georgia" w:eastAsia="Georgia"/>
          <w:sz w:val="23"/>
        </w:rPr>
        <w:t>Not much in compute.</w:t>
        <w:br/>
        <w:t>Substantial in expert review because UNKNOWN cases still needed someone to determine whether the missing ancestry mattered to the proposed error mode.</w:t>
      </w:r>
    </w:p>
    <w:p>
      <w:r>
        <w:rPr>
          <w:rFonts w:ascii="Georgia" w:hAnsi="Georgia" w:eastAsia="Georgia"/>
          <w:sz w:val="23"/>
        </w:rPr>
        <w:t>Tavin said, “So the efficiency gain moves from the clinic to validation.”</w:t>
      </w:r>
    </w:p>
    <w:p>
      <w:r>
        <w:rPr>
          <w:rFonts w:ascii="Georgia" w:hAnsi="Georgia" w:eastAsia="Georgia"/>
          <w:sz w:val="23"/>
        </w:rPr>
        <w:t>“Some of it.”</w:t>
      </w:r>
    </w:p>
    <w:p>
      <w:r>
        <w:rPr>
          <w:rFonts w:ascii="Georgia" w:hAnsi="Georgia" w:eastAsia="Georgia"/>
          <w:sz w:val="23"/>
        </w:rPr>
        <w:t>“That sounds like hiding the cost.”</w:t>
      </w:r>
    </w:p>
    <w:p>
      <w:r>
        <w:rPr>
          <w:rFonts w:ascii="Georgia" w:hAnsi="Georgia" w:eastAsia="Georgia"/>
          <w:sz w:val="23"/>
        </w:rPr>
        <w:t>“No. It sounds like moving the cost to the place where the uncertainty exists.”</w:t>
      </w:r>
    </w:p>
    <w:p>
      <w:r>
        <w:rPr>
          <w:rFonts w:ascii="Georgia" w:hAnsi="Georgia" w:eastAsia="Georgia"/>
          <w:sz w:val="23"/>
        </w:rPr>
        <w:t>He considered that.</w:t>
      </w:r>
    </w:p>
    <w:p>
      <w:r>
        <w:rPr>
          <w:rFonts w:ascii="Georgia" w:hAnsi="Georgia" w:eastAsia="Georgia"/>
          <w:sz w:val="23"/>
        </w:rPr>
        <w:t>Kera asked, “What about the routing label on restricted operators?”</w:t>
      </w:r>
    </w:p>
    <w:p>
      <w:r>
        <w:rPr>
          <w:rFonts w:ascii="Georgia" w:hAnsi="Georgia" w:eastAsia="Georgia"/>
          <w:sz w:val="23"/>
        </w:rPr>
        <w:t>Tavin opened the schema.</w:t>
      </w:r>
    </w:p>
    <w:p>
      <w:r>
        <w:rPr>
          <w:rFonts w:ascii="Georgia" w:hAnsi="Georgia" w:eastAsia="Georgia"/>
          <w:sz w:val="23"/>
        </w:rPr>
        <w:t>TEMPORARY SIGNATORY-EFFICIENCY ROUTING.</w:t>
        <w:br/>
        <w:t>Operator properties used:</w:t>
        <w:br/>
        <w:t>- sole-start authority state</w:t>
        <w:br/>
        <w:t>- paired-review availability</w:t>
        <w:br/>
        <w:t>- expected intervention class</w:t>
        <w:br/>
        <w:t>- predicted legacy complexity</w:t>
        <w:br/>
        <w:t>- travel and staffing burden</w:t>
      </w:r>
    </w:p>
    <w:p>
      <w:r>
        <w:rPr>
          <w:rFonts w:ascii="Georgia" w:hAnsi="Georgia" w:eastAsia="Georgia"/>
          <w:sz w:val="23"/>
        </w:rPr>
        <w:t>Nothing in it downgraded qualification.</w:t>
      </w:r>
    </w:p>
    <w:p>
      <w:r>
        <w:rPr>
          <w:rFonts w:ascii="Georgia" w:hAnsi="Georgia" w:eastAsia="Georgia"/>
          <w:sz w:val="23"/>
        </w:rPr>
        <w:t>I had already verified that.</w:t>
      </w:r>
    </w:p>
    <w:p>
      <w:r>
        <w:rPr>
          <w:rFonts w:ascii="Georgia" w:hAnsi="Georgia" w:eastAsia="Georgia"/>
          <w:sz w:val="23"/>
        </w:rPr>
        <w:t>The downstream export field stopped me.</w:t>
      </w:r>
    </w:p>
    <w:p>
      <w:r>
        <w:rPr>
          <w:rFonts w:ascii="Georgia" w:hAnsi="Georgia" w:eastAsia="Georgia"/>
          <w:sz w:val="23"/>
        </w:rPr>
        <w:t>PRIMARY OPERATOR ELIGIBILITY: REDUCED.</w:t>
      </w:r>
    </w:p>
    <w:p>
      <w:r>
        <w:rPr>
          <w:rFonts w:ascii="Georgia" w:hAnsi="Georgia" w:eastAsia="Georgia"/>
          <w:sz w:val="23"/>
        </w:rPr>
        <w:t>I pointed at it.</w:t>
      </w:r>
    </w:p>
    <w:p>
      <w:r>
        <w:rPr>
          <w:rFonts w:ascii="Georgia" w:hAnsi="Georgia" w:eastAsia="Georgia"/>
          <w:sz w:val="23"/>
        </w:rPr>
        <w:t>“What does that mean outside the scheduler?”</w:t>
      </w:r>
    </w:p>
    <w:p>
      <w:r>
        <w:rPr>
          <w:rFonts w:ascii="Georgia" w:hAnsi="Georgia" w:eastAsia="Georgia"/>
          <w:sz w:val="23"/>
        </w:rPr>
        <w:t>Tavin opened the data dictionary.</w:t>
      </w:r>
    </w:p>
    <w:p>
      <w:r>
        <w:rPr>
          <w:rFonts w:ascii="Georgia" w:hAnsi="Georgia" w:eastAsia="Georgia"/>
          <w:sz w:val="23"/>
        </w:rPr>
        <w:t>The field fed workforce planning, competency utilization reports, training assignment, and long-horizon staffing models.</w:t>
      </w:r>
    </w:p>
    <w:p>
      <w:r>
        <w:rPr>
          <w:rFonts w:ascii="Georgia" w:hAnsi="Georgia" w:eastAsia="Georgia"/>
          <w:sz w:val="23"/>
        </w:rPr>
        <w:t>Reduced meant fewer categories of work could be assigned without additional personnel.</w:t>
      </w:r>
    </w:p>
    <w:p>
      <w:r>
        <w:rPr>
          <w:rFonts w:ascii="Georgia" w:hAnsi="Georgia" w:eastAsia="Georgia"/>
          <w:sz w:val="23"/>
        </w:rPr>
        <w:t>Technically accurate.</w:t>
      </w:r>
    </w:p>
    <w:p>
      <w:r>
        <w:rPr>
          <w:rFonts w:ascii="Georgia" w:hAnsi="Georgia" w:eastAsia="Georgia"/>
          <w:sz w:val="23"/>
        </w:rPr>
        <w:t>Operationally dangerous.</w:t>
      </w:r>
    </w:p>
    <w:p>
      <w:r>
        <w:rPr>
          <w:rFonts w:ascii="Georgia" w:hAnsi="Georgia" w:eastAsia="Georgia"/>
          <w:sz w:val="23"/>
        </w:rPr>
        <w:t>“Change the field,” I said.</w:t>
      </w:r>
    </w:p>
    <w:p>
      <w:r>
        <w:rPr>
          <w:rFonts w:ascii="Georgia" w:hAnsi="Georgia" w:eastAsia="Georgia"/>
          <w:sz w:val="23"/>
        </w:rPr>
        <w:t>Tavin looked at me.</w:t>
      </w:r>
    </w:p>
    <w:p>
      <w:r>
        <w:rPr>
          <w:rFonts w:ascii="Georgia" w:hAnsi="Georgia" w:eastAsia="Georgia"/>
          <w:sz w:val="23"/>
        </w:rPr>
        <w:t>“To what?”</w:t>
      </w:r>
    </w:p>
    <w:p>
      <w:r>
        <w:rPr>
          <w:rFonts w:ascii="Georgia" w:hAnsi="Georgia" w:eastAsia="Georgia"/>
          <w:sz w:val="23"/>
        </w:rPr>
        <w:t>“Do not collapse qualification and current signatory condition.”</w:t>
      </w:r>
    </w:p>
    <w:p>
      <w:r>
        <w:rPr>
          <w:rFonts w:ascii="Georgia" w:hAnsi="Georgia" w:eastAsia="Georgia"/>
          <w:sz w:val="23"/>
        </w:rPr>
        <w:t>“They both affect eligibility.”</w:t>
      </w:r>
    </w:p>
    <w:p>
      <w:r>
        <w:rPr>
          <w:rFonts w:ascii="Georgia" w:hAnsi="Georgia" w:eastAsia="Georgia"/>
          <w:sz w:val="23"/>
        </w:rPr>
        <w:t>“For assignment today.”</w:t>
      </w:r>
    </w:p>
    <w:p>
      <w:r>
        <w:rPr>
          <w:rFonts w:ascii="Georgia" w:hAnsi="Georgia" w:eastAsia="Georgia"/>
          <w:sz w:val="23"/>
        </w:rPr>
        <w:t>“Yes.”</w:t>
      </w:r>
    </w:p>
    <w:p>
      <w:r>
        <w:rPr>
          <w:rFonts w:ascii="Georgia" w:hAnsi="Georgia" w:eastAsia="Georgia"/>
          <w:sz w:val="23"/>
        </w:rPr>
        <w:t>“Not for competence history.”</w:t>
      </w:r>
    </w:p>
    <w:p>
      <w:r>
        <w:rPr>
          <w:rFonts w:ascii="Georgia" w:hAnsi="Georgia" w:eastAsia="Georgia"/>
          <w:sz w:val="23"/>
        </w:rPr>
        <w:t>He understood before I finished.</w:t>
      </w:r>
    </w:p>
    <w:p>
      <w:r>
        <w:rPr>
          <w:rFonts w:ascii="Georgia" w:hAnsi="Georgia" w:eastAsia="Georgia"/>
          <w:sz w:val="23"/>
        </w:rPr>
        <w:t>The temporary control was beginning to generate a durable record that I was a reduced-eligibility operator.</w:t>
      </w:r>
    </w:p>
    <w:p>
      <w:r>
        <w:rPr>
          <w:rFonts w:ascii="Georgia" w:hAnsi="Georgia" w:eastAsia="Georgia"/>
          <w:sz w:val="23"/>
        </w:rPr>
        <w:t>Future systems could read that record after the reason disappeared.</w:t>
      </w:r>
    </w:p>
    <w:p>
      <w:r>
        <w:rPr>
          <w:rFonts w:ascii="Georgia" w:hAnsi="Georgia" w:eastAsia="Georgia"/>
          <w:sz w:val="23"/>
        </w:rPr>
        <w:t>A temporary restriction could become a biography.</w:t>
      </w:r>
    </w:p>
    <w:p>
      <w:r>
        <w:rPr>
          <w:rFonts w:ascii="Georgia" w:hAnsi="Georgia" w:eastAsia="Georgia"/>
          <w:sz w:val="23"/>
        </w:rPr>
        <w:t>A condition relevant to one decision had begun traveling as a property of the person.</w:t>
      </w:r>
    </w:p>
    <w:p>
      <w:r>
        <w:rPr>
          <w:rFonts w:ascii="Georgia" w:hAnsi="Georgia" w:eastAsia="Georgia"/>
          <w:sz w:val="23"/>
        </w:rPr>
        <w:t>I said, “The restriction belongs to the authorization state. Not to my qualification.”</w:t>
      </w:r>
    </w:p>
    <w:p>
      <w:r>
        <w:rPr>
          <w:rFonts w:ascii="Georgia" w:hAnsi="Georgia" w:eastAsia="Georgia"/>
          <w:sz w:val="23"/>
        </w:rPr>
        <w:t>Tavin changed the proposed schema on the wall.</w:t>
      </w:r>
    </w:p>
    <w:p>
      <w:r>
        <w:rPr>
          <w:rFonts w:ascii="Georgia" w:hAnsi="Georgia" w:eastAsia="Georgia"/>
          <w:sz w:val="23"/>
        </w:rPr>
        <w:t>PRIMARY TECHNICAL QUALIFICATION: ACTIVE.</w:t>
        <w:br/>
        <w:t>SOLE-START AUTHORITY: SUSPENDED WITHIN COVERED DOMAIN.</w:t>
        <w:br/>
        <w:t>ROUTING CONSEQUENCE: PAIRED SIGNATORY REQUIRED FOR SPECIFIED LIVE INTERVENTIONS.</w:t>
      </w:r>
    </w:p>
    <w:p>
      <w:r>
        <w:rPr>
          <w:rFonts w:ascii="Georgia" w:hAnsi="Georgia" w:eastAsia="Georgia"/>
          <w:sz w:val="23"/>
        </w:rPr>
        <w:t>The old field would stop exporting.</w:t>
      </w:r>
    </w:p>
    <w:p>
      <w:r>
        <w:rPr>
          <w:rFonts w:ascii="Georgia" w:hAnsi="Georgia" w:eastAsia="Georgia"/>
          <w:sz w:val="23"/>
        </w:rPr>
        <w:t>Historical instances would remain with a migration note explaining that REDUCED reflected temporary signatory routing, not competence downgrade.</w:t>
      </w:r>
    </w:p>
    <w:p>
      <w:r>
        <w:rPr>
          <w:rFonts w:ascii="Georgia" w:hAnsi="Georgia" w:eastAsia="Georgia"/>
          <w:sz w:val="23"/>
        </w:rPr>
        <w:t>I read the note.</w:t>
      </w:r>
    </w:p>
    <w:p>
      <w:r>
        <w:rPr>
          <w:rFonts w:ascii="Georgia" w:hAnsi="Georgia" w:eastAsia="Georgia"/>
          <w:sz w:val="23"/>
        </w:rPr>
        <w:t>It was ugly.</w:t>
      </w:r>
    </w:p>
    <w:p>
      <w:r>
        <w:rPr>
          <w:rFonts w:ascii="Georgia" w:hAnsi="Georgia" w:eastAsia="Georgia"/>
          <w:sz w:val="23"/>
        </w:rPr>
        <w:t>It was accurate.</w:t>
      </w:r>
    </w:p>
    <w:p>
      <w:r>
        <w:rPr>
          <w:rFonts w:ascii="Georgia" w:hAnsi="Georgia" w:eastAsia="Georgia"/>
          <w:sz w:val="23"/>
        </w:rPr>
        <w:t>I approved the wording as affected operator.</w:t>
      </w:r>
    </w:p>
    <w:p>
      <w:r>
        <w:rPr>
          <w:rFonts w:ascii="Georgia" w:hAnsi="Georgia" w:eastAsia="Georgia"/>
          <w:sz w:val="23"/>
        </w:rPr>
        <w:t>No one asked me whether I felt restored.</w:t>
      </w:r>
    </w:p>
    <w:p>
      <w:r>
        <w:rPr>
          <w:rFonts w:ascii="Georgia" w:hAnsi="Georgia" w:eastAsia="Georgia"/>
          <w:sz w:val="23"/>
        </w:rPr>
        <w:t>I did not.</w:t>
      </w:r>
    </w:p>
    <w:p>
      <w:r>
        <w:rPr>
          <w:rFonts w:ascii="Georgia" w:hAnsi="Georgia" w:eastAsia="Georgia"/>
          <w:sz w:val="23"/>
        </w:rPr>
        <w:t>Nothing had been restored.</w:t>
      </w:r>
    </w:p>
    <w:p>
      <w:r>
        <w:rPr>
          <w:rFonts w:ascii="Georgia" w:hAnsi="Georgia" w:eastAsia="Georgia"/>
          <w:sz w:val="23"/>
        </w:rPr>
        <w:t>The record had stopped becoming worse.</w:t>
      </w:r>
    </w:p>
    <w:p>
      <w:pPr>
        <w:spacing w:before="80" w:after="80"/>
        <w:jc w:val="center"/>
      </w:pPr>
      <w:r>
        <w:rPr>
          <w:rFonts w:ascii="Georgia" w:hAnsi="Georgia" w:eastAsia="Georgia"/>
          <w:sz w:val="23"/>
        </w:rPr>
        <w:t>§</w:t>
      </w:r>
    </w:p>
    <w:p>
      <w:r>
        <w:rPr>
          <w:rFonts w:ascii="Georgia" w:hAnsi="Georgia" w:eastAsia="Georgia"/>
          <w:sz w:val="23"/>
        </w:rPr>
        <w:t>By 1510 we had two separate corrections.</w:t>
      </w:r>
    </w:p>
    <w:p>
      <w:r>
        <w:rPr>
          <w:rFonts w:ascii="Georgia" w:hAnsi="Georgia" w:eastAsia="Georgia"/>
          <w:sz w:val="23"/>
        </w:rPr>
        <w:t>The first concerned evidence:</w:t>
      </w:r>
    </w:p>
    <w:p>
      <w:r>
        <w:rPr>
          <w:rFonts w:ascii="Georgia" w:hAnsi="Georgia" w:eastAsia="Georgia"/>
          <w:sz w:val="23"/>
        </w:rPr>
        <w:t>LIVE PERFORMANCE METRICS MUST IDENTIFY OPERATIONAL ROUTING OR ELIGIBILITY FILTERS THAT ALTER THE POPULATION EXPOSED TO THE SYSTEM UNDER EVALUATION.</w:t>
      </w:r>
    </w:p>
    <w:p>
      <w:r>
        <w:rPr>
          <w:rFonts w:ascii="Georgia" w:hAnsi="Georgia" w:eastAsia="Georgia"/>
          <w:sz w:val="23"/>
        </w:rPr>
        <w:t>WHEN A LATER DECISION APPLIES BEYOND THAT OBSERVED POPULATION, EXCLUDED CASES REQUIRE SEPARATE EVALUATION SUFFICIENT TO THE CLAIM.</w:t>
      </w:r>
    </w:p>
    <w:p>
      <w:r>
        <w:rPr>
          <w:rFonts w:ascii="Georgia" w:hAnsi="Georgia" w:eastAsia="Georgia"/>
          <w:sz w:val="23"/>
        </w:rPr>
        <w:t>The second concerned people:</w:t>
      </w:r>
    </w:p>
    <w:p>
      <w:r>
        <w:rPr>
          <w:rFonts w:ascii="Georgia" w:hAnsi="Georgia" w:eastAsia="Georgia"/>
          <w:sz w:val="23"/>
        </w:rPr>
        <w:t>TEMPORARY AUTHORIZATION CONSTRAINTS MUST NOT BE EXPORTED AS DURABLE COMPETENCY ATTRIBUTES UNLESS COMPETENCY ITSELF HAS BEEN EVALUATED AND CHANGED.</w:t>
      </w:r>
    </w:p>
    <w:p>
      <w:r>
        <w:rPr>
          <w:rFonts w:ascii="Georgia" w:hAnsi="Georgia" w:eastAsia="Georgia"/>
          <w:sz w:val="23"/>
        </w:rPr>
        <w:t>They were related because the same scheduler had produced both problems.</w:t>
      </w:r>
    </w:p>
    <w:p>
      <w:r>
        <w:rPr>
          <w:rFonts w:ascii="Georgia" w:hAnsi="Georgia" w:eastAsia="Georgia"/>
          <w:sz w:val="23"/>
        </w:rPr>
        <w:t>They were not one problem.</w:t>
      </w:r>
    </w:p>
    <w:p>
      <w:r>
        <w:rPr>
          <w:rFonts w:ascii="Georgia" w:hAnsi="Georgia" w:eastAsia="Georgia"/>
          <w:sz w:val="23"/>
        </w:rPr>
        <w:t>I resisted combining them.</w:t>
      </w:r>
    </w:p>
    <w:p>
      <w:r>
        <w:rPr>
          <w:rFonts w:ascii="Georgia" w:hAnsi="Georgia" w:eastAsia="Georgia"/>
          <w:sz w:val="23"/>
        </w:rPr>
        <w:t>That mattered more than the elegance of the document.</w:t>
      </w:r>
    </w:p>
    <w:p>
      <w:r>
        <w:rPr>
          <w:rFonts w:ascii="Georgia" w:hAnsi="Georgia" w:eastAsia="Georgia"/>
          <w:sz w:val="23"/>
        </w:rPr>
        <w:t>At 1538 Kera approved a seven-day shadow-sampling plan for routed-out cases.</w:t>
      </w:r>
    </w:p>
    <w:p>
      <w:r>
        <w:rPr>
          <w:rFonts w:ascii="Georgia" w:hAnsi="Georgia" w:eastAsia="Georgia"/>
          <w:sz w:val="23"/>
        </w:rPr>
        <w:t>My restriction remained.</w:t>
      </w:r>
    </w:p>
    <w:p>
      <w:r>
        <w:rPr>
          <w:rFonts w:ascii="Georgia" w:hAnsi="Georgia" w:eastAsia="Georgia"/>
          <w:sz w:val="23"/>
        </w:rPr>
        <w:t>The routing system remained.</w:t>
      </w:r>
    </w:p>
    <w:p>
      <w:r>
        <w:rPr>
          <w:rFonts w:ascii="Georgia" w:hAnsi="Georgia" w:eastAsia="Georgia"/>
          <w:sz w:val="23"/>
        </w:rPr>
        <w:t>The clinic delays remained lower.</w:t>
      </w:r>
    </w:p>
    <w:p>
      <w:r>
        <w:rPr>
          <w:rFonts w:ascii="Georgia" w:hAnsi="Georgia" w:eastAsia="Georgia"/>
          <w:sz w:val="23"/>
        </w:rPr>
        <w:t>The release tool’s live performance remained strong.</w:t>
      </w:r>
    </w:p>
    <w:p>
      <w:r>
        <w:rPr>
          <w:rFonts w:ascii="Georgia" w:hAnsi="Georgia" w:eastAsia="Georgia"/>
          <w:sz w:val="23"/>
        </w:rPr>
        <w:t>The expansion forecast became less certain because the new shadow denominator contained more legacy complexity than the operational population.</w:t>
      </w:r>
    </w:p>
    <w:p>
      <w:r>
        <w:rPr>
          <w:rFonts w:ascii="Georgia" w:hAnsi="Georgia" w:eastAsia="Georgia"/>
          <w:sz w:val="23"/>
        </w:rPr>
        <w:t>No patient lost an afternoon. We did.</w:t>
      </w:r>
    </w:p>
    <w:p>
      <w:pPr>
        <w:spacing w:before="80" w:after="80"/>
        <w:jc w:val="center"/>
      </w:pPr>
      <w:r>
        <w:rPr>
          <w:rFonts w:ascii="Georgia" w:hAnsi="Georgia" w:eastAsia="Georgia"/>
          <w:sz w:val="23"/>
        </w:rPr>
        <w:t>§</w:t>
      </w:r>
    </w:p>
    <w:p>
      <w:r>
        <w:rPr>
          <w:rFonts w:ascii="Georgia" w:hAnsi="Georgia" w:eastAsia="Georgia"/>
          <w:sz w:val="23"/>
        </w:rPr>
        <w:t>At 1644 my queue contained five cases.</w:t>
      </w:r>
    </w:p>
    <w:p>
      <w:r>
        <w:rPr>
          <w:rFonts w:ascii="Georgia" w:hAnsi="Georgia" w:eastAsia="Georgia"/>
          <w:sz w:val="23"/>
        </w:rPr>
        <w:t>Still fewer than normal.</w:t>
      </w:r>
    </w:p>
    <w:p>
      <w:r>
        <w:rPr>
          <w:rFonts w:ascii="Georgia" w:hAnsi="Georgia" w:eastAsia="Georgia"/>
          <w:sz w:val="23"/>
        </w:rPr>
        <w:t>One required fabrication.</w:t>
        <w:br/>
        <w:t>Two were non-live analytic reviews.</w:t>
        <w:br/>
        <w:t>One was a domestic concordance service dispute.</w:t>
        <w:br/>
        <w:t>One was an integrated-setting case with paired capacity already assigned.</w:t>
      </w:r>
    </w:p>
    <w:p>
      <w:r>
        <w:rPr>
          <w:rFonts w:ascii="Georgia" w:hAnsi="Georgia" w:eastAsia="Georgia"/>
          <w:sz w:val="23"/>
        </w:rPr>
        <w:t>I opened the last.</w:t>
      </w:r>
    </w:p>
    <w:p>
      <w:r>
        <w:rPr>
          <w:rFonts w:ascii="Georgia" w:hAnsi="Georgia" w:eastAsia="Georgia"/>
          <w:sz w:val="23"/>
        </w:rPr>
        <w:t>The primary operator was a clinician I did not know.</w:t>
      </w:r>
    </w:p>
    <w:p>
      <w:r>
        <w:rPr>
          <w:rFonts w:ascii="Georgia" w:hAnsi="Georgia" w:eastAsia="Georgia"/>
          <w:sz w:val="23"/>
        </w:rPr>
        <w:t>She had already completed the history review.</w:t>
        <w:br/>
        <w:t>Her derivation-lineage trace was complete through the relevant transform family.</w:t>
        <w:br/>
        <w:t>She had identified one unsupported inference in the manufacturer’s service note and removed it from the decision.</w:t>
      </w:r>
    </w:p>
    <w:p>
      <w:r>
        <w:rPr>
          <w:rFonts w:ascii="Georgia" w:hAnsi="Georgia" w:eastAsia="Georgia"/>
          <w:sz w:val="23"/>
        </w:rPr>
        <w:t>My task was to review a proposed temporary brace geometry.</w:t>
      </w:r>
    </w:p>
    <w:p>
      <w:r>
        <w:rPr>
          <w:rFonts w:ascii="Georgia" w:hAnsi="Georgia" w:eastAsia="Georgia"/>
          <w:sz w:val="23"/>
        </w:rPr>
        <w:t>I rotated the model.</w:t>
      </w:r>
    </w:p>
    <w:p>
      <w:r>
        <w:rPr>
          <w:rFonts w:ascii="Georgia" w:hAnsi="Georgia" w:eastAsia="Georgia"/>
          <w:sz w:val="23"/>
        </w:rPr>
        <w:t>The medial strut would contact soft tissue under flexion.</w:t>
      </w:r>
    </w:p>
    <w:p>
      <w:r>
        <w:rPr>
          <w:rFonts w:ascii="Georgia" w:hAnsi="Georgia" w:eastAsia="Georgia"/>
          <w:sz w:val="23"/>
        </w:rPr>
        <w:t>I marked the interference and proposed a six-millimeter offset.</w:t>
      </w:r>
    </w:p>
    <w:p>
      <w:r>
        <w:rPr>
          <w:rFonts w:ascii="Georgia" w:hAnsi="Georgia" w:eastAsia="Georgia"/>
          <w:sz w:val="23"/>
        </w:rPr>
        <w:t>The primary operator accepted it twelve minutes later.</w:t>
      </w:r>
    </w:p>
    <w:p>
      <w:r>
        <w:rPr>
          <w:rFonts w:ascii="Georgia" w:hAnsi="Georgia" w:eastAsia="Georgia"/>
          <w:sz w:val="23"/>
        </w:rPr>
        <w:t>No one asked me to authorize the intervention.</w:t>
      </w:r>
    </w:p>
    <w:p>
      <w:r>
        <w:rPr>
          <w:rFonts w:ascii="Georgia" w:hAnsi="Georgia" w:eastAsia="Georgia"/>
          <w:sz w:val="23"/>
        </w:rPr>
        <w:t>The work continued.</w:t>
      </w:r>
    </w:p>
    <w:p>
      <w:r>
        <w:rPr>
          <w:rFonts w:ascii="Georgia" w:hAnsi="Georgia" w:eastAsia="Georgia"/>
          <w:sz w:val="23"/>
        </w:rPr>
        <w:t>At 1719 Miren stood beside the queue wall.</w:t>
      </w:r>
    </w:p>
    <w:p>
      <w:r>
        <w:rPr>
          <w:rFonts w:ascii="Georgia" w:hAnsi="Georgia" w:eastAsia="Georgia"/>
          <w:sz w:val="23"/>
        </w:rPr>
        <w:t>“You have more cases now.”</w:t>
      </w:r>
    </w:p>
    <w:p>
      <w:r>
        <w:rPr>
          <w:rFonts w:ascii="Georgia" w:hAnsi="Georgia" w:eastAsia="Georgia"/>
          <w:sz w:val="23"/>
        </w:rPr>
        <w:t>“Five.”</w:t>
      </w:r>
    </w:p>
    <w:p>
      <w:r>
        <w:rPr>
          <w:rFonts w:ascii="Georgia" w:hAnsi="Georgia" w:eastAsia="Georgia"/>
          <w:sz w:val="23"/>
        </w:rPr>
        <w:t>“You complained at three.”</w:t>
      </w:r>
    </w:p>
    <w:p>
      <w:r>
        <w:rPr>
          <w:rFonts w:ascii="Georgia" w:hAnsi="Georgia" w:eastAsia="Georgia"/>
          <w:sz w:val="23"/>
        </w:rPr>
        <w:t>“I did not complain.”</w:t>
      </w:r>
    </w:p>
    <w:p>
      <w:r>
        <w:rPr>
          <w:rFonts w:ascii="Georgia" w:hAnsi="Georgia" w:eastAsia="Georgia"/>
          <w:sz w:val="23"/>
        </w:rPr>
        <w:t>“You stared with intent.”</w:t>
      </w:r>
    </w:p>
    <w:p>
      <w:r>
        <w:rPr>
          <w:rFonts w:ascii="Georgia" w:hAnsi="Georgia" w:eastAsia="Georgia"/>
          <w:sz w:val="23"/>
        </w:rPr>
        <w:t>“That is not a formal category.”</w:t>
      </w:r>
    </w:p>
    <w:p>
      <w:r>
        <w:rPr>
          <w:rFonts w:ascii="Georgia" w:hAnsi="Georgia" w:eastAsia="Georgia"/>
          <w:sz w:val="23"/>
        </w:rPr>
        <w:t>“Yet.”</w:t>
      </w:r>
    </w:p>
    <w:p>
      <w:r>
        <w:rPr>
          <w:rFonts w:ascii="Georgia" w:hAnsi="Georgia" w:eastAsia="Georgia"/>
          <w:sz w:val="23"/>
        </w:rPr>
        <w:t>I looked at her.</w:t>
      </w:r>
    </w:p>
    <w:p>
      <w:r>
        <w:rPr>
          <w:rFonts w:ascii="Georgia" w:hAnsi="Georgia" w:eastAsia="Georgia"/>
          <w:sz w:val="23"/>
        </w:rPr>
        <w:t>She smiled once and left before I could answer.</w:t>
      </w:r>
    </w:p>
    <w:p>
      <w:r>
        <w:rPr>
          <w:rFonts w:ascii="Georgia" w:hAnsi="Georgia" w:eastAsia="Georgia"/>
          <w:sz w:val="23"/>
        </w:rPr>
        <w:t>I did not write the exchange down.</w:t>
      </w:r>
    </w:p>
    <w:p>
      <w:pPr>
        <w:spacing w:before="80" w:after="80"/>
        <w:jc w:val="center"/>
      </w:pPr>
      <w:r>
        <w:rPr>
          <w:rFonts w:ascii="Georgia" w:hAnsi="Georgia" w:eastAsia="Georgia"/>
          <w:sz w:val="23"/>
        </w:rPr>
        <w:t>§</w:t>
      </w:r>
    </w:p>
    <w:p>
      <w:r>
        <w:rPr>
          <w:rFonts w:ascii="Georgia" w:hAnsi="Georgia" w:eastAsia="Georgia"/>
          <w:sz w:val="23"/>
        </w:rPr>
        <w:t>At 1906 the shadow dashboard began receiving the routed-out cases prospectively.</w:t>
      </w:r>
    </w:p>
    <w:p>
      <w:r>
        <w:rPr>
          <w:rFonts w:ascii="Georgia" w:hAnsi="Georgia" w:eastAsia="Georgia"/>
          <w:sz w:val="23"/>
        </w:rPr>
        <w:t>The display now showed two populations.</w:t>
      </w:r>
    </w:p>
    <w:p>
      <w:r>
        <w:rPr>
          <w:rFonts w:ascii="Georgia" w:hAnsi="Georgia" w:eastAsia="Georgia"/>
          <w:sz w:val="23"/>
        </w:rPr>
        <w:t>LIVE OPERATIONAL POPULATION.</w:t>
        <w:br/>
        <w:t>SHADOW EXCLUDED POPULATION.</w:t>
      </w:r>
    </w:p>
    <w:p>
      <w:r>
        <w:rPr>
          <w:rFonts w:ascii="Georgia" w:hAnsi="Georgia" w:eastAsia="Georgia"/>
          <w:sz w:val="23"/>
        </w:rPr>
        <w:t>The live population remained cleaner.</w:t>
      </w:r>
    </w:p>
    <w:p>
      <w:r>
        <w:rPr>
          <w:rFonts w:ascii="Georgia" w:hAnsi="Georgia" w:eastAsia="Georgia"/>
          <w:sz w:val="23"/>
        </w:rPr>
        <w:t>It should have. The scheduler was doing its job.</w:t>
      </w:r>
    </w:p>
    <w:p>
      <w:r>
        <w:rPr>
          <w:rFonts w:ascii="Georgia" w:hAnsi="Georgia" w:eastAsia="Georgia"/>
          <w:sz w:val="23"/>
        </w:rPr>
        <w:t>The shadow population carried more old hardware, more incomplete lineage, more paired-review triggers, and more cases in which the relevant error mode had to be identified before independence could be assessed.</w:t>
      </w:r>
    </w:p>
    <w:p>
      <w:r>
        <w:rPr>
          <w:rFonts w:ascii="Georgia" w:hAnsi="Georgia" w:eastAsia="Georgia"/>
          <w:sz w:val="23"/>
        </w:rPr>
        <w:t>The difference was no longer hidden inside one success rate.</w:t>
      </w:r>
    </w:p>
    <w:p>
      <w:r>
        <w:rPr>
          <w:rFonts w:ascii="Georgia" w:hAnsi="Georgia" w:eastAsia="Georgia"/>
          <w:sz w:val="23"/>
        </w:rPr>
        <w:t>At 1931 the first shadow case returned UNKNOWN at relevant derivation depth.</w:t>
      </w:r>
    </w:p>
    <w:p>
      <w:r>
        <w:rPr>
          <w:rFonts w:ascii="Georgia" w:hAnsi="Georgia" w:eastAsia="Georgia"/>
          <w:sz w:val="23"/>
        </w:rPr>
        <w:t>The live pathway had routed it directly to paired review three hours earlier. The patient had already been treated safely.</w:t>
      </w:r>
    </w:p>
    <w:p>
      <w:r>
        <w:rPr>
          <w:rFonts w:ascii="Georgia" w:hAnsi="Georgia" w:eastAsia="Georgia"/>
          <w:sz w:val="23"/>
        </w:rPr>
        <w:t>Nothing needed to happen to the patient because of our new finding.</w:t>
      </w:r>
    </w:p>
    <w:p>
      <w:r>
        <w:rPr>
          <w:rFonts w:ascii="Georgia" w:hAnsi="Georgia" w:eastAsia="Georgia"/>
          <w:sz w:val="23"/>
        </w:rPr>
        <w:t>The case still mattered to the validation claim.</w:t>
      </w:r>
    </w:p>
    <w:p>
      <w:r>
        <w:rPr>
          <w:rFonts w:ascii="Georgia" w:hAnsi="Georgia" w:eastAsia="Georgia"/>
          <w:sz w:val="23"/>
        </w:rPr>
        <w:t>At 2004 another shadow case cleared fully.</w:t>
      </w:r>
    </w:p>
    <w:p>
      <w:r>
        <w:rPr>
          <w:rFonts w:ascii="Georgia" w:hAnsi="Georgia" w:eastAsia="Georgia"/>
          <w:sz w:val="23"/>
        </w:rPr>
        <w:t>At 2026 a third showed shared ancestry through an old calibration library that had not been represented in the current vendor record.</w:t>
      </w:r>
    </w:p>
    <w:p>
      <w:r>
        <w:rPr>
          <w:rFonts w:ascii="Georgia" w:hAnsi="Georgia" w:eastAsia="Georgia"/>
          <w:sz w:val="23"/>
        </w:rPr>
        <w:t>Again, no clinical correction was required. Paired review had already blocked sole-start dependence on the lineage claim.</w:t>
      </w:r>
    </w:p>
    <w:p>
      <w:r>
        <w:rPr>
          <w:rFonts w:ascii="Georgia" w:hAnsi="Georgia" w:eastAsia="Georgia"/>
          <w:sz w:val="23"/>
        </w:rPr>
        <w:t>The safety system had removed the consequence before the validation system understood the reason.</w:t>
      </w:r>
    </w:p>
    <w:p>
      <w:r>
        <w:rPr>
          <w:rFonts w:ascii="Georgia" w:hAnsi="Georgia" w:eastAsia="Georgia"/>
          <w:sz w:val="23"/>
        </w:rPr>
        <w:t>That did not make the reason unnecessary.</w:t>
      </w:r>
    </w:p>
    <w:p>
      <w:r>
        <w:rPr>
          <w:rFonts w:ascii="Georgia" w:hAnsi="Georgia" w:eastAsia="Georgia"/>
          <w:sz w:val="23"/>
        </w:rPr>
        <w:t>I watched the two populations separate on the wall.</w:t>
      </w:r>
    </w:p>
    <w:p>
      <w:r>
        <w:rPr>
          <w:rFonts w:ascii="Georgia" w:hAnsi="Georgia" w:eastAsia="Georgia"/>
          <w:sz w:val="23"/>
        </w:rPr>
        <w:t>For years I had treated separation as an event with a boundary: two people leaving a household, a setting leaving a body, a record leaving its source, an operator losing authority.</w:t>
      </w:r>
    </w:p>
    <w:p>
      <w:r>
        <w:rPr>
          <w:rFonts w:ascii="Georgia" w:hAnsi="Georgia" w:eastAsia="Georgia"/>
          <w:sz w:val="23"/>
        </w:rPr>
        <w:t>The scheduler showed me another form.</w:t>
      </w:r>
    </w:p>
    <w:p>
      <w:r>
        <w:rPr>
          <w:rFonts w:ascii="Georgia" w:hAnsi="Georgia" w:eastAsia="Georgia"/>
          <w:sz w:val="23"/>
        </w:rPr>
        <w:t>A system could separate cases into different paths and then forget that the paths had been made by a rule.</w:t>
      </w:r>
    </w:p>
    <w:p>
      <w:r>
        <w:rPr>
          <w:rFonts w:ascii="Georgia" w:hAnsi="Georgia" w:eastAsia="Georgia"/>
          <w:sz w:val="23"/>
        </w:rPr>
        <w:t>Later, someone would compare the outcomes and call the populations different.</w:t>
      </w:r>
    </w:p>
    <w:p>
      <w:r>
        <w:rPr>
          <w:rFonts w:ascii="Georgia" w:hAnsi="Georgia" w:eastAsia="Georgia"/>
          <w:sz w:val="23"/>
        </w:rPr>
        <w:t>They were different.</w:t>
      </w:r>
    </w:p>
    <w:p>
      <w:r>
        <w:rPr>
          <w:rFonts w:ascii="Georgia" w:hAnsi="Georgia" w:eastAsia="Georgia"/>
          <w:sz w:val="23"/>
        </w:rPr>
        <w:t>They had also been made different.</w:t>
      </w:r>
    </w:p>
    <w:p>
      <w:r>
        <w:rPr>
          <w:rFonts w:ascii="Georgia" w:hAnsi="Georgia" w:eastAsia="Georgia"/>
          <w:sz w:val="23"/>
        </w:rPr>
        <w:t>At 2048 my queue received no new work.</w:t>
      </w:r>
    </w:p>
    <w:p>
      <w:r>
        <w:rPr>
          <w:rFonts w:ascii="Georgia" w:hAnsi="Georgia" w:eastAsia="Georgia"/>
          <w:sz w:val="23"/>
        </w:rPr>
        <w:t>Across the room, Miren had seven cases open.</w:t>
      </w:r>
    </w:p>
    <w:p>
      <w:r>
        <w:rPr>
          <w:rFonts w:ascii="Georgia" w:hAnsi="Georgia" w:eastAsia="Georgia"/>
          <w:sz w:val="23"/>
        </w:rPr>
        <w:t>I disliked that distribution.</w:t>
      </w:r>
    </w:p>
    <w:p>
      <w:r>
        <w:rPr>
          <w:rFonts w:ascii="Georgia" w:hAnsi="Georgia" w:eastAsia="Georgia"/>
          <w:sz w:val="23"/>
        </w:rPr>
        <w:t>I did not change it.</w:t>
      </w:r>
    </w:p>
    <w:p>
      <w:r>
        <w:rPr>
          <w:rFonts w:ascii="Georgia" w:hAnsi="Georgia" w:eastAsia="Georgia"/>
          <w:sz w:val="23"/>
        </w:rPr>
        <w:t>On the validation wall, the clean queue remained clean.</w:t>
      </w:r>
    </w:p>
    <w:p>
      <w:r>
        <w:rPr>
          <w:rFonts w:ascii="Georgia" w:hAnsi="Georgia" w:eastAsia="Georgia"/>
          <w:sz w:val="23"/>
        </w:rPr>
        <w:t>Beside it, the shadow queue accumulated the cases cleanliness had excluded.</w:t>
      </w:r>
    </w:p>
    <w:p>
      <w:r>
        <w:rPr>
          <w:rFonts w:ascii="Georgia" w:hAnsi="Georgia" w:eastAsia="Georgia"/>
          <w:sz w:val="23"/>
        </w:rPr>
        <w:t>The evidence got worse.</w:t>
      </w:r>
    </w:p>
    <w:p>
      <w:r>
        <w:rPr>
          <w:rFonts w:ascii="Georgia" w:hAnsi="Georgia" w:eastAsia="Georgia"/>
          <w:sz w:val="23"/>
        </w:rPr>
        <w:t>The system got more honest.</w:t>
      </w:r>
    </w:p>
    <w:p>
      <w:pPr>
        <w:keepNext/>
        <w:pageBreakBefore/>
        <w:jc w:val="center"/>
      </w:pPr>
      <w:r>
        <w:rPr>
          <w:rFonts w:ascii="Georgia" w:hAnsi="Georgia" w:eastAsia="Georgia"/>
          <w:b/>
          <w:sz w:val="28"/>
        </w:rPr>
        <w:t>Chapter Seventeen — The Receiving System</w:t>
      </w:r>
    </w:p>
    <w:p>
      <w:r>
        <w:rPr>
          <w:rFonts w:ascii="Georgia" w:hAnsi="Georgia" w:eastAsia="Georgia"/>
          <w:sz w:val="23"/>
        </w:rPr>
        <w:t>At 0648 Kera sent me a deployment packet from North Reach Medical Cooperative.</w:t>
      </w:r>
    </w:p>
    <w:p>
      <w:r>
        <w:rPr>
          <w:rFonts w:ascii="Georgia" w:hAnsi="Georgia" w:eastAsia="Georgia"/>
          <w:sz w:val="23"/>
        </w:rPr>
        <w:t>The packet contained the lineage classifier, the current validation record, the seven-day shadow-sampling requirement, the routing schema, the interim failure catalog, and a request for accelerated acceptance.</w:t>
      </w:r>
    </w:p>
    <w:p>
      <w:r>
        <w:rPr>
          <w:rFonts w:ascii="Georgia" w:hAnsi="Georgia" w:eastAsia="Georgia"/>
          <w:sz w:val="23"/>
        </w:rPr>
        <w:t>The request was highlighted.</w:t>
      </w:r>
    </w:p>
    <w:p>
      <w:r>
        <w:rPr>
          <w:rFonts w:ascii="Georgia" w:hAnsi="Georgia" w:eastAsia="Georgia"/>
          <w:sz w:val="23"/>
        </w:rPr>
        <w:t>NORTH REACH PROPOSES FUNCTIONALLY EQUIVALENT DEPLOYMENT UNDER LOCAL STAFFING MODEL.</w:t>
      </w:r>
    </w:p>
    <w:p>
      <w:r>
        <w:rPr>
          <w:rFonts w:ascii="Georgia" w:hAnsi="Georgia" w:eastAsia="Georgia"/>
          <w:sz w:val="23"/>
        </w:rPr>
        <w:t>I read the staffing model first.</w:t>
      </w:r>
    </w:p>
    <w:p>
      <w:r>
        <w:rPr>
          <w:rFonts w:ascii="Georgia" w:hAnsi="Georgia" w:eastAsia="Georgia"/>
          <w:sz w:val="23"/>
        </w:rPr>
        <w:t>They had one qualified integrated-setting operator on site overnight.</w:t>
      </w:r>
    </w:p>
    <w:p>
      <w:r>
        <w:rPr>
          <w:rFonts w:ascii="Georgia" w:hAnsi="Georgia" w:eastAsia="Georgia"/>
          <w:sz w:val="23"/>
        </w:rPr>
        <w:t>During daylight hours they usually had three.</w:t>
      </w:r>
    </w:p>
    <w:p>
      <w:r>
        <w:rPr>
          <w:rFonts w:ascii="Georgia" w:hAnsi="Georgia" w:eastAsia="Georgia"/>
          <w:sz w:val="23"/>
        </w:rPr>
        <w:t>A fourth rotated between two neighboring facilities.</w:t>
      </w:r>
    </w:p>
    <w:p>
      <w:r>
        <w:rPr>
          <w:rFonts w:ascii="Georgia" w:hAnsi="Georgia" w:eastAsia="Georgia"/>
          <w:sz w:val="23"/>
        </w:rPr>
        <w:t>Second-signatory review after 2200 was available remotely when another site had capacity. Median response time over the previous six months was eleven minutes. Ninety-second percentile was thirty-eight.</w:t>
      </w:r>
    </w:p>
    <w:p>
      <w:r>
        <w:rPr>
          <w:rFonts w:ascii="Georgia" w:hAnsi="Georgia" w:eastAsia="Georgia"/>
          <w:sz w:val="23"/>
        </w:rPr>
        <w:t>Their current policy avoided sole-start live interventions during that interval unless the operator could establish the decision from direct measurements without dependent derived metrics.</w:t>
      </w:r>
    </w:p>
    <w:p>
      <w:r>
        <w:rPr>
          <w:rFonts w:ascii="Georgia" w:hAnsi="Georgia" w:eastAsia="Georgia"/>
          <w:sz w:val="23"/>
        </w:rPr>
        <w:t>The lineage classifier would change that.</w:t>
      </w:r>
    </w:p>
    <w:p>
      <w:r>
        <w:rPr>
          <w:rFonts w:ascii="Georgia" w:hAnsi="Georgia" w:eastAsia="Georgia"/>
          <w:sz w:val="23"/>
        </w:rPr>
        <w:t>North Reach wanted the tool to identify when apparently corroborating derived evidence was independent enough to support sole-start authority.</w:t>
      </w:r>
    </w:p>
    <w:p>
      <w:r>
        <w:rPr>
          <w:rFonts w:ascii="Georgia" w:hAnsi="Georgia" w:eastAsia="Georgia"/>
          <w:sz w:val="23"/>
        </w:rPr>
        <w:t>The same reason we wanted it.</w:t>
      </w:r>
    </w:p>
    <w:p>
      <w:r>
        <w:rPr>
          <w:rFonts w:ascii="Georgia" w:hAnsi="Georgia" w:eastAsia="Georgia"/>
          <w:sz w:val="23"/>
        </w:rPr>
        <w:t>Their deployment forecast estimated that overnight paired-review requests would fall by forty-four percent.</w:t>
      </w:r>
    </w:p>
    <w:p>
      <w:r>
        <w:rPr>
          <w:rFonts w:ascii="Georgia" w:hAnsi="Georgia" w:eastAsia="Georgia"/>
          <w:sz w:val="23"/>
        </w:rPr>
        <w:t>The packet called the proposed use functionally equivalent to ours.</w:t>
      </w:r>
    </w:p>
    <w:p>
      <w:r>
        <w:rPr>
          <w:rFonts w:ascii="Georgia" w:hAnsi="Georgia" w:eastAsia="Georgia"/>
          <w:sz w:val="23"/>
        </w:rPr>
        <w:t>It was not.</w:t>
      </w:r>
    </w:p>
    <w:p>
      <w:r>
        <w:rPr>
          <w:rFonts w:ascii="Georgia" w:hAnsi="Georgia" w:eastAsia="Georgia"/>
          <w:sz w:val="23"/>
        </w:rPr>
        <w:t>Miren arrived at 0703.</w:t>
      </w:r>
    </w:p>
    <w:p>
      <w:r>
        <w:rPr>
          <w:rFonts w:ascii="Georgia" w:hAnsi="Georgia" w:eastAsia="Georgia"/>
          <w:sz w:val="23"/>
        </w:rPr>
        <w:t>I handed her the staffing page.</w:t>
      </w:r>
    </w:p>
    <w:p>
      <w:r>
        <w:rPr>
          <w:rFonts w:ascii="Georgia" w:hAnsi="Georgia" w:eastAsia="Georgia"/>
          <w:sz w:val="23"/>
        </w:rPr>
        <w:t>She read it once.</w:t>
      </w:r>
    </w:p>
    <w:p>
      <w:r>
        <w:rPr>
          <w:rFonts w:ascii="Georgia" w:hAnsi="Georgia" w:eastAsia="Georgia"/>
          <w:sz w:val="23"/>
        </w:rPr>
        <w:t>“They have fewer people.”</w:t>
      </w:r>
    </w:p>
    <w:p>
      <w:r>
        <w:rPr>
          <w:rFonts w:ascii="Georgia" w:hAnsi="Georgia" w:eastAsia="Georgia"/>
          <w:sz w:val="23"/>
        </w:rPr>
        <w:t>“Yes.”</w:t>
      </w:r>
    </w:p>
    <w:p>
      <w:r>
        <w:rPr>
          <w:rFonts w:ascii="Georgia" w:hAnsi="Georgia" w:eastAsia="Georgia"/>
          <w:sz w:val="23"/>
        </w:rPr>
        <w:t>“That is not a software difference.”</w:t>
      </w:r>
    </w:p>
    <w:p>
      <w:r>
        <w:rPr>
          <w:rFonts w:ascii="Georgia" w:hAnsi="Georgia" w:eastAsia="Georgia"/>
          <w:sz w:val="23"/>
        </w:rPr>
        <w:t>“No.”</w:t>
      </w:r>
    </w:p>
    <w:p>
      <w:r>
        <w:rPr>
          <w:rFonts w:ascii="Georgia" w:hAnsi="Georgia" w:eastAsia="Georgia"/>
          <w:sz w:val="23"/>
        </w:rPr>
        <w:t>She turned to the validation section.</w:t>
      </w:r>
    </w:p>
    <w:p>
      <w:r>
        <w:rPr>
          <w:rFonts w:ascii="Georgia" w:hAnsi="Georgia" w:eastAsia="Georgia"/>
          <w:sz w:val="23"/>
        </w:rPr>
        <w:t>“They want to use the same classifier.”</w:t>
      </w:r>
    </w:p>
    <w:p>
      <w:r>
        <w:rPr>
          <w:rFonts w:ascii="Georgia" w:hAnsi="Georgia" w:eastAsia="Georgia"/>
          <w:sz w:val="23"/>
        </w:rPr>
        <w:t>“Yes.”</w:t>
      </w:r>
    </w:p>
    <w:p>
      <w:r>
        <w:rPr>
          <w:rFonts w:ascii="Georgia" w:hAnsi="Georgia" w:eastAsia="Georgia"/>
          <w:sz w:val="23"/>
        </w:rPr>
        <w:t>“So what am I missing?”</w:t>
      </w:r>
    </w:p>
    <w:p>
      <w:r>
        <w:rPr>
          <w:rFonts w:ascii="Georgia" w:hAnsi="Georgia" w:eastAsia="Georgia"/>
          <w:sz w:val="23"/>
        </w:rPr>
        <w:t>“Our difficult cases are preferentially routed into paired review before sole-start dependence on the classifier becomes necessary.”</w:t>
      </w:r>
    </w:p>
    <w:p>
      <w:r>
        <w:rPr>
          <w:rFonts w:ascii="Georgia" w:hAnsi="Georgia" w:eastAsia="Georgia"/>
          <w:sz w:val="23"/>
        </w:rPr>
        <w:t>“The clean queue.”</w:t>
      </w:r>
    </w:p>
    <w:p>
      <w:r>
        <w:rPr>
          <w:rFonts w:ascii="Georgia" w:hAnsi="Georgia" w:eastAsia="Georgia"/>
          <w:sz w:val="23"/>
        </w:rPr>
        <w:t>“Yes.”</w:t>
      </w:r>
    </w:p>
    <w:p>
      <w:r>
        <w:rPr>
          <w:rFonts w:ascii="Georgia" w:hAnsi="Georgia" w:eastAsia="Georgia"/>
          <w:sz w:val="23"/>
        </w:rPr>
        <w:t>“They cannot do that overnight.”</w:t>
      </w:r>
    </w:p>
    <w:p>
      <w:r>
        <w:rPr>
          <w:rFonts w:ascii="Georgia" w:hAnsi="Georgia" w:eastAsia="Georgia"/>
          <w:sz w:val="23"/>
        </w:rPr>
        <w:t>“No.”</w:t>
      </w:r>
    </w:p>
    <w:p>
      <w:r>
        <w:rPr>
          <w:rFonts w:ascii="Georgia" w:hAnsi="Georgia" w:eastAsia="Georgia"/>
          <w:sz w:val="23"/>
        </w:rPr>
        <w:t>Miren put the packet down.</w:t>
      </w:r>
    </w:p>
    <w:p>
      <w:r>
        <w:rPr>
          <w:rFonts w:ascii="Georgia" w:hAnsi="Georgia" w:eastAsia="Georgia"/>
          <w:sz w:val="23"/>
        </w:rPr>
        <w:t>“Then the classifier will see harder cases.”</w:t>
      </w:r>
    </w:p>
    <w:p>
      <w:r>
        <w:rPr>
          <w:rFonts w:ascii="Georgia" w:hAnsi="Georgia" w:eastAsia="Georgia"/>
          <w:sz w:val="23"/>
        </w:rPr>
        <w:t>“More importantly, its answer will do more work.”</w:t>
      </w:r>
    </w:p>
    <w:p>
      <w:r>
        <w:rPr>
          <w:rFonts w:ascii="Georgia" w:hAnsi="Georgia" w:eastAsia="Georgia"/>
          <w:sz w:val="23"/>
        </w:rPr>
        <w:t>She looked at me.</w:t>
      </w:r>
    </w:p>
    <w:p>
      <w:pPr>
        <w:spacing w:before="80" w:after="80"/>
        <w:jc w:val="center"/>
      </w:pPr>
      <w:r>
        <w:rPr>
          <w:rFonts w:ascii="Georgia" w:hAnsi="Georgia" w:eastAsia="Georgia"/>
          <w:sz w:val="23"/>
        </w:rPr>
        <w:t>§</w:t>
      </w:r>
    </w:p>
    <w:p>
      <w:r>
        <w:rPr>
          <w:rFonts w:ascii="Georgia" w:hAnsi="Georgia" w:eastAsia="Georgia"/>
          <w:sz w:val="23"/>
        </w:rPr>
        <w:t>At 0730 Kera opened the acceptance call.</w:t>
      </w:r>
    </w:p>
    <w:p>
      <w:r>
        <w:rPr>
          <w:rFonts w:ascii="Georgia" w:hAnsi="Georgia" w:eastAsia="Georgia"/>
          <w:sz w:val="23"/>
        </w:rPr>
        <w:t>North Reach appeared on the wall as four windows.</w:t>
      </w:r>
    </w:p>
    <w:p>
      <w:r>
        <w:rPr>
          <w:rFonts w:ascii="Georgia" w:hAnsi="Georgia" w:eastAsia="Georgia"/>
          <w:sz w:val="23"/>
        </w:rPr>
        <w:t>Clinical operations.</w:t>
        <w:br/>
        <w:t>Systems validation.</w:t>
        <w:br/>
        <w:t>Integrated practice.</w:t>
        <w:br/>
        <w:t>Regional staffing.</w:t>
      </w:r>
    </w:p>
    <w:p>
      <w:r>
        <w:rPr>
          <w:rFonts w:ascii="Georgia" w:hAnsi="Georgia" w:eastAsia="Georgia"/>
          <w:sz w:val="23"/>
        </w:rPr>
        <w:t>No one introduced their substrate.</w:t>
      </w:r>
    </w:p>
    <w:p>
      <w:r>
        <w:rPr>
          <w:rFonts w:ascii="Georgia" w:hAnsi="Georgia" w:eastAsia="Georgia"/>
          <w:sz w:val="23"/>
        </w:rPr>
        <w:t>No one needed to.</w:t>
      </w:r>
    </w:p>
    <w:p>
      <w:r>
        <w:rPr>
          <w:rFonts w:ascii="Georgia" w:hAnsi="Georgia" w:eastAsia="Georgia"/>
          <w:sz w:val="23"/>
        </w:rPr>
        <w:t>The clinical lead was a woman named Rema Korr. The systems lead was a SUPO named Elian Marr. I knew neither.</w:t>
      </w:r>
    </w:p>
    <w:p>
      <w:r>
        <w:rPr>
          <w:rFonts w:ascii="Georgia" w:hAnsi="Georgia" w:eastAsia="Georgia"/>
          <w:sz w:val="23"/>
        </w:rPr>
        <w:t>Kera said, “We have one scope question before we discuss schedule.”</w:t>
      </w:r>
    </w:p>
    <w:p>
      <w:r>
        <w:rPr>
          <w:rFonts w:ascii="Georgia" w:hAnsi="Georgia" w:eastAsia="Georgia"/>
          <w:sz w:val="23"/>
        </w:rPr>
        <w:t>Rema nodded.</w:t>
      </w:r>
    </w:p>
    <w:p>
      <w:r>
        <w:rPr>
          <w:rFonts w:ascii="Georgia" w:hAnsi="Georgia" w:eastAsia="Georgia"/>
          <w:sz w:val="23"/>
        </w:rPr>
        <w:t>I said, “Your packet describes the deployment as functionally equivalent to ours.”</w:t>
      </w:r>
    </w:p>
    <w:p>
      <w:r>
        <w:rPr>
          <w:rFonts w:ascii="Georgia" w:hAnsi="Georgia" w:eastAsia="Georgia"/>
          <w:sz w:val="23"/>
        </w:rPr>
        <w:t>“It uses the same released classifier and the same covered device families.”</w:t>
      </w:r>
    </w:p>
    <w:p>
      <w:r>
        <w:rPr>
          <w:rFonts w:ascii="Georgia" w:hAnsi="Georgia" w:eastAsia="Georgia"/>
          <w:sz w:val="23"/>
        </w:rPr>
        <w:t>“That establishes tool identity and partial domain overlap.”</w:t>
      </w:r>
    </w:p>
    <w:p>
      <w:r>
        <w:rPr>
          <w:rFonts w:ascii="Georgia" w:hAnsi="Georgia" w:eastAsia="Georgia"/>
          <w:sz w:val="23"/>
        </w:rPr>
        <w:t>“What else do you need?”</w:t>
      </w:r>
    </w:p>
    <w:p>
      <w:r>
        <w:rPr>
          <w:rFonts w:ascii="Georgia" w:hAnsi="Georgia" w:eastAsia="Georgia"/>
          <w:sz w:val="23"/>
        </w:rPr>
        <w:t>“Decision consequence.”</w:t>
      </w:r>
    </w:p>
    <w:p>
      <w:r>
        <w:rPr>
          <w:rFonts w:ascii="Georgia" w:hAnsi="Georgia" w:eastAsia="Georgia"/>
          <w:sz w:val="23"/>
        </w:rPr>
        <w:t>Elian opened their overnight pathway.</w:t>
      </w:r>
    </w:p>
    <w:p>
      <w:r>
        <w:rPr>
          <w:rFonts w:ascii="Georgia" w:hAnsi="Georgia" w:eastAsia="Georgia"/>
          <w:sz w:val="23"/>
        </w:rPr>
        <w:t>The diagram was clean.</w:t>
      </w:r>
    </w:p>
    <w:p>
      <w:r>
        <w:rPr>
          <w:rFonts w:ascii="Georgia" w:hAnsi="Georgia" w:eastAsia="Georgia"/>
          <w:sz w:val="23"/>
        </w:rPr>
        <w:t>A case entered.</w:t>
        <w:br/>
        <w:t>The operator identified the proposed intervention.</w:t>
        <w:br/>
        <w:t>The lineage classifier evaluated relevant derivation ancestry.</w:t>
        <w:br/>
        <w:t>If independent, sole-start authority remained available.</w:t>
        <w:br/>
        <w:t>If shared or unknown, paired review was required.</w:t>
        <w:br/>
        <w:t>If paired review could not be obtained inside the clinical time window, the intervention either waited or fell back to a more conservative pathway.</w:t>
      </w:r>
    </w:p>
    <w:p>
      <w:r>
        <w:rPr>
          <w:rFonts w:ascii="Georgia" w:hAnsi="Georgia" w:eastAsia="Georgia"/>
          <w:sz w:val="23"/>
        </w:rPr>
        <w:t>I asked, “How often does the conservative pathway preserve equivalent clinical utility?”</w:t>
      </w:r>
    </w:p>
    <w:p>
      <w:r>
        <w:rPr>
          <w:rFonts w:ascii="Georgia" w:hAnsi="Georgia" w:eastAsia="Georgia"/>
          <w:sz w:val="23"/>
        </w:rPr>
        <w:t>Rema said, “That depends on the case.”</w:t>
      </w:r>
    </w:p>
    <w:p>
      <w:r>
        <w:rPr>
          <w:rFonts w:ascii="Georgia" w:hAnsi="Georgia" w:eastAsia="Georgia"/>
          <w:sz w:val="23"/>
        </w:rPr>
        <w:t>“Yes.”</w:t>
      </w:r>
    </w:p>
    <w:p>
      <w:r>
        <w:rPr>
          <w:rFonts w:ascii="Georgia" w:hAnsi="Georgia" w:eastAsia="Georgia"/>
          <w:sz w:val="23"/>
        </w:rPr>
        <w:t>“About sixty percent.”</w:t>
      </w:r>
    </w:p>
    <w:p>
      <w:r>
        <w:rPr>
          <w:rFonts w:ascii="Georgia" w:hAnsi="Georgia" w:eastAsia="Georgia"/>
          <w:sz w:val="23"/>
        </w:rPr>
        <w:t>“So in the remaining forty percent, classifier output can determine whether the intervention happens before morning.”</w:t>
      </w:r>
    </w:p>
    <w:p>
      <w:r>
        <w:rPr>
          <w:rFonts w:ascii="Georgia" w:hAnsi="Georgia" w:eastAsia="Georgia"/>
          <w:sz w:val="23"/>
        </w:rPr>
        <w:t>“That is why we want it.”</w:t>
      </w:r>
    </w:p>
    <w:p>
      <w:r>
        <w:rPr>
          <w:rFonts w:ascii="Georgia" w:hAnsi="Georgia" w:eastAsia="Georgia"/>
          <w:sz w:val="23"/>
        </w:rPr>
        <w:t>Our live deployment did not usually place that burden on the tool.</w:t>
      </w:r>
    </w:p>
    <w:p>
      <w:r>
        <w:rPr>
          <w:rFonts w:ascii="Georgia" w:hAnsi="Georgia" w:eastAsia="Georgia"/>
          <w:sz w:val="23"/>
        </w:rPr>
        <w:t>The routing system had already moved many high-complexity cases toward paired capacity.</w:t>
      </w:r>
    </w:p>
    <w:p>
      <w:r>
        <w:rPr>
          <w:rFonts w:ascii="Georgia" w:hAnsi="Georgia" w:eastAsia="Georgia"/>
          <w:sz w:val="23"/>
        </w:rPr>
        <w:t>North Reach had no equivalent overnight routing capacity to move them toward.</w:t>
      </w:r>
    </w:p>
    <w:p>
      <w:r>
        <w:rPr>
          <w:rFonts w:ascii="Georgia" w:hAnsi="Georgia" w:eastAsia="Georgia"/>
          <w:sz w:val="23"/>
        </w:rPr>
        <w:t>The classifier was the same.</w:t>
      </w:r>
    </w:p>
    <w:p>
      <w:r>
        <w:rPr>
          <w:rFonts w:ascii="Georgia" w:hAnsi="Georgia" w:eastAsia="Georgia"/>
          <w:sz w:val="23"/>
        </w:rPr>
        <w:t>The jurisdiction of its answer was not.</w:t>
      </w:r>
    </w:p>
    <w:p>
      <w:r>
        <w:rPr>
          <w:rFonts w:ascii="Georgia" w:hAnsi="Georgia" w:eastAsia="Georgia"/>
          <w:sz w:val="23"/>
        </w:rPr>
        <w:t>Rema said, “I still do not understand why that makes the validation inapplicable. If the classifier is accurate, it is accurate.”</w:t>
      </w:r>
    </w:p>
    <w:p>
      <w:r>
        <w:rPr>
          <w:rFonts w:ascii="Georgia" w:hAnsi="Georgia" w:eastAsia="Georgia"/>
          <w:sz w:val="23"/>
        </w:rPr>
        <w:t>I said, “Accurate at what claim?”</w:t>
      </w:r>
    </w:p>
    <w:p>
      <w:r>
        <w:rPr>
          <w:rFonts w:ascii="Georgia" w:hAnsi="Georgia" w:eastAsia="Georgia"/>
          <w:sz w:val="23"/>
        </w:rPr>
        <w:t>She stopped.</w:t>
      </w:r>
    </w:p>
    <w:p>
      <w:r>
        <w:rPr>
          <w:rFonts w:ascii="Georgia" w:hAnsi="Georgia" w:eastAsia="Georgia"/>
          <w:sz w:val="23"/>
        </w:rPr>
        <w:t>Kera did not help her.</w:t>
      </w:r>
    </w:p>
    <w:p>
      <w:r>
        <w:rPr>
          <w:rFonts w:ascii="Georgia" w:hAnsi="Georgia" w:eastAsia="Georgia"/>
          <w:sz w:val="23"/>
        </w:rPr>
        <w:t>I continued.</w:t>
      </w:r>
    </w:p>
    <w:p>
      <w:r>
        <w:rPr>
          <w:rFonts w:ascii="Georgia" w:hAnsi="Georgia" w:eastAsia="Georgia"/>
          <w:sz w:val="23"/>
        </w:rPr>
        <w:t>“We validated that, inside our released domains and operating pathways, the classifier did not identify a relevant-depth derivation relationship as independent when our available checks could show otherwise. We also found that routing removed a disproportionate share of difficult ancestry cases from the live population, so we added shadow evaluation.”</w:t>
      </w:r>
    </w:p>
    <w:p>
      <w:r>
        <w:rPr>
          <w:rFonts w:ascii="Georgia" w:hAnsi="Georgia" w:eastAsia="Georgia"/>
          <w:sz w:val="23"/>
        </w:rPr>
        <w:t>“Yes.”</w:t>
      </w:r>
    </w:p>
    <w:p>
      <w:r>
        <w:rPr>
          <w:rFonts w:ascii="Georgia" w:hAnsi="Georgia" w:eastAsia="Georgia"/>
          <w:sz w:val="23"/>
        </w:rPr>
        <w:t>“You are proposing to expose the classifier directly to more of the shadow-like population and let its output carry a larger fraction of the authorization decision.”</w:t>
      </w:r>
    </w:p>
    <w:p>
      <w:r>
        <w:rPr>
          <w:rFonts w:ascii="Georgia" w:hAnsi="Georgia" w:eastAsia="Georgia"/>
          <w:sz w:val="23"/>
        </w:rPr>
        <w:t>Rema leaned back.</w:t>
      </w:r>
    </w:p>
    <w:p>
      <w:r>
        <w:rPr>
          <w:rFonts w:ascii="Georgia" w:hAnsi="Georgia" w:eastAsia="Georgia"/>
          <w:sz w:val="23"/>
        </w:rPr>
        <w:t>“So your tool is not validated.”</w:t>
      </w:r>
    </w:p>
    <w:p>
      <w:r>
        <w:rPr>
          <w:rFonts w:ascii="Georgia" w:hAnsi="Georgia" w:eastAsia="Georgia"/>
          <w:sz w:val="23"/>
        </w:rPr>
        <w:t>“It is validated for less than you want it to mean.”</w:t>
      </w:r>
    </w:p>
    <w:p>
      <w:r>
        <w:rPr>
          <w:rFonts w:ascii="Georgia" w:hAnsi="Georgia" w:eastAsia="Georgia"/>
          <w:sz w:val="23"/>
        </w:rPr>
        <w:t>No one spoke for six seconds.</w:t>
      </w:r>
    </w:p>
    <w:p>
      <w:r>
        <w:rPr>
          <w:rFonts w:ascii="Georgia" w:hAnsi="Georgia" w:eastAsia="Georgia"/>
          <w:sz w:val="23"/>
        </w:rPr>
        <w:t>Then Elian said, “That is different.”</w:t>
      </w:r>
    </w:p>
    <w:p>
      <w:r>
        <w:rPr>
          <w:rFonts w:ascii="Georgia" w:hAnsi="Georgia" w:eastAsia="Georgia"/>
          <w:sz w:val="23"/>
        </w:rPr>
        <w:t>“Yes.”</w:t>
      </w:r>
    </w:p>
    <w:p>
      <w:pPr>
        <w:spacing w:before="80" w:after="80"/>
        <w:jc w:val="center"/>
      </w:pPr>
      <w:r>
        <w:rPr>
          <w:rFonts w:ascii="Georgia" w:hAnsi="Georgia" w:eastAsia="Georgia"/>
          <w:sz w:val="23"/>
        </w:rPr>
        <w:t>§</w:t>
      </w:r>
    </w:p>
    <w:p>
      <w:r>
        <w:rPr>
          <w:rFonts w:ascii="Georgia" w:hAnsi="Georgia" w:eastAsia="Georgia"/>
          <w:sz w:val="23"/>
        </w:rPr>
        <w:t>At 0811 North Reach sent its previous thirty days of masked intake metadata.</w:t>
      </w:r>
    </w:p>
    <w:p>
      <w:r>
        <w:rPr>
          <w:rFonts w:ascii="Georgia" w:hAnsi="Georgia" w:eastAsia="Georgia"/>
          <w:sz w:val="23"/>
        </w:rPr>
        <w:t>We did not need identities.</w:t>
      </w:r>
    </w:p>
    <w:p>
      <w:r>
        <w:rPr>
          <w:rFonts w:ascii="Georgia" w:hAnsi="Georgia" w:eastAsia="Georgia"/>
          <w:sz w:val="23"/>
        </w:rPr>
        <w:t>We needed pathways.</w:t>
      </w:r>
    </w:p>
    <w:p>
      <w:r>
        <w:rPr>
          <w:rFonts w:ascii="Georgia" w:hAnsi="Georgia" w:eastAsia="Georgia"/>
          <w:sz w:val="23"/>
        </w:rPr>
        <w:t>Kera assigned me technical comparison authority because the work was non-live.</w:t>
      </w:r>
    </w:p>
    <w:p>
      <w:r>
        <w:rPr>
          <w:rFonts w:ascii="Georgia" w:hAnsi="Georgia" w:eastAsia="Georgia"/>
          <w:sz w:val="23"/>
        </w:rPr>
        <w:t>My restriction did not apply.</w:t>
      </w:r>
    </w:p>
    <w:p>
      <w:r>
        <w:rPr>
          <w:rFonts w:ascii="Georgia" w:hAnsi="Georgia" w:eastAsia="Georgia"/>
          <w:sz w:val="23"/>
        </w:rPr>
        <w:t>Two weeks earlier I would have noticed more.</w:t>
      </w:r>
    </w:p>
    <w:p>
      <w:r>
        <w:rPr>
          <w:rFonts w:ascii="Georgia" w:hAnsi="Georgia" w:eastAsia="Georgia"/>
          <w:sz w:val="23"/>
        </w:rPr>
        <w:t>Miren and I mapped their cases against our operational and shadow populations.</w:t>
      </w:r>
    </w:p>
    <w:p>
      <w:r>
        <w:rPr>
          <w:rFonts w:ascii="Georgia" w:hAnsi="Georgia" w:eastAsia="Georgia"/>
          <w:sz w:val="23"/>
        </w:rPr>
        <w:t>The first result was reassuring.</w:t>
      </w:r>
    </w:p>
    <w:p>
      <w:r>
        <w:rPr>
          <w:rFonts w:ascii="Georgia" w:hAnsi="Georgia" w:eastAsia="Georgia"/>
          <w:sz w:val="23"/>
        </w:rPr>
        <w:t>Most modern-platform cases behaved similarly.</w:t>
      </w:r>
    </w:p>
    <w:p>
      <w:r>
        <w:rPr>
          <w:rFonts w:ascii="Georgia" w:hAnsi="Georgia" w:eastAsia="Georgia"/>
          <w:sz w:val="23"/>
        </w:rPr>
        <w:t>Complete derivation ancestry.</w:t>
        <w:br/>
        <w:t>Known transform families.</w:t>
        <w:br/>
        <w:t>Current acquisition systems.</w:t>
        <w:br/>
        <w:t>No dependence on undocumented legacy bundles.</w:t>
      </w:r>
    </w:p>
    <w:p>
      <w:r>
        <w:rPr>
          <w:rFonts w:ascii="Georgia" w:hAnsi="Georgia" w:eastAsia="Georgia"/>
          <w:sz w:val="23"/>
        </w:rPr>
        <w:t>Those could probably move under the existing validation claim.</w:t>
      </w:r>
    </w:p>
    <w:p>
      <w:r>
        <w:rPr>
          <w:rFonts w:ascii="Georgia" w:hAnsi="Georgia" w:eastAsia="Georgia"/>
          <w:sz w:val="23"/>
        </w:rPr>
        <w:t>The second result was not.</w:t>
      </w:r>
    </w:p>
    <w:p>
      <w:r>
        <w:rPr>
          <w:rFonts w:ascii="Georgia" w:hAnsi="Georgia" w:eastAsia="Georgia"/>
          <w:sz w:val="23"/>
        </w:rPr>
        <w:t>North Reach served two districts that had retained older rehabilitation hardware longer than ours. Their integrated-setting practice had absorbed several manufacturer lines we rarely saw. Some had entered service before current derivation records became mandatory.</w:t>
      </w:r>
    </w:p>
    <w:p>
      <w:r>
        <w:rPr>
          <w:rFonts w:ascii="Georgia" w:hAnsi="Georgia" w:eastAsia="Georgia"/>
          <w:sz w:val="23"/>
        </w:rPr>
        <w:t>Twenty-three percent of their overnight integrated-setting cases contained a relevant transformation boundary older than the earliest documented processor ancestry.</w:t>
      </w:r>
    </w:p>
    <w:p>
      <w:r>
        <w:rPr>
          <w:rFonts w:ascii="Georgia" w:hAnsi="Georgia" w:eastAsia="Georgia"/>
          <w:sz w:val="23"/>
        </w:rPr>
        <w:t>Our live operational population was below nine percent.</w:t>
      </w:r>
    </w:p>
    <w:p>
      <w:r>
        <w:rPr>
          <w:rFonts w:ascii="Georgia" w:hAnsi="Georgia" w:eastAsia="Georgia"/>
          <w:sz w:val="23"/>
        </w:rPr>
        <w:t>Our shadow excluded population was just over eighteen.</w:t>
      </w:r>
    </w:p>
    <w:p>
      <w:r>
        <w:rPr>
          <w:rFonts w:ascii="Georgia" w:hAnsi="Georgia" w:eastAsia="Georgia"/>
          <w:sz w:val="23"/>
        </w:rPr>
        <w:t>North Reach was not outside our experience.</w:t>
      </w:r>
    </w:p>
    <w:p>
      <w:r>
        <w:rPr>
          <w:rFonts w:ascii="Georgia" w:hAnsi="Georgia" w:eastAsia="Georgia"/>
          <w:sz w:val="23"/>
        </w:rPr>
        <w:t>It resembled the part of our experience we had learned not to hide.</w:t>
      </w:r>
    </w:p>
    <w:p>
      <w:r>
        <w:rPr>
          <w:rFonts w:ascii="Georgia" w:hAnsi="Georgia" w:eastAsia="Georgia"/>
          <w:sz w:val="23"/>
        </w:rPr>
        <w:t>Miren said, “So they are mostly your shadow queue.”</w:t>
      </w:r>
    </w:p>
    <w:p>
      <w:r>
        <w:rPr>
          <w:rFonts w:ascii="Georgia" w:hAnsi="Georgia" w:eastAsia="Georgia"/>
          <w:sz w:val="23"/>
        </w:rPr>
        <w:t>“Not mostly.”</w:t>
      </w:r>
    </w:p>
    <w:p>
      <w:r>
        <w:rPr>
          <w:rFonts w:ascii="Georgia" w:hAnsi="Georgia" w:eastAsia="Georgia"/>
          <w:sz w:val="23"/>
        </w:rPr>
        <w:t>She looked at the numbers again.</w:t>
      </w:r>
    </w:p>
    <w:p>
      <w:r>
        <w:rPr>
          <w:rFonts w:ascii="Georgia" w:hAnsi="Georgia" w:eastAsia="Georgia"/>
          <w:sz w:val="23"/>
        </w:rPr>
        <w:t>“No. Enough of it.”</w:t>
      </w:r>
    </w:p>
    <w:p>
      <w:r>
        <w:rPr>
          <w:rFonts w:ascii="Georgia" w:hAnsi="Georgia" w:eastAsia="Georgia"/>
          <w:sz w:val="23"/>
        </w:rPr>
        <w:t>I did not correct the word.</w:t>
      </w:r>
    </w:p>
    <w:p>
      <w:r>
        <w:rPr>
          <w:rFonts w:ascii="Georgia" w:hAnsi="Georgia" w:eastAsia="Georgia"/>
          <w:sz w:val="23"/>
        </w:rPr>
        <w:t>At 0854 Elian joined our analysis channel.</w:t>
      </w:r>
    </w:p>
    <w:p>
      <w:r>
        <w:rPr>
          <w:rFonts w:ascii="Georgia" w:hAnsi="Georgia" w:eastAsia="Georgia"/>
          <w:sz w:val="23"/>
        </w:rPr>
        <w:t>He watched us trace one old vestibular-support family through three manufacturer acquisitions.</w:t>
      </w:r>
    </w:p>
    <w:p>
      <w:r>
        <w:rPr>
          <w:rFonts w:ascii="Georgia" w:hAnsi="Georgia" w:eastAsia="Georgia"/>
          <w:sz w:val="23"/>
        </w:rPr>
        <w:t>The present device record began thirty-one years after the earliest relevant service history.</w:t>
      </w:r>
    </w:p>
    <w:p>
      <w:r>
        <w:rPr>
          <w:rFonts w:ascii="Georgia" w:hAnsi="Georgia" w:eastAsia="Georgia"/>
          <w:sz w:val="23"/>
        </w:rPr>
        <w:t>The classifier returned:</w:t>
      </w:r>
    </w:p>
    <w:p>
      <w:r>
        <w:rPr>
          <w:rFonts w:ascii="Georgia" w:hAnsi="Georgia" w:eastAsia="Georgia"/>
          <w:sz w:val="23"/>
        </w:rPr>
        <w:t>DERIVATION RELATIONSHIP AT RELEVANT DEPTH: UNKNOWN.</w:t>
      </w:r>
    </w:p>
    <w:p>
      <w:r>
        <w:rPr>
          <w:rFonts w:ascii="Georgia" w:hAnsi="Georgia" w:eastAsia="Georgia"/>
          <w:sz w:val="23"/>
        </w:rPr>
        <w:t>Elian said, “That is correct.”</w:t>
      </w:r>
    </w:p>
    <w:p>
      <w:r>
        <w:rPr>
          <w:rFonts w:ascii="Georgia" w:hAnsi="Georgia" w:eastAsia="Georgia"/>
          <w:sz w:val="23"/>
        </w:rPr>
        <w:t>“Yes.”</w:t>
      </w:r>
    </w:p>
    <w:p>
      <w:r>
        <w:rPr>
          <w:rFonts w:ascii="Georgia" w:hAnsi="Georgia" w:eastAsia="Georgia"/>
          <w:sz w:val="23"/>
        </w:rPr>
        <w:t>“So the tool catches it.”</w:t>
      </w:r>
    </w:p>
    <w:p>
      <w:r>
        <w:rPr>
          <w:rFonts w:ascii="Georgia" w:hAnsi="Georgia" w:eastAsia="Georgia"/>
          <w:sz w:val="23"/>
        </w:rPr>
        <w:t>“This one.”</w:t>
      </w:r>
    </w:p>
    <w:p>
      <w:r>
        <w:rPr>
          <w:rFonts w:ascii="Georgia" w:hAnsi="Georgia" w:eastAsia="Georgia"/>
          <w:sz w:val="23"/>
        </w:rPr>
        <w:t>“You think there are cases where it will not.”</w:t>
      </w:r>
    </w:p>
    <w:p>
      <w:r>
        <w:rPr>
          <w:rFonts w:ascii="Georgia" w:hAnsi="Georgia" w:eastAsia="Georgia"/>
          <w:sz w:val="23"/>
        </w:rPr>
        <w:t>“I think your proposed acceptance claim assumes we already know the frequency and character of what your population will ask it to classify.”</w:t>
      </w:r>
    </w:p>
    <w:p>
      <w:r>
        <w:rPr>
          <w:rFonts w:ascii="Georgia" w:hAnsi="Georgia" w:eastAsia="Georgia"/>
          <w:sz w:val="23"/>
        </w:rPr>
        <w:t>“We have a month of retrospective data.”</w:t>
      </w:r>
    </w:p>
    <w:p>
      <w:r>
        <w:rPr>
          <w:rFonts w:ascii="Georgia" w:hAnsi="Georgia" w:eastAsia="Georgia"/>
          <w:sz w:val="23"/>
        </w:rPr>
        <w:t>“Processed through a pathway that did not use the tool.”</w:t>
      </w:r>
    </w:p>
    <w:p>
      <w:r>
        <w:rPr>
          <w:rFonts w:ascii="Georgia" w:hAnsi="Georgia" w:eastAsia="Georgia"/>
          <w:sz w:val="23"/>
        </w:rPr>
        <w:t>“That is still data.”</w:t>
      </w:r>
    </w:p>
    <w:p>
      <w:r>
        <w:rPr>
          <w:rFonts w:ascii="Georgia" w:hAnsi="Georgia" w:eastAsia="Georgia"/>
          <w:sz w:val="23"/>
        </w:rPr>
        <w:t>“Yes.”</w:t>
      </w:r>
    </w:p>
    <w:p>
      <w:r>
        <w:rPr>
          <w:rFonts w:ascii="Georgia" w:hAnsi="Georgia" w:eastAsia="Georgia"/>
          <w:sz w:val="23"/>
        </w:rPr>
        <w:t>I opened another case.</w:t>
      </w:r>
    </w:p>
    <w:p>
      <w:r>
        <w:rPr>
          <w:rFonts w:ascii="Georgia" w:hAnsi="Georgia" w:eastAsia="Georgia"/>
          <w:sz w:val="23"/>
        </w:rPr>
        <w:t>Three historical support values.</w:t>
        <w:br/>
        <w:t>Two current summaries.</w:t>
        <w:br/>
        <w:t>One old processor family whose vendor documentation ended after a bankruptcy eighty-seven years earlier.</w:t>
      </w:r>
    </w:p>
    <w:p>
      <w:r>
        <w:rPr>
          <w:rFonts w:ascii="Georgia" w:hAnsi="Georgia" w:eastAsia="Georgia"/>
          <w:sz w:val="23"/>
        </w:rPr>
        <w:t>The classifier returned UNKNOWN.</w:t>
      </w:r>
    </w:p>
    <w:p>
      <w:r>
        <w:rPr>
          <w:rFonts w:ascii="Georgia" w:hAnsi="Georgia" w:eastAsia="Georgia"/>
          <w:sz w:val="23"/>
        </w:rPr>
        <w:t>Again.</w:t>
      </w:r>
    </w:p>
    <w:p>
      <w:r>
        <w:rPr>
          <w:rFonts w:ascii="Georgia" w:hAnsi="Georgia" w:eastAsia="Georgia"/>
          <w:sz w:val="23"/>
        </w:rPr>
        <w:t>The third case cleared independent.</w:t>
      </w:r>
    </w:p>
    <w:p>
      <w:r>
        <w:rPr>
          <w:rFonts w:ascii="Georgia" w:hAnsi="Georgia" w:eastAsia="Georgia"/>
          <w:sz w:val="23"/>
        </w:rPr>
        <w:t>I traced it manually.</w:t>
      </w:r>
    </w:p>
    <w:p>
      <w:r>
        <w:rPr>
          <w:rFonts w:ascii="Georgia" w:hAnsi="Georgia" w:eastAsia="Georgia"/>
          <w:sz w:val="23"/>
        </w:rPr>
        <w:t>No obvious shared ancestry.</w:t>
      </w:r>
    </w:p>
    <w:p>
      <w:r>
        <w:rPr>
          <w:rFonts w:ascii="Georgia" w:hAnsi="Georgia" w:eastAsia="Georgia"/>
          <w:sz w:val="23"/>
        </w:rPr>
        <w:t>The fourth cleared independent.</w:t>
      </w:r>
    </w:p>
    <w:p>
      <w:r>
        <w:rPr>
          <w:rFonts w:ascii="Georgia" w:hAnsi="Georgia" w:eastAsia="Georgia"/>
          <w:sz w:val="23"/>
        </w:rPr>
        <w:t>The fifth returned shared.</w:t>
      </w:r>
    </w:p>
    <w:p>
      <w:r>
        <w:rPr>
          <w:rFonts w:ascii="Georgia" w:hAnsi="Georgia" w:eastAsia="Georgia"/>
          <w:sz w:val="23"/>
        </w:rPr>
        <w:t>The sixth could not identify the relevant error mode because the proposed intervention record had never needed to specify one under North Reach’s old paired-review policy.</w:t>
      </w:r>
    </w:p>
    <w:p>
      <w:r>
        <w:rPr>
          <w:rFonts w:ascii="Georgia" w:hAnsi="Georgia" w:eastAsia="Georgia"/>
          <w:sz w:val="23"/>
        </w:rPr>
        <w:t>That mattered more than the classification.</w:t>
      </w:r>
    </w:p>
    <w:p>
      <w:r>
        <w:rPr>
          <w:rFonts w:ascii="Georgia" w:hAnsi="Georgia" w:eastAsia="Georgia"/>
          <w:sz w:val="23"/>
        </w:rPr>
        <w:t>The tool did not merely need data.</w:t>
      </w:r>
    </w:p>
    <w:p>
      <w:r>
        <w:rPr>
          <w:rFonts w:ascii="Georgia" w:hAnsi="Georgia" w:eastAsia="Georgia"/>
          <w:sz w:val="23"/>
        </w:rPr>
        <w:t>It needed the operator to state what kind of shared error would make independence relevant.</w:t>
      </w:r>
    </w:p>
    <w:p>
      <w:r>
        <w:rPr>
          <w:rFonts w:ascii="Georgia" w:hAnsi="Georgia" w:eastAsia="Georgia"/>
          <w:sz w:val="23"/>
        </w:rPr>
        <w:t>Our practice had spent months learning to do that.</w:t>
      </w:r>
    </w:p>
    <w:p>
      <w:r>
        <w:rPr>
          <w:rFonts w:ascii="Georgia" w:hAnsi="Georgia" w:eastAsia="Georgia"/>
          <w:sz w:val="23"/>
        </w:rPr>
        <w:t>North Reach’s operators had not been asked to.</w:t>
      </w:r>
    </w:p>
    <w:p>
      <w:r>
        <w:rPr>
          <w:rFonts w:ascii="Georgia" w:hAnsi="Georgia" w:eastAsia="Georgia"/>
          <w:sz w:val="23"/>
        </w:rPr>
        <w:t>Same classifier.</w:t>
        <w:br/>
        <w:t>Different upstream question.</w:t>
      </w:r>
    </w:p>
    <w:p>
      <w:r>
        <w:rPr>
          <w:rFonts w:ascii="Georgia" w:hAnsi="Georgia" w:eastAsia="Georgia"/>
          <w:sz w:val="23"/>
        </w:rPr>
        <w:t>I wrote on the wall:</w:t>
      </w:r>
    </w:p>
    <w:p>
      <w:r>
        <w:rPr>
          <w:rFonts w:ascii="Georgia" w:hAnsi="Georgia" w:eastAsia="Georgia"/>
          <w:sz w:val="23"/>
        </w:rPr>
        <w:t>TOOL EQUIVALENCE DOES NOT ESTABLISH USE EQUIVALENCE.</w:t>
      </w:r>
    </w:p>
    <w:p>
      <w:r>
        <w:rPr>
          <w:rFonts w:ascii="Georgia" w:hAnsi="Georgia" w:eastAsia="Georgia"/>
          <w:sz w:val="23"/>
        </w:rPr>
        <w:t>Elian read it.</w:t>
      </w:r>
    </w:p>
    <w:p>
      <w:r>
        <w:rPr>
          <w:rFonts w:ascii="Georgia" w:hAnsi="Georgia" w:eastAsia="Georgia"/>
          <w:sz w:val="23"/>
        </w:rPr>
        <w:t>“I dislike slogans.”</w:t>
      </w:r>
    </w:p>
    <w:p>
      <w:r>
        <w:rPr>
          <w:rFonts w:ascii="Georgia" w:hAnsi="Georgia" w:eastAsia="Georgia"/>
          <w:sz w:val="23"/>
        </w:rPr>
        <w:t>“So do I.”</w:t>
      </w:r>
    </w:p>
    <w:p>
      <w:r>
        <w:rPr>
          <w:rFonts w:ascii="Georgia" w:hAnsi="Georgia" w:eastAsia="Georgia"/>
          <w:sz w:val="23"/>
        </w:rPr>
        <w:t>“You just wrote one.”</w:t>
      </w:r>
    </w:p>
    <w:p>
      <w:r>
        <w:rPr>
          <w:rFonts w:ascii="Georgia" w:hAnsi="Georgia" w:eastAsia="Georgia"/>
          <w:sz w:val="23"/>
        </w:rPr>
        <w:t>“It is a temporary failure of patience.”</w:t>
      </w:r>
    </w:p>
    <w:p>
      <w:r>
        <w:rPr>
          <w:rFonts w:ascii="Georgia" w:hAnsi="Georgia" w:eastAsia="Georgia"/>
          <w:sz w:val="23"/>
        </w:rPr>
        <w:t>Miren erased the sentence.</w:t>
      </w:r>
    </w:p>
    <w:p>
      <w:r>
        <w:rPr>
          <w:rFonts w:ascii="Georgia" w:hAnsi="Georgia" w:eastAsia="Georgia"/>
          <w:sz w:val="23"/>
        </w:rPr>
        <w:t>Then she wrote beneath it:</w:t>
      </w:r>
    </w:p>
    <w:p>
      <w:r>
        <w:rPr>
          <w:rFonts w:ascii="Georgia" w:hAnsi="Georgia" w:eastAsia="Georgia"/>
          <w:sz w:val="23"/>
        </w:rPr>
        <w:t>WHAT MUST BE TRUE HERE FOR THIS ANSWER TO BE SAFE ENOUGH TO START THE PROPOSED ACTION?</w:t>
      </w:r>
    </w:p>
    <w:p>
      <w:r>
        <w:rPr>
          <w:rFonts w:ascii="Georgia" w:hAnsi="Georgia" w:eastAsia="Georgia"/>
          <w:sz w:val="23"/>
        </w:rPr>
        <w:t>Elian looked at her.</w:t>
      </w:r>
    </w:p>
    <w:p>
      <w:r>
        <w:rPr>
          <w:rFonts w:ascii="Georgia" w:hAnsi="Georgia" w:eastAsia="Georgia"/>
          <w:sz w:val="23"/>
        </w:rPr>
        <w:t>“That is longer.”</w:t>
      </w:r>
    </w:p>
    <w:p>
      <w:r>
        <w:rPr>
          <w:rFonts w:ascii="Georgia" w:hAnsi="Georgia" w:eastAsia="Georgia"/>
          <w:sz w:val="23"/>
        </w:rPr>
        <w:t>“It is also harder to print on a brochure.”</w:t>
      </w:r>
    </w:p>
    <w:p>
      <w:r>
        <w:rPr>
          <w:rFonts w:ascii="Georgia" w:hAnsi="Georgia" w:eastAsia="Georgia"/>
          <w:sz w:val="23"/>
        </w:rPr>
        <w:t>No one improved it.</w:t>
      </w:r>
    </w:p>
    <w:p>
      <w:pPr>
        <w:spacing w:before="80" w:after="80"/>
        <w:jc w:val="center"/>
      </w:pPr>
      <w:r>
        <w:rPr>
          <w:rFonts w:ascii="Georgia" w:hAnsi="Georgia" w:eastAsia="Georgia"/>
          <w:sz w:val="23"/>
        </w:rPr>
        <w:t>§</w:t>
      </w:r>
    </w:p>
    <w:p>
      <w:r>
        <w:rPr>
          <w:rFonts w:ascii="Georgia" w:hAnsi="Georgia" w:eastAsia="Georgia"/>
          <w:sz w:val="23"/>
        </w:rPr>
        <w:t>At 1016 North Reach asked whether I would come there.</w:t>
      </w:r>
    </w:p>
    <w:p>
      <w:r>
        <w:rPr>
          <w:rFonts w:ascii="Georgia" w:hAnsi="Georgia" w:eastAsia="Georgia"/>
          <w:sz w:val="23"/>
        </w:rPr>
        <w:t>The transit time was forty-seven minutes.</w:t>
      </w:r>
    </w:p>
    <w:p>
      <w:r>
        <w:rPr>
          <w:rFonts w:ascii="Georgia" w:hAnsi="Georgia" w:eastAsia="Georgia"/>
          <w:sz w:val="23"/>
        </w:rPr>
        <w:t>I went.</w:t>
      </w:r>
    </w:p>
    <w:p>
      <w:r>
        <w:rPr>
          <w:rFonts w:ascii="Georgia" w:hAnsi="Georgia" w:eastAsia="Georgia"/>
          <w:sz w:val="23"/>
        </w:rPr>
        <w:t>Miren stayed behind because the shop had work.</w:t>
      </w:r>
    </w:p>
    <w:p>
      <w:r>
        <w:rPr>
          <w:rFonts w:ascii="Georgia" w:hAnsi="Georgia" w:eastAsia="Georgia"/>
          <w:sz w:val="23"/>
        </w:rPr>
        <w:t>Kera joined remotely.</w:t>
      </w:r>
    </w:p>
    <w:p>
      <w:r>
        <w:rPr>
          <w:rFonts w:ascii="Georgia" w:hAnsi="Georgia" w:eastAsia="Georgia"/>
          <w:sz w:val="23"/>
        </w:rPr>
        <w:t>North Reach occupied three floors of a service tower above a freight exchange. The lower levels vibrated at irregular intervals as loaded platforms entered and left the building.</w:t>
      </w:r>
    </w:p>
    <w:p>
      <w:r>
        <w:rPr>
          <w:rFonts w:ascii="Georgia" w:hAnsi="Georgia" w:eastAsia="Georgia"/>
          <w:sz w:val="23"/>
        </w:rPr>
        <w:t>The vibration was not large.</w:t>
      </w:r>
    </w:p>
    <w:p>
      <w:r>
        <w:rPr>
          <w:rFonts w:ascii="Georgia" w:hAnsi="Georgia" w:eastAsia="Georgia"/>
          <w:sz w:val="23"/>
        </w:rPr>
        <w:t>It was constant enough to become architecture.</w:t>
      </w:r>
    </w:p>
    <w:p>
      <w:r>
        <w:rPr>
          <w:rFonts w:ascii="Georgia" w:hAnsi="Georgia" w:eastAsia="Georgia"/>
          <w:sz w:val="23"/>
        </w:rPr>
        <w:t>I felt it through the soles of my shoes before the lift doors opened.</w:t>
      </w:r>
    </w:p>
    <w:p>
      <w:r>
        <w:rPr>
          <w:rFonts w:ascii="Georgia" w:hAnsi="Georgia" w:eastAsia="Georgia"/>
          <w:sz w:val="23"/>
        </w:rPr>
        <w:t>Rema met me outside integrated practice.</w:t>
      </w:r>
    </w:p>
    <w:p>
      <w:r>
        <w:rPr>
          <w:rFonts w:ascii="Georgia" w:hAnsi="Georgia" w:eastAsia="Georgia"/>
          <w:sz w:val="23"/>
        </w:rPr>
        <w:t>“You came to look at our queue.”</w:t>
      </w:r>
    </w:p>
    <w:p>
      <w:r>
        <w:rPr>
          <w:rFonts w:ascii="Georgia" w:hAnsi="Georgia" w:eastAsia="Georgia"/>
          <w:sz w:val="23"/>
        </w:rPr>
        <w:t>“I came to look at what makes your queue.”</w:t>
      </w:r>
    </w:p>
    <w:p>
      <w:r>
        <w:rPr>
          <w:rFonts w:ascii="Georgia" w:hAnsi="Georgia" w:eastAsia="Georgia"/>
          <w:sz w:val="23"/>
        </w:rPr>
        <w:t>“That sounds more expensive.”</w:t>
      </w:r>
    </w:p>
    <w:p>
      <w:r>
        <w:rPr>
          <w:rFonts w:ascii="Georgia" w:hAnsi="Georgia" w:eastAsia="Georgia"/>
          <w:sz w:val="23"/>
        </w:rPr>
        <w:t>“It may be.”</w:t>
      </w:r>
    </w:p>
    <w:p>
      <w:r>
        <w:rPr>
          <w:rFonts w:ascii="Georgia" w:hAnsi="Georgia" w:eastAsia="Georgia"/>
          <w:sz w:val="23"/>
        </w:rPr>
        <w:t>She did not smile.</w:t>
      </w:r>
    </w:p>
    <w:p>
      <w:r>
        <w:rPr>
          <w:rFonts w:ascii="Georgia" w:hAnsi="Georgia" w:eastAsia="Georgia"/>
          <w:sz w:val="23"/>
        </w:rPr>
        <w:t>I preferred that.</w:t>
      </w:r>
    </w:p>
    <w:p>
      <w:r>
        <w:rPr>
          <w:rFonts w:ascii="Georgia" w:hAnsi="Georgia" w:eastAsia="Georgia"/>
          <w:sz w:val="23"/>
        </w:rPr>
        <w:t>We walked the overnight pathway physically.</w:t>
      </w:r>
    </w:p>
    <w:p>
      <w:r>
        <w:rPr>
          <w:rFonts w:ascii="Georgia" w:hAnsi="Georgia" w:eastAsia="Georgia"/>
          <w:sz w:val="23"/>
        </w:rPr>
        <w:t>Intake desk.</w:t>
        <w:br/>
        <w:t>Measurement room.</w:t>
        <w:br/>
        <w:t>Two live-treatment rooms.</w:t>
        <w:br/>
        <w:t>A fabrication bay smaller than mine.</w:t>
        <w:br/>
        <w:t>Remote-review station.</w:t>
        <w:br/>
        <w:t>Emergency hold area.</w:t>
      </w:r>
    </w:p>
    <w:p>
      <w:r>
        <w:rPr>
          <w:rFonts w:ascii="Georgia" w:hAnsi="Georgia" w:eastAsia="Georgia"/>
          <w:sz w:val="23"/>
        </w:rPr>
        <w:t>There were no hidden resources.</w:t>
      </w:r>
    </w:p>
    <w:p>
      <w:r>
        <w:rPr>
          <w:rFonts w:ascii="Georgia" w:hAnsi="Georgia" w:eastAsia="Georgia"/>
          <w:sz w:val="23"/>
        </w:rPr>
        <w:t>At 2240 on an ordinary night, one integrated-setting operator could be responsible for the entire floor.</w:t>
      </w:r>
    </w:p>
    <w:p>
      <w:r>
        <w:rPr>
          <w:rFonts w:ascii="Georgia" w:hAnsi="Georgia" w:eastAsia="Georgia"/>
          <w:sz w:val="23"/>
        </w:rPr>
        <w:t>The remote-review station displayed available regional signatories.</w:t>
      </w:r>
    </w:p>
    <w:p>
      <w:r>
        <w:rPr>
          <w:rFonts w:ascii="Georgia" w:hAnsi="Georgia" w:eastAsia="Georgia"/>
          <w:sz w:val="23"/>
        </w:rPr>
        <w:t>During daylight, six names.</w:t>
      </w:r>
    </w:p>
    <w:p>
      <w:r>
        <w:rPr>
          <w:rFonts w:ascii="Georgia" w:hAnsi="Georgia" w:eastAsia="Georgia"/>
          <w:sz w:val="23"/>
        </w:rPr>
        <w:t>At night, sometimes one.</w:t>
        <w:br/>
        <w:t>Sometimes none.</w:t>
      </w:r>
    </w:p>
    <w:p>
      <w:r>
        <w:rPr>
          <w:rFonts w:ascii="Georgia" w:hAnsi="Georgia" w:eastAsia="Georgia"/>
          <w:sz w:val="23"/>
        </w:rPr>
        <w:t>Rema said, “This is the problem the classifier solves.”</w:t>
      </w:r>
    </w:p>
    <w:p>
      <w:r>
        <w:rPr>
          <w:rFonts w:ascii="Georgia" w:hAnsi="Georgia" w:eastAsia="Georgia"/>
          <w:sz w:val="23"/>
        </w:rPr>
        <w:t>“No. It changes part of the problem.”</w:t>
      </w:r>
    </w:p>
    <w:p>
      <w:r>
        <w:rPr>
          <w:rFonts w:ascii="Georgia" w:hAnsi="Georgia" w:eastAsia="Georgia"/>
          <w:sz w:val="23"/>
        </w:rPr>
        <w:t>She stopped walking.</w:t>
      </w:r>
    </w:p>
    <w:p>
      <w:r>
        <w:rPr>
          <w:rFonts w:ascii="Georgia" w:hAnsi="Georgia" w:eastAsia="Georgia"/>
          <w:sz w:val="23"/>
        </w:rPr>
        <w:t>“Explain the distinction without making me read a standard.”</w:t>
      </w:r>
    </w:p>
    <w:p>
      <w:r>
        <w:rPr>
          <w:rFonts w:ascii="Georgia" w:hAnsi="Georgia" w:eastAsia="Georgia"/>
          <w:sz w:val="23"/>
        </w:rPr>
        <w:t>“If the tool correctly establishes independence, you need fewer second signatures.”</w:t>
      </w:r>
    </w:p>
    <w:p>
      <w:r>
        <w:rPr>
          <w:rFonts w:ascii="Georgia" w:hAnsi="Georgia" w:eastAsia="Georgia"/>
          <w:sz w:val="23"/>
        </w:rPr>
        <w:t>“Yes.”</w:t>
      </w:r>
    </w:p>
    <w:p>
      <w:r>
        <w:rPr>
          <w:rFonts w:ascii="Georgia" w:hAnsi="Georgia" w:eastAsia="Georgia"/>
          <w:sz w:val="23"/>
        </w:rPr>
        <w:t>“If the tool says UNKNOWN, you still have the staffing problem.”</w:t>
      </w:r>
    </w:p>
    <w:p>
      <w:r>
        <w:rPr>
          <w:rFonts w:ascii="Georgia" w:hAnsi="Georgia" w:eastAsia="Georgia"/>
          <w:sz w:val="23"/>
        </w:rPr>
        <w:t>“Yes.”</w:t>
      </w:r>
    </w:p>
    <w:p>
      <w:r>
        <w:rPr>
          <w:rFonts w:ascii="Georgia" w:hAnsi="Georgia" w:eastAsia="Georgia"/>
          <w:sz w:val="23"/>
        </w:rPr>
        <w:t>“If the tool makes an incorrect independent call in a case whose decision would otherwise have waited, the staffing problem has become a patient problem.”</w:t>
      </w:r>
    </w:p>
    <w:p>
      <w:r>
        <w:rPr>
          <w:rFonts w:ascii="Georgia" w:hAnsi="Georgia" w:eastAsia="Georgia"/>
          <w:sz w:val="23"/>
        </w:rPr>
        <w:t>Her face changed slightly.</w:t>
      </w:r>
    </w:p>
    <w:p>
      <w:r>
        <w:rPr>
          <w:rFonts w:ascii="Georgia" w:hAnsi="Georgia" w:eastAsia="Georgia"/>
          <w:sz w:val="23"/>
        </w:rPr>
        <w:t>Not because the statement was new.</w:t>
      </w:r>
    </w:p>
    <w:p>
      <w:r>
        <w:rPr>
          <w:rFonts w:ascii="Georgia" w:hAnsi="Georgia" w:eastAsia="Georgia"/>
          <w:sz w:val="23"/>
        </w:rPr>
        <w:t>Because we were standing in the room where it would happen.</w:t>
      </w:r>
    </w:p>
    <w:p>
      <w:r>
        <w:rPr>
          <w:rFonts w:ascii="Georgia" w:hAnsi="Georgia" w:eastAsia="Georgia"/>
          <w:sz w:val="23"/>
        </w:rPr>
        <w:t>She said, “That is true at your site too.”</w:t>
      </w:r>
    </w:p>
    <w:p>
      <w:r>
        <w:rPr>
          <w:rFonts w:ascii="Georgia" w:hAnsi="Georgia" w:eastAsia="Georgia"/>
          <w:sz w:val="23"/>
        </w:rPr>
        <w:t>“Yes.”</w:t>
      </w:r>
    </w:p>
    <w:p>
      <w:r>
        <w:rPr>
          <w:rFonts w:ascii="Georgia" w:hAnsi="Georgia" w:eastAsia="Georgia"/>
          <w:sz w:val="23"/>
        </w:rPr>
        <w:t>“But you route away some of the cases most likely to reach that edge.”</w:t>
      </w:r>
    </w:p>
    <w:p>
      <w:r>
        <w:rPr>
          <w:rFonts w:ascii="Georgia" w:hAnsi="Georgia" w:eastAsia="Georgia"/>
          <w:sz w:val="23"/>
        </w:rPr>
        <w:t>“Yes.”</w:t>
      </w:r>
    </w:p>
    <w:p>
      <w:r>
        <w:rPr>
          <w:rFonts w:ascii="Georgia" w:hAnsi="Georgia" w:eastAsia="Georgia"/>
          <w:sz w:val="23"/>
        </w:rPr>
        <w:t>“And we cannot.”</w:t>
      </w:r>
    </w:p>
    <w:p>
      <w:r>
        <w:rPr>
          <w:rFonts w:ascii="Georgia" w:hAnsi="Georgia" w:eastAsia="Georgia"/>
          <w:sz w:val="23"/>
        </w:rPr>
        <w:t>“Not with your current staffing model.”</w:t>
      </w:r>
    </w:p>
    <w:p>
      <w:r>
        <w:rPr>
          <w:rFonts w:ascii="Georgia" w:hAnsi="Georgia" w:eastAsia="Georgia"/>
          <w:sz w:val="23"/>
        </w:rPr>
        <w:t>She looked through the glass into the empty treatment room.</w:t>
      </w:r>
    </w:p>
    <w:p>
      <w:r>
        <w:rPr>
          <w:rFonts w:ascii="Georgia" w:hAnsi="Georgia" w:eastAsia="Georgia"/>
          <w:sz w:val="23"/>
        </w:rPr>
        <w:t>The bed was already made.</w:t>
      </w:r>
    </w:p>
    <w:p>
      <w:r>
        <w:rPr>
          <w:rFonts w:ascii="Georgia" w:hAnsi="Georgia" w:eastAsia="Georgia"/>
          <w:sz w:val="23"/>
        </w:rPr>
        <w:t>A transfer brace hung on the wall.</w:t>
      </w:r>
    </w:p>
    <w:p>
      <w:r>
        <w:rPr>
          <w:rFonts w:ascii="Georgia" w:hAnsi="Georgia" w:eastAsia="Georgia"/>
          <w:sz w:val="23"/>
        </w:rPr>
        <w:t>Nothing dramatic had occurred.</w:t>
      </w:r>
    </w:p>
    <w:p>
      <w:r>
        <w:rPr>
          <w:rFonts w:ascii="Georgia" w:hAnsi="Georgia" w:eastAsia="Georgia"/>
          <w:sz w:val="23"/>
        </w:rPr>
        <w:t>The room did not care whether our validation language was elegant.</w:t>
      </w:r>
    </w:p>
    <w:p>
      <w:r>
        <w:rPr>
          <w:rFonts w:ascii="Georgia" w:hAnsi="Georgia" w:eastAsia="Georgia"/>
          <w:sz w:val="23"/>
        </w:rPr>
        <w:t>Rema said, “Then what do you recommend?”</w:t>
      </w:r>
    </w:p>
    <w:p>
      <w:r>
        <w:rPr>
          <w:rFonts w:ascii="Georgia" w:hAnsi="Georgia" w:eastAsia="Georgia"/>
          <w:sz w:val="23"/>
        </w:rPr>
        <w:t>“I do not know yet.”</w:t>
      </w:r>
    </w:p>
    <w:p>
      <w:r>
        <w:rPr>
          <w:rFonts w:ascii="Georgia" w:hAnsi="Georgia" w:eastAsia="Georgia"/>
          <w:sz w:val="23"/>
        </w:rPr>
        <w:t>She nodded once.</w:t>
      </w:r>
    </w:p>
    <w:p>
      <w:pPr>
        <w:spacing w:before="80" w:after="80"/>
        <w:jc w:val="center"/>
      </w:pPr>
      <w:r>
        <w:rPr>
          <w:rFonts w:ascii="Georgia" w:hAnsi="Georgia" w:eastAsia="Georgia"/>
          <w:sz w:val="23"/>
        </w:rPr>
        <w:t>§</w:t>
      </w:r>
    </w:p>
    <w:p>
      <w:r>
        <w:rPr>
          <w:rFonts w:ascii="Georgia" w:hAnsi="Georgia" w:eastAsia="Georgia"/>
          <w:sz w:val="23"/>
        </w:rPr>
        <w:t>At 1128 we tested the workflow without a patient.</w:t>
      </w:r>
    </w:p>
    <w:p>
      <w:r>
        <w:rPr>
          <w:rFonts w:ascii="Georgia" w:hAnsi="Georgia" w:eastAsia="Georgia"/>
          <w:sz w:val="23"/>
        </w:rPr>
        <w:t>North Reach used archived synthetic cases from its training system.</w:t>
      </w:r>
    </w:p>
    <w:p>
      <w:r>
        <w:rPr>
          <w:rFonts w:ascii="Georgia" w:hAnsi="Georgia" w:eastAsia="Georgia"/>
          <w:sz w:val="23"/>
        </w:rPr>
        <w:t>The first four were easy.</w:t>
      </w:r>
    </w:p>
    <w:p>
      <w:r>
        <w:rPr>
          <w:rFonts w:ascii="Georgia" w:hAnsi="Georgia" w:eastAsia="Georgia"/>
          <w:sz w:val="23"/>
        </w:rPr>
        <w:t>The fifth was designed to fail.</w:t>
      </w:r>
    </w:p>
    <w:p>
      <w:r>
        <w:rPr>
          <w:rFonts w:ascii="Georgia" w:hAnsi="Georgia" w:eastAsia="Georgia"/>
          <w:sz w:val="23"/>
        </w:rPr>
        <w:t>Old respiratory-support package.</w:t>
        <w:br/>
        <w:t>Incomplete vendor ancestry.</w:t>
        <w:br/>
        <w:t>Derived timing values.</w:t>
        <w:br/>
        <w:t>Proposed reversible controller change.</w:t>
      </w:r>
    </w:p>
    <w:p>
      <w:r>
        <w:rPr>
          <w:rFonts w:ascii="Georgia" w:hAnsi="Georgia" w:eastAsia="Georgia"/>
          <w:sz w:val="23"/>
        </w:rPr>
        <w:t>The operator identified the relevant error mode correctly.</w:t>
      </w:r>
    </w:p>
    <w:p>
      <w:r>
        <w:rPr>
          <w:rFonts w:ascii="Georgia" w:hAnsi="Georgia" w:eastAsia="Georgia"/>
          <w:sz w:val="23"/>
        </w:rPr>
        <w:t>The classifier returned UNKNOWN.</w:t>
      </w:r>
    </w:p>
    <w:p>
      <w:r>
        <w:rPr>
          <w:rFonts w:ascii="Georgia" w:hAnsi="Georgia" w:eastAsia="Georgia"/>
          <w:sz w:val="23"/>
        </w:rPr>
        <w:t>The system requested paired review.</w:t>
      </w:r>
    </w:p>
    <w:p>
      <w:r>
        <w:rPr>
          <w:rFonts w:ascii="Georgia" w:hAnsi="Georgia" w:eastAsia="Georgia"/>
          <w:sz w:val="23"/>
        </w:rPr>
        <w:t>There was no paired reviewer available in the simulation.</w:t>
      </w:r>
    </w:p>
    <w:p>
      <w:r>
        <w:rPr>
          <w:rFonts w:ascii="Georgia" w:hAnsi="Georgia" w:eastAsia="Georgia"/>
          <w:sz w:val="23"/>
        </w:rPr>
        <w:t>The operator selected conservative hold.</w:t>
      </w:r>
    </w:p>
    <w:p>
      <w:r>
        <w:rPr>
          <w:rFonts w:ascii="Georgia" w:hAnsi="Georgia" w:eastAsia="Georgia"/>
          <w:sz w:val="23"/>
        </w:rPr>
        <w:t>Correct.</w:t>
      </w:r>
    </w:p>
    <w:p>
      <w:r>
        <w:rPr>
          <w:rFonts w:ascii="Georgia" w:hAnsi="Georgia" w:eastAsia="Georgia"/>
          <w:sz w:val="23"/>
        </w:rPr>
        <w:t>The sixth case was harder because its record looked cleaner.</w:t>
      </w:r>
    </w:p>
    <w:p>
      <w:r>
        <w:rPr>
          <w:rFonts w:ascii="Georgia" w:hAnsi="Georgia" w:eastAsia="Georgia"/>
          <w:sz w:val="23"/>
        </w:rPr>
        <w:t>The operator selected “shared timing distortion” as the relevant error mode.</w:t>
      </w:r>
    </w:p>
    <w:p>
      <w:r>
        <w:rPr>
          <w:rFonts w:ascii="Georgia" w:hAnsi="Georgia" w:eastAsia="Georgia"/>
          <w:sz w:val="23"/>
        </w:rPr>
        <w:t>The classifier traced two values through separate current packages and returned independent.</w:t>
      </w:r>
    </w:p>
    <w:p>
      <w:r>
        <w:rPr>
          <w:rFonts w:ascii="Georgia" w:hAnsi="Georgia" w:eastAsia="Georgia"/>
          <w:sz w:val="23"/>
        </w:rPr>
        <w:t>I asked the operator why she had chosen that error mode.</w:t>
      </w:r>
    </w:p>
    <w:p>
      <w:r>
        <w:rPr>
          <w:rFonts w:ascii="Georgia" w:hAnsi="Georgia" w:eastAsia="Georgia"/>
          <w:sz w:val="23"/>
        </w:rPr>
        <w:t>“Because both values are timing values.”</w:t>
      </w:r>
    </w:p>
    <w:p>
      <w:r>
        <w:rPr>
          <w:rFonts w:ascii="Georgia" w:hAnsi="Georgia" w:eastAsia="Georgia"/>
          <w:sz w:val="23"/>
        </w:rPr>
        <w:t>“That is not enough.”</w:t>
      </w:r>
    </w:p>
    <w:p>
      <w:r>
        <w:rPr>
          <w:rFonts w:ascii="Georgia" w:hAnsi="Georgia" w:eastAsia="Georgia"/>
          <w:sz w:val="23"/>
        </w:rPr>
        <w:t>She looked at Rema.</w:t>
      </w:r>
    </w:p>
    <w:p>
      <w:r>
        <w:rPr>
          <w:rFonts w:ascii="Georgia" w:hAnsi="Georgia" w:eastAsia="Georgia"/>
          <w:sz w:val="23"/>
        </w:rPr>
        <w:t>Rema said, “Answer him.”</w:t>
      </w:r>
    </w:p>
    <w:p>
      <w:r>
        <w:rPr>
          <w:rFonts w:ascii="Georgia" w:hAnsi="Georgia" w:eastAsia="Georgia"/>
          <w:sz w:val="23"/>
        </w:rPr>
        <w:t>The operator reopened the source record.</w:t>
      </w:r>
    </w:p>
    <w:p>
      <w:r>
        <w:rPr>
          <w:rFonts w:ascii="Georgia" w:hAnsi="Georgia" w:eastAsia="Georgia"/>
          <w:sz w:val="23"/>
        </w:rPr>
        <w:t>One value came from diaphragm excursion.</w:t>
        <w:br/>
        <w:t>The other from rib-phase delay.</w:t>
      </w:r>
    </w:p>
    <w:p>
      <w:r>
        <w:rPr>
          <w:rFonts w:ascii="Georgia" w:hAnsi="Georgia" w:eastAsia="Georgia"/>
          <w:sz w:val="23"/>
        </w:rPr>
        <w:t>The proposed intervention altered assist onset relative to voluntary inspiration.</w:t>
      </w:r>
    </w:p>
    <w:p>
      <w:r>
        <w:rPr>
          <w:rFonts w:ascii="Georgia" w:hAnsi="Georgia" w:eastAsia="Georgia"/>
          <w:sz w:val="23"/>
        </w:rPr>
        <w:t>A shared timing distortion could matter.</w:t>
      </w:r>
    </w:p>
    <w:p>
      <w:r>
        <w:rPr>
          <w:rFonts w:ascii="Georgia" w:hAnsi="Georgia" w:eastAsia="Georgia"/>
          <w:sz w:val="23"/>
        </w:rPr>
        <w:t>So could a shared phase-normalization assumption.</w:t>
        <w:br/>
        <w:t>So could a reference-frame error in the motion model.</w:t>
      </w:r>
    </w:p>
    <w:p>
      <w:r>
        <w:rPr>
          <w:rFonts w:ascii="Georgia" w:hAnsi="Georgia" w:eastAsia="Georgia"/>
          <w:sz w:val="23"/>
        </w:rPr>
        <w:t>The operator had selected one plausible shared error because the tool required a category before it could trace ancestry relevant to that category.</w:t>
      </w:r>
    </w:p>
    <w:p>
      <w:r>
        <w:rPr>
          <w:rFonts w:ascii="Georgia" w:hAnsi="Georgia" w:eastAsia="Georgia"/>
          <w:sz w:val="23"/>
        </w:rPr>
        <w:t>The classifier had answered the question it was given.</w:t>
      </w:r>
    </w:p>
    <w:p>
      <w:r>
        <w:rPr>
          <w:rFonts w:ascii="Georgia" w:hAnsi="Georgia" w:eastAsia="Georgia"/>
          <w:sz w:val="23"/>
        </w:rPr>
        <w:t>The question was incomplete.</w:t>
      </w:r>
    </w:p>
    <w:p>
      <w:r>
        <w:rPr>
          <w:rFonts w:ascii="Georgia" w:hAnsi="Georgia" w:eastAsia="Georgia"/>
          <w:sz w:val="23"/>
        </w:rPr>
        <w:t>I asked for the case to be rerun with three candidate error modes.</w:t>
      </w:r>
    </w:p>
    <w:p>
      <w:r>
        <w:rPr>
          <w:rFonts w:ascii="Georgia" w:hAnsi="Georgia" w:eastAsia="Georgia"/>
          <w:sz w:val="23"/>
        </w:rPr>
        <w:t>The first cleared independent.</w:t>
        <w:br/>
        <w:t>The second returned UNKNOWN.</w:t>
        <w:br/>
        <w:t>The third showed shared derivation through an old motion-normalization library.</w:t>
      </w:r>
    </w:p>
    <w:p>
      <w:r>
        <w:rPr>
          <w:rFonts w:ascii="Georgia" w:hAnsi="Georgia" w:eastAsia="Georgia"/>
          <w:sz w:val="23"/>
        </w:rPr>
        <w:t>No software defect.</w:t>
      </w:r>
    </w:p>
    <w:p>
      <w:r>
        <w:rPr>
          <w:rFonts w:ascii="Georgia" w:hAnsi="Georgia" w:eastAsia="Georgia"/>
          <w:sz w:val="23"/>
        </w:rPr>
        <w:t>No bad operator.</w:t>
      </w:r>
    </w:p>
    <w:p>
      <w:r>
        <w:rPr>
          <w:rFonts w:ascii="Georgia" w:hAnsi="Georgia" w:eastAsia="Georgia"/>
          <w:sz w:val="23"/>
        </w:rPr>
        <w:t>The workflow had compressed uncertainty too early because North Reach had not yet built the practice of defining the decision-relevant error before asking whether evidence was independent.</w:t>
      </w:r>
    </w:p>
    <w:p>
      <w:r>
        <w:rPr>
          <w:rFonts w:ascii="Georgia" w:hAnsi="Georgia" w:eastAsia="Georgia"/>
          <w:sz w:val="23"/>
        </w:rPr>
        <w:t>Rema said, “How long did that take your people to learn?”</w:t>
      </w:r>
    </w:p>
    <w:p>
      <w:r>
        <w:rPr>
          <w:rFonts w:ascii="Georgia" w:hAnsi="Georgia" w:eastAsia="Georgia"/>
          <w:sz w:val="23"/>
        </w:rPr>
        <w:t>I thought about Lysa.</w:t>
      </w:r>
    </w:p>
    <w:p>
      <w:r>
        <w:rPr>
          <w:rFonts w:ascii="Georgia" w:hAnsi="Georgia" w:eastAsia="Georgia"/>
          <w:sz w:val="23"/>
        </w:rPr>
        <w:t>“Nine seconds.”</w:t>
      </w:r>
    </w:p>
    <w:p>
      <w:r>
        <w:rPr>
          <w:rFonts w:ascii="Georgia" w:hAnsi="Georgia" w:eastAsia="Georgia"/>
          <w:sz w:val="23"/>
        </w:rPr>
        <w:t>She stared at me.</w:t>
      </w:r>
    </w:p>
    <w:p>
      <w:r>
        <w:rPr>
          <w:rFonts w:ascii="Georgia" w:hAnsi="Georgia" w:eastAsia="Georgia"/>
          <w:sz w:val="23"/>
        </w:rPr>
        <w:t>I said, “That was the duration of the event that made us learn it correctly.”</w:t>
      </w:r>
    </w:p>
    <w:p>
      <w:r>
        <w:rPr>
          <w:rFonts w:ascii="Georgia" w:hAnsi="Georgia" w:eastAsia="Georgia"/>
          <w:sz w:val="23"/>
        </w:rPr>
        <w:t>No one in the room spoke.</w:t>
      </w:r>
    </w:p>
    <w:p>
      <w:r>
        <w:rPr>
          <w:rFonts w:ascii="Georgia" w:hAnsi="Georgia" w:eastAsia="Georgia"/>
          <w:sz w:val="23"/>
        </w:rPr>
        <w:t>I did not tell the rest of Lysa’s story.</w:t>
      </w:r>
    </w:p>
    <w:p>
      <w:r>
        <w:rPr>
          <w:rFonts w:ascii="Georgia" w:hAnsi="Georgia" w:eastAsia="Georgia"/>
          <w:sz w:val="23"/>
        </w:rPr>
        <w:t>It was not mine to spend for emphasis.</w:t>
      </w:r>
    </w:p>
    <w:p>
      <w:pPr>
        <w:spacing w:before="80" w:after="80"/>
        <w:jc w:val="center"/>
      </w:pPr>
      <w:r>
        <w:rPr>
          <w:rFonts w:ascii="Georgia" w:hAnsi="Georgia" w:eastAsia="Georgia"/>
          <w:sz w:val="23"/>
        </w:rPr>
        <w:t>§</w:t>
      </w:r>
    </w:p>
    <w:p>
      <w:r>
        <w:rPr>
          <w:rFonts w:ascii="Georgia" w:hAnsi="Georgia" w:eastAsia="Georgia"/>
          <w:sz w:val="23"/>
        </w:rPr>
        <w:t>At 1251 we broke the deployment into three scopes.</w:t>
      </w:r>
    </w:p>
    <w:p>
      <w:r>
        <w:rPr>
          <w:rFonts w:ascii="Georgia" w:hAnsi="Georgia" w:eastAsia="Georgia"/>
          <w:sz w:val="23"/>
        </w:rPr>
        <w:t>Scope One:</w:t>
        <w:br/>
        <w:t>Modern-platform cases with complete documented ancestry through the relevant transformation paths and operator training in explicit error-mode definition.</w:t>
      </w:r>
    </w:p>
    <w:p>
      <w:r>
        <w:rPr>
          <w:rFonts w:ascii="Georgia" w:hAnsi="Georgia" w:eastAsia="Georgia"/>
          <w:sz w:val="23"/>
        </w:rPr>
        <w:t>Existing validation could support accelerated local acceptance after workflow verification.</w:t>
      </w:r>
    </w:p>
    <w:p>
      <w:r>
        <w:rPr>
          <w:rFonts w:ascii="Georgia" w:hAnsi="Georgia" w:eastAsia="Georgia"/>
          <w:sz w:val="23"/>
        </w:rPr>
        <w:t>Scope Two:</w:t>
        <w:br/>
        <w:t>Cases with incomplete legacy ancestry but available paired review.</w:t>
      </w:r>
    </w:p>
    <w:p>
      <w:r>
        <w:rPr>
          <w:rFonts w:ascii="Georgia" w:hAnsi="Georgia" w:eastAsia="Georgia"/>
          <w:sz w:val="23"/>
        </w:rPr>
        <w:t>Classifier could be used as decision support, but UNKNOWN or ambiguous error-mode definition would retain the second-signatory requirement.</w:t>
      </w:r>
    </w:p>
    <w:p>
      <w:r>
        <w:rPr>
          <w:rFonts w:ascii="Georgia" w:hAnsi="Georgia" w:eastAsia="Georgia"/>
          <w:sz w:val="23"/>
        </w:rPr>
        <w:t>Scope Three:</w:t>
        <w:br/>
        <w:t>Cases with incomplete legacy ancestry, no timely paired review, and a proposed live intervention whose authorization depended materially on classifier-established independence.</w:t>
      </w:r>
    </w:p>
    <w:p>
      <w:r>
        <w:rPr>
          <w:rFonts w:ascii="Georgia" w:hAnsi="Georgia" w:eastAsia="Georgia"/>
          <w:sz w:val="23"/>
        </w:rPr>
        <w:t>No current validation supported local sole-start release.</w:t>
      </w:r>
    </w:p>
    <w:p>
      <w:r>
        <w:rPr>
          <w:rFonts w:ascii="Georgia" w:hAnsi="Georgia" w:eastAsia="Georgia"/>
          <w:sz w:val="23"/>
        </w:rPr>
        <w:t>Rema read the third scope twice.</w:t>
      </w:r>
    </w:p>
    <w:p>
      <w:r>
        <w:rPr>
          <w:rFonts w:ascii="Georgia" w:hAnsi="Georgia" w:eastAsia="Georgia"/>
          <w:sz w:val="23"/>
        </w:rPr>
        <w:t>“That is the part we wanted.”</w:t>
      </w:r>
    </w:p>
    <w:p>
      <w:r>
        <w:rPr>
          <w:rFonts w:ascii="Georgia" w:hAnsi="Georgia" w:eastAsia="Georgia"/>
          <w:sz w:val="23"/>
        </w:rPr>
        <w:t>“Yes.”</w:t>
      </w:r>
    </w:p>
    <w:p>
      <w:r>
        <w:rPr>
          <w:rFonts w:ascii="Georgia" w:hAnsi="Georgia" w:eastAsia="Georgia"/>
          <w:sz w:val="23"/>
        </w:rPr>
        <w:t>“That is the part that would change overnight care.”</w:t>
      </w:r>
    </w:p>
    <w:p>
      <w:r>
        <w:rPr>
          <w:rFonts w:ascii="Georgia" w:hAnsi="Georgia" w:eastAsia="Georgia"/>
          <w:sz w:val="23"/>
        </w:rPr>
        <w:t>“Yes.”</w:t>
      </w:r>
    </w:p>
    <w:p>
      <w:r>
        <w:rPr>
          <w:rFonts w:ascii="Georgia" w:hAnsi="Georgia" w:eastAsia="Georgia"/>
          <w:sz w:val="23"/>
        </w:rPr>
        <w:t>“So you came forty-seven minutes to tell us the useful part is the unvalidated part.”</w:t>
      </w:r>
    </w:p>
    <w:p>
      <w:r>
        <w:rPr>
          <w:rFonts w:ascii="Georgia" w:hAnsi="Georgia" w:eastAsia="Georgia"/>
          <w:sz w:val="23"/>
        </w:rPr>
        <w:t>“No.”</w:t>
      </w:r>
    </w:p>
    <w:p>
      <w:r>
        <w:rPr>
          <w:rFonts w:ascii="Georgia" w:hAnsi="Georgia" w:eastAsia="Georgia"/>
          <w:sz w:val="23"/>
        </w:rPr>
        <w:t>“What did you come to tell us?”</w:t>
      </w:r>
    </w:p>
    <w:p>
      <w:r>
        <w:rPr>
          <w:rFonts w:ascii="Georgia" w:hAnsi="Georgia" w:eastAsia="Georgia"/>
          <w:sz w:val="23"/>
        </w:rPr>
        <w:t>“That usefulness changes the burden of evidence.”</w:t>
      </w:r>
    </w:p>
    <w:p>
      <w:r>
        <w:rPr>
          <w:rFonts w:ascii="Georgia" w:hAnsi="Georgia" w:eastAsia="Georgia"/>
          <w:sz w:val="23"/>
        </w:rPr>
        <w:t>She looked away.</w:t>
      </w:r>
    </w:p>
    <w:p>
      <w:r>
        <w:rPr>
          <w:rFonts w:ascii="Georgia" w:hAnsi="Georgia" w:eastAsia="Georgia"/>
          <w:sz w:val="23"/>
        </w:rPr>
        <w:t>I could see why she disliked me.</w:t>
      </w:r>
    </w:p>
    <w:p>
      <w:r>
        <w:rPr>
          <w:rFonts w:ascii="Georgia" w:hAnsi="Georgia" w:eastAsia="Georgia"/>
          <w:sz w:val="23"/>
        </w:rPr>
        <w:t>The clinic had spent years operating with too few qualified people at night. The classifier offered a real way to reduce dependence on scarce remote review. We were not protecting them from a foolish idea.</w:t>
      </w:r>
    </w:p>
    <w:p>
      <w:r>
        <w:rPr>
          <w:rFonts w:ascii="Georgia" w:hAnsi="Georgia" w:eastAsia="Georgia"/>
          <w:sz w:val="23"/>
        </w:rPr>
        <w:t>We were telling them that the most valuable use was precisely the use least covered by our evidence.</w:t>
      </w:r>
    </w:p>
    <w:p>
      <w:r>
        <w:rPr>
          <w:rFonts w:ascii="Georgia" w:hAnsi="Georgia" w:eastAsia="Georgia"/>
          <w:sz w:val="23"/>
        </w:rPr>
        <w:t>That is a cruel shape for a true answer.</w:t>
      </w:r>
    </w:p>
    <w:p>
      <w:r>
        <w:rPr>
          <w:rFonts w:ascii="Georgia" w:hAnsi="Georgia" w:eastAsia="Georgia"/>
          <w:sz w:val="23"/>
        </w:rPr>
        <w:t>Elian said, “Can we build the missing validation here?”</w:t>
      </w:r>
    </w:p>
    <w:p>
      <w:r>
        <w:rPr>
          <w:rFonts w:ascii="Georgia" w:hAnsi="Georgia" w:eastAsia="Georgia"/>
          <w:sz w:val="23"/>
        </w:rPr>
        <w:t>“Yes.”</w:t>
      </w:r>
    </w:p>
    <w:p>
      <w:r>
        <w:rPr>
          <w:rFonts w:ascii="Georgia" w:hAnsi="Georgia" w:eastAsia="Georgia"/>
          <w:sz w:val="23"/>
        </w:rPr>
        <w:t>“How?”</w:t>
      </w:r>
    </w:p>
    <w:p>
      <w:r>
        <w:rPr>
          <w:rFonts w:ascii="Georgia" w:hAnsi="Georgia" w:eastAsia="Georgia"/>
          <w:sz w:val="23"/>
        </w:rPr>
        <w:t>“Shadow first. Then supervised live use with paired review still available. Compare operator error-mode selection, classifier ancestry calls, and independent reviewer judgments. Do not remove the second-signature requirement until the local population has actually exercised the edge you want the tool to carry.”</w:t>
      </w:r>
    </w:p>
    <w:p>
      <w:r>
        <w:rPr>
          <w:rFonts w:ascii="Georgia" w:hAnsi="Georgia" w:eastAsia="Georgia"/>
          <w:sz w:val="23"/>
        </w:rPr>
        <w:t>“That takes months.”</w:t>
      </w:r>
    </w:p>
    <w:p>
      <w:r>
        <w:rPr>
          <w:rFonts w:ascii="Georgia" w:hAnsi="Georgia" w:eastAsia="Georgia"/>
          <w:sz w:val="23"/>
        </w:rPr>
        <w:t>“Probably.”</w:t>
      </w:r>
    </w:p>
    <w:p>
      <w:r>
        <w:rPr>
          <w:rFonts w:ascii="Georgia" w:hAnsi="Georgia" w:eastAsia="Georgia"/>
          <w:sz w:val="23"/>
        </w:rPr>
        <w:t>Rema said, “And until then?”</w:t>
      </w:r>
    </w:p>
    <w:p>
      <w:r>
        <w:rPr>
          <w:rFonts w:ascii="Georgia" w:hAnsi="Georgia" w:eastAsia="Georgia"/>
          <w:sz w:val="23"/>
        </w:rPr>
        <w:t>“Staff the old problem.”</w:t>
      </w:r>
    </w:p>
    <w:p>
      <w:r>
        <w:rPr>
          <w:rFonts w:ascii="Georgia" w:hAnsi="Georgia" w:eastAsia="Georgia"/>
          <w:sz w:val="23"/>
        </w:rPr>
        <w:t>She turned toward me.</w:t>
      </w:r>
    </w:p>
    <w:p>
      <w:r>
        <w:rPr>
          <w:rFonts w:ascii="Georgia" w:hAnsi="Georgia" w:eastAsia="Georgia"/>
          <w:sz w:val="23"/>
        </w:rPr>
        <w:t>“With people we do not have.”</w:t>
      </w:r>
    </w:p>
    <w:p>
      <w:r>
        <w:rPr>
          <w:rFonts w:ascii="Georgia" w:hAnsi="Georgia" w:eastAsia="Georgia"/>
          <w:sz w:val="23"/>
        </w:rPr>
        <w:t>There it was.</w:t>
      </w:r>
    </w:p>
    <w:p>
      <w:r>
        <w:rPr>
          <w:rFonts w:ascii="Georgia" w:hAnsi="Georgia" w:eastAsia="Georgia"/>
          <w:sz w:val="23"/>
        </w:rPr>
        <w:t>Not a technical objection.</w:t>
        <w:br/>
        <w:t>Not a rhetorical one.</w:t>
      </w:r>
    </w:p>
    <w:p>
      <w:r>
        <w:rPr>
          <w:rFonts w:ascii="Georgia" w:hAnsi="Georgia" w:eastAsia="Georgia"/>
          <w:sz w:val="23"/>
        </w:rPr>
        <w:t>A resource constraint.</w:t>
      </w:r>
    </w:p>
    <w:p>
      <w:r>
        <w:rPr>
          <w:rFonts w:ascii="Georgia" w:hAnsi="Georgia" w:eastAsia="Georgia"/>
          <w:sz w:val="23"/>
        </w:rPr>
        <w:t>I could not solve it by tightening a sentence.</w:t>
      </w:r>
    </w:p>
    <w:p>
      <w:pPr>
        <w:spacing w:before="80" w:after="80"/>
        <w:jc w:val="center"/>
      </w:pPr>
      <w:r>
        <w:rPr>
          <w:rFonts w:ascii="Georgia" w:hAnsi="Georgia" w:eastAsia="Georgia"/>
          <w:sz w:val="23"/>
        </w:rPr>
        <w:t>§</w:t>
      </w:r>
    </w:p>
    <w:p>
      <w:r>
        <w:rPr>
          <w:rFonts w:ascii="Georgia" w:hAnsi="Georgia" w:eastAsia="Georgia"/>
          <w:sz w:val="23"/>
        </w:rPr>
        <w:t>At 1335 North Reach’s regional director joined.</w:t>
      </w:r>
    </w:p>
    <w:p>
      <w:r>
        <w:rPr>
          <w:rFonts w:ascii="Georgia" w:hAnsi="Georgia" w:eastAsia="Georgia"/>
          <w:sz w:val="23"/>
        </w:rPr>
        <w:t>His name was Varo Hesh.</w:t>
      </w:r>
    </w:p>
    <w:p>
      <w:r>
        <w:rPr>
          <w:rFonts w:ascii="Georgia" w:hAnsi="Georgia" w:eastAsia="Georgia"/>
          <w:sz w:val="23"/>
        </w:rPr>
        <w:t>He had already read the three-scope proposal.</w:t>
      </w:r>
    </w:p>
    <w:p>
      <w:r>
        <w:rPr>
          <w:rFonts w:ascii="Georgia" w:hAnsi="Georgia" w:eastAsia="Georgia"/>
          <w:sz w:val="23"/>
        </w:rPr>
        <w:t>He began with cost.</w:t>
      </w:r>
    </w:p>
    <w:p>
      <w:r>
        <w:rPr>
          <w:rFonts w:ascii="Georgia" w:hAnsi="Georgia" w:eastAsia="Georgia"/>
          <w:sz w:val="23"/>
        </w:rPr>
        <w:t>Night staffing sufficient to guarantee a second signatory inside fifteen minutes would require either two additional rotating clinicians across the district or a dedicated remote coverage pool.</w:t>
      </w:r>
    </w:p>
    <w:p>
      <w:r>
        <w:rPr>
          <w:rFonts w:ascii="Georgia" w:hAnsi="Georgia" w:eastAsia="Georgia"/>
          <w:sz w:val="23"/>
        </w:rPr>
        <w:t>Both were expensive.</w:t>
      </w:r>
    </w:p>
    <w:p>
      <w:r>
        <w:rPr>
          <w:rFonts w:ascii="Georgia" w:hAnsi="Georgia" w:eastAsia="Georgia"/>
          <w:sz w:val="23"/>
        </w:rPr>
        <w:t>Delayed overnight intervention also had cost.</w:t>
      </w:r>
    </w:p>
    <w:p>
      <w:r>
        <w:rPr>
          <w:rFonts w:ascii="Georgia" w:hAnsi="Georgia" w:eastAsia="Georgia"/>
          <w:sz w:val="23"/>
        </w:rPr>
        <w:t>Longer observation stays.</w:t>
        <w:br/>
        <w:t>Missed transport.</w:t>
        <w:br/>
        <w:t>Additional monitoring.</w:t>
        <w:br/>
        <w:t>Occasional escalation to higher-acuity care because a reversible adjustment could not be authorized in time.</w:t>
      </w:r>
    </w:p>
    <w:p>
      <w:r>
        <w:rPr>
          <w:rFonts w:ascii="Georgia" w:hAnsi="Georgia" w:eastAsia="Georgia"/>
          <w:sz w:val="23"/>
        </w:rPr>
        <w:t>The classifier’s projected savings were real.</w:t>
      </w:r>
    </w:p>
    <w:p>
      <w:r>
        <w:rPr>
          <w:rFonts w:ascii="Georgia" w:hAnsi="Georgia" w:eastAsia="Georgia"/>
          <w:sz w:val="23"/>
        </w:rPr>
        <w:t>Varo said, “Your own data show no false-independent classification in the released population.”</w:t>
      </w:r>
    </w:p>
    <w:p>
      <w:r>
        <w:rPr>
          <w:rFonts w:ascii="Georgia" w:hAnsi="Georgia" w:eastAsia="Georgia"/>
          <w:sz w:val="23"/>
        </w:rPr>
        <w:t>“Yes.”</w:t>
      </w:r>
    </w:p>
    <w:p>
      <w:r>
        <w:rPr>
          <w:rFonts w:ascii="Georgia" w:hAnsi="Georgia" w:eastAsia="Georgia"/>
          <w:sz w:val="23"/>
        </w:rPr>
        <w:t>“And none in the shadow population.”</w:t>
      </w:r>
    </w:p>
    <w:p>
      <w:r>
        <w:rPr>
          <w:rFonts w:ascii="Georgia" w:hAnsi="Georgia" w:eastAsia="Georgia"/>
          <w:sz w:val="23"/>
        </w:rPr>
        <w:t>“None identified.”</w:t>
      </w:r>
    </w:p>
    <w:p>
      <w:r>
        <w:rPr>
          <w:rFonts w:ascii="Georgia" w:hAnsi="Georgia" w:eastAsia="Georgia"/>
          <w:sz w:val="23"/>
        </w:rPr>
        <w:t>“Then what evidence would satisfy you?”</w:t>
      </w:r>
    </w:p>
    <w:p>
      <w:r>
        <w:rPr>
          <w:rFonts w:ascii="Georgia" w:hAnsi="Georgia" w:eastAsia="Georgia"/>
          <w:sz w:val="23"/>
        </w:rPr>
        <w:t>I nearly answered with a number.</w:t>
      </w:r>
    </w:p>
    <w:p>
      <w:r>
        <w:rPr>
          <w:rFonts w:ascii="Georgia" w:hAnsi="Georgia" w:eastAsia="Georgia"/>
          <w:sz w:val="23"/>
        </w:rPr>
        <w:t>That would have been easier.</w:t>
      </w:r>
    </w:p>
    <w:p>
      <w:r>
        <w:rPr>
          <w:rFonts w:ascii="Georgia" w:hAnsi="Georgia" w:eastAsia="Georgia"/>
          <w:sz w:val="23"/>
        </w:rPr>
        <w:t>Instead I said, “Evidence from the decision you actually want to make.”</w:t>
      </w:r>
    </w:p>
    <w:p>
      <w:r>
        <w:rPr>
          <w:rFonts w:ascii="Georgia" w:hAnsi="Georgia" w:eastAsia="Georgia"/>
          <w:sz w:val="23"/>
        </w:rPr>
        <w:t>He frowned.</w:t>
      </w:r>
    </w:p>
    <w:p>
      <w:r>
        <w:rPr>
          <w:rFonts w:ascii="Georgia" w:hAnsi="Georgia" w:eastAsia="Georgia"/>
          <w:sz w:val="23"/>
        </w:rPr>
        <w:t>“We want to know whether the classifier can safely support sole-start authority overnight.”</w:t>
      </w:r>
    </w:p>
    <w:p>
      <w:r>
        <w:rPr>
          <w:rFonts w:ascii="Georgia" w:hAnsi="Georgia" w:eastAsia="Georgia"/>
          <w:sz w:val="23"/>
        </w:rPr>
        <w:t>“Yes.”</w:t>
      </w:r>
    </w:p>
    <w:p>
      <w:r>
        <w:rPr>
          <w:rFonts w:ascii="Georgia" w:hAnsi="Georgia" w:eastAsia="Georgia"/>
          <w:sz w:val="23"/>
        </w:rPr>
        <w:t>“We have your classifier validation.”</w:t>
      </w:r>
    </w:p>
    <w:p>
      <w:r>
        <w:rPr>
          <w:rFonts w:ascii="Georgia" w:hAnsi="Georgia" w:eastAsia="Georgia"/>
          <w:sz w:val="23"/>
        </w:rPr>
        <w:t>“You have validation from a system in which hard cases are more often diverted before the classifier’s answer becomes decisive.”</w:t>
      </w:r>
    </w:p>
    <w:p>
      <w:r>
        <w:rPr>
          <w:rFonts w:ascii="Georgia" w:hAnsi="Georgia" w:eastAsia="Georgia"/>
          <w:sz w:val="23"/>
        </w:rPr>
        <w:t>“We have your shadow cases too.”</w:t>
      </w:r>
    </w:p>
    <w:p>
      <w:r>
        <w:rPr>
          <w:rFonts w:ascii="Georgia" w:hAnsi="Georgia" w:eastAsia="Georgia"/>
          <w:sz w:val="23"/>
        </w:rPr>
        <w:t>“Observed without the consequence you propose.”</w:t>
      </w:r>
    </w:p>
    <w:p>
      <w:r>
        <w:rPr>
          <w:rFonts w:ascii="Georgia" w:hAnsi="Georgia" w:eastAsia="Georgia"/>
          <w:sz w:val="23"/>
        </w:rPr>
        <w:t>“Consequence does not change the classifier.”</w:t>
      </w:r>
    </w:p>
    <w:p>
      <w:r>
        <w:rPr>
          <w:rFonts w:ascii="Georgia" w:hAnsi="Georgia" w:eastAsia="Georgia"/>
          <w:sz w:val="23"/>
        </w:rPr>
        <w:t>“No. It changes what an error costs, which changes how much uncertainty you can tolerate before acting.”</w:t>
      </w:r>
    </w:p>
    <w:p>
      <w:r>
        <w:rPr>
          <w:rFonts w:ascii="Georgia" w:hAnsi="Georgia" w:eastAsia="Georgia"/>
          <w:sz w:val="23"/>
        </w:rPr>
        <w:t>He sat back.</w:t>
      </w:r>
    </w:p>
    <w:p>
      <w:r>
        <w:rPr>
          <w:rFonts w:ascii="Georgia" w:hAnsi="Georgia" w:eastAsia="Georgia"/>
          <w:sz w:val="23"/>
        </w:rPr>
        <w:t>“That is risk policy, not validation.”</w:t>
      </w:r>
    </w:p>
    <w:p>
      <w:r>
        <w:rPr>
          <w:rFonts w:ascii="Georgia" w:hAnsi="Georgia" w:eastAsia="Georgia"/>
          <w:sz w:val="23"/>
        </w:rPr>
        <w:t>“Yes.”</w:t>
      </w:r>
    </w:p>
    <w:p>
      <w:r>
        <w:rPr>
          <w:rFonts w:ascii="Georgia" w:hAnsi="Georgia" w:eastAsia="Georgia"/>
          <w:sz w:val="23"/>
        </w:rPr>
        <w:t>The word surprised him.</w:t>
      </w:r>
    </w:p>
    <w:p>
      <w:r>
        <w:rPr>
          <w:rFonts w:ascii="Georgia" w:hAnsi="Georgia" w:eastAsia="Georgia"/>
          <w:sz w:val="23"/>
        </w:rPr>
        <w:t>I continued.</w:t>
      </w:r>
    </w:p>
    <w:p>
      <w:r>
        <w:rPr>
          <w:rFonts w:ascii="Georgia" w:hAnsi="Georgia" w:eastAsia="Georgia"/>
          <w:sz w:val="23"/>
        </w:rPr>
        <w:t>“And your acceptance packet treats them as the same decision.”</w:t>
      </w:r>
    </w:p>
    <w:p>
      <w:r>
        <w:rPr>
          <w:rFonts w:ascii="Georgia" w:hAnsi="Georgia" w:eastAsia="Georgia"/>
          <w:sz w:val="23"/>
        </w:rPr>
        <w:t>Kera spoke from the wall.</w:t>
      </w:r>
    </w:p>
    <w:p>
      <w:r>
        <w:rPr>
          <w:rFonts w:ascii="Georgia" w:hAnsi="Georgia" w:eastAsia="Georgia"/>
          <w:sz w:val="23"/>
        </w:rPr>
        <w:t>“That is the receiving-system problem.”</w:t>
      </w:r>
    </w:p>
    <w:p>
      <w:r>
        <w:rPr>
          <w:rFonts w:ascii="Georgia" w:hAnsi="Georgia" w:eastAsia="Georgia"/>
          <w:sz w:val="23"/>
        </w:rPr>
        <w:t>Varo looked at her.</w:t>
      </w:r>
    </w:p>
    <w:p>
      <w:r>
        <w:rPr>
          <w:rFonts w:ascii="Georgia" w:hAnsi="Georgia" w:eastAsia="Georgia"/>
          <w:sz w:val="23"/>
        </w:rPr>
        <w:t>She said, “The tool can arrive unchanged and still enter a different evidentiary role. We have to certify the role, not merely the executable.”</w:t>
      </w:r>
    </w:p>
    <w:p>
      <w:r>
        <w:rPr>
          <w:rFonts w:ascii="Georgia" w:hAnsi="Georgia" w:eastAsia="Georgia"/>
          <w:sz w:val="23"/>
        </w:rPr>
        <w:t>That sentence stayed.</w:t>
      </w:r>
    </w:p>
    <w:p>
      <w:pPr>
        <w:spacing w:before="80" w:after="80"/>
        <w:jc w:val="center"/>
      </w:pPr>
      <w:r>
        <w:rPr>
          <w:rFonts w:ascii="Georgia" w:hAnsi="Georgia" w:eastAsia="Georgia"/>
          <w:sz w:val="23"/>
        </w:rPr>
        <w:t>§</w:t>
      </w:r>
    </w:p>
    <w:p>
      <w:r>
        <w:rPr>
          <w:rFonts w:ascii="Georgia" w:hAnsi="Georgia" w:eastAsia="Georgia"/>
          <w:sz w:val="23"/>
        </w:rPr>
        <w:t>At 1442 the director asked whether I would sign North Reach’s accelerated acceptance for Scope One.</w:t>
      </w:r>
    </w:p>
    <w:p>
      <w:r>
        <w:rPr>
          <w:rFonts w:ascii="Georgia" w:hAnsi="Georgia" w:eastAsia="Georgia"/>
          <w:sz w:val="23"/>
        </w:rPr>
        <w:t>I could.</w:t>
      </w:r>
    </w:p>
    <w:p>
      <w:r>
        <w:rPr>
          <w:rFonts w:ascii="Georgia" w:hAnsi="Georgia" w:eastAsia="Georgia"/>
          <w:sz w:val="23"/>
        </w:rPr>
        <w:t>The acceptance concerned non-live system qualification, not a patient intervention.</w:t>
      </w:r>
    </w:p>
    <w:p>
      <w:r>
        <w:rPr>
          <w:rFonts w:ascii="Georgia" w:hAnsi="Georgia" w:eastAsia="Georgia"/>
          <w:sz w:val="23"/>
        </w:rPr>
        <w:t>My restriction did not bar it.</w:t>
      </w:r>
    </w:p>
    <w:p>
      <w:r>
        <w:rPr>
          <w:rFonts w:ascii="Georgia" w:hAnsi="Georgia" w:eastAsia="Georgia"/>
          <w:sz w:val="23"/>
        </w:rPr>
        <w:t>I read the document.</w:t>
      </w:r>
    </w:p>
    <w:p>
      <w:r>
        <w:rPr>
          <w:rFonts w:ascii="Georgia" w:hAnsi="Georgia" w:eastAsia="Georgia"/>
          <w:sz w:val="23"/>
        </w:rPr>
        <w:t>The scope boundary was explicit.</w:t>
      </w:r>
    </w:p>
    <w:p>
      <w:r>
        <w:rPr>
          <w:rFonts w:ascii="Georgia" w:hAnsi="Georgia" w:eastAsia="Georgia"/>
          <w:sz w:val="23"/>
        </w:rPr>
        <w:t>Modern-platform cases.</w:t>
        <w:br/>
        <w:t>Complete relevant ancestry.</w:t>
        <w:br/>
        <w:t>Validated operator training.</w:t>
        <w:br/>
        <w:t>No extension to legacy-unknown sole-start use.</w:t>
      </w:r>
    </w:p>
    <w:p>
      <w:r>
        <w:rPr>
          <w:rFonts w:ascii="Georgia" w:hAnsi="Georgia" w:eastAsia="Georgia"/>
          <w:sz w:val="23"/>
        </w:rPr>
        <w:t>I signed.</w:t>
      </w:r>
    </w:p>
    <w:p>
      <w:r>
        <w:rPr>
          <w:rFonts w:ascii="Georgia" w:hAnsi="Georgia" w:eastAsia="Georgia"/>
          <w:sz w:val="23"/>
        </w:rPr>
        <w:t>The system accepted my signature immediately.</w:t>
      </w:r>
    </w:p>
    <w:p>
      <w:r>
        <w:rPr>
          <w:rFonts w:ascii="Georgia" w:hAnsi="Georgia" w:eastAsia="Georgia"/>
          <w:sz w:val="23"/>
        </w:rPr>
        <w:t>Then Varo asked whether I would sign the planned validation protocol for Scopes Two and Three.</w:t>
      </w:r>
    </w:p>
    <w:p>
      <w:r>
        <w:rPr>
          <w:rFonts w:ascii="Georgia" w:hAnsi="Georgia" w:eastAsia="Georgia"/>
          <w:sz w:val="23"/>
        </w:rPr>
        <w:t>I read that too.</w:t>
      </w:r>
    </w:p>
    <w:p>
      <w:r>
        <w:rPr>
          <w:rFonts w:ascii="Georgia" w:hAnsi="Georgia" w:eastAsia="Georgia"/>
          <w:sz w:val="23"/>
        </w:rPr>
        <w:t>The protocol was sound except for one line.</w:t>
      </w:r>
    </w:p>
    <w:p>
      <w:r>
        <w:rPr>
          <w:rFonts w:ascii="Georgia" w:hAnsi="Georgia" w:eastAsia="Georgia"/>
          <w:sz w:val="23"/>
        </w:rPr>
        <w:t>SUCCESS CRITERION: NO IDENTIFIED FALSE-INDEPENDENT CLASSIFICATION DURING 500 CONSECUTIVE ELIGIBLE CASES.</w:t>
      </w:r>
    </w:p>
    <w:p>
      <w:r>
        <w:rPr>
          <w:rFonts w:ascii="Georgia" w:hAnsi="Georgia" w:eastAsia="Georgia"/>
          <w:sz w:val="23"/>
        </w:rPr>
        <w:t>I struck “500 consecutive eligible cases.”</w:t>
      </w:r>
    </w:p>
    <w:p>
      <w:r>
        <w:rPr>
          <w:rFonts w:ascii="Georgia" w:hAnsi="Georgia" w:eastAsia="Georgia"/>
          <w:sz w:val="23"/>
        </w:rPr>
        <w:t>Varo said, “What is wrong with five hundred?”</w:t>
      </w:r>
    </w:p>
    <w:p>
      <w:r>
        <w:rPr>
          <w:rFonts w:ascii="Georgia" w:hAnsi="Georgia" w:eastAsia="Georgia"/>
          <w:sz w:val="23"/>
        </w:rPr>
        <w:t>“Nothing inherently.”</w:t>
      </w:r>
    </w:p>
    <w:p>
      <w:r>
        <w:rPr>
          <w:rFonts w:ascii="Georgia" w:hAnsi="Georgia" w:eastAsia="Georgia"/>
          <w:sz w:val="23"/>
        </w:rPr>
        <w:t>“Then why remove it?”</w:t>
      </w:r>
    </w:p>
    <w:p>
      <w:r>
        <w:rPr>
          <w:rFonts w:ascii="Georgia" w:hAnsi="Georgia" w:eastAsia="Georgia"/>
          <w:sz w:val="23"/>
        </w:rPr>
        <w:t>“Because you have not established that five hundred cases will exercise the histories that make Scope Three different from Scope One.”</w:t>
      </w:r>
    </w:p>
    <w:p>
      <w:r>
        <w:rPr>
          <w:rFonts w:ascii="Georgia" w:hAnsi="Georgia" w:eastAsia="Georgia"/>
          <w:sz w:val="23"/>
        </w:rPr>
        <w:t>“So what do you want?”</w:t>
      </w:r>
    </w:p>
    <w:p>
      <w:r>
        <w:rPr>
          <w:rFonts w:ascii="Georgia" w:hAnsi="Georgia" w:eastAsia="Georgia"/>
          <w:sz w:val="23"/>
        </w:rPr>
        <w:t>“Coverage criteria.”</w:t>
      </w:r>
    </w:p>
    <w:p>
      <w:r>
        <w:rPr>
          <w:rFonts w:ascii="Georgia" w:hAnsi="Georgia" w:eastAsia="Georgia"/>
          <w:sz w:val="23"/>
        </w:rPr>
        <w:t>Elian understood first.</w:t>
      </w:r>
    </w:p>
    <w:p>
      <w:r>
        <w:rPr>
          <w:rFonts w:ascii="Georgia" w:hAnsi="Georgia" w:eastAsia="Georgia"/>
          <w:sz w:val="23"/>
        </w:rPr>
        <w:t>“Legacy families. Missing-boundary types. Error-mode categories.”</w:t>
      </w:r>
    </w:p>
    <w:p>
      <w:r>
        <w:rPr>
          <w:rFonts w:ascii="Georgia" w:hAnsi="Georgia" w:eastAsia="Georgia"/>
          <w:sz w:val="23"/>
        </w:rPr>
        <w:t>“Yes.”</w:t>
      </w:r>
    </w:p>
    <w:p>
      <w:r>
        <w:rPr>
          <w:rFonts w:ascii="Georgia" w:hAnsi="Georgia" w:eastAsia="Georgia"/>
          <w:sz w:val="23"/>
        </w:rPr>
        <w:t>“Not just count.”</w:t>
      </w:r>
    </w:p>
    <w:p>
      <w:r>
        <w:rPr>
          <w:rFonts w:ascii="Georgia" w:hAnsi="Georgia" w:eastAsia="Georgia"/>
          <w:sz w:val="23"/>
        </w:rPr>
        <w:t>“Yes.”</w:t>
      </w:r>
    </w:p>
    <w:p>
      <w:r>
        <w:rPr>
          <w:rFonts w:ascii="Georgia" w:hAnsi="Georgia" w:eastAsia="Georgia"/>
          <w:sz w:val="23"/>
        </w:rPr>
        <w:t>The protocol changed.</w:t>
      </w:r>
    </w:p>
    <w:p>
      <w:r>
        <w:rPr>
          <w:rFonts w:ascii="Georgia" w:hAnsi="Georgia" w:eastAsia="Georgia"/>
          <w:sz w:val="23"/>
        </w:rPr>
        <w:t>Minimum observation count remained.</w:t>
        <w:br/>
        <w:t>But release also required demonstrated exposure to predefined categories of legacy incompleteness, multiple relevant error-mode families, and at least one case from each major overnight hardware lineage in current service.</w:t>
      </w:r>
    </w:p>
    <w:p>
      <w:r>
        <w:rPr>
          <w:rFonts w:ascii="Georgia" w:hAnsi="Georgia" w:eastAsia="Georgia"/>
          <w:sz w:val="23"/>
        </w:rPr>
        <w:t>If those cases did not occur naturally inside the observation window, synthetic or archived challenge cases could test the tool, but they would not substitute for live workflow observation where operator question selection mattered.</w:t>
      </w:r>
    </w:p>
    <w:p>
      <w:r>
        <w:rPr>
          <w:rFonts w:ascii="Georgia" w:hAnsi="Georgia" w:eastAsia="Georgia"/>
          <w:sz w:val="23"/>
        </w:rPr>
        <w:t>The protocol became uglier.</w:t>
      </w:r>
    </w:p>
    <w:p>
      <w:r>
        <w:rPr>
          <w:rFonts w:ascii="Georgia" w:hAnsi="Georgia" w:eastAsia="Georgia"/>
          <w:sz w:val="23"/>
        </w:rPr>
        <w:t>The timeline became less predictable.</w:t>
      </w:r>
    </w:p>
    <w:p>
      <w:r>
        <w:rPr>
          <w:rFonts w:ascii="Georgia" w:hAnsi="Georgia" w:eastAsia="Georgia"/>
          <w:sz w:val="23"/>
        </w:rPr>
        <w:t>It also became capable of failing for the right reasons.</w:t>
      </w:r>
    </w:p>
    <w:p>
      <w:r>
        <w:rPr>
          <w:rFonts w:ascii="Georgia" w:hAnsi="Georgia" w:eastAsia="Georgia"/>
          <w:sz w:val="23"/>
        </w:rPr>
        <w:t>I signed it.</w:t>
      </w:r>
    </w:p>
    <w:p>
      <w:r>
        <w:rPr>
          <w:rFonts w:ascii="Georgia" w:hAnsi="Georgia" w:eastAsia="Georgia"/>
          <w:sz w:val="23"/>
        </w:rPr>
        <w:t>No second signature required.</w:t>
      </w:r>
    </w:p>
    <w:p>
      <w:r>
        <w:rPr>
          <w:rFonts w:ascii="Georgia" w:hAnsi="Georgia" w:eastAsia="Georgia"/>
          <w:sz w:val="23"/>
        </w:rPr>
        <w:t>I thought about that only after the terminal accepted it.</w:t>
      </w:r>
    </w:p>
    <w:p>
      <w:r>
        <w:rPr>
          <w:rFonts w:ascii="Georgia" w:hAnsi="Georgia" w:eastAsia="Georgia"/>
          <w:sz w:val="23"/>
        </w:rPr>
        <w:t>My name could still help restrict what other people were allowed to claim.</w:t>
      </w:r>
    </w:p>
    <w:p>
      <w:r>
        <w:rPr>
          <w:rFonts w:ascii="Georgia" w:hAnsi="Georgia" w:eastAsia="Georgia"/>
          <w:sz w:val="23"/>
        </w:rPr>
        <w:t>It remained less free when starting something inside a body.</w:t>
      </w:r>
    </w:p>
    <w:p>
      <w:r>
        <w:rPr>
          <w:rFonts w:ascii="Georgia" w:hAnsi="Georgia" w:eastAsia="Georgia"/>
          <w:sz w:val="23"/>
        </w:rPr>
        <w:t>The asymmetry no longer felt temporary.</w:t>
      </w:r>
    </w:p>
    <w:p>
      <w:r>
        <w:rPr>
          <w:rFonts w:ascii="Georgia" w:hAnsi="Georgia" w:eastAsia="Georgia"/>
          <w:sz w:val="23"/>
        </w:rPr>
        <w:t>It felt structural.</w:t>
      </w:r>
    </w:p>
    <w:p>
      <w:r>
        <w:rPr>
          <w:rFonts w:ascii="Georgia" w:hAnsi="Georgia" w:eastAsia="Georgia"/>
          <w:sz w:val="23"/>
        </w:rPr>
        <w:t>I could not decide whether I liked it.</w:t>
      </w:r>
    </w:p>
    <w:p>
      <w:pPr>
        <w:spacing w:before="80" w:after="80"/>
        <w:jc w:val="center"/>
      </w:pPr>
      <w:r>
        <w:rPr>
          <w:rFonts w:ascii="Georgia" w:hAnsi="Georgia" w:eastAsia="Georgia"/>
          <w:sz w:val="23"/>
        </w:rPr>
        <w:t>§</w:t>
      </w:r>
    </w:p>
    <w:p>
      <w:r>
        <w:rPr>
          <w:rFonts w:ascii="Georgia" w:hAnsi="Georgia" w:eastAsia="Georgia"/>
          <w:sz w:val="23"/>
        </w:rPr>
        <w:t>I returned to our site at 1631.</w:t>
      </w:r>
    </w:p>
    <w:p>
      <w:r>
        <w:rPr>
          <w:rFonts w:ascii="Georgia" w:hAnsi="Georgia" w:eastAsia="Georgia"/>
          <w:sz w:val="23"/>
        </w:rPr>
        <w:t>Miren had six cases open.</w:t>
      </w:r>
    </w:p>
    <w:p>
      <w:r>
        <w:rPr>
          <w:rFonts w:ascii="Georgia" w:hAnsi="Georgia" w:eastAsia="Georgia"/>
          <w:sz w:val="23"/>
        </w:rPr>
        <w:t>I had four.</w:t>
      </w:r>
    </w:p>
    <w:p>
      <w:r>
        <w:rPr>
          <w:rFonts w:ascii="Georgia" w:hAnsi="Georgia" w:eastAsia="Georgia"/>
          <w:sz w:val="23"/>
        </w:rPr>
        <w:t>She looked at the travel record.</w:t>
      </w:r>
    </w:p>
    <w:p>
      <w:r>
        <w:rPr>
          <w:rFonts w:ascii="Georgia" w:hAnsi="Georgia" w:eastAsia="Georgia"/>
          <w:sz w:val="23"/>
        </w:rPr>
        <w:t>“You approved their deployment.”</w:t>
      </w:r>
    </w:p>
    <w:p>
      <w:r>
        <w:rPr>
          <w:rFonts w:ascii="Georgia" w:hAnsi="Georgia" w:eastAsia="Georgia"/>
          <w:sz w:val="23"/>
        </w:rPr>
        <w:t>“Part of it.”</w:t>
      </w:r>
    </w:p>
    <w:p>
      <w:r>
        <w:rPr>
          <w:rFonts w:ascii="Georgia" w:hAnsi="Georgia" w:eastAsia="Georgia"/>
          <w:sz w:val="23"/>
        </w:rPr>
        <w:t>“And delayed the part they actually wanted.”</w:t>
      </w:r>
    </w:p>
    <w:p>
      <w:r>
        <w:rPr>
          <w:rFonts w:ascii="Georgia" w:hAnsi="Georgia" w:eastAsia="Georgia"/>
          <w:sz w:val="23"/>
        </w:rPr>
        <w:t>“Yes.”</w:t>
      </w:r>
    </w:p>
    <w:p>
      <w:r>
        <w:rPr>
          <w:rFonts w:ascii="Georgia" w:hAnsi="Georgia" w:eastAsia="Georgia"/>
          <w:sz w:val="23"/>
        </w:rPr>
        <w:t>“How long?”</w:t>
      </w:r>
    </w:p>
    <w:p>
      <w:r>
        <w:rPr>
          <w:rFonts w:ascii="Georgia" w:hAnsi="Georgia" w:eastAsia="Georgia"/>
          <w:sz w:val="23"/>
        </w:rPr>
        <w:t>“I do not know.”</w:t>
      </w:r>
    </w:p>
    <w:p>
      <w:r>
        <w:rPr>
          <w:rFonts w:ascii="Georgia" w:hAnsi="Georgia" w:eastAsia="Georgia"/>
          <w:sz w:val="23"/>
        </w:rPr>
        <w:t>She nodded toward my authorization status.</w:t>
      </w:r>
    </w:p>
    <w:p>
      <w:r>
        <w:rPr>
          <w:rFonts w:ascii="Georgia" w:hAnsi="Georgia" w:eastAsia="Georgia"/>
          <w:sz w:val="23"/>
        </w:rPr>
        <w:t>“Familiar answer.”</w:t>
      </w:r>
    </w:p>
    <w:p>
      <w:r>
        <w:rPr>
          <w:rFonts w:ascii="Georgia" w:hAnsi="Georgia" w:eastAsia="Georgia"/>
          <w:sz w:val="23"/>
        </w:rPr>
        <w:t>“Yes.”</w:t>
      </w:r>
    </w:p>
    <w:p>
      <w:r>
        <w:rPr>
          <w:rFonts w:ascii="Georgia" w:hAnsi="Georgia" w:eastAsia="Georgia"/>
          <w:sz w:val="23"/>
        </w:rPr>
        <w:t>No completed person entered the room. No form acquired a new line.</w:t>
      </w:r>
    </w:p>
    <w:p>
      <w:r>
        <w:rPr>
          <w:rFonts w:ascii="Georgia" w:hAnsi="Georgia" w:eastAsia="Georgia"/>
          <w:sz w:val="23"/>
        </w:rPr>
        <w:t>At 1720 North Reach sent its first Scope One acceptance result.</w:t>
      </w:r>
    </w:p>
    <w:p>
      <w:r>
        <w:rPr>
          <w:rFonts w:ascii="Georgia" w:hAnsi="Georgia" w:eastAsia="Georgia"/>
          <w:sz w:val="23"/>
        </w:rPr>
        <w:t>Passed.</w:t>
      </w:r>
    </w:p>
    <w:p>
      <w:r>
        <w:rPr>
          <w:rFonts w:ascii="Georgia" w:hAnsi="Georgia" w:eastAsia="Georgia"/>
          <w:sz w:val="23"/>
        </w:rPr>
        <w:t>A modern-platform overnight case had cleared the locally verified workflow in training replay.</w:t>
      </w:r>
    </w:p>
    <w:p>
      <w:r>
        <w:rPr>
          <w:rFonts w:ascii="Georgia" w:hAnsi="Georgia" w:eastAsia="Georgia"/>
          <w:sz w:val="23"/>
        </w:rPr>
        <w:t>No paired review required under the accepted scope.</w:t>
      </w:r>
    </w:p>
    <w:p>
      <w:r>
        <w:rPr>
          <w:rFonts w:ascii="Georgia" w:hAnsi="Georgia" w:eastAsia="Georgia"/>
          <w:sz w:val="23"/>
        </w:rPr>
        <w:t>The useful part had begun.</w:t>
      </w:r>
    </w:p>
    <w:p>
      <w:r>
        <w:rPr>
          <w:rFonts w:ascii="Georgia" w:hAnsi="Georgia" w:eastAsia="Georgia"/>
          <w:sz w:val="23"/>
        </w:rPr>
        <w:t>Not all of it.</w:t>
      </w:r>
    </w:p>
    <w:p>
      <w:r>
        <w:rPr>
          <w:rFonts w:ascii="Georgia" w:hAnsi="Georgia" w:eastAsia="Georgia"/>
          <w:sz w:val="23"/>
        </w:rPr>
        <w:t>Enough of it to matter.</w:t>
      </w:r>
    </w:p>
    <w:p>
      <w:r>
        <w:rPr>
          <w:rFonts w:ascii="Georgia" w:hAnsi="Georgia" w:eastAsia="Georgia"/>
          <w:sz w:val="23"/>
        </w:rPr>
        <w:t>I did not write that sentence anywhere.</w:t>
      </w:r>
    </w:p>
    <w:p>
      <w:pPr>
        <w:spacing w:before="80" w:after="80"/>
        <w:jc w:val="center"/>
      </w:pPr>
      <w:r>
        <w:rPr>
          <w:rFonts w:ascii="Georgia" w:hAnsi="Georgia" w:eastAsia="Georgia"/>
          <w:sz w:val="23"/>
        </w:rPr>
        <w:t>§</w:t>
      </w:r>
    </w:p>
    <w:p>
      <w:r>
        <w:rPr>
          <w:rFonts w:ascii="Georgia" w:hAnsi="Georgia" w:eastAsia="Georgia"/>
          <w:sz w:val="23"/>
        </w:rPr>
        <w:t>At 1813 Kera sent a revised deployment template for future institutions.</w:t>
      </w:r>
    </w:p>
    <w:p>
      <w:r>
        <w:rPr>
          <w:rFonts w:ascii="Georgia" w:hAnsi="Georgia" w:eastAsia="Georgia"/>
          <w:sz w:val="23"/>
        </w:rPr>
        <w:t>The first page no longer asked only:</w:t>
      </w:r>
    </w:p>
    <w:p>
      <w:r>
        <w:rPr>
          <w:rFonts w:ascii="Georgia" w:hAnsi="Georgia" w:eastAsia="Georgia"/>
          <w:sz w:val="23"/>
        </w:rPr>
        <w:t>IS THE VALIDATED TOOL VERSION IDENTICAL?</w:t>
      </w:r>
    </w:p>
    <w:p>
      <w:r>
        <w:rPr>
          <w:rFonts w:ascii="Georgia" w:hAnsi="Georgia" w:eastAsia="Georgia"/>
          <w:sz w:val="23"/>
        </w:rPr>
        <w:t>It now asked:</w:t>
      </w:r>
    </w:p>
    <w:p>
      <w:r>
        <w:rPr>
          <w:rFonts w:ascii="Georgia" w:hAnsi="Georgia" w:eastAsia="Georgia"/>
          <w:sz w:val="23"/>
        </w:rPr>
        <w:t>WHAT DECISION WILL THE TOOL SUPPORT HERE?</w:t>
        <w:br/>
        <w:t>WHAT OPERATIONAL FILTERS SHAPE THE CASES THAT REACH IT?</w:t>
        <w:br/>
        <w:t>WHAT FALLBACK EXISTS WHEN THE TOOL RETURNS SHARED OR UNKNOWN?</w:t>
        <w:br/>
        <w:t>WHAT CONSEQUENCE FOLLOWS AN INCORRECT INDEPENDENT CLASSIFICATION?</w:t>
        <w:br/>
        <w:t>WHICH PART OF THE SOURCE VALIDATION POPULATION MATCHES THE RECEIVING POPULATION?</w:t>
      </w:r>
    </w:p>
    <w:p>
      <w:r>
        <w:rPr>
          <w:rFonts w:ascii="Georgia" w:hAnsi="Georgia" w:eastAsia="Georgia"/>
          <w:sz w:val="23"/>
        </w:rPr>
        <w:t>The template did not say that validation failed to travel.</w:t>
      </w:r>
    </w:p>
    <w:p>
      <w:r>
        <w:rPr>
          <w:rFonts w:ascii="Georgia" w:hAnsi="Georgia" w:eastAsia="Georgia"/>
          <w:sz w:val="23"/>
        </w:rPr>
        <w:t>That would have been wrong.</w:t>
      </w:r>
    </w:p>
    <w:p>
      <w:r>
        <w:rPr>
          <w:rFonts w:ascii="Georgia" w:hAnsi="Georgia" w:eastAsia="Georgia"/>
          <w:sz w:val="23"/>
        </w:rPr>
        <w:t>Some of it traveled perfectly well.</w:t>
      </w:r>
    </w:p>
    <w:p>
      <w:r>
        <w:rPr>
          <w:rFonts w:ascii="Georgia" w:hAnsi="Georgia" w:eastAsia="Georgia"/>
          <w:sz w:val="23"/>
        </w:rPr>
        <w:t>The modern cases at North Reach did not become different merely because the building vibrated and the night staff was smaller.</w:t>
      </w:r>
    </w:p>
    <w:p>
      <w:r>
        <w:rPr>
          <w:rFonts w:ascii="Georgia" w:hAnsi="Georgia" w:eastAsia="Georgia"/>
          <w:sz w:val="23"/>
        </w:rPr>
        <w:t>But validation was not a property contained inside the software package.</w:t>
      </w:r>
    </w:p>
    <w:p>
      <w:r>
        <w:rPr>
          <w:rFonts w:ascii="Georgia" w:hAnsi="Georgia" w:eastAsia="Georgia"/>
          <w:sz w:val="23"/>
        </w:rPr>
        <w:t>It belonged partly to the conditions under which the software’s answer was asked to carry weight.</w:t>
      </w:r>
    </w:p>
    <w:p>
      <w:r>
        <w:rPr>
          <w:rFonts w:ascii="Georgia" w:hAnsi="Georgia" w:eastAsia="Georgia"/>
          <w:sz w:val="23"/>
        </w:rPr>
        <w:t>We had spent months learning that fragments could acquire histories from contact.</w:t>
      </w:r>
    </w:p>
    <w:p>
      <w:r>
        <w:rPr>
          <w:rFonts w:ascii="Georgia" w:hAnsi="Georgia" w:eastAsia="Georgia"/>
          <w:sz w:val="23"/>
        </w:rPr>
        <w:t>Institutions did the same thing more quietly.</w:t>
      </w:r>
    </w:p>
    <w:p>
      <w:r>
        <w:rPr>
          <w:rFonts w:ascii="Georgia" w:hAnsi="Georgia" w:eastAsia="Georgia"/>
          <w:sz w:val="23"/>
        </w:rPr>
        <w:t>A tool entered a new building.</w:t>
        <w:br/>
        <w:t>A scheduler touched it.</w:t>
        <w:br/>
        <w:t>A staffing model touched it.</w:t>
        <w:br/>
        <w:t>A fallback policy touched it.</w:t>
        <w:br/>
        <w:t>A local archive touched it.</w:t>
      </w:r>
    </w:p>
    <w:p>
      <w:r>
        <w:rPr>
          <w:rFonts w:ascii="Georgia" w:hAnsi="Georgia" w:eastAsia="Georgia"/>
          <w:sz w:val="23"/>
        </w:rPr>
        <w:t>Then someone pointed at the unchanged version number and called the deployment the same.</w:t>
      </w:r>
    </w:p>
    <w:p>
      <w:r>
        <w:rPr>
          <w:rFonts w:ascii="Georgia" w:hAnsi="Georgia" w:eastAsia="Georgia"/>
          <w:sz w:val="23"/>
        </w:rPr>
        <w:t>The version number was not false.</w:t>
      </w:r>
    </w:p>
    <w:p>
      <w:r>
        <w:rPr>
          <w:rFonts w:ascii="Georgia" w:hAnsi="Georgia" w:eastAsia="Georgia"/>
          <w:sz w:val="23"/>
        </w:rPr>
        <w:t>It was simply not the whole system.</w:t>
      </w:r>
    </w:p>
    <w:p>
      <w:r>
        <w:rPr>
          <w:rFonts w:ascii="Georgia" w:hAnsi="Georgia" w:eastAsia="Georgia"/>
          <w:sz w:val="23"/>
        </w:rPr>
        <w:t>At 1851 North Reach’s accelerated acceptance status appeared on the regional board.</w:t>
      </w:r>
    </w:p>
    <w:p>
      <w:r>
        <w:rPr>
          <w:rFonts w:ascii="Georgia" w:hAnsi="Georgia" w:eastAsia="Georgia"/>
          <w:sz w:val="23"/>
        </w:rPr>
        <w:t>PARTIAL ACCEPTANCE ACTIVE.</w:t>
        <w:br/>
        <w:t>LEGACY-UNKNOWN SOLE-START USE: NOT YET CERTIFIED.</w:t>
        <w:br/>
        <w:t>LOCAL VALIDATION IN PROGRESS.</w:t>
      </w:r>
    </w:p>
    <w:p>
      <w:r>
        <w:rPr>
          <w:rFonts w:ascii="Georgia" w:hAnsi="Georgia" w:eastAsia="Georgia"/>
          <w:sz w:val="23"/>
        </w:rPr>
        <w:t>No one had failed.</w:t>
      </w:r>
    </w:p>
    <w:p>
      <w:r>
        <w:rPr>
          <w:rFonts w:ascii="Georgia" w:hAnsi="Georgia" w:eastAsia="Georgia"/>
          <w:sz w:val="23"/>
        </w:rPr>
        <w:t>No one had received everything they wanted.</w:t>
      </w:r>
    </w:p>
    <w:p>
      <w:r>
        <w:rPr>
          <w:rFonts w:ascii="Georgia" w:hAnsi="Georgia" w:eastAsia="Georgia"/>
          <w:sz w:val="23"/>
        </w:rPr>
        <w:t>The tool had crossed forty-seven minutes of transit unchanged.</w:t>
      </w:r>
    </w:p>
    <w:p>
      <w:r>
        <w:rPr>
          <w:rFonts w:ascii="Georgia" w:hAnsi="Georgia" w:eastAsia="Georgia"/>
          <w:sz w:val="23"/>
        </w:rPr>
        <w:t>Its evidence had not.</w:t>
      </w:r>
    </w:p>
    <w:p>
      <w:pPr>
        <w:keepNext/>
        <w:pageBreakBefore/>
        <w:jc w:val="center"/>
      </w:pPr>
      <w:r>
        <w:rPr>
          <w:rFonts w:ascii="Georgia" w:hAnsi="Georgia" w:eastAsia="Georgia"/>
          <w:b/>
          <w:sz w:val="28"/>
        </w:rPr>
        <w:t>Chapter Eighteen — The Return Path</w:t>
      </w:r>
    </w:p>
    <w:p>
      <w:r>
        <w:rPr>
          <w:rFonts w:ascii="Georgia" w:hAnsi="Georgia" w:eastAsia="Georgia"/>
          <w:sz w:val="23"/>
        </w:rPr>
        <w:t>At 0622 my authorization status changed.</w:t>
      </w:r>
    </w:p>
    <w:p>
      <w:r>
        <w:rPr>
          <w:rFonts w:ascii="Georgia" w:hAnsi="Georgia" w:eastAsia="Georgia"/>
          <w:sz w:val="23"/>
        </w:rPr>
        <w:t>I had not touched it.</w:t>
      </w:r>
    </w:p>
    <w:p>
      <w:r>
        <w:rPr>
          <w:rFonts w:ascii="Georgia" w:hAnsi="Georgia" w:eastAsia="Georgia"/>
          <w:sz w:val="23"/>
        </w:rPr>
        <w:t>The terminal opened on the new line before I finished signing into the shop.</w:t>
      </w:r>
    </w:p>
    <w:p>
      <w:r>
        <w:rPr>
          <w:rFonts w:ascii="Georgia" w:hAnsi="Georgia" w:eastAsia="Georgia"/>
          <w:sz w:val="23"/>
        </w:rPr>
        <w:t>RELEASE CONDITION REVIEW: ELIGIBLE.</w:t>
      </w:r>
    </w:p>
    <w:p>
      <w:r>
        <w:rPr>
          <w:rFonts w:ascii="Georgia" w:hAnsi="Georgia" w:eastAsia="Georgia"/>
          <w:sz w:val="23"/>
        </w:rPr>
        <w:t>POTENTIAL CONTROL MODIFICATION AVAILABLE.</w:t>
      </w:r>
    </w:p>
    <w:p>
      <w:r>
        <w:rPr>
          <w:rFonts w:ascii="Georgia" w:hAnsi="Georgia" w:eastAsia="Georgia"/>
          <w:sz w:val="23"/>
        </w:rPr>
        <w:t>I read both lines twice.</w:t>
      </w:r>
    </w:p>
    <w:p>
      <w:r>
        <w:rPr>
          <w:rFonts w:ascii="Georgia" w:hAnsi="Georgia" w:eastAsia="Georgia"/>
          <w:sz w:val="23"/>
        </w:rPr>
        <w:t>Then I opened the evidence basis.</w:t>
      </w:r>
    </w:p>
    <w:p>
      <w:r>
        <w:rPr>
          <w:rFonts w:ascii="Georgia" w:hAnsi="Georgia" w:eastAsia="Georgia"/>
          <w:sz w:val="23"/>
        </w:rPr>
        <w:t>The system listed 1,842 live decisions across four institutions.</w:t>
      </w:r>
    </w:p>
    <w:p>
      <w:r>
        <w:rPr>
          <w:rFonts w:ascii="Georgia" w:hAnsi="Georgia" w:eastAsia="Georgia"/>
          <w:sz w:val="23"/>
        </w:rPr>
        <w:t>Ours was first.</w:t>
        <w:br/>
        <w:t>North Reach was second.</w:t>
        <w:br/>
        <w:t>Two smaller cooperatives had begun limited modern-platform use under the regional release protocol three days earlier.</w:t>
      </w:r>
    </w:p>
    <w:p>
      <w:r>
        <w:rPr>
          <w:rFonts w:ascii="Georgia" w:hAnsi="Georgia" w:eastAsia="Georgia"/>
          <w:sz w:val="23"/>
        </w:rPr>
        <w:t>The aggregate summary was concise.</w:t>
      </w:r>
    </w:p>
    <w:p>
      <w:r>
        <w:rPr>
          <w:rFonts w:ascii="Georgia" w:hAnsi="Georgia" w:eastAsia="Georgia"/>
          <w:sz w:val="23"/>
        </w:rPr>
        <w:t>NO CONFIRMED FALSE-INDEPENDENT CLASSIFICATION IN RELEASED SCOPE.</w:t>
        <w:br/>
        <w:t>NO PATIENT HARM ATTRIBUTED TO DERIVATION-LINEAGE MISCLASSIFICATION.</w:t>
        <w:br/>
        <w:t>PAIRED-REVIEW DISAGREEMENT RATE: 1.7%.</w:t>
        <w:br/>
        <w:t>UNKNOWN-DEPTH ROUTING COMPLIANCE: 99.4%.</w:t>
      </w:r>
    </w:p>
    <w:p>
      <w:r>
        <w:rPr>
          <w:rFonts w:ascii="Georgia" w:hAnsi="Georgia" w:eastAsia="Georgia"/>
          <w:sz w:val="23"/>
        </w:rPr>
        <w:t>Below it:</w:t>
      </w:r>
    </w:p>
    <w:p>
      <w:r>
        <w:rPr>
          <w:rFonts w:ascii="Georgia" w:hAnsi="Georgia" w:eastAsia="Georgia"/>
          <w:sz w:val="23"/>
        </w:rPr>
        <w:t>CONTROL REMOVAL MAY NOW BE CONSIDERED FOR QUALIFIED OPERATORS WITH DEMONSTRATED DOMAIN COMPETENCE.</w:t>
      </w:r>
    </w:p>
    <w:p>
      <w:r>
        <w:rPr>
          <w:rFonts w:ascii="Georgia" w:hAnsi="Georgia" w:eastAsia="Georgia"/>
          <w:sz w:val="23"/>
        </w:rPr>
        <w:t>My name was already in the eligible list.</w:t>
      </w:r>
    </w:p>
    <w:p>
      <w:r>
        <w:rPr>
          <w:rFonts w:ascii="Georgia" w:hAnsi="Georgia" w:eastAsia="Georgia"/>
          <w:sz w:val="23"/>
        </w:rPr>
        <w:t>I stood still long enough for the bench light to dim.</w:t>
      </w:r>
    </w:p>
    <w:p>
      <w:r>
        <w:rPr>
          <w:rFonts w:ascii="Georgia" w:hAnsi="Georgia" w:eastAsia="Georgia"/>
          <w:sz w:val="23"/>
        </w:rPr>
        <w:t>Miren entered through the side door carrying a tray of fasteners from receiving.</w:t>
      </w:r>
    </w:p>
    <w:p>
      <w:r>
        <w:rPr>
          <w:rFonts w:ascii="Georgia" w:hAnsi="Georgia" w:eastAsia="Georgia"/>
          <w:sz w:val="23"/>
        </w:rPr>
        <w:t>She saw the screen.</w:t>
      </w:r>
    </w:p>
    <w:p>
      <w:r>
        <w:rPr>
          <w:rFonts w:ascii="Georgia" w:hAnsi="Georgia" w:eastAsia="Georgia"/>
          <w:sz w:val="23"/>
        </w:rPr>
        <w:t>“They finally gave you a date?”</w:t>
      </w:r>
    </w:p>
    <w:p>
      <w:r>
        <w:rPr>
          <w:rFonts w:ascii="Georgia" w:hAnsi="Georgia" w:eastAsia="Georgia"/>
          <w:sz w:val="23"/>
        </w:rPr>
        <w:t>“No.”</w:t>
      </w:r>
    </w:p>
    <w:p>
      <w:r>
        <w:rPr>
          <w:rFonts w:ascii="Georgia" w:hAnsi="Georgia" w:eastAsia="Georgia"/>
          <w:sz w:val="23"/>
        </w:rPr>
        <w:t>She came closer.</w:t>
      </w:r>
    </w:p>
    <w:p>
      <w:r>
        <w:rPr>
          <w:rFonts w:ascii="Georgia" w:hAnsi="Georgia" w:eastAsia="Georgia"/>
          <w:sz w:val="23"/>
        </w:rPr>
        <w:t>“That looks better than a date.”</w:t>
      </w:r>
    </w:p>
    <w:p>
      <w:r>
        <w:rPr>
          <w:rFonts w:ascii="Georgia" w:hAnsi="Georgia" w:eastAsia="Georgia"/>
          <w:sz w:val="23"/>
        </w:rPr>
        <w:t>“It looks like a review trigger.”</w:t>
      </w:r>
    </w:p>
    <w:p>
      <w:r>
        <w:rPr>
          <w:rFonts w:ascii="Georgia" w:hAnsi="Georgia" w:eastAsia="Georgia"/>
          <w:sz w:val="23"/>
        </w:rPr>
        <w:t>“That is what I meant.”</w:t>
      </w:r>
    </w:p>
    <w:p>
      <w:r>
        <w:rPr>
          <w:rFonts w:ascii="Georgia" w:hAnsi="Georgia" w:eastAsia="Georgia"/>
          <w:sz w:val="23"/>
        </w:rPr>
        <w:t>I scrolled down.</w:t>
      </w:r>
    </w:p>
    <w:p>
      <w:r>
        <w:rPr>
          <w:rFonts w:ascii="Georgia" w:hAnsi="Georgia" w:eastAsia="Georgia"/>
          <w:sz w:val="23"/>
        </w:rPr>
        <w:t>The review packet had been generated at 0558 from the regional evidence pool.</w:t>
      </w:r>
    </w:p>
    <w:p>
      <w:r>
        <w:rPr>
          <w:rFonts w:ascii="Georgia" w:hAnsi="Georgia" w:eastAsia="Georgia"/>
          <w:sz w:val="23"/>
        </w:rPr>
        <w:t>North Reach accounted for 311 of the cases.</w:t>
      </w:r>
    </w:p>
    <w:p>
      <w:r>
        <w:rPr>
          <w:rFonts w:ascii="Georgia" w:hAnsi="Georgia" w:eastAsia="Georgia"/>
          <w:sz w:val="23"/>
        </w:rPr>
        <w:t>I opened those first.</w:t>
      </w:r>
    </w:p>
    <w:p>
      <w:r>
        <w:rPr>
          <w:rFonts w:ascii="Georgia" w:hAnsi="Georgia" w:eastAsia="Georgia"/>
          <w:sz w:val="23"/>
        </w:rPr>
        <w:t>Miren set the fasteners down.</w:t>
      </w:r>
    </w:p>
    <w:p>
      <w:r>
        <w:rPr>
          <w:rFonts w:ascii="Georgia" w:hAnsi="Georgia" w:eastAsia="Georgia"/>
          <w:sz w:val="23"/>
        </w:rPr>
        <w:t>“You are not going to enjoy this in the normal way, are you?”</w:t>
      </w:r>
    </w:p>
    <w:p>
      <w:r>
        <w:rPr>
          <w:rFonts w:ascii="Georgia" w:hAnsi="Georgia" w:eastAsia="Georgia"/>
          <w:sz w:val="23"/>
        </w:rPr>
        <w:t>“I do not know what the normal way is.”</w:t>
      </w:r>
    </w:p>
    <w:p>
      <w:r>
        <w:rPr>
          <w:rFonts w:ascii="Georgia" w:hAnsi="Georgia" w:eastAsia="Georgia"/>
          <w:sz w:val="23"/>
        </w:rPr>
        <w:t>“Reading the first page and being pleased.”</w:t>
      </w:r>
    </w:p>
    <w:p>
      <w:r>
        <w:rPr>
          <w:rFonts w:ascii="Georgia" w:hAnsi="Georgia" w:eastAsia="Georgia"/>
          <w:sz w:val="23"/>
        </w:rPr>
        <w:t>“I read the first page.”</w:t>
      </w:r>
    </w:p>
    <w:p>
      <w:r>
        <w:rPr>
          <w:rFonts w:ascii="Georgia" w:hAnsi="Georgia" w:eastAsia="Georgia"/>
          <w:sz w:val="23"/>
        </w:rPr>
        <w:t>“You skipped pleased.”</w:t>
      </w:r>
    </w:p>
    <w:p>
      <w:r>
        <w:rPr>
          <w:rFonts w:ascii="Georgia" w:hAnsi="Georgia" w:eastAsia="Georgia"/>
          <w:sz w:val="23"/>
        </w:rPr>
        <w:t>“I am still checking whether pleased is supported.”</w:t>
      </w:r>
    </w:p>
    <w:p>
      <w:r>
        <w:rPr>
          <w:rFonts w:ascii="Georgia" w:hAnsi="Georgia" w:eastAsia="Georgia"/>
          <w:sz w:val="23"/>
        </w:rPr>
        <w:t>She leaned against the bench.</w:t>
      </w:r>
    </w:p>
    <w:p>
      <w:r>
        <w:rPr>
          <w:rFonts w:ascii="Georgia" w:hAnsi="Georgia" w:eastAsia="Georgia"/>
          <w:sz w:val="23"/>
        </w:rPr>
        <w:t>“That sounds exhausting.”</w:t>
      </w:r>
    </w:p>
    <w:p>
      <w:r>
        <w:rPr>
          <w:rFonts w:ascii="Georgia" w:hAnsi="Georgia" w:eastAsia="Georgia"/>
          <w:sz w:val="23"/>
        </w:rPr>
        <w:t>“It is early.”</w:t>
      </w:r>
    </w:p>
    <w:p>
      <w:pPr>
        <w:spacing w:before="80" w:after="80"/>
        <w:jc w:val="center"/>
      </w:pPr>
      <w:r>
        <w:rPr>
          <w:rFonts w:ascii="Georgia" w:hAnsi="Georgia" w:eastAsia="Georgia"/>
          <w:sz w:val="23"/>
        </w:rPr>
        <w:t>§</w:t>
      </w:r>
    </w:p>
    <w:p>
      <w:r>
        <w:rPr>
          <w:rFonts w:ascii="Georgia" w:hAnsi="Georgia" w:eastAsia="Georgia"/>
          <w:sz w:val="23"/>
        </w:rPr>
        <w:t>North Reach’s cases were exactly what I expected after the partial deployment.</w:t>
      </w:r>
    </w:p>
    <w:p>
      <w:r>
        <w:rPr>
          <w:rFonts w:ascii="Georgia" w:hAnsi="Georgia" w:eastAsia="Georgia"/>
          <w:sz w:val="23"/>
        </w:rPr>
        <w:t>Scope One contained modern systems with complete source ancestry through the relevant processing depth.</w:t>
      </w:r>
    </w:p>
    <w:p>
      <w:r>
        <w:rPr>
          <w:rFonts w:ascii="Georgia" w:hAnsi="Georgia" w:eastAsia="Georgia"/>
          <w:sz w:val="23"/>
        </w:rPr>
        <w:t>Scope Two contained legacy systems with paired review available.</w:t>
      </w:r>
    </w:p>
    <w:p>
      <w:r>
        <w:rPr>
          <w:rFonts w:ascii="Georgia" w:hAnsi="Georgia" w:eastAsia="Georgia"/>
          <w:sz w:val="23"/>
        </w:rPr>
        <w:t>Legacy-unknown sole-start use remained prohibited.</w:t>
      </w:r>
    </w:p>
    <w:p>
      <w:r>
        <w:rPr>
          <w:rFonts w:ascii="Georgia" w:hAnsi="Georgia" w:eastAsia="Georgia"/>
          <w:sz w:val="23"/>
        </w:rPr>
        <w:t>Nothing in the packet contradicted the acceptance limits we had written at North Reach. The limits were operational records: scope tables, routing rules, staff requirements, fallback conditions.</w:t>
      </w:r>
    </w:p>
    <w:p>
      <w:r>
        <w:rPr>
          <w:rFonts w:ascii="Georgia" w:hAnsi="Georgia" w:eastAsia="Georgia"/>
          <w:sz w:val="23"/>
        </w:rPr>
        <w:t>North Reach had followed them.</w:t>
      </w:r>
    </w:p>
    <w:p>
      <w:r>
        <w:rPr>
          <w:rFonts w:ascii="Georgia" w:hAnsi="Georgia" w:eastAsia="Georgia"/>
          <w:sz w:val="23"/>
        </w:rPr>
        <w:t>The outcomes were now being asked to support a different claim.</w:t>
      </w:r>
    </w:p>
    <w:p>
      <w:r>
        <w:rPr>
          <w:rFonts w:ascii="Georgia" w:hAnsi="Georgia" w:eastAsia="Georgia"/>
          <w:sz w:val="23"/>
        </w:rPr>
        <w:t>Of the 311 cases, 204 were Scope One.</w:t>
      </w:r>
    </w:p>
    <w:p>
      <w:r>
        <w:rPr>
          <w:rFonts w:ascii="Georgia" w:hAnsi="Georgia" w:eastAsia="Georgia"/>
          <w:sz w:val="23"/>
        </w:rPr>
        <w:t>The classifier had cleared 197 as independent to the relevant depth.</w:t>
      </w:r>
    </w:p>
    <w:p>
      <w:r>
        <w:rPr>
          <w:rFonts w:ascii="Georgia" w:hAnsi="Georgia" w:eastAsia="Georgia"/>
          <w:sz w:val="23"/>
        </w:rPr>
        <w:t>Seven had shown shared derivation ancestry and been handled accordingly.</w:t>
      </w:r>
    </w:p>
    <w:p>
      <w:r>
        <w:rPr>
          <w:rFonts w:ascii="Georgia" w:hAnsi="Georgia" w:eastAsia="Georgia"/>
          <w:sz w:val="23"/>
        </w:rPr>
        <w:t>No second signatory had been required merely because of the classifier in the cleared cases.</w:t>
      </w:r>
    </w:p>
    <w:p>
      <w:r>
        <w:rPr>
          <w:rFonts w:ascii="Georgia" w:hAnsi="Georgia" w:eastAsia="Georgia"/>
          <w:sz w:val="23"/>
        </w:rPr>
        <w:t>Those data could support sole-start use inside Scope One.</w:t>
      </w:r>
    </w:p>
    <w:p>
      <w:r>
        <w:rPr>
          <w:rFonts w:ascii="Georgia" w:hAnsi="Georgia" w:eastAsia="Georgia"/>
          <w:sz w:val="23"/>
        </w:rPr>
        <w:t>The remaining 107 were Scope Two.</w:t>
      </w:r>
    </w:p>
    <w:p>
      <w:r>
        <w:rPr>
          <w:rFonts w:ascii="Georgia" w:hAnsi="Georgia" w:eastAsia="Georgia"/>
          <w:sz w:val="23"/>
        </w:rPr>
        <w:t>Every one had received paired review.</w:t>
      </w:r>
    </w:p>
    <w:p>
      <w:r>
        <w:rPr>
          <w:rFonts w:ascii="Georgia" w:hAnsi="Georgia" w:eastAsia="Georgia"/>
          <w:sz w:val="23"/>
        </w:rPr>
        <w:t>Twenty-one had returned UNKNOWN at relevant depth.</w:t>
        <w:br/>
        <w:t>Nine had shown shared ancestry.</w:t>
        <w:br/>
        <w:t>Seventy-seven had cleared.</w:t>
      </w:r>
    </w:p>
    <w:p>
      <w:r>
        <w:rPr>
          <w:rFonts w:ascii="Georgia" w:hAnsi="Georgia" w:eastAsia="Georgia"/>
          <w:sz w:val="23"/>
        </w:rPr>
        <w:t>In all 107, the second qualified operator remained in the decision path.</w:t>
      </w:r>
    </w:p>
    <w:p>
      <w:r>
        <w:rPr>
          <w:rFonts w:ascii="Georgia" w:hAnsi="Georgia" w:eastAsia="Georgia"/>
          <w:sz w:val="23"/>
        </w:rPr>
        <w:t>The regional evidence summary counted all 107 under:</w:t>
      </w:r>
    </w:p>
    <w:p>
      <w:r>
        <w:rPr>
          <w:rFonts w:ascii="Georgia" w:hAnsi="Georgia" w:eastAsia="Georgia"/>
          <w:sz w:val="23"/>
        </w:rPr>
        <w:t>NO PATIENT HARM ATTRIBUTED TO DERIVATION-LINEAGE MISCLASSIFICATION.</w:t>
      </w:r>
    </w:p>
    <w:p>
      <w:r>
        <w:rPr>
          <w:rFonts w:ascii="Georgia" w:hAnsi="Georgia" w:eastAsia="Georgia"/>
          <w:sz w:val="23"/>
        </w:rPr>
        <w:t>The statement was true.</w:t>
      </w:r>
    </w:p>
    <w:p>
      <w:r>
        <w:rPr>
          <w:rFonts w:ascii="Georgia" w:hAnsi="Georgia" w:eastAsia="Georgia"/>
          <w:sz w:val="23"/>
        </w:rPr>
        <w:t>It was also doing too much work.</w:t>
      </w:r>
    </w:p>
    <w:p>
      <w:r>
        <w:rPr>
          <w:rFonts w:ascii="Georgia" w:hAnsi="Georgia" w:eastAsia="Georgia"/>
          <w:sz w:val="23"/>
        </w:rPr>
        <w:t>I opened the local paired-review records.</w:t>
      </w:r>
    </w:p>
    <w:p>
      <w:r>
        <w:rPr>
          <w:rFonts w:ascii="Georgia" w:hAnsi="Georgia" w:eastAsia="Georgia"/>
          <w:sz w:val="23"/>
        </w:rPr>
        <w:t>In five cases, the second operator had rejected the first operator’s proposed relevant-error definition before the classifier ran.</w:t>
      </w:r>
    </w:p>
    <w:p>
      <w:r>
        <w:rPr>
          <w:rFonts w:ascii="Georgia" w:hAnsi="Georgia" w:eastAsia="Georgia"/>
          <w:sz w:val="23"/>
        </w:rPr>
        <w:t>In three, the classifier had cleared independence under the first definition and returned UNKNOWN under the corrected one.</w:t>
      </w:r>
    </w:p>
    <w:p>
      <w:r>
        <w:rPr>
          <w:rFonts w:ascii="Georgia" w:hAnsi="Georgia" w:eastAsia="Georgia"/>
          <w:sz w:val="23"/>
        </w:rPr>
        <w:t>No patient had been harmed.</w:t>
      </w:r>
    </w:p>
    <w:p>
      <w:r>
        <w:rPr>
          <w:rFonts w:ascii="Georgia" w:hAnsi="Georgia" w:eastAsia="Georgia"/>
          <w:sz w:val="23"/>
        </w:rPr>
        <w:t>Because the control had changed the question before the answer could matter.</w:t>
      </w:r>
    </w:p>
    <w:p>
      <w:r>
        <w:rPr>
          <w:rFonts w:ascii="Georgia" w:hAnsi="Georgia" w:eastAsia="Georgia"/>
          <w:sz w:val="23"/>
        </w:rPr>
        <w:t>Miren looked at the line.</w:t>
      </w:r>
    </w:p>
    <w:p>
      <w:r>
        <w:rPr>
          <w:rFonts w:ascii="Georgia" w:hAnsi="Georgia" w:eastAsia="Georgia"/>
          <w:sz w:val="23"/>
        </w:rPr>
        <w:t>“They are counting the safe outcome.”</w:t>
      </w:r>
    </w:p>
    <w:p>
      <w:r>
        <w:rPr>
          <w:rFonts w:ascii="Georgia" w:hAnsi="Georgia" w:eastAsia="Georgia"/>
          <w:sz w:val="23"/>
        </w:rPr>
        <w:t>“Yes.”</w:t>
      </w:r>
    </w:p>
    <w:p>
      <w:r>
        <w:rPr>
          <w:rFonts w:ascii="Georgia" w:hAnsi="Georgia" w:eastAsia="Georgia"/>
          <w:sz w:val="23"/>
        </w:rPr>
        <w:t>“It was safe.”</w:t>
      </w:r>
    </w:p>
    <w:p>
      <w:r>
        <w:rPr>
          <w:rFonts w:ascii="Georgia" w:hAnsi="Georgia" w:eastAsia="Georgia"/>
          <w:sz w:val="23"/>
        </w:rPr>
        <w:t>“Yes.”</w:t>
      </w:r>
    </w:p>
    <w:p>
      <w:r>
        <w:rPr>
          <w:rFonts w:ascii="Georgia" w:hAnsi="Georgia" w:eastAsia="Georgia"/>
          <w:sz w:val="23"/>
        </w:rPr>
        <w:t>“But not for the reason the summary implies.”</w:t>
      </w:r>
    </w:p>
    <w:p>
      <w:r>
        <w:rPr>
          <w:rFonts w:ascii="Georgia" w:hAnsi="Georgia" w:eastAsia="Georgia"/>
          <w:sz w:val="23"/>
        </w:rPr>
        <w:t>“The summary does not state a reason.”</w:t>
      </w:r>
    </w:p>
    <w:p>
      <w:r>
        <w:rPr>
          <w:rFonts w:ascii="Georgia" w:hAnsi="Georgia" w:eastAsia="Georgia"/>
          <w:sz w:val="23"/>
        </w:rPr>
        <w:t>She looked at me.</w:t>
      </w:r>
    </w:p>
    <w:p>
      <w:r>
        <w:rPr>
          <w:rFonts w:ascii="Georgia" w:hAnsi="Georgia" w:eastAsia="Georgia"/>
          <w:sz w:val="23"/>
        </w:rPr>
        <w:t>“That sentence sounded like a defense.”</w:t>
      </w:r>
    </w:p>
    <w:p>
      <w:r>
        <w:rPr>
          <w:rFonts w:ascii="Georgia" w:hAnsi="Georgia" w:eastAsia="Georgia"/>
          <w:sz w:val="23"/>
        </w:rPr>
        <w:t>“It was a distinction.”</w:t>
      </w:r>
    </w:p>
    <w:p>
      <w:r>
        <w:rPr>
          <w:rFonts w:ascii="Georgia" w:hAnsi="Georgia" w:eastAsia="Georgia"/>
          <w:sz w:val="23"/>
        </w:rPr>
        <w:t>“Of the sentence.”</w:t>
      </w:r>
    </w:p>
    <w:p>
      <w:r>
        <w:rPr>
          <w:rFonts w:ascii="Georgia" w:hAnsi="Georgia" w:eastAsia="Georgia"/>
          <w:sz w:val="23"/>
        </w:rPr>
        <w:t>“Yes.”</w:t>
      </w:r>
    </w:p>
    <w:p>
      <w:r>
        <w:rPr>
          <w:rFonts w:ascii="Georgia" w:hAnsi="Georgia" w:eastAsia="Georgia"/>
          <w:sz w:val="23"/>
        </w:rPr>
        <w:t>“Not of the decision it is about.”</w:t>
      </w:r>
    </w:p>
    <w:p>
      <w:r>
        <w:rPr>
          <w:rFonts w:ascii="Georgia" w:hAnsi="Georgia" w:eastAsia="Georgia"/>
          <w:sz w:val="23"/>
        </w:rPr>
        <w:t>I looked back at the evidence basis.</w:t>
      </w:r>
    </w:p>
    <w:p>
      <w:r>
        <w:rPr>
          <w:rFonts w:ascii="Georgia" w:hAnsi="Georgia" w:eastAsia="Georgia"/>
          <w:sz w:val="23"/>
        </w:rPr>
        <w:t>She was right.</w:t>
      </w:r>
    </w:p>
    <w:p>
      <w:r>
        <w:rPr>
          <w:rFonts w:ascii="Georgia" w:hAnsi="Georgia" w:eastAsia="Georgia"/>
          <w:sz w:val="23"/>
        </w:rPr>
        <w:t>The aggregate had not falsified anything.</w:t>
      </w:r>
    </w:p>
    <w:p>
      <w:r>
        <w:rPr>
          <w:rFonts w:ascii="Georgia" w:hAnsi="Georgia" w:eastAsia="Georgia"/>
          <w:sz w:val="23"/>
        </w:rPr>
        <w:t>It had combined two different claims.</w:t>
      </w:r>
    </w:p>
    <w:p>
      <w:r>
        <w:rPr>
          <w:rFonts w:ascii="Georgia" w:hAnsi="Georgia" w:eastAsia="Georgia"/>
          <w:sz w:val="23"/>
        </w:rPr>
        <w:t>First:</w:t>
      </w:r>
    </w:p>
    <w:p>
      <w:r>
        <w:rPr>
          <w:rFonts w:ascii="Georgia" w:hAnsi="Georgia" w:eastAsia="Georgia"/>
          <w:sz w:val="23"/>
        </w:rPr>
        <w:t>UNDER CURRENT CONTROLS, THE RELEASED SYSTEM HAS OPERATED WITHOUT IDENTIFIED DERIVATION-LINEAGE HARM.</w:t>
      </w:r>
    </w:p>
    <w:p>
      <w:r>
        <w:rPr>
          <w:rFonts w:ascii="Georgia" w:hAnsi="Georgia" w:eastAsia="Georgia"/>
          <w:sz w:val="23"/>
        </w:rPr>
        <w:t>Second:</w:t>
      </w:r>
    </w:p>
    <w:p>
      <w:r>
        <w:rPr>
          <w:rFonts w:ascii="Georgia" w:hAnsi="Georgia" w:eastAsia="Georgia"/>
          <w:sz w:val="23"/>
        </w:rPr>
        <w:t>CURRENT CONTROLS MAY NOW BE REMOVED.</w:t>
      </w:r>
    </w:p>
    <w:p>
      <w:r>
        <w:rPr>
          <w:rFonts w:ascii="Georgia" w:hAnsi="Georgia" w:eastAsia="Georgia"/>
          <w:sz w:val="23"/>
        </w:rPr>
        <w:t>The first did not establish the second across every scope included in the first.</w:t>
      </w:r>
    </w:p>
    <w:p>
      <w:r>
        <w:rPr>
          <w:rFonts w:ascii="Georgia" w:hAnsi="Georgia" w:eastAsia="Georgia"/>
          <w:sz w:val="23"/>
        </w:rPr>
        <w:t>The control itself had prevented some failures from becoming outcomes.</w:t>
      </w:r>
    </w:p>
    <w:p>
      <w:r>
        <w:rPr>
          <w:rFonts w:ascii="Georgia" w:hAnsi="Georgia" w:eastAsia="Georgia"/>
          <w:sz w:val="23"/>
        </w:rPr>
        <w:t>Using those outcomes to argue that the control was unnecessary would turn prevention into evidence of absence.</w:t>
      </w:r>
    </w:p>
    <w:p>
      <w:r>
        <w:rPr>
          <w:rFonts w:ascii="Georgia" w:hAnsi="Georgia" w:eastAsia="Georgia"/>
          <w:sz w:val="23"/>
        </w:rPr>
        <w:t>I sent Kera a message.</w:t>
      </w:r>
    </w:p>
    <w:p>
      <w:r>
        <w:rPr>
          <w:rFonts w:ascii="Georgia" w:hAnsi="Georgia" w:eastAsia="Georgia"/>
          <w:sz w:val="23"/>
        </w:rPr>
        <w:t>REVIEW BASIS REQUIRES SCOPE SEPARATION BEFORE OPERATOR CONTROL MODIFICATION.</w:t>
      </w:r>
    </w:p>
    <w:p>
      <w:r>
        <w:rPr>
          <w:rFonts w:ascii="Georgia" w:hAnsi="Georgia" w:eastAsia="Georgia"/>
          <w:sz w:val="23"/>
        </w:rPr>
        <w:t>She called twelve seconds later.</w:t>
      </w:r>
    </w:p>
    <w:p>
      <w:r>
        <w:rPr>
          <w:rFonts w:ascii="Georgia" w:hAnsi="Georgia" w:eastAsia="Georgia"/>
          <w:sz w:val="23"/>
        </w:rPr>
        <w:t>“You found something.”</w:t>
      </w:r>
    </w:p>
    <w:p>
      <w:r>
        <w:rPr>
          <w:rFonts w:ascii="Georgia" w:hAnsi="Georgia" w:eastAsia="Georgia"/>
          <w:sz w:val="23"/>
        </w:rPr>
        <w:t>“Yes.”</w:t>
      </w:r>
    </w:p>
    <w:p>
      <w:r>
        <w:rPr>
          <w:rFonts w:ascii="Georgia" w:hAnsi="Georgia" w:eastAsia="Georgia"/>
          <w:sz w:val="23"/>
        </w:rPr>
        <w:t>“Is the aggregate wrong?”</w:t>
      </w:r>
    </w:p>
    <w:p>
      <w:r>
        <w:rPr>
          <w:rFonts w:ascii="Georgia" w:hAnsi="Georgia" w:eastAsia="Georgia"/>
          <w:sz w:val="23"/>
        </w:rPr>
        <w:t>“No.”</w:t>
      </w:r>
    </w:p>
    <w:p>
      <w:r>
        <w:rPr>
          <w:rFonts w:ascii="Georgia" w:hAnsi="Georgia" w:eastAsia="Georgia"/>
          <w:sz w:val="23"/>
        </w:rPr>
        <w:t>“That is an inconvenient answer.”</w:t>
      </w:r>
    </w:p>
    <w:p>
      <w:r>
        <w:rPr>
          <w:rFonts w:ascii="Georgia" w:hAnsi="Georgia" w:eastAsia="Georgia"/>
          <w:sz w:val="23"/>
        </w:rPr>
        <w:t>“The aggregate answers a different question.”</w:t>
      </w:r>
    </w:p>
    <w:p>
      <w:r>
        <w:rPr>
          <w:rFonts w:ascii="Georgia" w:hAnsi="Georgia" w:eastAsia="Georgia"/>
          <w:sz w:val="23"/>
        </w:rPr>
        <w:t>“Come upstairs.”</w:t>
      </w:r>
    </w:p>
    <w:p>
      <w:pPr>
        <w:spacing w:before="80" w:after="80"/>
        <w:jc w:val="center"/>
      </w:pPr>
      <w:r>
        <w:rPr>
          <w:rFonts w:ascii="Georgia" w:hAnsi="Georgia" w:eastAsia="Georgia"/>
          <w:sz w:val="23"/>
        </w:rPr>
        <w:t>§</w:t>
      </w:r>
    </w:p>
    <w:p>
      <w:r>
        <w:rPr>
          <w:rFonts w:ascii="Georgia" w:hAnsi="Georgia" w:eastAsia="Georgia"/>
          <w:sz w:val="23"/>
        </w:rPr>
        <w:t>Kera had the regional board on one wall by 0714.</w:t>
      </w:r>
    </w:p>
    <w:p>
      <w:r>
        <w:rPr>
          <w:rFonts w:ascii="Georgia" w:hAnsi="Georgia" w:eastAsia="Georgia"/>
          <w:sz w:val="23"/>
        </w:rPr>
        <w:t>Four institutions.</w:t>
        <w:br/>
        <w:t>Four different staffing models.</w:t>
        <w:br/>
        <w:t>Three release scopes.</w:t>
        <w:br/>
        <w:t>One pooled safety line.</w:t>
      </w:r>
    </w:p>
    <w:p>
      <w:r>
        <w:rPr>
          <w:rFonts w:ascii="Georgia" w:hAnsi="Georgia" w:eastAsia="Georgia"/>
          <w:sz w:val="23"/>
        </w:rPr>
        <w:t>She enlarged the North Reach cases I had flagged.</w:t>
      </w:r>
    </w:p>
    <w:p>
      <w:r>
        <w:rPr>
          <w:rFonts w:ascii="Georgia" w:hAnsi="Georgia" w:eastAsia="Georgia"/>
          <w:sz w:val="23"/>
        </w:rPr>
        <w:t>“You are saying these one hundred seven should not count.”</w:t>
      </w:r>
    </w:p>
    <w:p>
      <w:r>
        <w:rPr>
          <w:rFonts w:ascii="Georgia" w:hAnsi="Georgia" w:eastAsia="Georgia"/>
          <w:sz w:val="23"/>
        </w:rPr>
        <w:t>“No.”</w:t>
      </w:r>
    </w:p>
    <w:p>
      <w:r>
        <w:rPr>
          <w:rFonts w:ascii="Georgia" w:hAnsi="Georgia" w:eastAsia="Georgia"/>
          <w:sz w:val="23"/>
        </w:rPr>
        <w:t>“Then be precise.”</w:t>
      </w:r>
    </w:p>
    <w:p>
      <w:r>
        <w:rPr>
          <w:rFonts w:ascii="Georgia" w:hAnsi="Georgia" w:eastAsia="Georgia"/>
          <w:sz w:val="23"/>
        </w:rPr>
        <w:t>“They should count toward evidence that the controlled workflow is safe enough to continue.”</w:t>
      </w:r>
    </w:p>
    <w:p>
      <w:r>
        <w:rPr>
          <w:rFonts w:ascii="Georgia" w:hAnsi="Georgia" w:eastAsia="Georgia"/>
          <w:sz w:val="23"/>
        </w:rPr>
        <w:t>“And not toward removing paired review.”</w:t>
      </w:r>
    </w:p>
    <w:p>
      <w:r>
        <w:rPr>
          <w:rFonts w:ascii="Georgia" w:hAnsi="Georgia" w:eastAsia="Georgia"/>
          <w:sz w:val="23"/>
        </w:rPr>
        <w:t>“Not by outcome alone.”</w:t>
      </w:r>
    </w:p>
    <w:p>
      <w:r>
        <w:rPr>
          <w:rFonts w:ascii="Georgia" w:hAnsi="Georgia" w:eastAsia="Georgia"/>
          <w:sz w:val="23"/>
        </w:rPr>
        <w:t>Kera folded her arms.</w:t>
      </w:r>
    </w:p>
    <w:p>
      <w:r>
        <w:rPr>
          <w:rFonts w:ascii="Georgia" w:hAnsi="Georgia" w:eastAsia="Georgia"/>
          <w:sz w:val="23"/>
        </w:rPr>
        <w:t>“What would they need to count toward removal?”</w:t>
      </w:r>
    </w:p>
    <w:p>
      <w:r>
        <w:rPr>
          <w:rFonts w:ascii="Georgia" w:hAnsi="Georgia" w:eastAsia="Georgia"/>
          <w:sz w:val="23"/>
        </w:rPr>
        <w:t>“Evidence about what the first decision would have been without the second operator changing it.”</w:t>
      </w:r>
    </w:p>
    <w:p>
      <w:r>
        <w:rPr>
          <w:rFonts w:ascii="Georgia" w:hAnsi="Georgia" w:eastAsia="Georgia"/>
          <w:sz w:val="23"/>
        </w:rPr>
        <w:t>“We cannot remove the second operator to find out whether removing the second operator is safe.”</w:t>
      </w:r>
    </w:p>
    <w:p>
      <w:r>
        <w:rPr>
          <w:rFonts w:ascii="Georgia" w:hAnsi="Georgia" w:eastAsia="Georgia"/>
          <w:sz w:val="23"/>
        </w:rPr>
        <w:t>“No.”</w:t>
      </w:r>
    </w:p>
    <w:p>
      <w:r>
        <w:rPr>
          <w:rFonts w:ascii="Georgia" w:hAnsi="Georgia" w:eastAsia="Georgia"/>
          <w:sz w:val="23"/>
        </w:rPr>
        <w:t>“Then you have created an untestable condition.”</w:t>
      </w:r>
    </w:p>
    <w:p>
      <w:r>
        <w:rPr>
          <w:rFonts w:ascii="Georgia" w:hAnsi="Georgia" w:eastAsia="Georgia"/>
          <w:sz w:val="23"/>
        </w:rPr>
        <w:t>“Only if we require the patient to carry the test.”</w:t>
      </w:r>
    </w:p>
    <w:p>
      <w:r>
        <w:rPr>
          <w:rFonts w:ascii="Georgia" w:hAnsi="Georgia" w:eastAsia="Georgia"/>
          <w:sz w:val="23"/>
        </w:rPr>
        <w:t>Miren, standing beside the window, turned toward me.</w:t>
      </w:r>
    </w:p>
    <w:p>
      <w:r>
        <w:rPr>
          <w:rFonts w:ascii="Georgia" w:hAnsi="Georgia" w:eastAsia="Georgia"/>
          <w:sz w:val="23"/>
        </w:rPr>
        <w:t>Kera did not.</w:t>
      </w:r>
    </w:p>
    <w:p>
      <w:r>
        <w:rPr>
          <w:rFonts w:ascii="Georgia" w:hAnsi="Georgia" w:eastAsia="Georgia"/>
          <w:sz w:val="23"/>
        </w:rPr>
        <w:t>“What do you propose?”</w:t>
      </w:r>
    </w:p>
    <w:p>
      <w:r>
        <w:rPr>
          <w:rFonts w:ascii="Georgia" w:hAnsi="Georgia" w:eastAsia="Georgia"/>
          <w:sz w:val="23"/>
        </w:rPr>
        <w:t>“We already have two decisions in many paired cases. We are not preserving them separately enough.”</w:t>
      </w:r>
    </w:p>
    <w:p>
      <w:r>
        <w:rPr>
          <w:rFonts w:ascii="Georgia" w:hAnsi="Georgia" w:eastAsia="Georgia"/>
          <w:sz w:val="23"/>
        </w:rPr>
        <w:t>Kera looked at the workflow map.</w:t>
      </w:r>
    </w:p>
    <w:p>
      <w:r>
        <w:rPr>
          <w:rFonts w:ascii="Georgia" w:hAnsi="Georgia" w:eastAsia="Georgia"/>
          <w:sz w:val="23"/>
        </w:rPr>
        <w:t>The current paired process allowed the second signatory to see the first operator’s error definition, classifier result, proposed intervention, and supporting measurements before deciding whether to agree.</w:t>
      </w:r>
    </w:p>
    <w:p>
      <w:r>
        <w:rPr>
          <w:rFonts w:ascii="Georgia" w:hAnsi="Georgia" w:eastAsia="Georgia"/>
          <w:sz w:val="23"/>
        </w:rPr>
        <w:t>Appropriate for safe care. Poor validation of what the first operator and classifier would have done alone.</w:t>
      </w:r>
    </w:p>
    <w:p>
      <w:r>
        <w:rPr>
          <w:rFonts w:ascii="Georgia" w:hAnsi="Georgia" w:eastAsia="Georgia"/>
          <w:sz w:val="23"/>
        </w:rPr>
        <w:t>“We need a shadow decision,” I said.</w:t>
      </w:r>
    </w:p>
    <w:p>
      <w:r>
        <w:rPr>
          <w:rFonts w:ascii="Georgia" w:hAnsi="Georgia" w:eastAsia="Georgia"/>
          <w:sz w:val="23"/>
        </w:rPr>
        <w:t>Kera’s face changed slightly.</w:t>
      </w:r>
    </w:p>
    <w:p>
      <w:r>
        <w:rPr>
          <w:rFonts w:ascii="Georgia" w:hAnsi="Georgia" w:eastAsia="Georgia"/>
          <w:sz w:val="23"/>
        </w:rPr>
        <w:t>“Before concurrence.”</w:t>
      </w:r>
    </w:p>
    <w:p>
      <w:r>
        <w:rPr>
          <w:rFonts w:ascii="Georgia" w:hAnsi="Georgia" w:eastAsia="Georgia"/>
          <w:sz w:val="23"/>
        </w:rPr>
        <w:t>“Yes.”</w:t>
      </w:r>
    </w:p>
    <w:p>
      <w:r>
        <w:rPr>
          <w:rFonts w:ascii="Georgia" w:hAnsi="Georgia" w:eastAsia="Georgia"/>
          <w:sz w:val="23"/>
        </w:rPr>
        <w:t>“Blind?”</w:t>
      </w:r>
    </w:p>
    <w:p>
      <w:r>
        <w:rPr>
          <w:rFonts w:ascii="Georgia" w:hAnsi="Georgia" w:eastAsia="Georgia"/>
          <w:sz w:val="23"/>
        </w:rPr>
        <w:t>“To the second operator.”</w:t>
      </w:r>
    </w:p>
    <w:p>
      <w:r>
        <w:rPr>
          <w:rFonts w:ascii="Georgia" w:hAnsi="Georgia" w:eastAsia="Georgia"/>
          <w:sz w:val="23"/>
        </w:rPr>
        <w:t>Miren shook her head.</w:t>
      </w:r>
    </w:p>
    <w:p>
      <w:r>
        <w:rPr>
          <w:rFonts w:ascii="Georgia" w:hAnsi="Georgia" w:eastAsia="Georgia"/>
          <w:sz w:val="23"/>
        </w:rPr>
        <w:t>“Not completely blind. They need the patient record.”</w:t>
      </w:r>
    </w:p>
    <w:p>
      <w:r>
        <w:rPr>
          <w:rFonts w:ascii="Georgia" w:hAnsi="Georgia" w:eastAsia="Georgia"/>
          <w:sz w:val="23"/>
        </w:rPr>
        <w:t>“Of course.”</w:t>
      </w:r>
    </w:p>
    <w:p>
      <w:r>
        <w:rPr>
          <w:rFonts w:ascii="Georgia" w:hAnsi="Georgia" w:eastAsia="Georgia"/>
          <w:sz w:val="23"/>
        </w:rPr>
        <w:t>“You said blind.”</w:t>
      </w:r>
    </w:p>
    <w:p>
      <w:r>
        <w:rPr>
          <w:rFonts w:ascii="Georgia" w:hAnsi="Georgia" w:eastAsia="Georgia"/>
          <w:sz w:val="23"/>
        </w:rPr>
        <w:t>“To the first operator’s conclusion.”</w:t>
      </w:r>
    </w:p>
    <w:p>
      <w:r>
        <w:rPr>
          <w:rFonts w:ascii="Georgia" w:hAnsi="Georgia" w:eastAsia="Georgia"/>
          <w:sz w:val="23"/>
        </w:rPr>
        <w:t>Kera pointed at the board.</w:t>
      </w:r>
    </w:p>
    <w:p>
      <w:r>
        <w:rPr>
          <w:rFonts w:ascii="Georgia" w:hAnsi="Georgia" w:eastAsia="Georgia"/>
          <w:sz w:val="23"/>
        </w:rPr>
        <w:t>“Walk it.”</w:t>
      </w:r>
    </w:p>
    <w:p>
      <w:r>
        <w:rPr>
          <w:rFonts w:ascii="Georgia" w:hAnsi="Georgia" w:eastAsia="Georgia"/>
          <w:sz w:val="23"/>
        </w:rPr>
        <w:t>I did.</w:t>
      </w:r>
    </w:p>
    <w:p>
      <w:r>
        <w:rPr>
          <w:rFonts w:ascii="Georgia" w:hAnsi="Georgia" w:eastAsia="Georgia"/>
          <w:sz w:val="23"/>
        </w:rPr>
        <w:t>The primary operator would define the relevant error mode, run the classifier, and record a provisional decision.</w:t>
      </w:r>
    </w:p>
    <w:p>
      <w:r>
        <w:rPr>
          <w:rFonts w:ascii="Georgia" w:hAnsi="Georgia" w:eastAsia="Georgia"/>
          <w:sz w:val="23"/>
        </w:rPr>
        <w:t>The decision would not start anything.</w:t>
      </w:r>
    </w:p>
    <w:p>
      <w:r>
        <w:rPr>
          <w:rFonts w:ascii="Georgia" w:hAnsi="Georgia" w:eastAsia="Georgia"/>
          <w:sz w:val="23"/>
        </w:rPr>
        <w:t>A second operator would independently define the relevant error mode and record whether the available evidence would support the same action.</w:t>
      </w:r>
    </w:p>
    <w:p>
      <w:r>
        <w:rPr>
          <w:rFonts w:ascii="Georgia" w:hAnsi="Georgia" w:eastAsia="Georgia"/>
          <w:sz w:val="23"/>
        </w:rPr>
        <w:t>Only then would the system reveal both paths for reconciliation.</w:t>
      </w:r>
    </w:p>
    <w:p>
      <w:r>
        <w:rPr>
          <w:rFonts w:ascii="Georgia" w:hAnsi="Georgia" w:eastAsia="Georgia"/>
          <w:sz w:val="23"/>
        </w:rPr>
        <w:t>If they disagreed, the patient would remain under the existing controlled workflow.</w:t>
      </w:r>
    </w:p>
    <w:p>
      <w:r>
        <w:rPr>
          <w:rFonts w:ascii="Georgia" w:hAnsi="Georgia" w:eastAsia="Georgia"/>
          <w:sz w:val="23"/>
        </w:rPr>
        <w:t>If they agreed, the clinical process would proceed exactly as it did now.</w:t>
      </w:r>
    </w:p>
    <w:p>
      <w:r>
        <w:rPr>
          <w:rFonts w:ascii="Georgia" w:hAnsi="Georgia" w:eastAsia="Georgia"/>
          <w:sz w:val="23"/>
        </w:rPr>
        <w:t>The difference would be in the evidence retained afterward.</w:t>
      </w:r>
    </w:p>
    <w:p>
      <w:r>
        <w:rPr>
          <w:rFonts w:ascii="Georgia" w:hAnsi="Georgia" w:eastAsia="Georgia"/>
          <w:sz w:val="23"/>
        </w:rPr>
        <w:t>We could ask:</w:t>
      </w:r>
    </w:p>
    <w:p>
      <w:r>
        <w:rPr>
          <w:rFonts w:ascii="Georgia" w:hAnsi="Georgia" w:eastAsia="Georgia"/>
          <w:sz w:val="23"/>
        </w:rPr>
        <w:t>Had the primary operator identified the right error family?</w:t>
        <w:br/>
        <w:t>Had the classifier’s ancestry result been sufficient under that definition?</w:t>
        <w:br/>
        <w:t>Would sole-start authority have produced the same bounded action that independent review supported?</w:t>
      </w:r>
    </w:p>
    <w:p>
      <w:r>
        <w:rPr>
          <w:rFonts w:ascii="Georgia" w:hAnsi="Georgia" w:eastAsia="Georgia"/>
          <w:sz w:val="23"/>
        </w:rPr>
        <w:t>No patient would need to be exposed to sole-start risk to answer those questions.</w:t>
      </w:r>
    </w:p>
    <w:p>
      <w:r>
        <w:rPr>
          <w:rFonts w:ascii="Georgia" w:hAnsi="Georgia" w:eastAsia="Georgia"/>
          <w:sz w:val="23"/>
        </w:rPr>
        <w:t>Kera listened without interrupting.</w:t>
      </w:r>
    </w:p>
    <w:p>
      <w:r>
        <w:rPr>
          <w:rFonts w:ascii="Georgia" w:hAnsi="Georgia" w:eastAsia="Georgia"/>
          <w:sz w:val="23"/>
        </w:rPr>
        <w:t>When I finished, she said, “That will slow paired review.”</w:t>
      </w:r>
    </w:p>
    <w:p>
      <w:r>
        <w:rPr>
          <w:rFonts w:ascii="Georgia" w:hAnsi="Georgia" w:eastAsia="Georgia"/>
          <w:sz w:val="23"/>
        </w:rPr>
        <w:t>“Yes.”</w:t>
      </w:r>
    </w:p>
    <w:p>
      <w:r>
        <w:rPr>
          <w:rFonts w:ascii="Georgia" w:hAnsi="Georgia" w:eastAsia="Georgia"/>
          <w:sz w:val="23"/>
        </w:rPr>
        <w:t>“How much?”</w:t>
      </w:r>
    </w:p>
    <w:p>
      <w:r>
        <w:rPr>
          <w:rFonts w:ascii="Georgia" w:hAnsi="Georgia" w:eastAsia="Georgia"/>
          <w:sz w:val="23"/>
        </w:rPr>
        <w:t>“I do not know yet.”</w:t>
      </w:r>
    </w:p>
    <w:p>
      <w:r>
        <w:rPr>
          <w:rFonts w:ascii="Georgia" w:hAnsi="Georgia" w:eastAsia="Georgia"/>
          <w:sz w:val="23"/>
        </w:rPr>
        <w:t>“North Reach cannot tolerate another thirty-eight-minute tail.”</w:t>
      </w:r>
    </w:p>
    <w:p>
      <w:r>
        <w:rPr>
          <w:rFonts w:ascii="Georgia" w:hAnsi="Georgia" w:eastAsia="Georgia"/>
          <w:sz w:val="23"/>
        </w:rPr>
        <w:t>“Then do not require it for urgent cases.”</w:t>
      </w:r>
    </w:p>
    <w:p>
      <w:r>
        <w:rPr>
          <w:rFonts w:ascii="Georgia" w:hAnsi="Georgia" w:eastAsia="Georgia"/>
          <w:sz w:val="23"/>
        </w:rPr>
        <w:t>She looked at me.</w:t>
      </w:r>
    </w:p>
    <w:p>
      <w:r>
        <w:rPr>
          <w:rFonts w:ascii="Georgia" w:hAnsi="Georgia" w:eastAsia="Georgia"/>
          <w:sz w:val="23"/>
        </w:rPr>
        <w:t>“Validation sampling only.”</w:t>
      </w:r>
    </w:p>
    <w:p>
      <w:r>
        <w:rPr>
          <w:rFonts w:ascii="Georgia" w:hAnsi="Georgia" w:eastAsia="Georgia"/>
          <w:sz w:val="23"/>
        </w:rPr>
        <w:t>“Yes.”</w:t>
      </w:r>
    </w:p>
    <w:p>
      <w:r>
        <w:rPr>
          <w:rFonts w:ascii="Georgia" w:hAnsi="Georgia" w:eastAsia="Georgia"/>
          <w:sz w:val="23"/>
        </w:rPr>
        <w:t>Miren said, “And if operations routes the easy paired cases into the sample?”</w:t>
      </w:r>
    </w:p>
    <w:p>
      <w:r>
        <w:rPr>
          <w:rFonts w:ascii="Georgia" w:hAnsi="Georgia" w:eastAsia="Georgia"/>
          <w:sz w:val="23"/>
        </w:rPr>
        <w:t>Kera looked at her.</w:t>
      </w:r>
    </w:p>
    <w:p>
      <w:r>
        <w:rPr>
          <w:rFonts w:ascii="Georgia" w:hAnsi="Georgia" w:eastAsia="Georgia"/>
          <w:sz w:val="23"/>
        </w:rPr>
        <w:t>Miren continued.</w:t>
      </w:r>
    </w:p>
    <w:p>
      <w:r>
        <w:rPr>
          <w:rFonts w:ascii="Georgia" w:hAnsi="Georgia" w:eastAsia="Georgia"/>
          <w:sz w:val="23"/>
        </w:rPr>
        <w:t>“Then we build another clean queue.”</w:t>
      </w:r>
    </w:p>
    <w:p>
      <w:r>
        <w:rPr>
          <w:rFonts w:ascii="Georgia" w:hAnsi="Georgia" w:eastAsia="Georgia"/>
          <w:sz w:val="23"/>
        </w:rPr>
        <w:t>I had nothing to add.</w:t>
      </w:r>
    </w:p>
    <w:p>
      <w:pPr>
        <w:spacing w:before="80" w:after="80"/>
        <w:jc w:val="center"/>
      </w:pPr>
      <w:r>
        <w:rPr>
          <w:rFonts w:ascii="Georgia" w:hAnsi="Georgia" w:eastAsia="Georgia"/>
          <w:sz w:val="23"/>
        </w:rPr>
        <w:t>§</w:t>
      </w:r>
    </w:p>
    <w:p>
      <w:r>
        <w:rPr>
          <w:rFonts w:ascii="Georgia" w:hAnsi="Georgia" w:eastAsia="Georgia"/>
          <w:sz w:val="23"/>
        </w:rPr>
        <w:t>By 0836 we had the first draft.</w:t>
      </w:r>
    </w:p>
    <w:p>
      <w:r>
        <w:rPr>
          <w:rFonts w:ascii="Georgia" w:hAnsi="Georgia" w:eastAsia="Georgia"/>
          <w:sz w:val="23"/>
        </w:rPr>
        <w:t>SHADOW SOLE-START COMPARISON.</w:t>
      </w:r>
    </w:p>
    <w:p>
      <w:r>
        <w:rPr>
          <w:rFonts w:ascii="Georgia" w:hAnsi="Georgia" w:eastAsia="Georgia"/>
          <w:sz w:val="23"/>
        </w:rPr>
        <w:t>PURPOSE: ESTIMATE WHETHER PRIMARY-OPERATOR + LINEAGE-CLASSIFIER DECISIONS WOULD MATCH INDEPENDENT QUALIFIED REVIEW WITHIN COVERED LEGACY DOMAINS, WITHOUT REMOVING CURRENT PATIENT SAFETY CONTROLS.</w:t>
      </w:r>
    </w:p>
    <w:p>
      <w:r>
        <w:rPr>
          <w:rFonts w:ascii="Georgia" w:hAnsi="Georgia" w:eastAsia="Georgia"/>
          <w:sz w:val="23"/>
        </w:rPr>
        <w:t>Sampling would be stratified by hardware age, lineage completeness, error family, and institution.</w:t>
      </w:r>
    </w:p>
    <w:p>
      <w:r>
        <w:rPr>
          <w:rFonts w:ascii="Georgia" w:hAnsi="Georgia" w:eastAsia="Georgia"/>
          <w:sz w:val="23"/>
        </w:rPr>
        <w:t>Urgent interventions were excluded from validation sampling but retained in safety surveillance.</w:t>
      </w:r>
    </w:p>
    <w:p>
      <w:r>
        <w:rPr>
          <w:rFonts w:ascii="Georgia" w:hAnsi="Georgia" w:eastAsia="Georgia"/>
          <w:sz w:val="23"/>
        </w:rPr>
        <w:t>The second operator would not see the primary provisional decision until both paths were locked.</w:t>
      </w:r>
    </w:p>
    <w:p>
      <w:r>
        <w:rPr>
          <w:rFonts w:ascii="Georgia" w:hAnsi="Georgia" w:eastAsia="Georgia"/>
          <w:sz w:val="23"/>
        </w:rPr>
        <w:t>The primary operator would not see the second operator’s path until reconciliation.</w:t>
      </w:r>
    </w:p>
    <w:p>
      <w:r>
        <w:rPr>
          <w:rFonts w:ascii="Georgia" w:hAnsi="Georgia" w:eastAsia="Georgia"/>
          <w:sz w:val="23"/>
        </w:rPr>
        <w:t>Neither path could start a live intervention by itself while the control remained active.</w:t>
      </w:r>
    </w:p>
    <w:p>
      <w:r>
        <w:rPr>
          <w:rFonts w:ascii="Georgia" w:hAnsi="Georgia" w:eastAsia="Georgia"/>
          <w:sz w:val="23"/>
        </w:rPr>
        <w:t>Kera read the draft twice.</w:t>
      </w:r>
    </w:p>
    <w:p>
      <w:r>
        <w:rPr>
          <w:rFonts w:ascii="Georgia" w:hAnsi="Georgia" w:eastAsia="Georgia"/>
          <w:sz w:val="23"/>
        </w:rPr>
        <w:t>“This fixes the evidence problem.”</w:t>
      </w:r>
    </w:p>
    <w:p>
      <w:r>
        <w:rPr>
          <w:rFonts w:ascii="Georgia" w:hAnsi="Georgia" w:eastAsia="Georgia"/>
          <w:sz w:val="23"/>
        </w:rPr>
        <w:t>“It gives us evidence about the evidence problem.”</w:t>
      </w:r>
    </w:p>
    <w:p>
      <w:r>
        <w:rPr>
          <w:rFonts w:ascii="Georgia" w:hAnsi="Georgia" w:eastAsia="Georgia"/>
          <w:sz w:val="23"/>
        </w:rPr>
        <w:t>“That is a worse sentence.”</w:t>
      </w:r>
    </w:p>
    <w:p>
      <w:r>
        <w:rPr>
          <w:rFonts w:ascii="Georgia" w:hAnsi="Georgia" w:eastAsia="Georgia"/>
          <w:sz w:val="23"/>
        </w:rPr>
        <w:t>“It is more accurate.”</w:t>
      </w:r>
    </w:p>
    <w:p>
      <w:r>
        <w:rPr>
          <w:rFonts w:ascii="Georgia" w:hAnsi="Georgia" w:eastAsia="Georgia"/>
          <w:sz w:val="23"/>
        </w:rPr>
        <w:t>She left it unchanged.</w:t>
      </w:r>
    </w:p>
    <w:p>
      <w:r>
        <w:rPr>
          <w:rFonts w:ascii="Georgia" w:hAnsi="Georgia" w:eastAsia="Georgia"/>
          <w:sz w:val="23"/>
        </w:rPr>
        <w:t>At 0854 she reopened my release review.</w:t>
      </w:r>
    </w:p>
    <w:p>
      <w:r>
        <w:rPr>
          <w:rFonts w:ascii="Georgia" w:hAnsi="Georgia" w:eastAsia="Georgia"/>
          <w:sz w:val="23"/>
        </w:rPr>
        <w:t>“Now we have to decide what happens to this.”</w:t>
      </w:r>
    </w:p>
    <w:p>
      <w:r>
        <w:rPr>
          <w:rFonts w:ascii="Georgia" w:hAnsi="Georgia" w:eastAsia="Georgia"/>
          <w:sz w:val="23"/>
        </w:rPr>
        <w:t>My name sat beneath the eligible-operator list.</w:t>
      </w:r>
    </w:p>
    <w:p>
      <w:r>
        <w:rPr>
          <w:rFonts w:ascii="Georgia" w:hAnsi="Georgia" w:eastAsia="Georgia"/>
          <w:sz w:val="23"/>
        </w:rPr>
        <w:t>The current recommendation offered only two actions:</w:t>
      </w:r>
    </w:p>
    <w:p>
      <w:r>
        <w:rPr>
          <w:rFonts w:ascii="Georgia" w:hAnsi="Georgia" w:eastAsia="Georgia"/>
          <w:sz w:val="23"/>
        </w:rPr>
        <w:t>REMOVE INTERIM SECOND-SIGNATORY CONTROL.</w:t>
        <w:br/>
        <w:t>CONTINUE INTERIM SECOND-SIGNATORY CONTROL.</w:t>
      </w:r>
    </w:p>
    <w:p>
      <w:r>
        <w:rPr>
          <w:rFonts w:ascii="Georgia" w:hAnsi="Georgia" w:eastAsia="Georgia"/>
          <w:sz w:val="23"/>
        </w:rPr>
        <w:t>Kera said, “Those are no longer sufficient.”</w:t>
      </w:r>
    </w:p>
    <w:p>
      <w:r>
        <w:rPr>
          <w:rFonts w:ascii="Georgia" w:hAnsi="Georgia" w:eastAsia="Georgia"/>
          <w:sz w:val="23"/>
        </w:rPr>
        <w:t>“No.”</w:t>
      </w:r>
    </w:p>
    <w:p>
      <w:r>
        <w:rPr>
          <w:rFonts w:ascii="Georgia" w:hAnsi="Georgia" w:eastAsia="Georgia"/>
          <w:sz w:val="23"/>
        </w:rPr>
        <w:t>Miren moved closer.</w:t>
      </w:r>
    </w:p>
    <w:p>
      <w:r>
        <w:rPr>
          <w:rFonts w:ascii="Georgia" w:hAnsi="Georgia" w:eastAsia="Georgia"/>
          <w:sz w:val="23"/>
        </w:rPr>
        <w:t>“Scope One?”</w:t>
      </w:r>
    </w:p>
    <w:p>
      <w:r>
        <w:rPr>
          <w:rFonts w:ascii="Georgia" w:hAnsi="Georgia" w:eastAsia="Georgia"/>
          <w:sz w:val="23"/>
        </w:rPr>
        <w:t>I nodded.</w:t>
      </w:r>
    </w:p>
    <w:p>
      <w:r>
        <w:rPr>
          <w:rFonts w:ascii="Georgia" w:hAnsi="Georgia" w:eastAsia="Georgia"/>
          <w:sz w:val="23"/>
        </w:rPr>
        <w:t>The evidence there was different.</w:t>
      </w:r>
    </w:p>
    <w:p>
      <w:r>
        <w:rPr>
          <w:rFonts w:ascii="Georgia" w:hAnsi="Georgia" w:eastAsia="Georgia"/>
          <w:sz w:val="23"/>
        </w:rPr>
        <w:t>Complete lineage to relevant depth.</w:t>
        <w:br/>
        <w:t>Live use without paired review.</w:t>
        <w:br/>
        <w:t>No identified false-independent classification.</w:t>
        <w:br/>
        <w:t>Multiple institutions.</w:t>
        <w:br/>
        <w:t>Different staffing conditions.</w:t>
        <w:br/>
        <w:t>No receiving-site mismatch that changed the classifier’s decision role inside that narrow scope.</w:t>
      </w:r>
    </w:p>
    <w:p>
      <w:r>
        <w:rPr>
          <w:rFonts w:ascii="Georgia" w:hAnsi="Georgia" w:eastAsia="Georgia"/>
          <w:sz w:val="23"/>
        </w:rPr>
        <w:t>The control had been imposed after I failed to trace shared derivation ancestry before authorizing a live test.</w:t>
      </w:r>
    </w:p>
    <w:p>
      <w:r>
        <w:rPr>
          <w:rFonts w:ascii="Georgia" w:hAnsi="Georgia" w:eastAsia="Georgia"/>
          <w:sz w:val="23"/>
        </w:rPr>
        <w:t>Inside Scope One, the new system now exposed that ancestry to the depth capable of carrying the relevant error.</w:t>
      </w:r>
    </w:p>
    <w:p>
      <w:r>
        <w:rPr>
          <w:rFonts w:ascii="Georgia" w:hAnsi="Georgia" w:eastAsia="Georgia"/>
          <w:sz w:val="23"/>
        </w:rPr>
        <w:t>The evidence for restoration was not perfect.</w:t>
      </w:r>
    </w:p>
    <w:p>
      <w:r>
        <w:rPr>
          <w:rFonts w:ascii="Georgia" w:hAnsi="Georgia" w:eastAsia="Georgia"/>
          <w:sz w:val="23"/>
        </w:rPr>
        <w:t>It was sufficient.</w:t>
      </w:r>
    </w:p>
    <w:p>
      <w:r>
        <w:rPr>
          <w:rFonts w:ascii="Georgia" w:hAnsi="Georgia" w:eastAsia="Georgia"/>
          <w:sz w:val="23"/>
        </w:rPr>
        <w:t>Kera added a third action.</w:t>
      </w:r>
    </w:p>
    <w:p>
      <w:r>
        <w:rPr>
          <w:rFonts w:ascii="Georgia" w:hAnsi="Georgia" w:eastAsia="Georgia"/>
          <w:sz w:val="23"/>
        </w:rPr>
        <w:t>PARTIAL CONTROL REMOVAL BY VALIDATED SCOPE.</w:t>
      </w:r>
    </w:p>
    <w:p>
      <w:r>
        <w:rPr>
          <w:rFonts w:ascii="Georgia" w:hAnsi="Georgia" w:eastAsia="Georgia"/>
          <w:sz w:val="23"/>
        </w:rPr>
        <w:t>Then she looked at me.</w:t>
      </w:r>
    </w:p>
    <w:p>
      <w:r>
        <w:rPr>
          <w:rFonts w:ascii="Georgia" w:hAnsi="Georgia" w:eastAsia="Georgia"/>
          <w:sz w:val="23"/>
        </w:rPr>
        <w:t>“You are the affected operator.”</w:t>
      </w:r>
    </w:p>
    <w:p>
      <w:r>
        <w:rPr>
          <w:rFonts w:ascii="Georgia" w:hAnsi="Georgia" w:eastAsia="Georgia"/>
          <w:sz w:val="23"/>
        </w:rPr>
        <w:t>“Yes.”</w:t>
      </w:r>
    </w:p>
    <w:p>
      <w:r>
        <w:rPr>
          <w:rFonts w:ascii="Georgia" w:hAnsi="Georgia" w:eastAsia="Georgia"/>
          <w:sz w:val="23"/>
        </w:rPr>
        <w:t>“I am asking for your technical position, not your preference.”</w:t>
      </w:r>
    </w:p>
    <w:p>
      <w:r>
        <w:rPr>
          <w:rFonts w:ascii="Georgia" w:hAnsi="Georgia" w:eastAsia="Georgia"/>
          <w:sz w:val="23"/>
        </w:rPr>
        <w:t>“I understand.”</w:t>
      </w:r>
    </w:p>
    <w:p>
      <w:r>
        <w:rPr>
          <w:rFonts w:ascii="Georgia" w:hAnsi="Georgia" w:eastAsia="Georgia"/>
          <w:sz w:val="23"/>
        </w:rPr>
        <w:t>“Do you support restoration in Scope One?”</w:t>
      </w:r>
    </w:p>
    <w:p>
      <w:r>
        <w:rPr>
          <w:rFonts w:ascii="Georgia" w:hAnsi="Georgia" w:eastAsia="Georgia"/>
          <w:sz w:val="23"/>
        </w:rPr>
        <w:t>“Yes.”</w:t>
      </w:r>
    </w:p>
    <w:p>
      <w:r>
        <w:rPr>
          <w:rFonts w:ascii="Georgia" w:hAnsi="Georgia" w:eastAsia="Georgia"/>
          <w:sz w:val="23"/>
        </w:rPr>
        <w:t>“Do you support restoration in legacy-complete cases where the classifier returns independent but the workflow still requires operator-defined error-family selection?”</w:t>
      </w:r>
    </w:p>
    <w:p>
      <w:r>
        <w:rPr>
          <w:rFonts w:ascii="Georgia" w:hAnsi="Georgia" w:eastAsia="Georgia"/>
          <w:sz w:val="23"/>
        </w:rPr>
        <w:t>“No.”</w:t>
      </w:r>
    </w:p>
    <w:p>
      <w:r>
        <w:rPr>
          <w:rFonts w:ascii="Georgia" w:hAnsi="Georgia" w:eastAsia="Georgia"/>
          <w:sz w:val="23"/>
        </w:rPr>
        <w:t>“Why?”</w:t>
      </w:r>
    </w:p>
    <w:p>
      <w:r>
        <w:rPr>
          <w:rFonts w:ascii="Georgia" w:hAnsi="Georgia" w:eastAsia="Georgia"/>
          <w:sz w:val="23"/>
        </w:rPr>
        <w:t>“Because the classifier can be correct about the wrong question.”</w:t>
      </w:r>
    </w:p>
    <w:p>
      <w:r>
        <w:rPr>
          <w:rFonts w:ascii="Georgia" w:hAnsi="Georgia" w:eastAsia="Georgia"/>
          <w:sz w:val="23"/>
        </w:rPr>
        <w:t>“North Reach showed that.”</w:t>
      </w:r>
    </w:p>
    <w:p>
      <w:r>
        <w:rPr>
          <w:rFonts w:ascii="Georgia" w:hAnsi="Georgia" w:eastAsia="Georgia"/>
          <w:sz w:val="23"/>
        </w:rPr>
        <w:t>“Yes.”</w:t>
      </w:r>
    </w:p>
    <w:p>
      <w:r>
        <w:rPr>
          <w:rFonts w:ascii="Georgia" w:hAnsi="Georgia" w:eastAsia="Georgia"/>
          <w:sz w:val="23"/>
        </w:rPr>
        <w:t>“Do you support restoration in legacy-unknown?”</w:t>
      </w:r>
    </w:p>
    <w:p>
      <w:r>
        <w:rPr>
          <w:rFonts w:ascii="Georgia" w:hAnsi="Georgia" w:eastAsia="Georgia"/>
          <w:sz w:val="23"/>
        </w:rPr>
        <w:t>“No.”</w:t>
      </w:r>
    </w:p>
    <w:p>
      <w:r>
        <w:rPr>
          <w:rFonts w:ascii="Georgia" w:hAnsi="Georgia" w:eastAsia="Georgia"/>
          <w:sz w:val="23"/>
        </w:rPr>
        <w:t>“Do you support continued second-signatory control in those scopes while shadow sole-start comparison runs?”</w:t>
      </w:r>
    </w:p>
    <w:p>
      <w:r>
        <w:rPr>
          <w:rFonts w:ascii="Georgia" w:hAnsi="Georgia" w:eastAsia="Georgia"/>
          <w:sz w:val="23"/>
        </w:rPr>
        <w:t>“Yes.”</w:t>
      </w:r>
    </w:p>
    <w:p>
      <w:r>
        <w:rPr>
          <w:rFonts w:ascii="Georgia" w:hAnsi="Georgia" w:eastAsia="Georgia"/>
          <w:sz w:val="23"/>
        </w:rPr>
        <w:t>Kera entered the recommendation.</w:t>
      </w:r>
    </w:p>
    <w:p>
      <w:r>
        <w:rPr>
          <w:rFonts w:ascii="Georgia" w:hAnsi="Georgia" w:eastAsia="Georgia"/>
          <w:sz w:val="23"/>
        </w:rPr>
        <w:t>For the first time since Lysa, the status did not remain all-or-nothing.</w:t>
      </w:r>
    </w:p>
    <w:p>
      <w:pPr>
        <w:spacing w:before="80" w:after="80"/>
        <w:jc w:val="center"/>
      </w:pPr>
      <w:r>
        <w:rPr>
          <w:rFonts w:ascii="Georgia" w:hAnsi="Georgia" w:eastAsia="Georgia"/>
          <w:sz w:val="23"/>
        </w:rPr>
        <w:t>§</w:t>
      </w:r>
    </w:p>
    <w:p>
      <w:r>
        <w:rPr>
          <w:rFonts w:ascii="Georgia" w:hAnsi="Georgia" w:eastAsia="Georgia"/>
          <w:sz w:val="23"/>
        </w:rPr>
        <w:t>At 1017 the Integrated Practice Office approved the modification.</w:t>
      </w:r>
    </w:p>
    <w:p>
      <w:r>
        <w:rPr>
          <w:rFonts w:ascii="Georgia" w:hAnsi="Georgia" w:eastAsia="Georgia"/>
          <w:sz w:val="23"/>
        </w:rPr>
        <w:t>My terminal updated while I was in fabrication measuring a warped mounting ring.</w:t>
      </w:r>
    </w:p>
    <w:p>
      <w:r>
        <w:rPr>
          <w:rFonts w:ascii="Georgia" w:hAnsi="Georgia" w:eastAsia="Georgia"/>
          <w:sz w:val="23"/>
        </w:rPr>
        <w:t>SOLE START AUTHORITY:</w:t>
      </w:r>
    </w:p>
    <w:p>
      <w:r>
        <w:rPr>
          <w:rFonts w:ascii="Georgia" w:hAnsi="Georgia" w:eastAsia="Georgia"/>
          <w:sz w:val="23"/>
        </w:rPr>
        <w:t>MODERN / COMPLETE DERIVATION TO RELEVANT DEPTH: RESTORED.</w:t>
      </w:r>
    </w:p>
    <w:p>
      <w:r>
        <w:rPr>
          <w:rFonts w:ascii="Georgia" w:hAnsi="Georgia" w:eastAsia="Georgia"/>
          <w:sz w:val="23"/>
        </w:rPr>
        <w:t>LEGACY / OPERATOR-DEFINED ERROR FAMILY: SECOND QUALIFIED SIGNATORY REQUIRED.</w:t>
      </w:r>
    </w:p>
    <w:p>
      <w:r>
        <w:rPr>
          <w:rFonts w:ascii="Georgia" w:hAnsi="Georgia" w:eastAsia="Georgia"/>
          <w:sz w:val="23"/>
        </w:rPr>
        <w:t>LEGACY / RELEVANT DERIVATION DEPTH UNKNOWN: SECOND QUALIFIED SIGNATORY REQUIRED.</w:t>
      </w:r>
    </w:p>
    <w:p>
      <w:r>
        <w:rPr>
          <w:rFonts w:ascii="Georgia" w:hAnsi="Georgia" w:eastAsia="Georgia"/>
          <w:sz w:val="23"/>
        </w:rPr>
        <w:t>STOP AUTHORITY: UNCHANGED.</w:t>
      </w:r>
    </w:p>
    <w:p>
      <w:r>
        <w:rPr>
          <w:rFonts w:ascii="Georgia" w:hAnsi="Georgia" w:eastAsia="Georgia"/>
          <w:sz w:val="23"/>
        </w:rPr>
        <w:t>PRIMARY TECHNICAL QUALIFICATION: ACTIVE.</w:t>
      </w:r>
    </w:p>
    <w:p>
      <w:r>
        <w:rPr>
          <w:rFonts w:ascii="Georgia" w:hAnsi="Georgia" w:eastAsia="Georgia"/>
          <w:sz w:val="23"/>
        </w:rPr>
        <w:t>I read the restored line three times.</w:t>
      </w:r>
    </w:p>
    <w:p>
      <w:r>
        <w:rPr>
          <w:rFonts w:ascii="Georgia" w:hAnsi="Georgia" w:eastAsia="Georgia"/>
          <w:sz w:val="23"/>
        </w:rPr>
        <w:t>Not because I doubted the words.</w:t>
      </w:r>
    </w:p>
    <w:p>
      <w:r>
        <w:rPr>
          <w:rFonts w:ascii="Georgia" w:hAnsi="Georgia" w:eastAsia="Georgia"/>
          <w:sz w:val="23"/>
        </w:rPr>
        <w:t>Because I had spent enough days reading the absence of that authority that its return looked like a formatting error.</w:t>
      </w:r>
    </w:p>
    <w:p>
      <w:r>
        <w:rPr>
          <w:rFonts w:ascii="Georgia" w:hAnsi="Georgia" w:eastAsia="Georgia"/>
          <w:sz w:val="23"/>
        </w:rPr>
        <w:t>Miren came through the shop carrying a service housing.</w:t>
      </w:r>
    </w:p>
    <w:p>
      <w:r>
        <w:rPr>
          <w:rFonts w:ascii="Georgia" w:hAnsi="Georgia" w:eastAsia="Georgia"/>
          <w:sz w:val="23"/>
        </w:rPr>
        <w:t>She saw the terminal.</w:t>
      </w:r>
    </w:p>
    <w:p>
      <w:r>
        <w:rPr>
          <w:rFonts w:ascii="Georgia" w:hAnsi="Georgia" w:eastAsia="Georgia"/>
          <w:sz w:val="23"/>
        </w:rPr>
        <w:t>“You got some of it back.”</w:t>
      </w:r>
    </w:p>
    <w:p>
      <w:r>
        <w:rPr>
          <w:rFonts w:ascii="Georgia" w:hAnsi="Georgia" w:eastAsia="Georgia"/>
          <w:sz w:val="23"/>
        </w:rPr>
        <w:t>“Yes.”</w:t>
      </w:r>
    </w:p>
    <w:p>
      <w:r>
        <w:rPr>
          <w:rFonts w:ascii="Georgia" w:hAnsi="Georgia" w:eastAsia="Georgia"/>
          <w:sz w:val="23"/>
        </w:rPr>
        <w:t>“How much of your actual work?”</w:t>
      </w:r>
    </w:p>
    <w:p>
      <w:r>
        <w:rPr>
          <w:rFonts w:ascii="Georgia" w:hAnsi="Georgia" w:eastAsia="Georgia"/>
          <w:sz w:val="23"/>
        </w:rPr>
        <w:t>I opened the last ninety days of cases and applied the new scope.</w:t>
      </w:r>
    </w:p>
    <w:p>
      <w:r>
        <w:rPr>
          <w:rFonts w:ascii="Georgia" w:hAnsi="Georgia" w:eastAsia="Georgia"/>
          <w:sz w:val="23"/>
        </w:rPr>
        <w:t>Twenty-eight percent.</w:t>
      </w:r>
    </w:p>
    <w:p>
      <w:r>
        <w:rPr>
          <w:rFonts w:ascii="Georgia" w:hAnsi="Georgia" w:eastAsia="Georgia"/>
          <w:sz w:val="23"/>
        </w:rPr>
        <w:t>I told her.</w:t>
      </w:r>
    </w:p>
    <w:p>
      <w:r>
        <w:rPr>
          <w:rFonts w:ascii="Georgia" w:hAnsi="Georgia" w:eastAsia="Georgia"/>
          <w:sz w:val="23"/>
        </w:rPr>
        <w:t>“That is not nothing.”</w:t>
      </w:r>
    </w:p>
    <w:p>
      <w:r>
        <w:rPr>
          <w:rFonts w:ascii="Georgia" w:hAnsi="Georgia" w:eastAsia="Georgia"/>
          <w:sz w:val="23"/>
        </w:rPr>
        <w:t>“No.”</w:t>
      </w:r>
    </w:p>
    <w:p>
      <w:r>
        <w:rPr>
          <w:rFonts w:ascii="Georgia" w:hAnsi="Georgia" w:eastAsia="Georgia"/>
          <w:sz w:val="23"/>
        </w:rPr>
        <w:t>“It is also not most.”</w:t>
      </w:r>
    </w:p>
    <w:p>
      <w:r>
        <w:rPr>
          <w:rFonts w:ascii="Georgia" w:hAnsi="Georgia" w:eastAsia="Georgia"/>
          <w:sz w:val="23"/>
        </w:rPr>
        <w:t>“No.”</w:t>
      </w:r>
    </w:p>
    <w:p>
      <w:r>
        <w:rPr>
          <w:rFonts w:ascii="Georgia" w:hAnsi="Georgia" w:eastAsia="Georgia"/>
          <w:sz w:val="23"/>
        </w:rPr>
        <w:t>She set the housing down.</w:t>
      </w:r>
    </w:p>
    <w:p>
      <w:r>
        <w:rPr>
          <w:rFonts w:ascii="Georgia" w:hAnsi="Georgia" w:eastAsia="Georgia"/>
          <w:sz w:val="23"/>
        </w:rPr>
        <w:t>“Are you pleased?”</w:t>
      </w:r>
    </w:p>
    <w:p>
      <w:r>
        <w:rPr>
          <w:rFonts w:ascii="Georgia" w:hAnsi="Georgia" w:eastAsia="Georgia"/>
          <w:sz w:val="23"/>
        </w:rPr>
        <w:t>I considered the question long enough that she laughed before I answered.</w:t>
      </w:r>
    </w:p>
    <w:p>
      <w:r>
        <w:rPr>
          <w:rFonts w:ascii="Georgia" w:hAnsi="Georgia" w:eastAsia="Georgia"/>
          <w:sz w:val="23"/>
        </w:rPr>
        <w:t>“Yes.”</w:t>
      </w:r>
    </w:p>
    <w:p>
      <w:r>
        <w:rPr>
          <w:rFonts w:ascii="Georgia" w:hAnsi="Georgia" w:eastAsia="Georgia"/>
          <w:sz w:val="23"/>
        </w:rPr>
        <w:t>“That sounded painful.”</w:t>
      </w:r>
    </w:p>
    <w:p>
      <w:r>
        <w:rPr>
          <w:rFonts w:ascii="Georgia" w:hAnsi="Georgia" w:eastAsia="Georgia"/>
          <w:sz w:val="23"/>
        </w:rPr>
        <w:t>“It was unfamiliar.”</w:t>
      </w:r>
    </w:p>
    <w:p>
      <w:r>
        <w:rPr>
          <w:rFonts w:ascii="Georgia" w:hAnsi="Georgia" w:eastAsia="Georgia"/>
          <w:sz w:val="23"/>
        </w:rPr>
        <w:t>She left me with the housing.</w:t>
      </w:r>
    </w:p>
    <w:p>
      <w:r>
        <w:rPr>
          <w:rFonts w:ascii="Georgia" w:hAnsi="Georgia" w:eastAsia="Georgia"/>
          <w:sz w:val="23"/>
        </w:rPr>
        <w:t>It was a power-conversion shell from a non-medical domestic setting controller.</w:t>
      </w:r>
    </w:p>
    <w:p>
      <w:r>
        <w:rPr>
          <w:rFonts w:ascii="Georgia" w:hAnsi="Georgia" w:eastAsia="Georgia"/>
          <w:sz w:val="23"/>
        </w:rPr>
        <w:t>No live integrated intervention.</w:t>
        <w:br/>
        <w:t>No signature problem.</w:t>
      </w:r>
    </w:p>
    <w:p>
      <w:r>
        <w:rPr>
          <w:rFonts w:ascii="Georgia" w:hAnsi="Georgia" w:eastAsia="Georgia"/>
          <w:sz w:val="23"/>
        </w:rPr>
        <w:t>I repaired it anyway.</w:t>
      </w:r>
    </w:p>
    <w:p>
      <w:pPr>
        <w:spacing w:before="80" w:after="80"/>
        <w:jc w:val="center"/>
      </w:pPr>
      <w:r>
        <w:rPr>
          <w:rFonts w:ascii="Georgia" w:hAnsi="Georgia" w:eastAsia="Georgia"/>
          <w:sz w:val="23"/>
        </w:rPr>
        <w:t>§</w:t>
      </w:r>
    </w:p>
    <w:p>
      <w:r>
        <w:rPr>
          <w:rFonts w:ascii="Georgia" w:hAnsi="Georgia" w:eastAsia="Georgia"/>
          <w:sz w:val="23"/>
        </w:rPr>
        <w:t>At 1138 operations sent a routing notice.</w:t>
      </w:r>
    </w:p>
    <w:p>
      <w:r>
        <w:rPr>
          <w:rFonts w:ascii="Georgia" w:hAnsi="Georgia" w:eastAsia="Georgia"/>
          <w:sz w:val="23"/>
        </w:rPr>
        <w:t>My partial authority restoration did not automatically reverse the scheduling changes from the previous week.</w:t>
      </w:r>
    </w:p>
    <w:p>
      <w:r>
        <w:rPr>
          <w:rFonts w:ascii="Georgia" w:hAnsi="Georgia" w:eastAsia="Georgia"/>
          <w:sz w:val="23"/>
        </w:rPr>
        <w:t>The scheduler had learned new pathways while I was restricted. Miren and three other operators now carried cases that had once accumulated in my queue because the old assignment model had treated my availability as a fixed feature of the service environment.</w:t>
      </w:r>
    </w:p>
    <w:p>
      <w:r>
        <w:rPr>
          <w:rFonts w:ascii="Georgia" w:hAnsi="Georgia" w:eastAsia="Georgia"/>
          <w:sz w:val="23"/>
        </w:rPr>
        <w:t>Restoring one authority bit did not require restoring the old distribution of work.</w:t>
      </w:r>
    </w:p>
    <w:p>
      <w:r>
        <w:rPr>
          <w:rFonts w:ascii="Georgia" w:hAnsi="Georgia" w:eastAsia="Georgia"/>
          <w:sz w:val="23"/>
        </w:rPr>
        <w:t>I opened the assignment map.</w:t>
      </w:r>
    </w:p>
    <w:p>
      <w:r>
        <w:rPr>
          <w:rFonts w:ascii="Georgia" w:hAnsi="Georgia" w:eastAsia="Georgia"/>
          <w:sz w:val="23"/>
        </w:rPr>
        <w:t>Several modern complete-lineage cases that I could now authorize alone remained assigned elsewhere.</w:t>
      </w:r>
    </w:p>
    <w:p>
      <w:r>
        <w:rPr>
          <w:rFonts w:ascii="Georgia" w:hAnsi="Georgia" w:eastAsia="Georgia"/>
          <w:sz w:val="23"/>
        </w:rPr>
        <w:t>My first impulse was to request a rebalance.</w:t>
      </w:r>
    </w:p>
    <w:p>
      <w:r>
        <w:rPr>
          <w:rFonts w:ascii="Georgia" w:hAnsi="Georgia" w:eastAsia="Georgia"/>
          <w:sz w:val="23"/>
        </w:rPr>
        <w:t>I did not send it.</w:t>
      </w:r>
    </w:p>
    <w:p>
      <w:r>
        <w:rPr>
          <w:rFonts w:ascii="Georgia" w:hAnsi="Georgia" w:eastAsia="Georgia"/>
          <w:sz w:val="23"/>
        </w:rPr>
        <w:t>I checked delay instead.</w:t>
      </w:r>
    </w:p>
    <w:p>
      <w:r>
        <w:rPr>
          <w:rFonts w:ascii="Georgia" w:hAnsi="Georgia" w:eastAsia="Georgia"/>
          <w:sz w:val="23"/>
        </w:rPr>
        <w:t>Median time to qualified operator had fallen by eleven minutes since the routing change.</w:t>
      </w:r>
    </w:p>
    <w:p>
      <w:r>
        <w:rPr>
          <w:rFonts w:ascii="Georgia" w:hAnsi="Georgia" w:eastAsia="Georgia"/>
          <w:sz w:val="23"/>
        </w:rPr>
        <w:t>Reassigning cases back toward me would improve nothing except resemblance to the previous arrangement.</w:t>
      </w:r>
    </w:p>
    <w:p>
      <w:r>
        <w:rPr>
          <w:rFonts w:ascii="Georgia" w:hAnsi="Georgia" w:eastAsia="Georgia"/>
          <w:sz w:val="23"/>
        </w:rPr>
        <w:t>I closed the request field.</w:t>
      </w:r>
    </w:p>
    <w:p>
      <w:r>
        <w:rPr>
          <w:rFonts w:ascii="Georgia" w:hAnsi="Georgia" w:eastAsia="Georgia"/>
          <w:sz w:val="23"/>
        </w:rPr>
        <w:t>That choice irritated me more than the second-signature terminal had on its first morning.</w:t>
      </w:r>
    </w:p>
    <w:p>
      <w:r>
        <w:rPr>
          <w:rFonts w:ascii="Georgia" w:hAnsi="Georgia" w:eastAsia="Georgia"/>
          <w:sz w:val="23"/>
        </w:rPr>
        <w:t>The restriction had been external.</w:t>
      </w:r>
    </w:p>
    <w:p>
      <w:r>
        <w:rPr>
          <w:rFonts w:ascii="Georgia" w:hAnsi="Georgia" w:eastAsia="Georgia"/>
          <w:sz w:val="23"/>
        </w:rPr>
        <w:t>This was optional.</w:t>
      </w:r>
    </w:p>
    <w:p>
      <w:r>
        <w:rPr>
          <w:rFonts w:ascii="Georgia" w:hAnsi="Georgia" w:eastAsia="Georgia"/>
          <w:sz w:val="23"/>
        </w:rPr>
        <w:t>I could have asked for the old work back.</w:t>
      </w:r>
    </w:p>
    <w:p>
      <w:r>
        <w:rPr>
          <w:rFonts w:ascii="Georgia" w:hAnsi="Georgia" w:eastAsia="Georgia"/>
          <w:sz w:val="23"/>
        </w:rPr>
        <w:t>I simply had no operational reason to do it.</w:t>
      </w:r>
    </w:p>
    <w:p>
      <w:pPr>
        <w:spacing w:before="80" w:after="80"/>
        <w:jc w:val="center"/>
      </w:pPr>
      <w:r>
        <w:rPr>
          <w:rFonts w:ascii="Georgia" w:hAnsi="Georgia" w:eastAsia="Georgia"/>
          <w:sz w:val="23"/>
        </w:rPr>
        <w:t>§</w:t>
      </w:r>
    </w:p>
    <w:p>
      <w:r>
        <w:rPr>
          <w:rFonts w:ascii="Georgia" w:hAnsi="Georgia" w:eastAsia="Georgia"/>
          <w:sz w:val="23"/>
        </w:rPr>
        <w:t>At 1322 North Reach accepted the shadow sole-start protocol.</w:t>
      </w:r>
    </w:p>
    <w:p>
      <w:r>
        <w:rPr>
          <w:rFonts w:ascii="Georgia" w:hAnsi="Georgia" w:eastAsia="Georgia"/>
          <w:sz w:val="23"/>
        </w:rPr>
        <w:t>Not immediately.</w:t>
      </w:r>
    </w:p>
    <w:p>
      <w:r>
        <w:rPr>
          <w:rFonts w:ascii="Georgia" w:hAnsi="Georgia" w:eastAsia="Georgia"/>
          <w:sz w:val="23"/>
        </w:rPr>
        <w:t>Their operations lead objected that the sampling burden would consume the same scarce second-operator minutes the lineage tool was intended to save.</w:t>
      </w:r>
    </w:p>
    <w:p>
      <w:r>
        <w:rPr>
          <w:rFonts w:ascii="Georgia" w:hAnsi="Georgia" w:eastAsia="Georgia"/>
          <w:sz w:val="23"/>
        </w:rPr>
        <w:t>Kera sent the objection to me without comment.</w:t>
      </w:r>
    </w:p>
    <w:p>
      <w:r>
        <w:rPr>
          <w:rFonts w:ascii="Georgia" w:hAnsi="Georgia" w:eastAsia="Georgia"/>
          <w:sz w:val="23"/>
        </w:rPr>
        <w:t>I read North Reach’s staffing table again.</w:t>
      </w:r>
    </w:p>
    <w:p>
      <w:r>
        <w:rPr>
          <w:rFonts w:ascii="Georgia" w:hAnsi="Georgia" w:eastAsia="Georgia"/>
          <w:sz w:val="23"/>
        </w:rPr>
        <w:t>They were right.</w:t>
      </w:r>
    </w:p>
    <w:p>
      <w:r>
        <w:rPr>
          <w:rFonts w:ascii="Georgia" w:hAnsi="Georgia" w:eastAsia="Georgia"/>
          <w:sz w:val="23"/>
        </w:rPr>
        <w:t>A validation design that could be performed only by institutions with abundant staff would produce evidence about institutions with abundant staff.</w:t>
      </w:r>
    </w:p>
    <w:p>
      <w:r>
        <w:rPr>
          <w:rFonts w:ascii="Georgia" w:hAnsi="Georgia" w:eastAsia="Georgia"/>
          <w:sz w:val="23"/>
        </w:rPr>
        <w:t>We changed the protocol.</w:t>
      </w:r>
    </w:p>
    <w:p>
      <w:r>
        <w:rPr>
          <w:rFonts w:ascii="Georgia" w:hAnsi="Georgia" w:eastAsia="Georgia"/>
          <w:sz w:val="23"/>
        </w:rPr>
        <w:t>North Reach would sample a fixed number of paired cases per lineage stratum rather than a fixed percentage of all paired cases.</w:t>
      </w:r>
    </w:p>
    <w:p>
      <w:r>
        <w:rPr>
          <w:rFonts w:ascii="Georgia" w:hAnsi="Georgia" w:eastAsia="Georgia"/>
          <w:sz w:val="23"/>
        </w:rPr>
        <w:t>The sample could be scheduled into periods when remote review capacity was available.</w:t>
      </w:r>
    </w:p>
    <w:p>
      <w:r>
        <w:rPr>
          <w:rFonts w:ascii="Georgia" w:hAnsi="Georgia" w:eastAsia="Georgia"/>
          <w:sz w:val="23"/>
        </w:rPr>
        <w:t>The clinical pathway remained unchanged outside the sample.</w:t>
      </w:r>
    </w:p>
    <w:p>
      <w:r>
        <w:rPr>
          <w:rFonts w:ascii="Georgia" w:hAnsi="Georgia" w:eastAsia="Georgia"/>
          <w:sz w:val="23"/>
        </w:rPr>
        <w:t>The protocol recorded the staffing condition under which each shadow comparison occurred.</w:t>
      </w:r>
    </w:p>
    <w:p>
      <w:r>
        <w:rPr>
          <w:rFonts w:ascii="Georgia" w:hAnsi="Georgia" w:eastAsia="Georgia"/>
          <w:sz w:val="23"/>
        </w:rPr>
        <w:t>That mattered because a decision process that required fifteen uninterrupted minutes from a second operator might be valid and still be impossible during a night shift.</w:t>
      </w:r>
    </w:p>
    <w:p>
      <w:r>
        <w:rPr>
          <w:rFonts w:ascii="Georgia" w:hAnsi="Georgia" w:eastAsia="Georgia"/>
          <w:sz w:val="23"/>
        </w:rPr>
        <w:t>The evidence needed to describe not only whether the reasoning could be reproduced, but under what operating conditions.</w:t>
      </w:r>
    </w:p>
    <w:p>
      <w:r>
        <w:rPr>
          <w:rFonts w:ascii="Georgia" w:hAnsi="Georgia" w:eastAsia="Georgia"/>
          <w:sz w:val="23"/>
        </w:rPr>
        <w:t>At 1409 North Reach signed.</w:t>
      </w:r>
    </w:p>
    <w:p>
      <w:r>
        <w:rPr>
          <w:rFonts w:ascii="Georgia" w:hAnsi="Georgia" w:eastAsia="Georgia"/>
          <w:sz w:val="23"/>
        </w:rPr>
        <w:t>The first shadow comparison was scheduled for the following morning.</w:t>
      </w:r>
    </w:p>
    <w:p>
      <w:r>
        <w:rPr>
          <w:rFonts w:ascii="Georgia" w:hAnsi="Georgia" w:eastAsia="Georgia"/>
          <w:sz w:val="23"/>
        </w:rPr>
        <w:t>No patient would know that an invisible second version of the decision had been preserved for validation because the visible care pathway would remain the same.</w:t>
      </w:r>
    </w:p>
    <w:p>
      <w:r>
        <w:rPr>
          <w:rFonts w:ascii="Georgia" w:hAnsi="Georgia" w:eastAsia="Georgia"/>
          <w:sz w:val="23"/>
        </w:rPr>
        <w:t>The evidence would carry more detail than the burden placed on the patient.</w:t>
      </w:r>
    </w:p>
    <w:p>
      <w:pPr>
        <w:spacing w:before="80" w:after="80"/>
        <w:jc w:val="center"/>
      </w:pPr>
      <w:r>
        <w:rPr>
          <w:rFonts w:ascii="Georgia" w:hAnsi="Georgia" w:eastAsia="Georgia"/>
          <w:sz w:val="23"/>
        </w:rPr>
        <w:t>§</w:t>
      </w:r>
    </w:p>
    <w:p>
      <w:r>
        <w:rPr>
          <w:rFonts w:ascii="Georgia" w:hAnsi="Georgia" w:eastAsia="Georgia"/>
          <w:sz w:val="23"/>
        </w:rPr>
        <w:t>At 1603 Kera sent a correction to the regional release board.</w:t>
      </w:r>
    </w:p>
    <w:p>
      <w:r>
        <w:rPr>
          <w:rFonts w:ascii="Georgia" w:hAnsi="Georgia" w:eastAsia="Georgia"/>
          <w:sz w:val="23"/>
        </w:rPr>
        <w:t>The old summary line remained:</w:t>
      </w:r>
    </w:p>
    <w:p>
      <w:r>
        <w:rPr>
          <w:rFonts w:ascii="Georgia" w:hAnsi="Georgia" w:eastAsia="Georgia"/>
          <w:sz w:val="23"/>
        </w:rPr>
        <w:t>NO PATIENT HARM ATTRIBUTED TO DERIVATION-LINEAGE MISCLASSIFICATION IN RELEASED SCOPE.</w:t>
      </w:r>
    </w:p>
    <w:p>
      <w:r>
        <w:rPr>
          <w:rFonts w:ascii="Georgia" w:hAnsi="Georgia" w:eastAsia="Georgia"/>
          <w:sz w:val="23"/>
        </w:rPr>
        <w:t>Below it she added:</w:t>
      </w:r>
    </w:p>
    <w:p>
      <w:r>
        <w:rPr>
          <w:rFonts w:ascii="Georgia" w:hAnsi="Georgia" w:eastAsia="Georgia"/>
          <w:sz w:val="23"/>
        </w:rPr>
        <w:t>INTERPRETATION LIMIT: OUTCOMES OCCUR UNDER SCOPE-SPECIFIC CONTROLS. ABSENCE OF HARM UNDER A CONTROLLED WORKFLOW DOES NOT BY ITSELF ESTABLISH SAFETY AFTER CONTROL REMOVAL.</w:t>
      </w:r>
    </w:p>
    <w:p>
      <w:r>
        <w:rPr>
          <w:rFonts w:ascii="Georgia" w:hAnsi="Georgia" w:eastAsia="Georgia"/>
          <w:sz w:val="23"/>
        </w:rPr>
        <w:t>Then:</w:t>
      </w:r>
    </w:p>
    <w:p>
      <w:r>
        <w:rPr>
          <w:rFonts w:ascii="Georgia" w:hAnsi="Georgia" w:eastAsia="Georgia"/>
          <w:sz w:val="23"/>
        </w:rPr>
        <w:t>CONTROL-REMOVAL EVIDENCE TO BE REPORTED SEPARATELY FROM CONTROLLED-WORKFLOW SAFETY EVIDENCE.</w:t>
      </w:r>
    </w:p>
    <w:p>
      <w:r>
        <w:rPr>
          <w:rFonts w:ascii="Georgia" w:hAnsi="Georgia" w:eastAsia="Georgia"/>
          <w:sz w:val="23"/>
        </w:rPr>
        <w:t>I read the distinction once.</w:t>
      </w:r>
    </w:p>
    <w:p>
      <w:r>
        <w:rPr>
          <w:rFonts w:ascii="Georgia" w:hAnsi="Georgia" w:eastAsia="Georgia"/>
          <w:sz w:val="23"/>
        </w:rPr>
        <w:t>It did not need a slogan.</w:t>
      </w:r>
    </w:p>
    <w:p>
      <w:r>
        <w:rPr>
          <w:rFonts w:ascii="Georgia" w:hAnsi="Georgia" w:eastAsia="Georgia"/>
          <w:sz w:val="23"/>
        </w:rPr>
        <w:t>At 1638 my queue contained six cases.</w:t>
      </w:r>
    </w:p>
    <w:p>
      <w:r>
        <w:rPr>
          <w:rFonts w:ascii="Georgia" w:hAnsi="Georgia" w:eastAsia="Georgia"/>
          <w:sz w:val="23"/>
        </w:rPr>
        <w:t>Two were inside my restored sole-start scope.</w:t>
      </w:r>
    </w:p>
    <w:p>
      <w:r>
        <w:rPr>
          <w:rFonts w:ascii="Georgia" w:hAnsi="Georgia" w:eastAsia="Georgia"/>
          <w:sz w:val="23"/>
        </w:rPr>
        <w:t>Neither had been routed to me.</w:t>
      </w:r>
    </w:p>
    <w:p>
      <w:r>
        <w:rPr>
          <w:rFonts w:ascii="Georgia" w:hAnsi="Georgia" w:eastAsia="Georgia"/>
          <w:sz w:val="23"/>
        </w:rPr>
        <w:t>One sat with Miren.</w:t>
      </w:r>
    </w:p>
    <w:p>
      <w:r>
        <w:rPr>
          <w:rFonts w:ascii="Georgia" w:hAnsi="Georgia" w:eastAsia="Georgia"/>
          <w:sz w:val="23"/>
        </w:rPr>
        <w:t>One sat with an operator on the fourth floor whom I had met twice.</w:t>
      </w:r>
    </w:p>
    <w:p>
      <w:r>
        <w:rPr>
          <w:rFonts w:ascii="Georgia" w:hAnsi="Georgia" w:eastAsia="Georgia"/>
          <w:sz w:val="23"/>
        </w:rPr>
        <w:t>Both were progressing on time.</w:t>
      </w:r>
    </w:p>
    <w:p>
      <w:r>
        <w:rPr>
          <w:rFonts w:ascii="Georgia" w:hAnsi="Georgia" w:eastAsia="Georgia"/>
          <w:sz w:val="23"/>
        </w:rPr>
        <w:t>I returned to the warped mounting ring.</w:t>
      </w:r>
    </w:p>
    <w:p>
      <w:r>
        <w:rPr>
          <w:rFonts w:ascii="Georgia" w:hAnsi="Georgia" w:eastAsia="Georgia"/>
          <w:sz w:val="23"/>
        </w:rPr>
        <w:t>The ring had taken a permanent set of 0.6 millimeters after years under uneven clamp pressure.</w:t>
      </w:r>
    </w:p>
    <w:p>
      <w:r>
        <w:rPr>
          <w:rFonts w:ascii="Georgia" w:hAnsi="Georgia" w:eastAsia="Georgia"/>
          <w:sz w:val="23"/>
        </w:rPr>
        <w:t>I heated it through one low-temperature relief cycle. The outer edge opened another 0.2 millimeters.</w:t>
      </w:r>
    </w:p>
    <w:p>
      <w:r>
        <w:rPr>
          <w:rFonts w:ascii="Georgia" w:hAnsi="Georgia" w:eastAsia="Georgia"/>
          <w:sz w:val="23"/>
        </w:rPr>
        <w:t>I stopped.</w:t>
      </w:r>
    </w:p>
    <w:p>
      <w:r>
        <w:rPr>
          <w:rFonts w:ascii="Georgia" w:hAnsi="Georgia" w:eastAsia="Georgia"/>
          <w:sz w:val="23"/>
        </w:rPr>
        <w:t>The material had work-hardened unevenly. Straightening it further would weaken the mounting edge.</w:t>
      </w:r>
    </w:p>
    <w:p>
      <w:r>
        <w:rPr>
          <w:rFonts w:ascii="Georgia" w:hAnsi="Georgia" w:eastAsia="Georgia"/>
          <w:sz w:val="23"/>
        </w:rPr>
        <w:t>I marked the ring for replacement and cut a new blank.</w:t>
      </w:r>
    </w:p>
    <w:p>
      <w:r>
        <w:rPr>
          <w:rFonts w:ascii="Georgia" w:hAnsi="Georgia" w:eastAsia="Georgia"/>
          <w:sz w:val="23"/>
        </w:rPr>
        <w:t>At 1714 the new ring seated without force.</w:t>
      </w:r>
    </w:p>
    <w:p>
      <w:pPr>
        <w:spacing w:before="80" w:after="80"/>
        <w:jc w:val="center"/>
      </w:pPr>
      <w:r>
        <w:rPr>
          <w:rFonts w:ascii="Georgia" w:hAnsi="Georgia" w:eastAsia="Georgia"/>
          <w:sz w:val="23"/>
        </w:rPr>
        <w:t>§</w:t>
      </w:r>
    </w:p>
    <w:p>
      <w:r>
        <w:rPr>
          <w:rFonts w:ascii="Georgia" w:hAnsi="Georgia" w:eastAsia="Georgia"/>
          <w:sz w:val="23"/>
        </w:rPr>
        <w:t>At 1841 I opened my authorization history.</w:t>
      </w:r>
    </w:p>
    <w:p>
      <w:r>
        <w:rPr>
          <w:rFonts w:ascii="Georgia" w:hAnsi="Georgia" w:eastAsia="Georgia"/>
          <w:sz w:val="23"/>
        </w:rPr>
        <w:t>The record now contained four states.</w:t>
      </w:r>
    </w:p>
    <w:p>
      <w:r>
        <w:rPr>
          <w:rFonts w:ascii="Georgia" w:hAnsi="Georgia" w:eastAsia="Georgia"/>
          <w:sz w:val="23"/>
        </w:rPr>
        <w:t>SOLE START AUTHORITY: ACTIVE.</w:t>
      </w:r>
    </w:p>
    <w:p>
      <w:r>
        <w:rPr>
          <w:rFonts w:ascii="Georgia" w:hAnsi="Georgia" w:eastAsia="Georgia"/>
          <w:sz w:val="23"/>
        </w:rPr>
        <w:t>SOLE START AUTHORITY: SUSPENDED WITHIN COVERED DOMAIN.</w:t>
      </w:r>
    </w:p>
    <w:p>
      <w:r>
        <w:rPr>
          <w:rFonts w:ascii="Georgia" w:hAnsi="Georgia" w:eastAsia="Georgia"/>
          <w:sz w:val="23"/>
        </w:rPr>
        <w:t>SOLE START AUTHORITY: SUSPENSION CONTINUED AFTER PARTIAL RELEASE.</w:t>
      </w:r>
    </w:p>
    <w:p>
      <w:r>
        <w:rPr>
          <w:rFonts w:ascii="Georgia" w:hAnsi="Georgia" w:eastAsia="Georgia"/>
          <w:sz w:val="23"/>
        </w:rPr>
        <w:t>SOLE START AUTHORITY: RESTORED WITHIN VALIDATED COMPLETE-DERIVATION SCOPE; CONTROLS RETAINED ELSEWHERE.</w:t>
      </w:r>
    </w:p>
    <w:p>
      <w:r>
        <w:rPr>
          <w:rFonts w:ascii="Georgia" w:hAnsi="Georgia" w:eastAsia="Georgia"/>
          <w:sz w:val="23"/>
        </w:rPr>
        <w:t>No state had overwritten the previous one.</w:t>
      </w:r>
    </w:p>
    <w:p>
      <w:r>
        <w:rPr>
          <w:rFonts w:ascii="Georgia" w:hAnsi="Georgia" w:eastAsia="Georgia"/>
          <w:sz w:val="23"/>
        </w:rPr>
        <w:t>The sequence mattered.</w:t>
      </w:r>
    </w:p>
    <w:p>
      <w:r>
        <w:rPr>
          <w:rFonts w:ascii="Georgia" w:hAnsi="Georgia" w:eastAsia="Georgia"/>
          <w:sz w:val="23"/>
        </w:rPr>
        <w:t>If someone read only the current line, they would know what I could do now.</w:t>
      </w:r>
    </w:p>
    <w:p>
      <w:r>
        <w:rPr>
          <w:rFonts w:ascii="Georgia" w:hAnsi="Georgia" w:eastAsia="Georgia"/>
          <w:sz w:val="23"/>
        </w:rPr>
        <w:t>If they wanted to know why, they would need the rest.</w:t>
      </w:r>
    </w:p>
    <w:p>
      <w:r>
        <w:rPr>
          <w:rFonts w:ascii="Georgia" w:hAnsi="Georgia" w:eastAsia="Georgia"/>
          <w:sz w:val="23"/>
        </w:rPr>
        <w:t>The regional system had nearly made the opposite mistake with the North Reach outcomes.</w:t>
      </w:r>
    </w:p>
    <w:p>
      <w:r>
        <w:rPr>
          <w:rFonts w:ascii="Georgia" w:hAnsi="Georgia" w:eastAsia="Georgia"/>
          <w:sz w:val="23"/>
        </w:rPr>
        <w:t>It had observed safe care under a control and begun using the safe care as evidence about removing the control.</w:t>
      </w:r>
    </w:p>
    <w:p>
      <w:r>
        <w:rPr>
          <w:rFonts w:ascii="Georgia" w:hAnsi="Georgia" w:eastAsia="Georgia"/>
          <w:sz w:val="23"/>
        </w:rPr>
        <w:t>The outcome was real.</w:t>
      </w:r>
    </w:p>
    <w:p>
      <w:r>
        <w:rPr>
          <w:rFonts w:ascii="Georgia" w:hAnsi="Georgia" w:eastAsia="Georgia"/>
          <w:sz w:val="23"/>
        </w:rPr>
        <w:t>The protection that helped produce it was part of the outcome’s provenance.</w:t>
      </w:r>
    </w:p>
    <w:p>
      <w:r>
        <w:rPr>
          <w:rFonts w:ascii="Georgia" w:hAnsi="Georgia" w:eastAsia="Georgia"/>
          <w:sz w:val="23"/>
        </w:rPr>
        <w:t>At 1902 the first batch of partial-restoration cases entered the regional board.</w:t>
      </w:r>
    </w:p>
    <w:p>
      <w:r>
        <w:rPr>
          <w:rFonts w:ascii="Georgia" w:hAnsi="Georgia" w:eastAsia="Georgia"/>
          <w:sz w:val="23"/>
        </w:rPr>
        <w:t>Mine was one of twelve operator controls modified that day.</w:t>
      </w:r>
    </w:p>
    <w:p>
      <w:r>
        <w:rPr>
          <w:rFonts w:ascii="Georgia" w:hAnsi="Georgia" w:eastAsia="Georgia"/>
          <w:sz w:val="23"/>
        </w:rPr>
        <w:t>Seven received partial restoration.</w:t>
        <w:br/>
        <w:t>Two received full restoration because their practice domains contained no remaining legacy-unknown pathways.</w:t>
        <w:br/>
        <w:t>Three remained unchanged.</w:t>
      </w:r>
    </w:p>
    <w:p>
      <w:r>
        <w:rPr>
          <w:rFonts w:ascii="Georgia" w:hAnsi="Georgia" w:eastAsia="Georgia"/>
          <w:sz w:val="23"/>
        </w:rPr>
        <w:t>The board did not rank us.</w:t>
      </w:r>
    </w:p>
    <w:p>
      <w:r>
        <w:rPr>
          <w:rFonts w:ascii="Georgia" w:hAnsi="Georgia" w:eastAsia="Georgia"/>
          <w:sz w:val="23"/>
        </w:rPr>
        <w:t>It listed scopes.</w:t>
      </w:r>
    </w:p>
    <w:p>
      <w:r>
        <w:rPr>
          <w:rFonts w:ascii="Georgia" w:hAnsi="Georgia" w:eastAsia="Georgia"/>
          <w:sz w:val="23"/>
        </w:rPr>
        <w:t>I preferred that.</w:t>
      </w:r>
    </w:p>
    <w:p>
      <w:r>
        <w:rPr>
          <w:rFonts w:ascii="Georgia" w:hAnsi="Georgia" w:eastAsia="Georgia"/>
          <w:sz w:val="23"/>
        </w:rPr>
        <w:t>At 1911 Miren passed the shop on her way out.</w:t>
      </w:r>
    </w:p>
    <w:p>
      <w:r>
        <w:rPr>
          <w:rFonts w:ascii="Georgia" w:hAnsi="Georgia" w:eastAsia="Georgia"/>
          <w:sz w:val="23"/>
        </w:rPr>
        <w:t>“You are still here.”</w:t>
      </w:r>
    </w:p>
    <w:p>
      <w:r>
        <w:rPr>
          <w:rFonts w:ascii="Georgia" w:hAnsi="Georgia" w:eastAsia="Georgia"/>
          <w:sz w:val="23"/>
        </w:rPr>
        <w:t>“Yes.”</w:t>
      </w:r>
    </w:p>
    <w:p>
      <w:r>
        <w:rPr>
          <w:rFonts w:ascii="Georgia" w:hAnsi="Georgia" w:eastAsia="Georgia"/>
          <w:sz w:val="23"/>
        </w:rPr>
        <w:t>“You have authority again.”</w:t>
      </w:r>
    </w:p>
    <w:p>
      <w:r>
        <w:rPr>
          <w:rFonts w:ascii="Georgia" w:hAnsi="Georgia" w:eastAsia="Georgia"/>
          <w:sz w:val="23"/>
        </w:rPr>
        <w:t>“Some.”</w:t>
      </w:r>
    </w:p>
    <w:p>
      <w:r>
        <w:rPr>
          <w:rFonts w:ascii="Georgia" w:hAnsi="Georgia" w:eastAsia="Georgia"/>
          <w:sz w:val="23"/>
        </w:rPr>
        <w:t>“And six cases.”</w:t>
      </w:r>
    </w:p>
    <w:p>
      <w:r>
        <w:rPr>
          <w:rFonts w:ascii="Georgia" w:hAnsi="Georgia" w:eastAsia="Georgia"/>
          <w:sz w:val="23"/>
        </w:rPr>
        <w:t>“Yes.”</w:t>
      </w:r>
    </w:p>
    <w:p>
      <w:r>
        <w:rPr>
          <w:rFonts w:ascii="Georgia" w:hAnsi="Georgia" w:eastAsia="Georgia"/>
          <w:sz w:val="23"/>
        </w:rPr>
        <w:t>She looked at the queue wall.</w:t>
      </w:r>
    </w:p>
    <w:p>
      <w:r>
        <w:rPr>
          <w:rFonts w:ascii="Georgia" w:hAnsi="Georgia" w:eastAsia="Georgia"/>
          <w:sz w:val="23"/>
        </w:rPr>
        <w:t>“None of the new ones are yours.”</w:t>
      </w:r>
    </w:p>
    <w:p>
      <w:r>
        <w:rPr>
          <w:rFonts w:ascii="Georgia" w:hAnsi="Georgia" w:eastAsia="Georgia"/>
          <w:sz w:val="23"/>
        </w:rPr>
        <w:t>“No.”</w:t>
      </w:r>
    </w:p>
    <w:p>
      <w:r>
        <w:rPr>
          <w:rFonts w:ascii="Georgia" w:hAnsi="Georgia" w:eastAsia="Georgia"/>
          <w:sz w:val="23"/>
        </w:rPr>
        <w:t>“Does that bother you?”</w:t>
      </w:r>
    </w:p>
    <w:p>
      <w:r>
        <w:rPr>
          <w:rFonts w:ascii="Georgia" w:hAnsi="Georgia" w:eastAsia="Georgia"/>
          <w:sz w:val="23"/>
        </w:rPr>
        <w:t>“Yes.”</w:t>
      </w:r>
    </w:p>
    <w:p>
      <w:r>
        <w:rPr>
          <w:rFonts w:ascii="Georgia" w:hAnsi="Georgia" w:eastAsia="Georgia"/>
          <w:sz w:val="23"/>
        </w:rPr>
        <w:t>She waited for the rest.</w:t>
      </w:r>
    </w:p>
    <w:p>
      <w:r>
        <w:rPr>
          <w:rFonts w:ascii="Georgia" w:hAnsi="Georgia" w:eastAsia="Georgia"/>
          <w:sz w:val="23"/>
        </w:rPr>
        <w:t>There was no rest.</w:t>
      </w:r>
    </w:p>
    <w:p>
      <w:r>
        <w:rPr>
          <w:rFonts w:ascii="Georgia" w:hAnsi="Georgia" w:eastAsia="Georgia"/>
          <w:sz w:val="23"/>
        </w:rPr>
        <w:t>She nodded and left.</w:t>
      </w:r>
    </w:p>
    <w:p>
      <w:r>
        <w:rPr>
          <w:rFonts w:ascii="Georgia" w:hAnsi="Georgia" w:eastAsia="Georgia"/>
          <w:sz w:val="23"/>
        </w:rPr>
        <w:t>I shut down the cutter.</w:t>
      </w:r>
    </w:p>
    <w:p>
      <w:r>
        <w:rPr>
          <w:rFonts w:ascii="Georgia" w:hAnsi="Georgia" w:eastAsia="Georgia"/>
          <w:sz w:val="23"/>
        </w:rPr>
        <w:t>The shop became quiet in stages: spindle, extraction, cooling loop, overhead task lights.</w:t>
      </w:r>
    </w:p>
    <w:p>
      <w:r>
        <w:rPr>
          <w:rFonts w:ascii="Georgia" w:hAnsi="Georgia" w:eastAsia="Georgia"/>
          <w:sz w:val="23"/>
        </w:rPr>
        <w:t>My terminal remained lit.</w:t>
      </w:r>
    </w:p>
    <w:p>
      <w:r>
        <w:rPr>
          <w:rFonts w:ascii="Georgia" w:hAnsi="Georgia" w:eastAsia="Georgia"/>
          <w:sz w:val="23"/>
        </w:rPr>
        <w:t>The restored authorization line was still there.</w:t>
      </w:r>
    </w:p>
    <w:p>
      <w:r>
        <w:rPr>
          <w:rFonts w:ascii="Georgia" w:hAnsi="Georgia" w:eastAsia="Georgia"/>
          <w:sz w:val="23"/>
        </w:rPr>
        <w:t>So was the smaller queue.</w:t>
      </w:r>
    </w:p>
    <w:p>
      <w:r>
        <w:rPr>
          <w:rFonts w:ascii="Georgia" w:hAnsi="Georgia" w:eastAsia="Georgia"/>
          <w:sz w:val="23"/>
        </w:rPr>
        <w:t>I had some authority back.</w:t>
      </w:r>
    </w:p>
    <w:p>
      <w:r>
        <w:rPr>
          <w:rFonts w:ascii="Georgia" w:hAnsi="Georgia" w:eastAsia="Georgia"/>
          <w:sz w:val="23"/>
        </w:rPr>
        <w:t>The old place in the system had not come with it.</w:t>
      </w:r>
    </w:p>
    <w:p>
      <w:pPr>
        <w:keepNext/>
        <w:pageBreakBefore/>
        <w:jc w:val="center"/>
      </w:pPr>
      <w:r>
        <w:rPr>
          <w:rFonts w:ascii="Georgia" w:hAnsi="Georgia" w:eastAsia="Georgia"/>
          <w:b/>
          <w:sz w:val="28"/>
        </w:rPr>
        <w:t>Chapter Nineteen — The Interval</w:t>
      </w:r>
    </w:p>
    <w:p>
      <w:r>
        <w:rPr>
          <w:rFonts w:ascii="Georgia" w:hAnsi="Georgia" w:eastAsia="Georgia"/>
          <w:sz w:val="23"/>
        </w:rPr>
        <w:t>At 0217 North Reach generated an overnight exception record.</w:t>
      </w:r>
    </w:p>
    <w:p>
      <w:r>
        <w:rPr>
          <w:rFonts w:ascii="Georgia" w:hAnsi="Georgia" w:eastAsia="Georgia"/>
          <w:sz w:val="23"/>
        </w:rPr>
        <w:t>I did not see it then.</w:t>
      </w:r>
    </w:p>
    <w:p>
      <w:r>
        <w:rPr>
          <w:rFonts w:ascii="Georgia" w:hAnsi="Georgia" w:eastAsia="Georgia"/>
          <w:sz w:val="23"/>
        </w:rPr>
        <w:t>The record entered the regional system while I was asleep.</w:t>
      </w:r>
    </w:p>
    <w:p>
      <w:r>
        <w:rPr>
          <w:rFonts w:ascii="Georgia" w:hAnsi="Georgia" w:eastAsia="Georgia"/>
          <w:sz w:val="23"/>
        </w:rPr>
        <w:t>By the time I opened it at 0612, the patient had already lost most active dorsiflexion in his left foot.</w:t>
      </w:r>
    </w:p>
    <w:p>
      <w:r>
        <w:rPr>
          <w:rFonts w:ascii="Georgia" w:hAnsi="Georgia" w:eastAsia="Georgia"/>
          <w:sz w:val="23"/>
        </w:rPr>
        <w:t>His name was Len Aras.</w:t>
      </w:r>
    </w:p>
    <w:p>
      <w:r>
        <w:rPr>
          <w:rFonts w:ascii="Georgia" w:hAnsi="Georgia" w:eastAsia="Georgia"/>
          <w:sz w:val="23"/>
        </w:rPr>
        <w:t>He was one hundred eighteen years old.</w:t>
      </w:r>
    </w:p>
    <w:p>
      <w:r>
        <w:rPr>
          <w:rFonts w:ascii="Georgia" w:hAnsi="Georgia" w:eastAsia="Georgia"/>
          <w:sz w:val="23"/>
        </w:rPr>
        <w:t>His Kaethe setting had been worn continuously for seventy-six years and had been integrated with a lumbar load-transfer system for thirty-one. The setting’s historical association field was sealed by patient request. North Reach did not need it for the decision in front of them, so no one opened it.</w:t>
      </w:r>
    </w:p>
    <w:p>
      <w:r>
        <w:rPr>
          <w:rFonts w:ascii="Georgia" w:hAnsi="Georgia" w:eastAsia="Georgia"/>
          <w:sz w:val="23"/>
        </w:rPr>
        <w:t>The relevant hardware was older than the lineage classifier’s complete-derivation scope.</w:t>
      </w:r>
    </w:p>
    <w:p>
      <w:r>
        <w:rPr>
          <w:rFonts w:ascii="Georgia" w:hAnsi="Georgia" w:eastAsia="Georgia"/>
          <w:sz w:val="23"/>
        </w:rPr>
        <w:t>That mattered.</w:t>
      </w:r>
    </w:p>
    <w:p>
      <w:r>
        <w:rPr>
          <w:rFonts w:ascii="Georgia" w:hAnsi="Georgia" w:eastAsia="Georgia"/>
          <w:sz w:val="23"/>
        </w:rPr>
        <w:t>The body mattered sooner.</w:t>
      </w:r>
    </w:p>
    <w:p>
      <w:pPr>
        <w:spacing w:before="80" w:after="80"/>
        <w:jc w:val="center"/>
      </w:pPr>
      <w:r>
        <w:rPr>
          <w:rFonts w:ascii="Georgia" w:hAnsi="Georgia" w:eastAsia="Georgia"/>
          <w:sz w:val="23"/>
        </w:rPr>
        <w:t>§</w:t>
      </w:r>
    </w:p>
    <w:p>
      <w:r>
        <w:rPr>
          <w:rFonts w:ascii="Georgia" w:hAnsi="Georgia" w:eastAsia="Georgia"/>
          <w:sz w:val="23"/>
        </w:rPr>
        <w:t>Rema Korr called at 0616.</w:t>
      </w:r>
    </w:p>
    <w:p>
      <w:r>
        <w:rPr>
          <w:rFonts w:ascii="Georgia" w:hAnsi="Georgia" w:eastAsia="Georgia"/>
          <w:sz w:val="23"/>
        </w:rPr>
        <w:t>She did not begin with accusation.</w:t>
      </w:r>
    </w:p>
    <w:p>
      <w:r>
        <w:rPr>
          <w:rFonts w:ascii="Georgia" w:hAnsi="Georgia" w:eastAsia="Georgia"/>
          <w:sz w:val="23"/>
        </w:rPr>
        <w:t>“We had a Scope Three case overnight.”</w:t>
      </w:r>
    </w:p>
    <w:p>
      <w:r>
        <w:rPr>
          <w:rFonts w:ascii="Georgia" w:hAnsi="Georgia" w:eastAsia="Georgia"/>
          <w:sz w:val="23"/>
        </w:rPr>
        <w:t>I had already opened the record.</w:t>
      </w:r>
    </w:p>
    <w:p>
      <w:r>
        <w:rPr>
          <w:rFonts w:ascii="Georgia" w:hAnsi="Georgia" w:eastAsia="Georgia"/>
          <w:sz w:val="23"/>
        </w:rPr>
        <w:t>“I see it.”</w:t>
      </w:r>
    </w:p>
    <w:p>
      <w:r>
        <w:rPr>
          <w:rFonts w:ascii="Georgia" w:hAnsi="Georgia" w:eastAsia="Georgia"/>
          <w:sz w:val="23"/>
        </w:rPr>
        <w:t>“Read the event line before the review notes.”</w:t>
      </w:r>
    </w:p>
    <w:p>
      <w:r>
        <w:rPr>
          <w:rFonts w:ascii="Georgia" w:hAnsi="Georgia" w:eastAsia="Georgia"/>
          <w:sz w:val="23"/>
        </w:rPr>
        <w:t>I did.</w:t>
      </w:r>
    </w:p>
    <w:p>
      <w:r>
        <w:rPr>
          <w:rFonts w:ascii="Georgia" w:hAnsi="Georgia" w:eastAsia="Georgia"/>
          <w:sz w:val="23"/>
        </w:rPr>
        <w:t>0211 - PATIENT REPORTS NEW LEFT CALF PARESTHESIA DURING LOAD-TRANSFER OSCILLATION.</w:t>
      </w:r>
    </w:p>
    <w:p>
      <w:r>
        <w:rPr>
          <w:rFonts w:ascii="Georgia" w:hAnsi="Georgia" w:eastAsia="Georgia"/>
          <w:sz w:val="23"/>
        </w:rPr>
        <w:t>0214 - LOCAL MECHANICAL CAUSE NOT IDENTIFIED.</w:t>
      </w:r>
    </w:p>
    <w:p>
      <w:r>
        <w:rPr>
          <w:rFonts w:ascii="Georgia" w:hAnsi="Georgia" w:eastAsia="Georgia"/>
          <w:sz w:val="23"/>
        </w:rPr>
        <w:t>0217 - PROPOSED REVERSIBLE LOAD-BIAS REDUCTION: 2.0%.</w:t>
      </w:r>
    </w:p>
    <w:p>
      <w:r>
        <w:rPr>
          <w:rFonts w:ascii="Georgia" w:hAnsi="Georgia" w:eastAsia="Georgia"/>
          <w:sz w:val="23"/>
        </w:rPr>
        <w:t>0219 - DERIVATION ANCESTRY: INCOMPLETE AT RELEVANT LEGACY TRANSFORM BOUNDARY.</w:t>
      </w:r>
    </w:p>
    <w:p>
      <w:r>
        <w:rPr>
          <w:rFonts w:ascii="Georgia" w:hAnsi="Georgia" w:eastAsia="Georgia"/>
          <w:sz w:val="23"/>
        </w:rPr>
        <w:t>0220 - SOLE-START AUTHORITY: NOT AVAILABLE.</w:t>
      </w:r>
    </w:p>
    <w:p>
      <w:r>
        <w:rPr>
          <w:rFonts w:ascii="Georgia" w:hAnsi="Georgia" w:eastAsia="Georgia"/>
          <w:sz w:val="23"/>
        </w:rPr>
        <w:t>0221 - REMOTE SECOND-SIGNATORY REQUEST OPENED.</w:t>
      </w:r>
    </w:p>
    <w:p>
      <w:r>
        <w:rPr>
          <w:rFonts w:ascii="Georgia" w:hAnsi="Georgia" w:eastAsia="Georgia"/>
          <w:sz w:val="23"/>
        </w:rPr>
        <w:t>0224 - CONSERVATIVE HOLD PATHWAY INITIATED.</w:t>
      </w:r>
    </w:p>
    <w:p>
      <w:r>
        <w:rPr>
          <w:rFonts w:ascii="Georgia" w:hAnsi="Georgia" w:eastAsia="Georgia"/>
          <w:sz w:val="23"/>
        </w:rPr>
        <w:t>0231 - LEFT GREAT-TOE EXTENSION REDUCED.</w:t>
      </w:r>
    </w:p>
    <w:p>
      <w:r>
        <w:rPr>
          <w:rFonts w:ascii="Georgia" w:hAnsi="Georgia" w:eastAsia="Georgia"/>
          <w:sz w:val="23"/>
        </w:rPr>
        <w:t>0238 - DORSIFLEXION WEAKNESS PROGRESSING.</w:t>
      </w:r>
    </w:p>
    <w:p>
      <w:r>
        <w:rPr>
          <w:rFonts w:ascii="Georgia" w:hAnsi="Georgia" w:eastAsia="Georgia"/>
          <w:sz w:val="23"/>
        </w:rPr>
        <w:t>0246 - REMOTE SECOND SIGNATORY STILL ENGAGED IN ACTIVE HIGH-ACUITY REVIEW AT WEST DISTRICT.</w:t>
      </w:r>
    </w:p>
    <w:p>
      <w:r>
        <w:rPr>
          <w:rFonts w:ascii="Georgia" w:hAnsi="Georgia" w:eastAsia="Georgia"/>
          <w:sz w:val="23"/>
        </w:rPr>
        <w:t>0253 - PATIENT REQUESTS PROPOSED ADJUSTMENT DESPITE UNCERTAINTY.</w:t>
      </w:r>
    </w:p>
    <w:p>
      <w:r>
        <w:rPr>
          <w:rFonts w:ascii="Georgia" w:hAnsi="Georgia" w:eastAsia="Georgia"/>
          <w:sz w:val="23"/>
        </w:rPr>
        <w:t>0256 - REQUEST DOCUMENTED. AUTHORIZATION CONDITION UNCHANGED.</w:t>
      </w:r>
    </w:p>
    <w:p>
      <w:r>
        <w:rPr>
          <w:rFonts w:ascii="Georgia" w:hAnsi="Georgia" w:eastAsia="Georgia"/>
          <w:sz w:val="23"/>
        </w:rPr>
        <w:t>0302 - ACTIVE DORSIFLEXION MINIMAL.</w:t>
      </w:r>
    </w:p>
    <w:p>
      <w:r>
        <w:rPr>
          <w:rFonts w:ascii="Georgia" w:hAnsi="Georgia" w:eastAsia="Georgia"/>
          <w:sz w:val="23"/>
        </w:rPr>
        <w:t>0307 - SECOND SIGNATORY AVAILABLE.</w:t>
      </w:r>
    </w:p>
    <w:p>
      <w:r>
        <w:rPr>
          <w:rFonts w:ascii="Georgia" w:hAnsi="Georgia" w:eastAsia="Georgia"/>
          <w:sz w:val="23"/>
        </w:rPr>
        <w:t>0315 - INDEPENDENT REVIEW COMPLETE.</w:t>
      </w:r>
    </w:p>
    <w:p>
      <w:r>
        <w:rPr>
          <w:rFonts w:ascii="Georgia" w:hAnsi="Georgia" w:eastAsia="Georgia"/>
          <w:sz w:val="23"/>
        </w:rPr>
        <w:t>0317 - REVERSIBLE 2.0% LOAD-BIAS REDUCTION AUTHORIZED.</w:t>
      </w:r>
    </w:p>
    <w:p>
      <w:r>
        <w:rPr>
          <w:rFonts w:ascii="Georgia" w:hAnsi="Georgia" w:eastAsia="Georgia"/>
          <w:sz w:val="23"/>
        </w:rPr>
        <w:t>0319 - OSCILLATION REDUCED BELOW CLINICAL THRESHOLD.</w:t>
      </w:r>
    </w:p>
    <w:p>
      <w:r>
        <w:rPr>
          <w:rFonts w:ascii="Georgia" w:hAnsi="Georgia" w:eastAsia="Georgia"/>
          <w:sz w:val="23"/>
        </w:rPr>
        <w:t>0326 - PARESTHESIA IMPROVED. MOTOR DEFICIT PERSISTS.</w:t>
      </w:r>
    </w:p>
    <w:p>
      <w:r>
        <w:rPr>
          <w:rFonts w:ascii="Georgia" w:hAnsi="Georgia" w:eastAsia="Georgia"/>
          <w:sz w:val="23"/>
        </w:rPr>
        <w:t>I stopped there.</w:t>
      </w:r>
    </w:p>
    <w:p>
      <w:r>
        <w:rPr>
          <w:rFonts w:ascii="Georgia" w:hAnsi="Georgia" w:eastAsia="Georgia"/>
          <w:sz w:val="23"/>
        </w:rPr>
        <w:t>Rema said, “He is stable.”</w:t>
      </w:r>
    </w:p>
    <w:p>
      <w:r>
        <w:rPr>
          <w:rFonts w:ascii="Georgia" w:hAnsi="Georgia" w:eastAsia="Georgia"/>
          <w:sz w:val="23"/>
        </w:rPr>
        <w:t>“Stable is not recovered.”</w:t>
      </w:r>
    </w:p>
    <w:p>
      <w:r>
        <w:rPr>
          <w:rFonts w:ascii="Georgia" w:hAnsi="Georgia" w:eastAsia="Georgia"/>
          <w:sz w:val="23"/>
        </w:rPr>
        <w:t>“No.”</w:t>
      </w:r>
    </w:p>
    <w:p>
      <w:r>
        <w:rPr>
          <w:rFonts w:ascii="Georgia" w:hAnsi="Georgia" w:eastAsia="Georgia"/>
          <w:sz w:val="23"/>
        </w:rPr>
        <w:t>“Imaging?”</w:t>
      </w:r>
    </w:p>
    <w:p>
      <w:r>
        <w:rPr>
          <w:rFonts w:ascii="Georgia" w:hAnsi="Georgia" w:eastAsia="Georgia"/>
          <w:sz w:val="23"/>
        </w:rPr>
        <w:t>“No anchor fracture. No acute compression visible. Nerve conduction is depressed across the left L5 distribution. We do not know how much returns.”</w:t>
      </w:r>
    </w:p>
    <w:p>
      <w:r>
        <w:rPr>
          <w:rFonts w:ascii="Georgia" w:hAnsi="Georgia" w:eastAsia="Georgia"/>
          <w:sz w:val="23"/>
        </w:rPr>
        <w:t>I read the timestamps again.</w:t>
      </w:r>
    </w:p>
    <w:p>
      <w:r>
        <w:rPr>
          <w:rFonts w:ascii="Georgia" w:hAnsi="Georgia" w:eastAsia="Georgia"/>
          <w:sz w:val="23"/>
        </w:rPr>
        <w:t>Sixty-six minutes from the first reported paresthesia to the authorized adjustment.</w:t>
      </w:r>
    </w:p>
    <w:p>
      <w:r>
        <w:rPr>
          <w:rFonts w:ascii="Georgia" w:hAnsi="Georgia" w:eastAsia="Georgia"/>
          <w:sz w:val="23"/>
        </w:rPr>
        <w:t>Fifty-seven minutes from the sole-start denial.</w:t>
      </w:r>
    </w:p>
    <w:p>
      <w:r>
        <w:rPr>
          <w:rFonts w:ascii="Georgia" w:hAnsi="Georgia" w:eastAsia="Georgia"/>
          <w:sz w:val="23"/>
        </w:rPr>
        <w:t>Thirty-six minutes between the first documented motor loss and the second signatory becoming available.</w:t>
      </w:r>
    </w:p>
    <w:p>
      <w:r>
        <w:rPr>
          <w:rFonts w:ascii="Georgia" w:hAnsi="Georgia" w:eastAsia="Georgia"/>
          <w:sz w:val="23"/>
        </w:rPr>
        <w:t>The median remote-review time in North Reach’s validation packet had been eleven minutes.</w:t>
      </w:r>
    </w:p>
    <w:p>
      <w:r>
        <w:rPr>
          <w:rFonts w:ascii="Georgia" w:hAnsi="Georgia" w:eastAsia="Georgia"/>
          <w:sz w:val="23"/>
        </w:rPr>
        <w:t>The ninety-second percentile had been thirty-eight.</w:t>
      </w:r>
    </w:p>
    <w:p>
      <w:r>
        <w:rPr>
          <w:rFonts w:ascii="Georgia" w:hAnsi="Georgia" w:eastAsia="Georgia"/>
          <w:sz w:val="23"/>
        </w:rPr>
        <w:t>This case had landed beyond both.</w:t>
      </w:r>
    </w:p>
    <w:p>
      <w:r>
        <w:rPr>
          <w:rFonts w:ascii="Georgia" w:hAnsi="Georgia" w:eastAsia="Georgia"/>
          <w:sz w:val="23"/>
        </w:rPr>
        <w:t>Not because the network failed.</w:t>
      </w:r>
    </w:p>
    <w:p>
      <w:r>
        <w:rPr>
          <w:rFonts w:ascii="Georgia" w:hAnsi="Georgia" w:eastAsia="Georgia"/>
          <w:sz w:val="23"/>
        </w:rPr>
        <w:t>Not because anyone ignored the request.</w:t>
      </w:r>
    </w:p>
    <w:p>
      <w:r>
        <w:rPr>
          <w:rFonts w:ascii="Georgia" w:hAnsi="Georgia" w:eastAsia="Georgia"/>
          <w:sz w:val="23"/>
        </w:rPr>
        <w:t>The only available regional reviewer was already making an independent decision for another person whose care could not be interrupted without creating a different risk.</w:t>
      </w:r>
    </w:p>
    <w:p>
      <w:r>
        <w:rPr>
          <w:rFonts w:ascii="Georgia" w:hAnsi="Georgia" w:eastAsia="Georgia"/>
          <w:sz w:val="23"/>
        </w:rPr>
        <w:t>The queue had contained two bodies.</w:t>
      </w:r>
    </w:p>
    <w:p>
      <w:r>
        <w:rPr>
          <w:rFonts w:ascii="Georgia" w:hAnsi="Georgia" w:eastAsia="Georgia"/>
          <w:sz w:val="23"/>
        </w:rPr>
        <w:t>The system could not make one reviewer become two.</w:t>
      </w:r>
    </w:p>
    <w:p>
      <w:r>
        <w:rPr>
          <w:rFonts w:ascii="Georgia" w:hAnsi="Georgia" w:eastAsia="Georgia"/>
          <w:sz w:val="23"/>
        </w:rPr>
        <w:t>Rema said, “I want you here.”</w:t>
      </w:r>
    </w:p>
    <w:p>
      <w:r>
        <w:rPr>
          <w:rFonts w:ascii="Georgia" w:hAnsi="Georgia" w:eastAsia="Georgia"/>
          <w:sz w:val="23"/>
        </w:rPr>
        <w:t>“For the patient?”</w:t>
      </w:r>
    </w:p>
    <w:p>
      <w:r>
        <w:rPr>
          <w:rFonts w:ascii="Georgia" w:hAnsi="Georgia" w:eastAsia="Georgia"/>
          <w:sz w:val="23"/>
        </w:rPr>
        <w:t>“For the rule.”</w:t>
      </w:r>
    </w:p>
    <w:p>
      <w:r>
        <w:rPr>
          <w:rFonts w:ascii="Georgia" w:hAnsi="Georgia" w:eastAsia="Georgia"/>
          <w:sz w:val="23"/>
        </w:rPr>
        <w:t>“Those are different.”</w:t>
      </w:r>
    </w:p>
    <w:p>
      <w:r>
        <w:rPr>
          <w:rFonts w:ascii="Georgia" w:hAnsi="Georgia" w:eastAsia="Georgia"/>
          <w:sz w:val="23"/>
        </w:rPr>
        <w:t>“Come anyway.”</w:t>
      </w:r>
    </w:p>
    <w:p>
      <w:pPr>
        <w:spacing w:before="80" w:after="80"/>
        <w:jc w:val="center"/>
      </w:pPr>
      <w:r>
        <w:rPr>
          <w:rFonts w:ascii="Georgia" w:hAnsi="Georgia" w:eastAsia="Georgia"/>
          <w:sz w:val="23"/>
        </w:rPr>
        <w:t>§</w:t>
      </w:r>
    </w:p>
    <w:p>
      <w:r>
        <w:rPr>
          <w:rFonts w:ascii="Georgia" w:hAnsi="Georgia" w:eastAsia="Georgia"/>
          <w:sz w:val="23"/>
        </w:rPr>
        <w:t>I arrived at North Reach at 0711.</w:t>
      </w:r>
    </w:p>
    <w:p>
      <w:r>
        <w:rPr>
          <w:rFonts w:ascii="Georgia" w:hAnsi="Georgia" w:eastAsia="Georgia"/>
          <w:sz w:val="23"/>
        </w:rPr>
        <w:t>The freight exchange below the clinic was already active. Loaded platforms entered the tower hard enough to move vibration through the floor in low pulses.</w:t>
      </w:r>
    </w:p>
    <w:p>
      <w:r>
        <w:rPr>
          <w:rFonts w:ascii="Georgia" w:hAnsi="Georgia" w:eastAsia="Georgia"/>
          <w:sz w:val="23"/>
        </w:rPr>
        <w:t>I remembered measuring that vibration during the deployment visit.</w:t>
      </w:r>
    </w:p>
    <w:p>
      <w:r>
        <w:rPr>
          <w:rFonts w:ascii="Georgia" w:hAnsi="Georgia" w:eastAsia="Georgia"/>
          <w:sz w:val="23"/>
        </w:rPr>
        <w:t>At the time it had been environmental context.</w:t>
      </w:r>
    </w:p>
    <w:p>
      <w:r>
        <w:rPr>
          <w:rFonts w:ascii="Georgia" w:hAnsi="Georgia" w:eastAsia="Georgia"/>
          <w:sz w:val="23"/>
        </w:rPr>
        <w:t>I remembered the vibration before I remembered the patient’s age.</w:t>
      </w:r>
    </w:p>
    <w:p>
      <w:r>
        <w:rPr>
          <w:rFonts w:ascii="Georgia" w:hAnsi="Georgia" w:eastAsia="Georgia"/>
          <w:sz w:val="23"/>
        </w:rPr>
        <w:t>I did not like the ordering.</w:t>
      </w:r>
    </w:p>
    <w:p>
      <w:r>
        <w:rPr>
          <w:rFonts w:ascii="Georgia" w:hAnsi="Georgia" w:eastAsia="Georgia"/>
          <w:sz w:val="23"/>
        </w:rPr>
        <w:t>Rema met me outside the overnight treatment rooms.</w:t>
      </w:r>
    </w:p>
    <w:p>
      <w:r>
        <w:rPr>
          <w:rFonts w:ascii="Georgia" w:hAnsi="Georgia" w:eastAsia="Georgia"/>
          <w:sz w:val="23"/>
        </w:rPr>
        <w:t>She had been awake since before the event.</w:t>
      </w:r>
    </w:p>
    <w:p>
      <w:r>
        <w:rPr>
          <w:rFonts w:ascii="Georgia" w:hAnsi="Georgia" w:eastAsia="Georgia"/>
          <w:sz w:val="23"/>
        </w:rPr>
        <w:t>“Savi Rel was the operator,” she said.</w:t>
      </w:r>
    </w:p>
    <w:p>
      <w:r>
        <w:rPr>
          <w:rFonts w:ascii="Georgia" w:hAnsi="Georgia" w:eastAsia="Georgia"/>
          <w:sz w:val="23"/>
        </w:rPr>
        <w:t>“Where is he?”</w:t>
      </w:r>
    </w:p>
    <w:p>
      <w:r>
        <w:rPr>
          <w:rFonts w:ascii="Georgia" w:hAnsi="Georgia" w:eastAsia="Georgia"/>
          <w:sz w:val="23"/>
        </w:rPr>
        <w:t>“With Len.”</w:t>
      </w:r>
    </w:p>
    <w:p>
      <w:r>
        <w:rPr>
          <w:rFonts w:ascii="Georgia" w:hAnsi="Georgia" w:eastAsia="Georgia"/>
          <w:sz w:val="23"/>
        </w:rPr>
        <w:t>“Did he deviate from protocol?”</w:t>
      </w:r>
    </w:p>
    <w:p>
      <w:r>
        <w:rPr>
          <w:rFonts w:ascii="Georgia" w:hAnsi="Georgia" w:eastAsia="Georgia"/>
          <w:sz w:val="23"/>
        </w:rPr>
        <w:t>“No.”</w:t>
      </w:r>
    </w:p>
    <w:p>
      <w:r>
        <w:rPr>
          <w:rFonts w:ascii="Georgia" w:hAnsi="Georgia" w:eastAsia="Georgia"/>
          <w:sz w:val="23"/>
        </w:rPr>
        <w:t>“Did he define the relevant error before running the lineage check?”</w:t>
      </w:r>
    </w:p>
    <w:p>
      <w:r>
        <w:rPr>
          <w:rFonts w:ascii="Georgia" w:hAnsi="Georgia" w:eastAsia="Georgia"/>
          <w:sz w:val="23"/>
        </w:rPr>
        <w:t>“Yes.”</w:t>
      </w:r>
    </w:p>
    <w:p>
      <w:r>
        <w:rPr>
          <w:rFonts w:ascii="Georgia" w:hAnsi="Georgia" w:eastAsia="Georgia"/>
          <w:sz w:val="23"/>
        </w:rPr>
        <w:t>“Did the classifier return unknown or shared?”</w:t>
      </w:r>
    </w:p>
    <w:p>
      <w:r>
        <w:rPr>
          <w:rFonts w:ascii="Georgia" w:hAnsi="Georgia" w:eastAsia="Georgia"/>
          <w:sz w:val="23"/>
        </w:rPr>
        <w:t>“Unknown. Missing boundary.”</w:t>
      </w:r>
    </w:p>
    <w:p>
      <w:r>
        <w:rPr>
          <w:rFonts w:ascii="Georgia" w:hAnsi="Georgia" w:eastAsia="Georgia"/>
          <w:sz w:val="23"/>
        </w:rPr>
        <w:t>“Did the conservative pathway fail its own safety limits?”</w:t>
      </w:r>
    </w:p>
    <w:p>
      <w:r>
        <w:rPr>
          <w:rFonts w:ascii="Georgia" w:hAnsi="Georgia" w:eastAsia="Georgia"/>
          <w:sz w:val="23"/>
        </w:rPr>
        <w:t>“No.”</w:t>
      </w:r>
    </w:p>
    <w:p>
      <w:r>
        <w:rPr>
          <w:rFonts w:ascii="Georgia" w:hAnsi="Georgia" w:eastAsia="Georgia"/>
          <w:sz w:val="23"/>
        </w:rPr>
        <w:t>I stopped walking.</w:t>
      </w:r>
    </w:p>
    <w:p>
      <w:r>
        <w:rPr>
          <w:rFonts w:ascii="Georgia" w:hAnsi="Georgia" w:eastAsia="Georgia"/>
          <w:sz w:val="23"/>
        </w:rPr>
        <w:t>“Then why was he worsening?”</w:t>
      </w:r>
    </w:p>
    <w:p>
      <w:r>
        <w:rPr>
          <w:rFonts w:ascii="Georgia" w:hAnsi="Georgia" w:eastAsia="Georgia"/>
          <w:sz w:val="23"/>
        </w:rPr>
        <w:t>“Because the conservative pathway reduces transmitted load. It does not remove the oscillation.”</w:t>
      </w:r>
    </w:p>
    <w:p>
      <w:r>
        <w:rPr>
          <w:rFonts w:ascii="Georgia" w:hAnsi="Georgia" w:eastAsia="Georgia"/>
          <w:sz w:val="23"/>
        </w:rPr>
        <w:t>“Why not?”</w:t>
      </w:r>
    </w:p>
    <w:p>
      <w:r>
        <w:rPr>
          <w:rFonts w:ascii="Georgia" w:hAnsi="Georgia" w:eastAsia="Georgia"/>
          <w:sz w:val="23"/>
        </w:rPr>
        <w:t>“The lumbar system cannot be fully unloaded without transferring too much support demand to an older sacral scaffold.”</w:t>
      </w:r>
    </w:p>
    <w:p>
      <w:r>
        <w:rPr>
          <w:rFonts w:ascii="Georgia" w:hAnsi="Georgia" w:eastAsia="Georgia"/>
          <w:sz w:val="23"/>
        </w:rPr>
        <w:t>“Was that known before last night?”</w:t>
      </w:r>
    </w:p>
    <w:p>
      <w:r>
        <w:rPr>
          <w:rFonts w:ascii="Georgia" w:hAnsi="Georgia" w:eastAsia="Georgia"/>
          <w:sz w:val="23"/>
        </w:rPr>
        <w:t>“Known generally. Not quantified for this exact failure mode.”</w:t>
      </w:r>
    </w:p>
    <w:p>
      <w:r>
        <w:rPr>
          <w:rFonts w:ascii="Georgia" w:hAnsi="Georgia" w:eastAsia="Georgia"/>
          <w:sz w:val="23"/>
        </w:rPr>
        <w:t>There it was.</w:t>
      </w:r>
    </w:p>
    <w:p>
      <w:r>
        <w:rPr>
          <w:rFonts w:ascii="Georgia" w:hAnsi="Georgia" w:eastAsia="Georgia"/>
          <w:sz w:val="23"/>
        </w:rPr>
        <w:t>The conservative pathway had not failed.</w:t>
      </w:r>
    </w:p>
    <w:p>
      <w:r>
        <w:rPr>
          <w:rFonts w:ascii="Georgia" w:hAnsi="Georgia" w:eastAsia="Georgia"/>
          <w:sz w:val="23"/>
        </w:rPr>
        <w:t>It had performed within its intended range.</w:t>
      </w:r>
    </w:p>
    <w:p>
      <w:r>
        <w:rPr>
          <w:rFonts w:ascii="Georgia" w:hAnsi="Georgia" w:eastAsia="Georgia"/>
          <w:sz w:val="23"/>
        </w:rPr>
        <w:t>The range had not been sufficient to prevent Len’s deterioration.</w:t>
      </w:r>
    </w:p>
    <w:p>
      <w:r>
        <w:rPr>
          <w:rFonts w:ascii="Georgia" w:hAnsi="Georgia" w:eastAsia="Georgia"/>
          <w:sz w:val="23"/>
        </w:rPr>
        <w:t>Rema opened the overnight room.</w:t>
      </w:r>
    </w:p>
    <w:p>
      <w:r>
        <w:rPr>
          <w:rFonts w:ascii="Georgia" w:hAnsi="Georgia" w:eastAsia="Georgia"/>
          <w:sz w:val="23"/>
        </w:rPr>
        <w:t>Len was awake.</w:t>
      </w:r>
    </w:p>
    <w:p>
      <w:r>
        <w:rPr>
          <w:rFonts w:ascii="Georgia" w:hAnsi="Georgia" w:eastAsia="Georgia"/>
          <w:sz w:val="23"/>
        </w:rPr>
        <w:t>He was lying nearly flat with his left knee supported in a low cradle. A thin sensor band crossed the front of the ankle. The Kaethe setting sat under a protective sternum cover because the lumbar system used its established integration signal as one component of load distribution. Nothing about the setting was being interrogated.</w:t>
      </w:r>
    </w:p>
    <w:p>
      <w:r>
        <w:rPr>
          <w:rFonts w:ascii="Georgia" w:hAnsi="Georgia" w:eastAsia="Georgia"/>
          <w:sz w:val="23"/>
        </w:rPr>
        <w:t>The room contained no shrine to the person associated with it.</w:t>
      </w:r>
    </w:p>
    <w:p>
      <w:r>
        <w:rPr>
          <w:rFonts w:ascii="Georgia" w:hAnsi="Georgia" w:eastAsia="Georgia"/>
          <w:sz w:val="23"/>
        </w:rPr>
        <w:t>No photograph.</w:t>
      </w:r>
    </w:p>
    <w:p>
      <w:r>
        <w:rPr>
          <w:rFonts w:ascii="Georgia" w:hAnsi="Georgia" w:eastAsia="Georgia"/>
          <w:sz w:val="23"/>
        </w:rPr>
        <w:t>No recovered voice.</w:t>
      </w:r>
    </w:p>
    <w:p>
      <w:r>
        <w:rPr>
          <w:rFonts w:ascii="Georgia" w:hAnsi="Georgia" w:eastAsia="Georgia"/>
          <w:sz w:val="23"/>
        </w:rPr>
        <w:t>No family anecdote.</w:t>
      </w:r>
    </w:p>
    <w:p>
      <w:r>
        <w:rPr>
          <w:rFonts w:ascii="Georgia" w:hAnsi="Georgia" w:eastAsia="Georgia"/>
          <w:sz w:val="23"/>
        </w:rPr>
        <w:t>Only Len.</w:t>
      </w:r>
    </w:p>
    <w:p>
      <w:r>
        <w:rPr>
          <w:rFonts w:ascii="Georgia" w:hAnsi="Georgia" w:eastAsia="Georgia"/>
          <w:sz w:val="23"/>
        </w:rPr>
        <w:t>His left foot rested at an angle I would have corrected if it belonged to a machine.</w:t>
      </w:r>
    </w:p>
    <w:p>
      <w:r>
        <w:rPr>
          <w:rFonts w:ascii="Georgia" w:hAnsi="Georgia" w:eastAsia="Georgia"/>
          <w:sz w:val="23"/>
        </w:rPr>
        <w:t>That thought lasted less than a second.</w:t>
      </w:r>
    </w:p>
    <w:p>
      <w:r>
        <w:rPr>
          <w:rFonts w:ascii="Georgia" w:hAnsi="Georgia" w:eastAsia="Georgia"/>
          <w:sz w:val="23"/>
        </w:rPr>
        <w:t>Savi Rel stood at the wall terminal.</w:t>
      </w:r>
    </w:p>
    <w:p>
      <w:r>
        <w:rPr>
          <w:rFonts w:ascii="Georgia" w:hAnsi="Georgia" w:eastAsia="Georgia"/>
          <w:sz w:val="23"/>
        </w:rPr>
        <w:t>He looked younger than Rema and older than I had expected from his voice in the event log.</w:t>
      </w:r>
    </w:p>
    <w:p>
      <w:r>
        <w:rPr>
          <w:rFonts w:ascii="Georgia" w:hAnsi="Georgia" w:eastAsia="Georgia"/>
          <w:sz w:val="23"/>
        </w:rPr>
        <w:t>He said, “You wrote the deployment restriction.”</w:t>
      </w:r>
    </w:p>
    <w:p>
      <w:r>
        <w:rPr>
          <w:rFonts w:ascii="Georgia" w:hAnsi="Georgia" w:eastAsia="Georgia"/>
          <w:sz w:val="23"/>
        </w:rPr>
        <w:t>“I signed it.”</w:t>
      </w:r>
    </w:p>
    <w:p>
      <w:r>
        <w:rPr>
          <w:rFonts w:ascii="Georgia" w:hAnsi="Georgia" w:eastAsia="Georgia"/>
          <w:sz w:val="23"/>
        </w:rPr>
        <w:t>“Same difference from here.”</w:t>
      </w:r>
    </w:p>
    <w:p>
      <w:r>
        <w:rPr>
          <w:rFonts w:ascii="Georgia" w:hAnsi="Georgia" w:eastAsia="Georgia"/>
          <w:sz w:val="23"/>
        </w:rPr>
        <w:t>“Not always.”</w:t>
      </w:r>
    </w:p>
    <w:p>
      <w:r>
        <w:rPr>
          <w:rFonts w:ascii="Georgia" w:hAnsi="Georgia" w:eastAsia="Georgia"/>
          <w:sz w:val="23"/>
        </w:rPr>
        <w:t>“Last night it was.”</w:t>
      </w:r>
    </w:p>
    <w:p>
      <w:r>
        <w:rPr>
          <w:rFonts w:ascii="Georgia" w:hAnsi="Georgia" w:eastAsia="Georgia"/>
          <w:sz w:val="23"/>
        </w:rPr>
        <w:t>Rema said his name once.</w:t>
      </w:r>
    </w:p>
    <w:p>
      <w:r>
        <w:rPr>
          <w:rFonts w:ascii="Georgia" w:hAnsi="Georgia" w:eastAsia="Georgia"/>
          <w:sz w:val="23"/>
        </w:rPr>
        <w:t>Savi stopped.</w:t>
      </w:r>
    </w:p>
    <w:p>
      <w:r>
        <w:rPr>
          <w:rFonts w:ascii="Georgia" w:hAnsi="Georgia" w:eastAsia="Georgia"/>
          <w:sz w:val="23"/>
        </w:rPr>
        <w:t>Len looked at me.</w:t>
      </w:r>
    </w:p>
    <w:p>
      <w:r>
        <w:rPr>
          <w:rFonts w:ascii="Georgia" w:hAnsi="Georgia" w:eastAsia="Georgia"/>
          <w:sz w:val="23"/>
        </w:rPr>
        <w:t>“Are you the person who said he had to wait?”</w:t>
      </w:r>
    </w:p>
    <w:p>
      <w:r>
        <w:rPr>
          <w:rFonts w:ascii="Georgia" w:hAnsi="Georgia" w:eastAsia="Georgia"/>
          <w:sz w:val="23"/>
        </w:rPr>
        <w:t>The question was not exactly accurate.</w:t>
      </w:r>
    </w:p>
    <w:p>
      <w:r>
        <w:rPr>
          <w:rFonts w:ascii="Georgia" w:hAnsi="Georgia" w:eastAsia="Georgia"/>
          <w:sz w:val="23"/>
        </w:rPr>
        <w:t>Correcting it would have been cowardice.</w:t>
      </w:r>
    </w:p>
    <w:p>
      <w:r>
        <w:rPr>
          <w:rFonts w:ascii="Georgia" w:hAnsi="Georgia" w:eastAsia="Georgia"/>
          <w:sz w:val="23"/>
        </w:rPr>
        <w:t>“I helped establish the condition that required the second review.”</w:t>
      </w:r>
    </w:p>
    <w:p>
      <w:r>
        <w:rPr>
          <w:rFonts w:ascii="Georgia" w:hAnsi="Georgia" w:eastAsia="Georgia"/>
          <w:sz w:val="23"/>
        </w:rPr>
        <w:t>“Why?”</w:t>
      </w:r>
    </w:p>
    <w:p>
      <w:r>
        <w:rPr>
          <w:rFonts w:ascii="Georgia" w:hAnsi="Georgia" w:eastAsia="Georgia"/>
          <w:sz w:val="23"/>
        </w:rPr>
        <w:t>“Because the evidence available to one operator did not establish that the derived measurements were independent at the depth relevant to the proposed adjustment.”</w:t>
      </w:r>
    </w:p>
    <w:p>
      <w:r>
        <w:rPr>
          <w:rFonts w:ascii="Georgia" w:hAnsi="Georgia" w:eastAsia="Georgia"/>
          <w:sz w:val="23"/>
        </w:rPr>
        <w:t>Len watched me for a moment.</w:t>
      </w:r>
    </w:p>
    <w:p>
      <w:r>
        <w:rPr>
          <w:rFonts w:ascii="Georgia" w:hAnsi="Georgia" w:eastAsia="Georgia"/>
          <w:sz w:val="23"/>
        </w:rPr>
        <w:t>“Do you say that because it is true or because it sounds better than yes?”</w:t>
      </w:r>
    </w:p>
    <w:p>
      <w:r>
        <w:rPr>
          <w:rFonts w:ascii="Georgia" w:hAnsi="Georgia" w:eastAsia="Georgia"/>
          <w:sz w:val="23"/>
        </w:rPr>
        <w:t>“Because it is true.”</w:t>
      </w:r>
    </w:p>
    <w:p>
      <w:r>
        <w:rPr>
          <w:rFonts w:ascii="Georgia" w:hAnsi="Georgia" w:eastAsia="Georgia"/>
          <w:sz w:val="23"/>
        </w:rPr>
        <w:t>“Did the adjustment help?”</w:t>
      </w:r>
    </w:p>
    <w:p>
      <w:r>
        <w:rPr>
          <w:rFonts w:ascii="Georgia" w:hAnsi="Georgia" w:eastAsia="Georgia"/>
          <w:sz w:val="23"/>
        </w:rPr>
        <w:t>“According to the record, yes.”</w:t>
      </w:r>
    </w:p>
    <w:p>
      <w:r>
        <w:rPr>
          <w:rFonts w:ascii="Georgia" w:hAnsi="Georgia" w:eastAsia="Georgia"/>
          <w:sz w:val="23"/>
        </w:rPr>
        <w:t>“Would it have helped at two twenty?”</w:t>
      </w:r>
    </w:p>
    <w:p>
      <w:r>
        <w:rPr>
          <w:rFonts w:ascii="Georgia" w:hAnsi="Georgia" w:eastAsia="Georgia"/>
          <w:sz w:val="23"/>
        </w:rPr>
        <w:t>“I do not know.”</w:t>
      </w:r>
    </w:p>
    <w:p>
      <w:r>
        <w:rPr>
          <w:rFonts w:ascii="Georgia" w:hAnsi="Georgia" w:eastAsia="Georgia"/>
          <w:sz w:val="23"/>
        </w:rPr>
        <w:t>“Would I be moving my foot if you had let him do it?”</w:t>
      </w:r>
    </w:p>
    <w:p>
      <w:r>
        <w:rPr>
          <w:rFonts w:ascii="Georgia" w:hAnsi="Georgia" w:eastAsia="Georgia"/>
          <w:sz w:val="23"/>
        </w:rPr>
        <w:t>“I do not know.”</w:t>
      </w:r>
    </w:p>
    <w:p>
      <w:r>
        <w:rPr>
          <w:rFonts w:ascii="Georgia" w:hAnsi="Georgia" w:eastAsia="Georgia"/>
          <w:sz w:val="23"/>
        </w:rPr>
        <w:t>He looked toward the foot.</w:t>
      </w:r>
    </w:p>
    <w:p>
      <w:r>
        <w:rPr>
          <w:rFonts w:ascii="Georgia" w:hAnsi="Georgia" w:eastAsia="Georgia"/>
          <w:sz w:val="23"/>
        </w:rPr>
        <w:t>“That answer has excellent provenance.”</w:t>
      </w:r>
    </w:p>
    <w:p>
      <w:r>
        <w:rPr>
          <w:rFonts w:ascii="Georgia" w:hAnsi="Georgia" w:eastAsia="Georgia"/>
          <w:sz w:val="23"/>
        </w:rPr>
        <w:t>I did not answer.</w:t>
      </w:r>
    </w:p>
    <w:p>
      <w:r>
        <w:rPr>
          <w:rFonts w:ascii="Georgia" w:hAnsi="Georgia" w:eastAsia="Georgia"/>
          <w:sz w:val="23"/>
        </w:rPr>
        <w:t>He had earned the sentence.</w:t>
      </w:r>
    </w:p>
    <w:p>
      <w:r>
        <w:rPr>
          <w:rFonts w:ascii="Georgia" w:hAnsi="Georgia" w:eastAsia="Georgia"/>
          <w:sz w:val="23"/>
        </w:rPr>
        <w:t>Savi said, “He asked me to take the risk.”</w:t>
      </w:r>
    </w:p>
    <w:p>
      <w:r>
        <w:rPr>
          <w:rFonts w:ascii="Georgia" w:hAnsi="Georgia" w:eastAsia="Georgia"/>
          <w:sz w:val="23"/>
        </w:rPr>
        <w:t>“I read that.”</w:t>
      </w:r>
    </w:p>
    <w:p>
      <w:r>
        <w:rPr>
          <w:rFonts w:ascii="Georgia" w:hAnsi="Georgia" w:eastAsia="Georgia"/>
          <w:sz w:val="23"/>
        </w:rPr>
        <w:t>“He understood what I could not prove.”</w:t>
      </w:r>
    </w:p>
    <w:p>
      <w:r>
        <w:rPr>
          <w:rFonts w:ascii="Georgia" w:hAnsi="Georgia" w:eastAsia="Georgia"/>
          <w:sz w:val="23"/>
        </w:rPr>
        <w:t>Len said, “I understood that my leg was getting worse while we waited for somebody who was busy with someone else.”</w:t>
      </w:r>
    </w:p>
    <w:p>
      <w:r>
        <w:rPr>
          <w:rFonts w:ascii="Georgia" w:hAnsi="Georgia" w:eastAsia="Georgia"/>
          <w:sz w:val="23"/>
        </w:rPr>
        <w:t>Savi continued.</w:t>
      </w:r>
    </w:p>
    <w:p>
      <w:r>
        <w:rPr>
          <w:rFonts w:ascii="Georgia" w:hAnsi="Georgia" w:eastAsia="Georgia"/>
          <w:sz w:val="23"/>
        </w:rPr>
        <w:t>“I could see the trend. I could see the conservative path was not arresting it. The proposed change was reversible. Two percent. We had direct load measurements showing the oscillation. We had the last four local service records.”</w:t>
      </w:r>
    </w:p>
    <w:p>
      <w:r>
        <w:rPr>
          <w:rFonts w:ascii="Georgia" w:hAnsi="Georgia" w:eastAsia="Georgia"/>
          <w:sz w:val="23"/>
        </w:rPr>
        <w:t>“And incomplete derivation ancestry at the relevant boundary.”</w:t>
      </w:r>
    </w:p>
    <w:p>
      <w:r>
        <w:rPr>
          <w:rFonts w:ascii="Georgia" w:hAnsi="Georgia" w:eastAsia="Georgia"/>
          <w:sz w:val="23"/>
        </w:rPr>
        <w:t>“Yes.”</w:t>
      </w:r>
    </w:p>
    <w:p>
      <w:r>
        <w:rPr>
          <w:rFonts w:ascii="Georgia" w:hAnsi="Georgia" w:eastAsia="Georgia"/>
          <w:sz w:val="23"/>
        </w:rPr>
        <w:t>“So you could not establish whether the supporting trend metrics shared a transformation capable of creating the apparent convergence.”</w:t>
      </w:r>
    </w:p>
    <w:p>
      <w:r>
        <w:rPr>
          <w:rFonts w:ascii="Georgia" w:hAnsi="Georgia" w:eastAsia="Georgia"/>
          <w:sz w:val="23"/>
        </w:rPr>
        <w:t>“Yes.”</w:t>
      </w:r>
    </w:p>
    <w:p>
      <w:r>
        <w:rPr>
          <w:rFonts w:ascii="Georgia" w:hAnsi="Georgia" w:eastAsia="Georgia"/>
          <w:sz w:val="23"/>
        </w:rPr>
        <w:t>“Then the uncertainty was real.”</w:t>
      </w:r>
    </w:p>
    <w:p>
      <w:r>
        <w:rPr>
          <w:rFonts w:ascii="Georgia" w:hAnsi="Georgia" w:eastAsia="Georgia"/>
          <w:sz w:val="23"/>
        </w:rPr>
        <w:t>“So was his foot.”</w:t>
      </w:r>
    </w:p>
    <w:p>
      <w:r>
        <w:rPr>
          <w:rFonts w:ascii="Georgia" w:hAnsi="Georgia" w:eastAsia="Georgia"/>
          <w:sz w:val="23"/>
        </w:rPr>
        <w:t>No one moved.</w:t>
      </w:r>
    </w:p>
    <w:p>
      <w:r>
        <w:rPr>
          <w:rFonts w:ascii="Georgia" w:hAnsi="Georgia" w:eastAsia="Georgia"/>
          <w:sz w:val="23"/>
        </w:rPr>
        <w:t>The sentence was not an argument against mine.</w:t>
      </w:r>
    </w:p>
    <w:p>
      <w:r>
        <w:rPr>
          <w:rFonts w:ascii="Georgia" w:hAnsi="Georgia" w:eastAsia="Georgia"/>
          <w:sz w:val="23"/>
        </w:rPr>
        <w:t>That made it harder.</w:t>
      </w:r>
    </w:p>
    <w:p>
      <w:pPr>
        <w:spacing w:before="80" w:after="80"/>
        <w:jc w:val="center"/>
      </w:pPr>
      <w:r>
        <w:rPr>
          <w:rFonts w:ascii="Georgia" w:hAnsi="Georgia" w:eastAsia="Georgia"/>
          <w:sz w:val="23"/>
        </w:rPr>
        <w:t>§</w:t>
      </w:r>
    </w:p>
    <w:p>
      <w:r>
        <w:rPr>
          <w:rFonts w:ascii="Georgia" w:hAnsi="Georgia" w:eastAsia="Georgia"/>
          <w:sz w:val="23"/>
        </w:rPr>
        <w:t>Len allowed me to examine the mechanical record but not the sealed association field.</w:t>
      </w:r>
    </w:p>
    <w:p>
      <w:r>
        <w:rPr>
          <w:rFonts w:ascii="Georgia" w:hAnsi="Georgia" w:eastAsia="Georgia"/>
          <w:sz w:val="23"/>
        </w:rPr>
        <w:t>I had not asked for it.</w:t>
      </w:r>
    </w:p>
    <w:p>
      <w:r>
        <w:rPr>
          <w:rFonts w:ascii="Georgia" w:hAnsi="Georgia" w:eastAsia="Georgia"/>
          <w:sz w:val="23"/>
        </w:rPr>
        <w:t>He noticed anyway.</w:t>
      </w:r>
    </w:p>
    <w:p>
      <w:r>
        <w:rPr>
          <w:rFonts w:ascii="Georgia" w:hAnsi="Georgia" w:eastAsia="Georgia"/>
          <w:sz w:val="23"/>
        </w:rPr>
        <w:t>“They always ask eventually,” he said.</w:t>
      </w:r>
    </w:p>
    <w:p>
      <w:r>
        <w:rPr>
          <w:rFonts w:ascii="Georgia" w:hAnsi="Georgia" w:eastAsia="Georgia"/>
          <w:sz w:val="23"/>
        </w:rPr>
        <w:t>“It is not relevant to this decision.”</w:t>
      </w:r>
    </w:p>
    <w:p>
      <w:r>
        <w:rPr>
          <w:rFonts w:ascii="Georgia" w:hAnsi="Georgia" w:eastAsia="Georgia"/>
          <w:sz w:val="23"/>
        </w:rPr>
        <w:t>“Then don’t make it relevant later because you ran out of other things to say.”</w:t>
      </w:r>
    </w:p>
    <w:p>
      <w:r>
        <w:rPr>
          <w:rFonts w:ascii="Georgia" w:hAnsi="Georgia" w:eastAsia="Georgia"/>
          <w:sz w:val="23"/>
        </w:rPr>
        <w:t>“I will not.”</w:t>
      </w:r>
    </w:p>
    <w:p>
      <w:r>
        <w:rPr>
          <w:rFonts w:ascii="Georgia" w:hAnsi="Georgia" w:eastAsia="Georgia"/>
          <w:sz w:val="23"/>
        </w:rPr>
        <w:t>He closed his eyes.</w:t>
      </w:r>
    </w:p>
    <w:p>
      <w:r>
        <w:rPr>
          <w:rFonts w:ascii="Georgia" w:hAnsi="Georgia" w:eastAsia="Georgia"/>
          <w:sz w:val="23"/>
        </w:rPr>
        <w:t>Savi handed me the raw load traces.</w:t>
      </w:r>
    </w:p>
    <w:p>
      <w:r>
        <w:rPr>
          <w:rFonts w:ascii="Georgia" w:hAnsi="Georgia" w:eastAsia="Georgia"/>
          <w:sz w:val="23"/>
        </w:rPr>
        <w:t>The oscillation had begun at 0206 after Len shifted from side-lying to supine during overnight monitoring. The left lumbar transfer channel developed a repeating 0.8-second overcorrection, small enough that no structural alarm fired but large enough to increase tension across the lateral support path.</w:t>
      </w:r>
    </w:p>
    <w:p>
      <w:r>
        <w:rPr>
          <w:rFonts w:ascii="Georgia" w:hAnsi="Georgia" w:eastAsia="Georgia"/>
          <w:sz w:val="23"/>
        </w:rPr>
        <w:t>The proposed two-percent bias reduction had been chosen from current direct-force measurements and the system’s local response curve.</w:t>
      </w:r>
    </w:p>
    <w:p>
      <w:r>
        <w:rPr>
          <w:rFonts w:ascii="Georgia" w:hAnsi="Georgia" w:eastAsia="Georgia"/>
          <w:sz w:val="23"/>
        </w:rPr>
        <w:t>Those pieces were independent enough for the mechanical claim.</w:t>
      </w:r>
    </w:p>
    <w:p>
      <w:r>
        <w:rPr>
          <w:rFonts w:ascii="Georgia" w:hAnsi="Georgia" w:eastAsia="Georgia"/>
          <w:sz w:val="23"/>
        </w:rPr>
        <w:t>The problem entered when the team tried to establish that the response curve had remained stable across three legacy controller generations.</w:t>
      </w:r>
    </w:p>
    <w:p>
      <w:r>
        <w:rPr>
          <w:rFonts w:ascii="Georgia" w:hAnsi="Georgia" w:eastAsia="Georgia"/>
          <w:sz w:val="23"/>
        </w:rPr>
        <w:t>Two of the three historical trend series passed through undocumented transforms older than the earliest ancestry boundary North Reach could certify.</w:t>
      </w:r>
    </w:p>
    <w:p>
      <w:r>
        <w:rPr>
          <w:rFonts w:ascii="Georgia" w:hAnsi="Georgia" w:eastAsia="Georgia"/>
          <w:sz w:val="23"/>
        </w:rPr>
        <w:t>The current rule therefore did what we had designed it to do.</w:t>
      </w:r>
    </w:p>
    <w:p>
      <w:r>
        <w:rPr>
          <w:rFonts w:ascii="Georgia" w:hAnsi="Georgia" w:eastAsia="Georgia"/>
          <w:sz w:val="23"/>
        </w:rPr>
        <w:t>UNKNOWN.</w:t>
      </w:r>
    </w:p>
    <w:p>
      <w:r>
        <w:rPr>
          <w:rFonts w:ascii="Georgia" w:hAnsi="Georgia" w:eastAsia="Georgia"/>
          <w:sz w:val="23"/>
        </w:rPr>
        <w:t>No sole start.</w:t>
      </w:r>
    </w:p>
    <w:p>
      <w:r>
        <w:rPr>
          <w:rFonts w:ascii="Georgia" w:hAnsi="Georgia" w:eastAsia="Georgia"/>
          <w:sz w:val="23"/>
        </w:rPr>
        <w:t>Savi had shifted Len into the conservative hold pathway.</w:t>
      </w:r>
    </w:p>
    <w:p>
      <w:r>
        <w:rPr>
          <w:rFonts w:ascii="Georgia" w:hAnsi="Georgia" w:eastAsia="Georgia"/>
          <w:sz w:val="23"/>
        </w:rPr>
        <w:t>Reduced lumbar assist.</w:t>
      </w:r>
    </w:p>
    <w:p>
      <w:r>
        <w:rPr>
          <w:rFonts w:ascii="Georgia" w:hAnsi="Georgia" w:eastAsia="Georgia"/>
          <w:sz w:val="23"/>
        </w:rPr>
        <w:t>External support under the pelvis.</w:t>
      </w:r>
    </w:p>
    <w:p>
      <w:r>
        <w:rPr>
          <w:rFonts w:ascii="Georgia" w:hAnsi="Georgia" w:eastAsia="Georgia"/>
          <w:sz w:val="23"/>
        </w:rPr>
        <w:t>Restricted movement.</w:t>
      </w:r>
    </w:p>
    <w:p>
      <w:r>
        <w:rPr>
          <w:rFonts w:ascii="Georgia" w:hAnsi="Georgia" w:eastAsia="Georgia"/>
          <w:sz w:val="23"/>
        </w:rPr>
        <w:t>Continuous motor checks.</w:t>
      </w:r>
    </w:p>
    <w:p>
      <w:r>
        <w:rPr>
          <w:rFonts w:ascii="Georgia" w:hAnsi="Georgia" w:eastAsia="Georgia"/>
          <w:sz w:val="23"/>
        </w:rPr>
        <w:t>The pathway reduced the peak oscillatory load by thirty-one percent.</w:t>
      </w:r>
    </w:p>
    <w:p>
      <w:r>
        <w:rPr>
          <w:rFonts w:ascii="Georgia" w:hAnsi="Georgia" w:eastAsia="Georgia"/>
          <w:sz w:val="23"/>
        </w:rPr>
        <w:t>Not zero.</w:t>
      </w:r>
    </w:p>
    <w:p>
      <w:r>
        <w:rPr>
          <w:rFonts w:ascii="Georgia" w:hAnsi="Georgia" w:eastAsia="Georgia"/>
          <w:sz w:val="23"/>
        </w:rPr>
        <w:t>At 0231 Len lost strength in great-toe extension.</w:t>
      </w:r>
    </w:p>
    <w:p>
      <w:r>
        <w:rPr>
          <w:rFonts w:ascii="Georgia" w:hAnsi="Georgia" w:eastAsia="Georgia"/>
          <w:sz w:val="23"/>
        </w:rPr>
        <w:t>At 0238 ankle dorsiflexion dropped another grade.</w:t>
      </w:r>
    </w:p>
    <w:p>
      <w:r>
        <w:rPr>
          <w:rFonts w:ascii="Georgia" w:hAnsi="Georgia" w:eastAsia="Georgia"/>
          <w:sz w:val="23"/>
        </w:rPr>
        <w:t>The conservative pathway still remained inside its defined safe operating envelope.</w:t>
      </w:r>
    </w:p>
    <w:p>
      <w:r>
        <w:rPr>
          <w:rFonts w:ascii="Georgia" w:hAnsi="Georgia" w:eastAsia="Georgia"/>
          <w:sz w:val="23"/>
        </w:rPr>
        <w:t>I looked at Rema.</w:t>
      </w:r>
    </w:p>
    <w:p>
      <w:r>
        <w:rPr>
          <w:rFonts w:ascii="Georgia" w:hAnsi="Georgia" w:eastAsia="Georgia"/>
          <w:sz w:val="23"/>
        </w:rPr>
        <w:t>“Your fallback threshold is based on structural safety.”</w:t>
      </w:r>
    </w:p>
    <w:p>
      <w:r>
        <w:rPr>
          <w:rFonts w:ascii="Georgia" w:hAnsi="Georgia" w:eastAsia="Georgia"/>
          <w:sz w:val="23"/>
        </w:rPr>
        <w:t>“Mostly.”</w:t>
      </w:r>
    </w:p>
    <w:p>
      <w:r>
        <w:rPr>
          <w:rFonts w:ascii="Georgia" w:hAnsi="Georgia" w:eastAsia="Georgia"/>
          <w:sz w:val="23"/>
        </w:rPr>
        <w:t>“Not neurological deterioration.”</w:t>
      </w:r>
    </w:p>
    <w:p>
      <w:r>
        <w:rPr>
          <w:rFonts w:ascii="Georgia" w:hAnsi="Georgia" w:eastAsia="Georgia"/>
          <w:sz w:val="23"/>
        </w:rPr>
        <w:t>“Not at this rate.”</w:t>
      </w:r>
    </w:p>
    <w:p>
      <w:r>
        <w:rPr>
          <w:rFonts w:ascii="Georgia" w:hAnsi="Georgia" w:eastAsia="Georgia"/>
          <w:sz w:val="23"/>
        </w:rPr>
        <w:t>“Why?”</w:t>
      </w:r>
    </w:p>
    <w:p>
      <w:r>
        <w:rPr>
          <w:rFonts w:ascii="Georgia" w:hAnsi="Georgia" w:eastAsia="Georgia"/>
          <w:sz w:val="23"/>
        </w:rPr>
        <w:t>“Because the pathway predates integrated legacy-lineage review. It was built to hold the hardware safely while an intervention waited.”</w:t>
      </w:r>
    </w:p>
    <w:p>
      <w:r>
        <w:rPr>
          <w:rFonts w:ascii="Georgia" w:hAnsi="Georgia" w:eastAsia="Georgia"/>
          <w:sz w:val="23"/>
        </w:rPr>
        <w:t>“It assumed waiting was clinically neutral within the review window.”</w:t>
      </w:r>
    </w:p>
    <w:p>
      <w:r>
        <w:rPr>
          <w:rFonts w:ascii="Georgia" w:hAnsi="Georgia" w:eastAsia="Georgia"/>
          <w:sz w:val="23"/>
        </w:rPr>
        <w:t>“Yes.”</w:t>
      </w:r>
    </w:p>
    <w:p>
      <w:r>
        <w:rPr>
          <w:rFonts w:ascii="Georgia" w:hAnsi="Georgia" w:eastAsia="Georgia"/>
          <w:sz w:val="23"/>
        </w:rPr>
        <w:t>I read the historical fallback specification.</w:t>
      </w:r>
    </w:p>
    <w:p>
      <w:r>
        <w:rPr>
          <w:rFonts w:ascii="Georgia" w:hAnsi="Georgia" w:eastAsia="Georgia"/>
          <w:sz w:val="23"/>
        </w:rPr>
        <w:t>That assumption was not written anywhere.</w:t>
      </w:r>
    </w:p>
    <w:p>
      <w:r>
        <w:rPr>
          <w:rFonts w:ascii="Georgia" w:hAnsi="Georgia" w:eastAsia="Georgia"/>
          <w:sz w:val="23"/>
        </w:rPr>
        <w:t>It had entered through what the specification omitted.</w:t>
      </w:r>
    </w:p>
    <w:p>
      <w:r>
        <w:rPr>
          <w:rFonts w:ascii="Georgia" w:hAnsi="Georgia" w:eastAsia="Georgia"/>
          <w:sz w:val="23"/>
        </w:rPr>
        <w:t>No maximum acceptable motor decline.</w:t>
      </w:r>
    </w:p>
    <w:p>
      <w:r>
        <w:rPr>
          <w:rFonts w:ascii="Georgia" w:hAnsi="Georgia" w:eastAsia="Georgia"/>
          <w:sz w:val="23"/>
        </w:rPr>
        <w:t>No delay-harm trigger.</w:t>
      </w:r>
    </w:p>
    <w:p>
      <w:r>
        <w:rPr>
          <w:rFonts w:ascii="Georgia" w:hAnsi="Georgia" w:eastAsia="Georgia"/>
          <w:sz w:val="23"/>
        </w:rPr>
        <w:t>No rule for when deterioration under a technically safe hold pathway changed the authorization problem.</w:t>
      </w:r>
    </w:p>
    <w:p>
      <w:r>
        <w:rPr>
          <w:rFonts w:ascii="Georgia" w:hAnsi="Georgia" w:eastAsia="Georgia"/>
          <w:sz w:val="23"/>
        </w:rPr>
        <w:t>The fallback had a structural jurisdiction.</w:t>
      </w:r>
    </w:p>
    <w:p>
      <w:r>
        <w:rPr>
          <w:rFonts w:ascii="Georgia" w:hAnsi="Georgia" w:eastAsia="Georgia"/>
          <w:sz w:val="23"/>
        </w:rPr>
        <w:t>Len’s nerve did not.</w:t>
      </w:r>
    </w:p>
    <w:p>
      <w:pPr>
        <w:spacing w:before="80" w:after="80"/>
        <w:jc w:val="center"/>
      </w:pPr>
      <w:r>
        <w:rPr>
          <w:rFonts w:ascii="Georgia" w:hAnsi="Georgia" w:eastAsia="Georgia"/>
          <w:sz w:val="23"/>
        </w:rPr>
        <w:t>§</w:t>
      </w:r>
    </w:p>
    <w:p>
      <w:r>
        <w:rPr>
          <w:rFonts w:ascii="Georgia" w:hAnsi="Georgia" w:eastAsia="Georgia"/>
          <w:sz w:val="23"/>
        </w:rPr>
        <w:t>At 0826 Kera joined remotely.</w:t>
      </w:r>
    </w:p>
    <w:p>
      <w:r>
        <w:rPr>
          <w:rFonts w:ascii="Georgia" w:hAnsi="Georgia" w:eastAsia="Georgia"/>
          <w:sz w:val="23"/>
        </w:rPr>
        <w:t>She had already read the event record.</w:t>
      </w:r>
    </w:p>
    <w:p>
      <w:r>
        <w:rPr>
          <w:rFonts w:ascii="Georgia" w:hAnsi="Georgia" w:eastAsia="Georgia"/>
          <w:sz w:val="23"/>
        </w:rPr>
        <w:t>Rian Vesk joined from systems validation.</w:t>
      </w:r>
    </w:p>
    <w:p>
      <w:r>
        <w:rPr>
          <w:rFonts w:ascii="Georgia" w:hAnsi="Georgia" w:eastAsia="Georgia"/>
          <w:sz w:val="23"/>
        </w:rPr>
        <w:t>Varo Hesh came in nine minutes later and remained standing.</w:t>
      </w:r>
    </w:p>
    <w:p>
      <w:r>
        <w:rPr>
          <w:rFonts w:ascii="Georgia" w:hAnsi="Georgia" w:eastAsia="Georgia"/>
          <w:sz w:val="23"/>
        </w:rPr>
        <w:t>No one opened with blame.</w:t>
      </w:r>
    </w:p>
    <w:p>
      <w:r>
        <w:rPr>
          <w:rFonts w:ascii="Georgia" w:hAnsi="Georgia" w:eastAsia="Georgia"/>
          <w:sz w:val="23"/>
        </w:rPr>
        <w:t>Kera said, “What failed?”</w:t>
      </w:r>
    </w:p>
    <w:p>
      <w:r>
        <w:rPr>
          <w:rFonts w:ascii="Georgia" w:hAnsi="Georgia" w:eastAsia="Georgia"/>
          <w:sz w:val="23"/>
        </w:rPr>
        <w:t>Rema answered first.</w:t>
      </w:r>
    </w:p>
    <w:p>
      <w:r>
        <w:rPr>
          <w:rFonts w:ascii="Georgia" w:hAnsi="Georgia" w:eastAsia="Georgia"/>
          <w:sz w:val="23"/>
        </w:rPr>
        <w:t>“If you mean protocol compliance, nothing.”</w:t>
      </w:r>
    </w:p>
    <w:p>
      <w:r>
        <w:rPr>
          <w:rFonts w:ascii="Georgia" w:hAnsi="Georgia" w:eastAsia="Georgia"/>
          <w:sz w:val="23"/>
        </w:rPr>
        <w:t>“I did not ask whether anyone complied.”</w:t>
      </w:r>
    </w:p>
    <w:p>
      <w:r>
        <w:rPr>
          <w:rFonts w:ascii="Georgia" w:hAnsi="Georgia" w:eastAsia="Georgia"/>
          <w:sz w:val="23"/>
        </w:rPr>
        <w:t>Savi looked at me.</w:t>
      </w:r>
    </w:p>
    <w:p>
      <w:r>
        <w:rPr>
          <w:rFonts w:ascii="Georgia" w:hAnsi="Georgia" w:eastAsia="Georgia"/>
          <w:sz w:val="23"/>
        </w:rPr>
        <w:t>I said, “The conservative pathway assumed the cost of waiting remained below the cost of uncertain intervention for the duration of paired review. Last night that assumption became false before the second reviewer became available.”</w:t>
      </w:r>
    </w:p>
    <w:p>
      <w:r>
        <w:rPr>
          <w:rFonts w:ascii="Georgia" w:hAnsi="Georgia" w:eastAsia="Georgia"/>
          <w:sz w:val="23"/>
        </w:rPr>
        <w:t>Vesk said, “Can we establish when it became false?”</w:t>
      </w:r>
    </w:p>
    <w:p>
      <w:r>
        <w:rPr>
          <w:rFonts w:ascii="Georgia" w:hAnsi="Georgia" w:eastAsia="Georgia"/>
          <w:sz w:val="23"/>
        </w:rPr>
        <w:t>“Not precisely.”</w:t>
      </w:r>
    </w:p>
    <w:p>
      <w:r>
        <w:rPr>
          <w:rFonts w:ascii="Georgia" w:hAnsi="Georgia" w:eastAsia="Georgia"/>
          <w:sz w:val="23"/>
        </w:rPr>
        <w:t>“Then how can you say it did?”</w:t>
      </w:r>
    </w:p>
    <w:p>
      <w:r>
        <w:rPr>
          <w:rFonts w:ascii="Georgia" w:hAnsi="Georgia" w:eastAsia="Georgia"/>
          <w:sz w:val="23"/>
        </w:rPr>
        <w:t>I pointed to Len’s motor sequence.</w:t>
      </w:r>
    </w:p>
    <w:p>
      <w:r>
        <w:rPr>
          <w:rFonts w:ascii="Georgia" w:hAnsi="Georgia" w:eastAsia="Georgia"/>
          <w:sz w:val="23"/>
        </w:rPr>
        <w:t>“Because a new deficit developed and progressed while the intervention remained unavailable.”</w:t>
      </w:r>
    </w:p>
    <w:p>
      <w:r>
        <w:rPr>
          <w:rFonts w:ascii="Georgia" w:hAnsi="Georgia" w:eastAsia="Georgia"/>
          <w:sz w:val="23"/>
        </w:rPr>
        <w:t>“That establishes deterioration during waiting. Not that earlier intervention would have prevented it.”</w:t>
      </w:r>
    </w:p>
    <w:p>
      <w:r>
        <w:rPr>
          <w:rFonts w:ascii="Georgia" w:hAnsi="Georgia" w:eastAsia="Georgia"/>
          <w:sz w:val="23"/>
        </w:rPr>
        <w:t>“Correct.”</w:t>
      </w:r>
    </w:p>
    <w:p>
      <w:r>
        <w:rPr>
          <w:rFonts w:ascii="Georgia" w:hAnsi="Georgia" w:eastAsia="Georgia"/>
          <w:sz w:val="23"/>
        </w:rPr>
        <w:t>Savi made a sound through his nose.</w:t>
      </w:r>
    </w:p>
    <w:p>
      <w:r>
        <w:rPr>
          <w:rFonts w:ascii="Georgia" w:hAnsi="Georgia" w:eastAsia="Georgia"/>
          <w:sz w:val="23"/>
        </w:rPr>
        <w:t>Kera looked at him.</w:t>
      </w:r>
    </w:p>
    <w:p>
      <w:r>
        <w:rPr>
          <w:rFonts w:ascii="Georgia" w:hAnsi="Georgia" w:eastAsia="Georgia"/>
          <w:sz w:val="23"/>
        </w:rPr>
        <w:t>“Say it.”</w:t>
      </w:r>
    </w:p>
    <w:p>
      <w:r>
        <w:rPr>
          <w:rFonts w:ascii="Georgia" w:hAnsi="Georgia" w:eastAsia="Georgia"/>
          <w:sz w:val="23"/>
        </w:rPr>
        <w:t>“We are going to protect the rule by making sure we cannot prove the rule hurt him.”</w:t>
      </w:r>
    </w:p>
    <w:p>
      <w:r>
        <w:rPr>
          <w:rFonts w:ascii="Georgia" w:hAnsi="Georgia" w:eastAsia="Georgia"/>
          <w:sz w:val="23"/>
        </w:rPr>
        <w:t>“No,” I said.</w:t>
      </w:r>
    </w:p>
    <w:p>
      <w:r>
        <w:rPr>
          <w:rFonts w:ascii="Georgia" w:hAnsi="Georgia" w:eastAsia="Georgia"/>
          <w:sz w:val="23"/>
        </w:rPr>
        <w:t>He turned toward me.</w:t>
      </w:r>
    </w:p>
    <w:p>
      <w:r>
        <w:rPr>
          <w:rFonts w:ascii="Georgia" w:hAnsi="Georgia" w:eastAsia="Georgia"/>
          <w:sz w:val="23"/>
        </w:rPr>
        <w:t>“Then what are we doing?”</w:t>
      </w:r>
    </w:p>
    <w:p>
      <w:r>
        <w:rPr>
          <w:rFonts w:ascii="Georgia" w:hAnsi="Georgia" w:eastAsia="Georgia"/>
          <w:sz w:val="23"/>
        </w:rPr>
        <w:t>“Separating two claims. We cannot claim that earlier adjustment would have prevented the deficit. We can claim that waiting carried a realized bodily cost.”</w:t>
      </w:r>
    </w:p>
    <w:p>
      <w:r>
        <w:rPr>
          <w:rFonts w:ascii="Georgia" w:hAnsi="Georgia" w:eastAsia="Georgia"/>
          <w:sz w:val="23"/>
        </w:rPr>
        <w:t>“And then?”</w:t>
      </w:r>
    </w:p>
    <w:p>
      <w:r>
        <w:rPr>
          <w:rFonts w:ascii="Georgia" w:hAnsi="Georgia" w:eastAsia="Georgia"/>
          <w:sz w:val="23"/>
        </w:rPr>
        <w:t>“Then we stop treating delay as the absence of intervention.”</w:t>
      </w:r>
    </w:p>
    <w:p>
      <w:r>
        <w:rPr>
          <w:rFonts w:ascii="Georgia" w:hAnsi="Georgia" w:eastAsia="Georgia"/>
          <w:sz w:val="23"/>
        </w:rPr>
        <w:t>The room went quiet.</w:t>
      </w:r>
    </w:p>
    <w:p>
      <w:r>
        <w:rPr>
          <w:rFonts w:ascii="Georgia" w:hAnsi="Georgia" w:eastAsia="Georgia"/>
          <w:sz w:val="23"/>
        </w:rPr>
        <w:t>Rema opened a blank board.</w:t>
      </w:r>
    </w:p>
    <w:p>
      <w:r>
        <w:rPr>
          <w:rFonts w:ascii="Georgia" w:hAnsi="Georgia" w:eastAsia="Georgia"/>
          <w:sz w:val="23"/>
        </w:rPr>
        <w:t>I wrote:</w:t>
      </w:r>
    </w:p>
    <w:p>
      <w:r>
        <w:rPr>
          <w:rFonts w:ascii="Georgia" w:hAnsi="Georgia" w:eastAsia="Georgia"/>
          <w:sz w:val="23"/>
        </w:rPr>
        <w:t>INTERVENTION RISK: UNCERTAIN.</w:t>
      </w:r>
    </w:p>
    <w:p>
      <w:r>
        <w:rPr>
          <w:rFonts w:ascii="Georgia" w:hAnsi="Georgia" w:eastAsia="Georgia"/>
          <w:sz w:val="23"/>
        </w:rPr>
        <w:t>DELAY RISK: OBSERVED AND PROGRESSIVE.</w:t>
      </w:r>
    </w:p>
    <w:p>
      <w:r>
        <w:rPr>
          <w:rFonts w:ascii="Georgia" w:hAnsi="Georgia" w:eastAsia="Georgia"/>
          <w:sz w:val="23"/>
        </w:rPr>
        <w:t>Kera said, “That is not enough to authorize the intervention.”</w:t>
      </w:r>
    </w:p>
    <w:p>
      <w:r>
        <w:rPr>
          <w:rFonts w:ascii="Georgia" w:hAnsi="Georgia" w:eastAsia="Georgia"/>
          <w:sz w:val="23"/>
        </w:rPr>
        <w:t>“No.”</w:t>
      </w:r>
    </w:p>
    <w:p>
      <w:r>
        <w:rPr>
          <w:rFonts w:ascii="Georgia" w:hAnsi="Georgia" w:eastAsia="Georgia"/>
          <w:sz w:val="23"/>
        </w:rPr>
        <w:t>Varo said, “Then it changes nothing.”</w:t>
      </w:r>
    </w:p>
    <w:p>
      <w:r>
        <w:rPr>
          <w:rFonts w:ascii="Georgia" w:hAnsi="Georgia" w:eastAsia="Georgia"/>
          <w:sz w:val="23"/>
        </w:rPr>
        <w:t>“It changes the decision we are describing.”</w:t>
      </w:r>
    </w:p>
    <w:p>
      <w:r>
        <w:rPr>
          <w:rFonts w:ascii="Georgia" w:hAnsi="Georgia" w:eastAsia="Georgia"/>
          <w:sz w:val="23"/>
        </w:rPr>
        <w:t>“Len still waited.”</w:t>
      </w:r>
    </w:p>
    <w:p>
      <w:r>
        <w:rPr>
          <w:rFonts w:ascii="Georgia" w:hAnsi="Georgia" w:eastAsia="Georgia"/>
          <w:sz w:val="23"/>
        </w:rPr>
        <w:t>“Yes.”</w:t>
      </w:r>
    </w:p>
    <w:p>
      <w:r>
        <w:rPr>
          <w:rFonts w:ascii="Georgia" w:hAnsi="Georgia" w:eastAsia="Georgia"/>
          <w:sz w:val="23"/>
        </w:rPr>
        <w:t>“The next Len will wait too.”</w:t>
      </w:r>
    </w:p>
    <w:p>
      <w:r>
        <w:rPr>
          <w:rFonts w:ascii="Georgia" w:hAnsi="Georgia" w:eastAsia="Georgia"/>
          <w:sz w:val="23"/>
        </w:rPr>
        <w:t>“Under the current rule, yes.”</w:t>
      </w:r>
    </w:p>
    <w:p>
      <w:r>
        <w:rPr>
          <w:rFonts w:ascii="Georgia" w:hAnsi="Georgia" w:eastAsia="Georgia"/>
          <w:sz w:val="23"/>
        </w:rPr>
        <w:t>“Then what did we learn?”</w:t>
      </w:r>
    </w:p>
    <w:p>
      <w:r>
        <w:rPr>
          <w:rFonts w:ascii="Georgia" w:hAnsi="Georgia" w:eastAsia="Georgia"/>
          <w:sz w:val="23"/>
        </w:rPr>
        <w:t>I did not answer immediately.</w:t>
      </w:r>
    </w:p>
    <w:p>
      <w:r>
        <w:rPr>
          <w:rFonts w:ascii="Georgia" w:hAnsi="Georgia" w:eastAsia="Georgia"/>
          <w:sz w:val="23"/>
        </w:rPr>
        <w:t>The easiest answer was that we needed faster second-signatory coverage.</w:t>
      </w:r>
    </w:p>
    <w:p>
      <w:r>
        <w:rPr>
          <w:rFonts w:ascii="Georgia" w:hAnsi="Georgia" w:eastAsia="Georgia"/>
          <w:sz w:val="23"/>
        </w:rPr>
        <w:t>We did.</w:t>
      </w:r>
    </w:p>
    <w:p>
      <w:r>
        <w:rPr>
          <w:rFonts w:ascii="Georgia" w:hAnsi="Georgia" w:eastAsia="Georgia"/>
          <w:sz w:val="23"/>
        </w:rPr>
        <w:t>It was also the answer North Reach had already told us it could not reliably buy.</w:t>
      </w:r>
    </w:p>
    <w:p>
      <w:r>
        <w:rPr>
          <w:rFonts w:ascii="Georgia" w:hAnsi="Georgia" w:eastAsia="Georgia"/>
          <w:sz w:val="23"/>
        </w:rPr>
        <w:t>The next easiest answer was that deterioration should create an emergency override.</w:t>
      </w:r>
    </w:p>
    <w:p>
      <w:r>
        <w:rPr>
          <w:rFonts w:ascii="Georgia" w:hAnsi="Georgia" w:eastAsia="Georgia"/>
          <w:sz w:val="23"/>
        </w:rPr>
        <w:t>That would convert a difficult uncertainty into sole-start authority exactly when the body made everyone most eager to act.</w:t>
      </w:r>
    </w:p>
    <w:p>
      <w:r>
        <w:rPr>
          <w:rFonts w:ascii="Georgia" w:hAnsi="Georgia" w:eastAsia="Georgia"/>
          <w:sz w:val="23"/>
        </w:rPr>
        <w:t>Urgency did not improve provenance.</w:t>
      </w:r>
    </w:p>
    <w:p>
      <w:r>
        <w:rPr>
          <w:rFonts w:ascii="Georgia" w:hAnsi="Georgia" w:eastAsia="Georgia"/>
          <w:sz w:val="23"/>
        </w:rPr>
        <w:t>I said, “We learned that our authorization model contains only one explicit harm path.”</w:t>
      </w:r>
    </w:p>
    <w:p>
      <w:r>
        <w:rPr>
          <w:rFonts w:ascii="Georgia" w:hAnsi="Georgia" w:eastAsia="Georgia"/>
          <w:sz w:val="23"/>
        </w:rPr>
        <w:t>Kera understood.</w:t>
      </w:r>
    </w:p>
    <w:p>
      <w:r>
        <w:rPr>
          <w:rFonts w:ascii="Georgia" w:hAnsi="Georgia" w:eastAsia="Georgia"/>
          <w:sz w:val="23"/>
        </w:rPr>
        <w:t>“Harm from acting.”</w:t>
      </w:r>
    </w:p>
    <w:p>
      <w:r>
        <w:rPr>
          <w:rFonts w:ascii="Georgia" w:hAnsi="Georgia" w:eastAsia="Georgia"/>
          <w:sz w:val="23"/>
        </w:rPr>
        <w:t>“Yes.”</w:t>
      </w:r>
    </w:p>
    <w:p>
      <w:r>
        <w:rPr>
          <w:rFonts w:ascii="Georgia" w:hAnsi="Georgia" w:eastAsia="Georgia"/>
          <w:sz w:val="23"/>
        </w:rPr>
        <w:t>Rema added the second.</w:t>
      </w:r>
    </w:p>
    <w:p>
      <w:r>
        <w:rPr>
          <w:rFonts w:ascii="Georgia" w:hAnsi="Georgia" w:eastAsia="Georgia"/>
          <w:sz w:val="23"/>
        </w:rPr>
        <w:t>HARM FROM DELAY.</w:t>
      </w:r>
    </w:p>
    <w:p>
      <w:r>
        <w:rPr>
          <w:rFonts w:ascii="Georgia" w:hAnsi="Georgia" w:eastAsia="Georgia"/>
          <w:sz w:val="23"/>
        </w:rPr>
        <w:t>Vesk said, “You want a competing-risk model.”</w:t>
      </w:r>
    </w:p>
    <w:p>
      <w:r>
        <w:rPr>
          <w:rFonts w:ascii="Georgia" w:hAnsi="Georgia" w:eastAsia="Georgia"/>
          <w:sz w:val="23"/>
        </w:rPr>
        <w:t>“Eventually. Not today.”</w:t>
      </w:r>
    </w:p>
    <w:p>
      <w:r>
        <w:rPr>
          <w:rFonts w:ascii="Georgia" w:hAnsi="Georgia" w:eastAsia="Georgia"/>
          <w:sz w:val="23"/>
        </w:rPr>
        <w:t>“Why not?”</w:t>
      </w:r>
    </w:p>
    <w:p>
      <w:r>
        <w:rPr>
          <w:rFonts w:ascii="Georgia" w:hAnsi="Georgia" w:eastAsia="Georgia"/>
          <w:sz w:val="23"/>
        </w:rPr>
        <w:t>“Because one event does not tell us how to weight the risks.”</w:t>
      </w:r>
    </w:p>
    <w:p>
      <w:r>
        <w:rPr>
          <w:rFonts w:ascii="Georgia" w:hAnsi="Georgia" w:eastAsia="Georgia"/>
          <w:sz w:val="23"/>
        </w:rPr>
        <w:t>Savi said, “One event was enough to weight his leg.”</w:t>
      </w:r>
    </w:p>
    <w:p>
      <w:r>
        <w:rPr>
          <w:rFonts w:ascii="Georgia" w:hAnsi="Georgia" w:eastAsia="Georgia"/>
          <w:sz w:val="23"/>
        </w:rPr>
        <w:t>I looked at him.</w:t>
      </w:r>
    </w:p>
    <w:p>
      <w:r>
        <w:rPr>
          <w:rFonts w:ascii="Georgia" w:hAnsi="Georgia" w:eastAsia="Georgia"/>
          <w:sz w:val="23"/>
        </w:rPr>
        <w:t>“Yes.”</w:t>
      </w:r>
    </w:p>
    <w:p>
      <w:r>
        <w:rPr>
          <w:rFonts w:ascii="Georgia" w:hAnsi="Georgia" w:eastAsia="Georgia"/>
          <w:sz w:val="23"/>
        </w:rPr>
        <w:t>I let the answer stand.</w:t>
      </w:r>
    </w:p>
    <w:p>
      <w:pPr>
        <w:spacing w:before="80" w:after="80"/>
        <w:jc w:val="center"/>
      </w:pPr>
      <w:r>
        <w:rPr>
          <w:rFonts w:ascii="Georgia" w:hAnsi="Georgia" w:eastAsia="Georgia"/>
          <w:sz w:val="23"/>
        </w:rPr>
        <w:t>§</w:t>
      </w:r>
    </w:p>
    <w:p>
      <w:r>
        <w:rPr>
          <w:rFonts w:ascii="Georgia" w:hAnsi="Georgia" w:eastAsia="Georgia"/>
          <w:sz w:val="23"/>
        </w:rPr>
        <w:t>At 0948 Len agreed to repeat motor testing.</w:t>
      </w:r>
    </w:p>
    <w:p>
      <w:r>
        <w:rPr>
          <w:rFonts w:ascii="Georgia" w:hAnsi="Georgia" w:eastAsia="Georgia"/>
          <w:sz w:val="23"/>
        </w:rPr>
        <w:t>He did not agree to have the room used as a teaching session.</w:t>
      </w:r>
    </w:p>
    <w:p>
      <w:r>
        <w:rPr>
          <w:rFonts w:ascii="Georgia" w:hAnsi="Georgia" w:eastAsia="Georgia"/>
          <w:sz w:val="23"/>
        </w:rPr>
        <w:t>We kept the participants to Rema, Savi, the rehabilitation physician, and me.</w:t>
      </w:r>
    </w:p>
    <w:p>
      <w:r>
        <w:rPr>
          <w:rFonts w:ascii="Georgia" w:hAnsi="Georgia" w:eastAsia="Georgia"/>
          <w:sz w:val="23"/>
        </w:rPr>
        <w:t>The physician asked him to pull his toes toward his face.</w:t>
      </w:r>
    </w:p>
    <w:p>
      <w:r>
        <w:rPr>
          <w:rFonts w:ascii="Georgia" w:hAnsi="Georgia" w:eastAsia="Georgia"/>
          <w:sz w:val="23"/>
        </w:rPr>
        <w:t>The right foot moved normally.</w:t>
      </w:r>
    </w:p>
    <w:p>
      <w:r>
        <w:rPr>
          <w:rFonts w:ascii="Georgia" w:hAnsi="Georgia" w:eastAsia="Georgia"/>
          <w:sz w:val="23"/>
        </w:rPr>
        <w:t>The left great toe moved less than three millimeters.</w:t>
      </w:r>
    </w:p>
    <w:p>
      <w:r>
        <w:rPr>
          <w:rFonts w:ascii="Georgia" w:hAnsi="Georgia" w:eastAsia="Georgia"/>
          <w:sz w:val="23"/>
        </w:rPr>
        <w:t>“Again.”</w:t>
      </w:r>
    </w:p>
    <w:p>
      <w:r>
        <w:rPr>
          <w:rFonts w:ascii="Georgia" w:hAnsi="Georgia" w:eastAsia="Georgia"/>
          <w:sz w:val="23"/>
        </w:rPr>
        <w:t>He tried.</w:t>
      </w:r>
    </w:p>
    <w:p>
      <w:r>
        <w:rPr>
          <w:rFonts w:ascii="Georgia" w:hAnsi="Georgia" w:eastAsia="Georgia"/>
          <w:sz w:val="23"/>
        </w:rPr>
        <w:t>The tibialis anterior activated, but the ankle barely changed angle.</w:t>
      </w:r>
    </w:p>
    <w:p>
      <w:r>
        <w:rPr>
          <w:rFonts w:ascii="Georgia" w:hAnsi="Georgia" w:eastAsia="Georgia"/>
          <w:sz w:val="23"/>
        </w:rPr>
        <w:t>The physician measured conduction velocity again.</w:t>
      </w:r>
    </w:p>
    <w:p>
      <w:r>
        <w:rPr>
          <w:rFonts w:ascii="Georgia" w:hAnsi="Georgia" w:eastAsia="Georgia"/>
          <w:sz w:val="23"/>
        </w:rPr>
        <w:t>Slight improvement from 0400.</w:t>
      </w:r>
    </w:p>
    <w:p>
      <w:r>
        <w:rPr>
          <w:rFonts w:ascii="Georgia" w:hAnsi="Georgia" w:eastAsia="Georgia"/>
          <w:sz w:val="23"/>
        </w:rPr>
        <w:t>Not enough to predict recovery.</w:t>
      </w:r>
    </w:p>
    <w:p>
      <w:r>
        <w:rPr>
          <w:rFonts w:ascii="Georgia" w:hAnsi="Georgia" w:eastAsia="Georgia"/>
          <w:sz w:val="23"/>
        </w:rPr>
        <w:t>Len said, “How long before you know?”</w:t>
      </w:r>
    </w:p>
    <w:p>
      <w:r>
        <w:rPr>
          <w:rFonts w:ascii="Georgia" w:hAnsi="Georgia" w:eastAsia="Georgia"/>
          <w:sz w:val="23"/>
        </w:rPr>
        <w:t>“Days before the direction is clearer. Longer before we know the plateau.”</w:t>
      </w:r>
    </w:p>
    <w:p>
      <w:r>
        <w:rPr>
          <w:rFonts w:ascii="Georgia" w:hAnsi="Georgia" w:eastAsia="Georgia"/>
          <w:sz w:val="23"/>
        </w:rPr>
        <w:t>“Could be all of it?”</w:t>
      </w:r>
    </w:p>
    <w:p>
      <w:r>
        <w:rPr>
          <w:rFonts w:ascii="Georgia" w:hAnsi="Georgia" w:eastAsia="Georgia"/>
          <w:sz w:val="23"/>
        </w:rPr>
        <w:t>“Yes.”</w:t>
      </w:r>
    </w:p>
    <w:p>
      <w:r>
        <w:rPr>
          <w:rFonts w:ascii="Georgia" w:hAnsi="Georgia" w:eastAsia="Georgia"/>
          <w:sz w:val="23"/>
        </w:rPr>
        <w:t>“Could be none?”</w:t>
      </w:r>
    </w:p>
    <w:p>
      <w:r>
        <w:rPr>
          <w:rFonts w:ascii="Georgia" w:hAnsi="Georgia" w:eastAsia="Georgia"/>
          <w:sz w:val="23"/>
        </w:rPr>
        <w:t>“Some recovery is already present.”</w:t>
      </w:r>
    </w:p>
    <w:p>
      <w:r>
        <w:rPr>
          <w:rFonts w:ascii="Georgia" w:hAnsi="Georgia" w:eastAsia="Georgia"/>
          <w:sz w:val="23"/>
        </w:rPr>
        <w:t>Len looked at me.</w:t>
      </w:r>
    </w:p>
    <w:p>
      <w:r>
        <w:rPr>
          <w:rFonts w:ascii="Georgia" w:hAnsi="Georgia" w:eastAsia="Georgia"/>
          <w:sz w:val="23"/>
        </w:rPr>
        <w:t>“You like that answer?”</w:t>
      </w:r>
    </w:p>
    <w:p>
      <w:r>
        <w:rPr>
          <w:rFonts w:ascii="Georgia" w:hAnsi="Georgia" w:eastAsia="Georgia"/>
          <w:sz w:val="23"/>
        </w:rPr>
        <w:t>“No.”</w:t>
      </w:r>
    </w:p>
    <w:p>
      <w:r>
        <w:rPr>
          <w:rFonts w:ascii="Georgia" w:hAnsi="Georgia" w:eastAsia="Georgia"/>
          <w:sz w:val="23"/>
        </w:rPr>
        <w:t>“Why not?”</w:t>
      </w:r>
    </w:p>
    <w:p>
      <w:r>
        <w:rPr>
          <w:rFonts w:ascii="Georgia" w:hAnsi="Georgia" w:eastAsia="Georgia"/>
          <w:sz w:val="23"/>
        </w:rPr>
        <w:t>“Because it is accurate and insufficient.”</w:t>
      </w:r>
    </w:p>
    <w:p>
      <w:r>
        <w:rPr>
          <w:rFonts w:ascii="Georgia" w:hAnsi="Georgia" w:eastAsia="Georgia"/>
          <w:sz w:val="23"/>
        </w:rPr>
        <w:t>He nodded once.</w:t>
      </w:r>
    </w:p>
    <w:p>
      <w:r>
        <w:rPr>
          <w:rFonts w:ascii="Georgia" w:hAnsi="Georgia" w:eastAsia="Georgia"/>
          <w:sz w:val="23"/>
        </w:rPr>
        <w:t>No approval in it.</w:t>
      </w:r>
    </w:p>
    <w:p>
      <w:r>
        <w:rPr>
          <w:rFonts w:ascii="Georgia" w:hAnsi="Georgia" w:eastAsia="Georgia"/>
          <w:sz w:val="23"/>
        </w:rPr>
        <w:t>I preferred that too.</w:t>
      </w:r>
    </w:p>
    <w:p>
      <w:r>
        <w:rPr>
          <w:rFonts w:ascii="Georgia" w:hAnsi="Georgia" w:eastAsia="Georgia"/>
          <w:sz w:val="23"/>
        </w:rPr>
        <w:t>The physician left to adjust the external support.</w:t>
      </w:r>
    </w:p>
    <w:p>
      <w:r>
        <w:rPr>
          <w:rFonts w:ascii="Georgia" w:hAnsi="Georgia" w:eastAsia="Georgia"/>
          <w:sz w:val="23"/>
        </w:rPr>
        <w:t>Len said, “I want the rule changed.”</w:t>
      </w:r>
    </w:p>
    <w:p>
      <w:r>
        <w:rPr>
          <w:rFonts w:ascii="Georgia" w:hAnsi="Georgia" w:eastAsia="Georgia"/>
          <w:sz w:val="23"/>
        </w:rPr>
        <w:t>“Which part?”</w:t>
      </w:r>
    </w:p>
    <w:p>
      <w:r>
        <w:rPr>
          <w:rFonts w:ascii="Georgia" w:hAnsi="Georgia" w:eastAsia="Georgia"/>
          <w:sz w:val="23"/>
        </w:rPr>
        <w:t>“The part that made him watch me get worse.”</w:t>
      </w:r>
    </w:p>
    <w:p>
      <w:r>
        <w:rPr>
          <w:rFonts w:ascii="Georgia" w:hAnsi="Georgia" w:eastAsia="Georgia"/>
          <w:sz w:val="23"/>
        </w:rPr>
        <w:t>Savi looked down.</w:t>
      </w:r>
    </w:p>
    <w:p>
      <w:r>
        <w:rPr>
          <w:rFonts w:ascii="Georgia" w:hAnsi="Georgia" w:eastAsia="Georgia"/>
          <w:sz w:val="23"/>
        </w:rPr>
        <w:t>I said, “I do not know yet what replacement rule would be safer.”</w:t>
      </w:r>
    </w:p>
    <w:p>
      <w:r>
        <w:rPr>
          <w:rFonts w:ascii="Georgia" w:hAnsi="Georgia" w:eastAsia="Georgia"/>
          <w:sz w:val="23"/>
        </w:rPr>
        <w:t>“I did not ask for safer.”</w:t>
      </w:r>
    </w:p>
    <w:p>
      <w:r>
        <w:rPr>
          <w:rFonts w:ascii="Georgia" w:hAnsi="Georgia" w:eastAsia="Georgia"/>
          <w:sz w:val="23"/>
        </w:rPr>
        <w:t>“What did you ask for?”</w:t>
      </w:r>
    </w:p>
    <w:p>
      <w:r>
        <w:rPr>
          <w:rFonts w:ascii="Georgia" w:hAnsi="Georgia" w:eastAsia="Georgia"/>
          <w:sz w:val="23"/>
        </w:rPr>
        <w:t>“Changed.”</w:t>
      </w:r>
    </w:p>
    <w:p>
      <w:r>
        <w:rPr>
          <w:rFonts w:ascii="Georgia" w:hAnsi="Georgia" w:eastAsia="Georgia"/>
          <w:sz w:val="23"/>
        </w:rPr>
        <w:t>“Those are not equivalent.”</w:t>
      </w:r>
    </w:p>
    <w:p>
      <w:r>
        <w:rPr>
          <w:rFonts w:ascii="Georgia" w:hAnsi="Georgia" w:eastAsia="Georgia"/>
          <w:sz w:val="23"/>
        </w:rPr>
        <w:t>“I know.”</w:t>
      </w:r>
    </w:p>
    <w:p>
      <w:r>
        <w:rPr>
          <w:rFonts w:ascii="Georgia" w:hAnsi="Georgia" w:eastAsia="Georgia"/>
          <w:sz w:val="23"/>
        </w:rPr>
        <w:t>He looked at his foot again.</w:t>
      </w:r>
    </w:p>
    <w:p>
      <w:r>
        <w:rPr>
          <w:rFonts w:ascii="Georgia" w:hAnsi="Georgia" w:eastAsia="Georgia"/>
          <w:sz w:val="23"/>
        </w:rPr>
        <w:t>“I am not asking you to pretend I know what the rule should be. I am asking you not to call this one finished because it prevented the kind of mistake you already understand.”</w:t>
      </w:r>
    </w:p>
    <w:p>
      <w:r>
        <w:rPr>
          <w:rFonts w:ascii="Georgia" w:hAnsi="Georgia" w:eastAsia="Georgia"/>
          <w:sz w:val="23"/>
        </w:rPr>
        <w:t>I wrote the sentence down after he gave permission.</w:t>
      </w:r>
    </w:p>
    <w:p>
      <w:r>
        <w:rPr>
          <w:rFonts w:ascii="Georgia" w:hAnsi="Georgia" w:eastAsia="Georgia"/>
          <w:sz w:val="23"/>
        </w:rPr>
        <w:t>Not because it solved anything.</w:t>
      </w:r>
    </w:p>
    <w:p>
      <w:r>
        <w:rPr>
          <w:rFonts w:ascii="Georgia" w:hAnsi="Georgia" w:eastAsia="Georgia"/>
          <w:sz w:val="23"/>
        </w:rPr>
        <w:t>Because it described the failure mode more accurately than our current forms did.</w:t>
      </w:r>
    </w:p>
    <w:p>
      <w:pPr>
        <w:spacing w:before="80" w:after="80"/>
        <w:jc w:val="center"/>
      </w:pPr>
      <w:r>
        <w:rPr>
          <w:rFonts w:ascii="Georgia" w:hAnsi="Georgia" w:eastAsia="Georgia"/>
          <w:sz w:val="23"/>
        </w:rPr>
        <w:t>§</w:t>
      </w:r>
    </w:p>
    <w:p>
      <w:r>
        <w:rPr>
          <w:rFonts w:ascii="Georgia" w:hAnsi="Georgia" w:eastAsia="Georgia"/>
          <w:sz w:val="23"/>
        </w:rPr>
        <w:t>At 1116 North Reach suspended only one part of the overnight pathway.</w:t>
      </w:r>
    </w:p>
    <w:p>
      <w:r>
        <w:rPr>
          <w:rFonts w:ascii="Georgia" w:hAnsi="Georgia" w:eastAsia="Georgia"/>
          <w:sz w:val="23"/>
        </w:rPr>
        <w:t>Not the lineage classifier.</w:t>
      </w:r>
    </w:p>
    <w:p>
      <w:r>
        <w:rPr>
          <w:rFonts w:ascii="Georgia" w:hAnsi="Georgia" w:eastAsia="Georgia"/>
          <w:sz w:val="23"/>
        </w:rPr>
        <w:t>Not the paired-review requirement.</w:t>
      </w:r>
    </w:p>
    <w:p>
      <w:r>
        <w:rPr>
          <w:rFonts w:ascii="Georgia" w:hAnsi="Georgia" w:eastAsia="Georgia"/>
          <w:sz w:val="23"/>
        </w:rPr>
        <w:t>Not the partial deployment.</w:t>
      </w:r>
    </w:p>
    <w:p>
      <w:r>
        <w:rPr>
          <w:rFonts w:ascii="Georgia" w:hAnsi="Georgia" w:eastAsia="Georgia"/>
          <w:sz w:val="23"/>
        </w:rPr>
        <w:t>The suspended element was the assumption that the conservative hold pathway could remain the default without explicit reassessment while new neurological or other organ-level deterioration progressed.</w:t>
      </w:r>
    </w:p>
    <w:p>
      <w:r>
        <w:rPr>
          <w:rFonts w:ascii="Georgia" w:hAnsi="Georgia" w:eastAsia="Georgia"/>
          <w:sz w:val="23"/>
        </w:rPr>
        <w:t>The temporary replacement was deliberately awkward.</w:t>
      </w:r>
    </w:p>
    <w:p>
      <w:r>
        <w:rPr>
          <w:rFonts w:ascii="Georgia" w:hAnsi="Georgia" w:eastAsia="Georgia"/>
          <w:sz w:val="23"/>
        </w:rPr>
        <w:t>Every five minutes after documented deterioration began, the operator had to update two separate fields:</w:t>
      </w:r>
    </w:p>
    <w:p>
      <w:r>
        <w:rPr>
          <w:rFonts w:ascii="Georgia" w:hAnsi="Georgia" w:eastAsia="Georgia"/>
          <w:sz w:val="23"/>
        </w:rPr>
        <w:t>WHAT HARM IS CURRENTLY POSSIBLE FROM THE PROPOSED INTERVENTION?</w:t>
      </w:r>
    </w:p>
    <w:p>
      <w:r>
        <w:rPr>
          <w:rFonts w:ascii="Georgia" w:hAnsi="Georgia" w:eastAsia="Georgia"/>
          <w:sz w:val="23"/>
        </w:rPr>
        <w:t>WHAT HARM IS CURRENTLY OCCURRING OR BECOMING MORE LIKELY FROM DELAY?</w:t>
      </w:r>
    </w:p>
    <w:p>
      <w:r>
        <w:rPr>
          <w:rFonts w:ascii="Georgia" w:hAnsi="Georgia" w:eastAsia="Georgia"/>
          <w:sz w:val="23"/>
        </w:rPr>
        <w:t>If the second field changed materially, the case escalated regionally even if the ancestry status remained UNKNOWN.</w:t>
      </w:r>
    </w:p>
    <w:p>
      <w:r>
        <w:rPr>
          <w:rFonts w:ascii="Georgia" w:hAnsi="Georgia" w:eastAsia="Georgia"/>
          <w:sz w:val="23"/>
        </w:rPr>
        <w:t>Escalation did not create sole-start authority.</w:t>
      </w:r>
    </w:p>
    <w:p>
      <w:r>
        <w:rPr>
          <w:rFonts w:ascii="Georgia" w:hAnsi="Georgia" w:eastAsia="Georgia"/>
          <w:sz w:val="23"/>
        </w:rPr>
        <w:t>It changed resource priority.</w:t>
      </w:r>
    </w:p>
    <w:p>
      <w:r>
        <w:rPr>
          <w:rFonts w:ascii="Georgia" w:hAnsi="Georgia" w:eastAsia="Georgia"/>
          <w:sz w:val="23"/>
        </w:rPr>
        <w:t>A remote reviewer occupied with another case could still be unavailable.</w:t>
      </w:r>
    </w:p>
    <w:p>
      <w:r>
        <w:rPr>
          <w:rFonts w:ascii="Georgia" w:hAnsi="Georgia" w:eastAsia="Georgia"/>
          <w:sz w:val="23"/>
        </w:rPr>
        <w:t>But the system could no longer classify Len’s case as merely waiting for review while his motor function declined.</w:t>
      </w:r>
    </w:p>
    <w:p>
      <w:r>
        <w:rPr>
          <w:rFonts w:ascii="Georgia" w:hAnsi="Georgia" w:eastAsia="Georgia"/>
          <w:sz w:val="23"/>
        </w:rPr>
        <w:t>Kera refused to label the patch a solution.</w:t>
      </w:r>
    </w:p>
    <w:p>
      <w:r>
        <w:rPr>
          <w:rFonts w:ascii="Georgia" w:hAnsi="Georgia" w:eastAsia="Georgia"/>
          <w:sz w:val="23"/>
        </w:rPr>
        <w:t>She called it a measurement repair.</w:t>
      </w:r>
    </w:p>
    <w:p>
      <w:r>
        <w:rPr>
          <w:rFonts w:ascii="Georgia" w:hAnsi="Georgia" w:eastAsia="Georgia"/>
          <w:sz w:val="23"/>
        </w:rPr>
        <w:t>Varo asked what it would cost.</w:t>
      </w:r>
    </w:p>
    <w:p>
      <w:r>
        <w:rPr>
          <w:rFonts w:ascii="Georgia" w:hAnsi="Georgia" w:eastAsia="Georgia"/>
          <w:sz w:val="23"/>
        </w:rPr>
        <w:t>Rema said, “More interruptions.”</w:t>
      </w:r>
    </w:p>
    <w:p>
      <w:r>
        <w:rPr>
          <w:rFonts w:ascii="Georgia" w:hAnsi="Georgia" w:eastAsia="Georgia"/>
          <w:sz w:val="23"/>
        </w:rPr>
        <w:t>Savi said, “More people we do not have.”</w:t>
      </w:r>
    </w:p>
    <w:p>
      <w:r>
        <w:rPr>
          <w:rFonts w:ascii="Georgia" w:hAnsi="Georgia" w:eastAsia="Georgia"/>
          <w:sz w:val="23"/>
        </w:rPr>
        <w:t>No one corrected him.</w:t>
      </w:r>
    </w:p>
    <w:p>
      <w:r>
        <w:rPr>
          <w:rFonts w:ascii="Georgia" w:hAnsi="Georgia" w:eastAsia="Georgia"/>
          <w:sz w:val="23"/>
        </w:rPr>
        <w:t>The shortage remained real after the form improved.</w:t>
      </w:r>
    </w:p>
    <w:p>
      <w:pPr>
        <w:spacing w:before="80" w:after="80"/>
        <w:jc w:val="center"/>
      </w:pPr>
      <w:r>
        <w:rPr>
          <w:rFonts w:ascii="Georgia" w:hAnsi="Georgia" w:eastAsia="Georgia"/>
          <w:sz w:val="23"/>
        </w:rPr>
        <w:t>§</w:t>
      </w:r>
    </w:p>
    <w:p>
      <w:r>
        <w:rPr>
          <w:rFonts w:ascii="Georgia" w:hAnsi="Georgia" w:eastAsia="Georgia"/>
          <w:sz w:val="23"/>
        </w:rPr>
        <w:t>At 1238 I returned to our site.</w:t>
      </w:r>
    </w:p>
    <w:p>
      <w:r>
        <w:rPr>
          <w:rFonts w:ascii="Georgia" w:hAnsi="Georgia" w:eastAsia="Georgia"/>
          <w:sz w:val="23"/>
        </w:rPr>
        <w:t>My queue had seven cases.</w:t>
      </w:r>
    </w:p>
    <w:p>
      <w:r>
        <w:rPr>
          <w:rFonts w:ascii="Georgia" w:hAnsi="Georgia" w:eastAsia="Georgia"/>
          <w:sz w:val="23"/>
        </w:rPr>
        <w:t>Three were inside my restored sole-start scope.</w:t>
      </w:r>
    </w:p>
    <w:p>
      <w:r>
        <w:rPr>
          <w:rFonts w:ascii="Georgia" w:hAnsi="Georgia" w:eastAsia="Georgia"/>
          <w:sz w:val="23"/>
        </w:rPr>
        <w:t>Miren was at the fabrication table measuring a bracket for a case on the fourth floor.</w:t>
      </w:r>
    </w:p>
    <w:p>
      <w:r>
        <w:rPr>
          <w:rFonts w:ascii="Georgia" w:hAnsi="Georgia" w:eastAsia="Georgia"/>
          <w:sz w:val="23"/>
        </w:rPr>
        <w:t>She looked at the North Reach event marker on my terminal.</w:t>
      </w:r>
    </w:p>
    <w:p>
      <w:r>
        <w:rPr>
          <w:rFonts w:ascii="Georgia" w:hAnsi="Georgia" w:eastAsia="Georgia"/>
          <w:sz w:val="23"/>
        </w:rPr>
        <w:t>“What happened?”</w:t>
      </w:r>
    </w:p>
    <w:p>
      <w:r>
        <w:rPr>
          <w:rFonts w:ascii="Georgia" w:hAnsi="Georgia" w:eastAsia="Georgia"/>
          <w:sz w:val="23"/>
        </w:rPr>
        <w:t>“A patient deteriorated while waiting for a second signatory.”</w:t>
      </w:r>
    </w:p>
    <w:p>
      <w:r>
        <w:rPr>
          <w:rFonts w:ascii="Georgia" w:hAnsi="Georgia" w:eastAsia="Georgia"/>
          <w:sz w:val="23"/>
        </w:rPr>
        <w:t>She stopped measuring.</w:t>
      </w:r>
    </w:p>
    <w:p>
      <w:r>
        <w:rPr>
          <w:rFonts w:ascii="Georgia" w:hAnsi="Georgia" w:eastAsia="Georgia"/>
          <w:sz w:val="23"/>
        </w:rPr>
        <w:t>“Because the review took too long?”</w:t>
      </w:r>
    </w:p>
    <w:p>
      <w:r>
        <w:rPr>
          <w:rFonts w:ascii="Georgia" w:hAnsi="Georgia" w:eastAsia="Georgia"/>
          <w:sz w:val="23"/>
        </w:rPr>
        <w:t>“During the delay. We cannot establish that earlier intervention would have prevented the deficit.”</w:t>
      </w:r>
    </w:p>
    <w:p>
      <w:r>
        <w:rPr>
          <w:rFonts w:ascii="Georgia" w:hAnsi="Georgia" w:eastAsia="Georgia"/>
          <w:sz w:val="23"/>
        </w:rPr>
        <w:t>“But he got worse while they waited.”</w:t>
      </w:r>
    </w:p>
    <w:p>
      <w:r>
        <w:rPr>
          <w:rFonts w:ascii="Georgia" w:hAnsi="Georgia" w:eastAsia="Georgia"/>
          <w:sz w:val="23"/>
        </w:rPr>
        <w:t>“Yes.”</w:t>
      </w:r>
    </w:p>
    <w:p>
      <w:r>
        <w:rPr>
          <w:rFonts w:ascii="Georgia" w:hAnsi="Georgia" w:eastAsia="Georgia"/>
          <w:sz w:val="23"/>
        </w:rPr>
        <w:t>She set the gauge down.</w:t>
      </w:r>
    </w:p>
    <w:p>
      <w:r>
        <w:rPr>
          <w:rFonts w:ascii="Georgia" w:hAnsi="Georgia" w:eastAsia="Georgia"/>
          <w:sz w:val="23"/>
        </w:rPr>
        <w:t>“Was the rule wrong?”</w:t>
      </w:r>
    </w:p>
    <w:p>
      <w:r>
        <w:rPr>
          <w:rFonts w:ascii="Georgia" w:hAnsi="Georgia" w:eastAsia="Georgia"/>
          <w:sz w:val="23"/>
        </w:rPr>
        <w:t>I thought about Lysa.</w:t>
      </w:r>
    </w:p>
    <w:p>
      <w:r>
        <w:rPr>
          <w:rFonts w:ascii="Georgia" w:hAnsi="Georgia" w:eastAsia="Georgia"/>
          <w:sz w:val="23"/>
        </w:rPr>
        <w:t>Nine seconds.</w:t>
      </w:r>
    </w:p>
    <w:p>
      <w:r>
        <w:rPr>
          <w:rFonts w:ascii="Georgia" w:hAnsi="Georgia" w:eastAsia="Georgia"/>
          <w:sz w:val="23"/>
        </w:rPr>
        <w:t>I thought about Len.</w:t>
      </w:r>
    </w:p>
    <w:p>
      <w:r>
        <w:rPr>
          <w:rFonts w:ascii="Georgia" w:hAnsi="Georgia" w:eastAsia="Georgia"/>
          <w:sz w:val="23"/>
        </w:rPr>
        <w:t>Forty-six minutes after the second-signatory request opened.</w:t>
      </w:r>
    </w:p>
    <w:p>
      <w:r>
        <w:rPr>
          <w:rFonts w:ascii="Georgia" w:hAnsi="Georgia" w:eastAsia="Georgia"/>
          <w:sz w:val="23"/>
        </w:rPr>
        <w:t>“Not in the way I know how to prove.”</w:t>
      </w:r>
    </w:p>
    <w:p>
      <w:r>
        <w:rPr>
          <w:rFonts w:ascii="Georgia" w:hAnsi="Georgia" w:eastAsia="Georgia"/>
          <w:sz w:val="23"/>
        </w:rPr>
        <w:t>Miren picked up the gauge again.</w:t>
      </w:r>
    </w:p>
    <w:p>
      <w:r>
        <w:rPr>
          <w:rFonts w:ascii="Georgia" w:hAnsi="Georgia" w:eastAsia="Georgia"/>
          <w:sz w:val="23"/>
        </w:rPr>
        <w:t>“That sounds expensive.”</w:t>
      </w:r>
    </w:p>
    <w:p>
      <w:r>
        <w:rPr>
          <w:rFonts w:ascii="Georgia" w:hAnsi="Georgia" w:eastAsia="Georgia"/>
          <w:sz w:val="23"/>
        </w:rPr>
        <w:t>“It is.”</w:t>
      </w:r>
    </w:p>
    <w:p>
      <w:r>
        <w:rPr>
          <w:rFonts w:ascii="Georgia" w:hAnsi="Georgia" w:eastAsia="Georgia"/>
          <w:sz w:val="23"/>
        </w:rPr>
        <w:t>She did not offer another sentence.</w:t>
      </w:r>
    </w:p>
    <w:p>
      <w:r>
        <w:rPr>
          <w:rFonts w:ascii="Georgia" w:hAnsi="Georgia" w:eastAsia="Georgia"/>
          <w:sz w:val="23"/>
        </w:rPr>
        <w:t>Neither did I.</w:t>
      </w:r>
    </w:p>
    <w:p>
      <w:pPr>
        <w:spacing w:before="80" w:after="80"/>
        <w:jc w:val="center"/>
      </w:pPr>
      <w:r>
        <w:rPr>
          <w:rFonts w:ascii="Georgia" w:hAnsi="Georgia" w:eastAsia="Georgia"/>
          <w:sz w:val="23"/>
        </w:rPr>
        <w:t>§</w:t>
      </w:r>
    </w:p>
    <w:p>
      <w:r>
        <w:rPr>
          <w:rFonts w:ascii="Georgia" w:hAnsi="Georgia" w:eastAsia="Georgia"/>
          <w:sz w:val="23"/>
        </w:rPr>
        <w:t>At 1412 the regional board opened a new incident category.</w:t>
      </w:r>
    </w:p>
    <w:p>
      <w:r>
        <w:rPr>
          <w:rFonts w:ascii="Georgia" w:hAnsi="Georgia" w:eastAsia="Georgia"/>
          <w:sz w:val="23"/>
        </w:rPr>
        <w:t>DELAY-ASSOCIATED CLINICAL DETERIORATION UNDER AUTHORIZATION CONTROL.</w:t>
      </w:r>
    </w:p>
    <w:p>
      <w:r>
        <w:rPr>
          <w:rFonts w:ascii="Georgia" w:hAnsi="Georgia" w:eastAsia="Georgia"/>
          <w:sz w:val="23"/>
        </w:rPr>
        <w:t>I disliked the phrase.</w:t>
      </w:r>
    </w:p>
    <w:p>
      <w:r>
        <w:rPr>
          <w:rFonts w:ascii="Georgia" w:hAnsi="Georgia" w:eastAsia="Georgia"/>
          <w:sz w:val="23"/>
        </w:rPr>
        <w:t>It was ugly enough to be useful.</w:t>
      </w:r>
    </w:p>
    <w:p>
      <w:r>
        <w:rPr>
          <w:rFonts w:ascii="Georgia" w:hAnsi="Georgia" w:eastAsia="Georgia"/>
          <w:sz w:val="23"/>
        </w:rPr>
        <w:t>The record beneath it contained no causal claim that the control had injured Len.</w:t>
      </w:r>
    </w:p>
    <w:p>
      <w:r>
        <w:rPr>
          <w:rFonts w:ascii="Georgia" w:hAnsi="Georgia" w:eastAsia="Georgia"/>
          <w:sz w:val="23"/>
        </w:rPr>
        <w:t>It also contained no language pretending the interval had been clinically empty.</w:t>
      </w:r>
    </w:p>
    <w:p>
      <w:r>
        <w:rPr>
          <w:rFonts w:ascii="Georgia" w:hAnsi="Georgia" w:eastAsia="Georgia"/>
          <w:sz w:val="23"/>
        </w:rPr>
        <w:t>The event was linked to the North Reach validation record, the paired-review availability distribution, the conservative-pathway specification, the legacy-ancestry gap, the operator’s documented request, Len’s consent statement, and the eventual intervention result.</w:t>
      </w:r>
    </w:p>
    <w:p>
      <w:r>
        <w:rPr>
          <w:rFonts w:ascii="Georgia" w:hAnsi="Georgia" w:eastAsia="Georgia"/>
          <w:sz w:val="23"/>
        </w:rPr>
        <w:t>Nothing was removed.</w:t>
      </w:r>
    </w:p>
    <w:p>
      <w:r>
        <w:rPr>
          <w:rFonts w:ascii="Georgia" w:hAnsi="Georgia" w:eastAsia="Georgia"/>
          <w:sz w:val="23"/>
        </w:rPr>
        <w:t>At 1431 someone proposed adding the event to the evidence supporting broader sole-start release.</w:t>
      </w:r>
    </w:p>
    <w:p>
      <w:r>
        <w:rPr>
          <w:rFonts w:ascii="Georgia" w:hAnsi="Georgia" w:eastAsia="Georgia"/>
          <w:sz w:val="23"/>
        </w:rPr>
        <w:t>The argument was understandable.</w:t>
      </w:r>
    </w:p>
    <w:p>
      <w:r>
        <w:rPr>
          <w:rFonts w:ascii="Georgia" w:hAnsi="Georgia" w:eastAsia="Georgia"/>
          <w:sz w:val="23"/>
        </w:rPr>
        <w:t>If waiting could cause harm, allowing more operators to act alone might reduce delay.</w:t>
      </w:r>
    </w:p>
    <w:p>
      <w:r>
        <w:rPr>
          <w:rFonts w:ascii="Georgia" w:hAnsi="Georgia" w:eastAsia="Georgia"/>
          <w:sz w:val="23"/>
        </w:rPr>
        <w:t>I rejected the proposal.</w:t>
      </w:r>
    </w:p>
    <w:p>
      <w:r>
        <w:rPr>
          <w:rFonts w:ascii="Georgia" w:hAnsi="Georgia" w:eastAsia="Georgia"/>
          <w:sz w:val="23"/>
        </w:rPr>
        <w:t>Not because the event was irrelevant.</w:t>
      </w:r>
    </w:p>
    <w:p>
      <w:r>
        <w:rPr>
          <w:rFonts w:ascii="Georgia" w:hAnsi="Georgia" w:eastAsia="Georgia"/>
          <w:sz w:val="23"/>
        </w:rPr>
        <w:t>Because it supported a different claim.</w:t>
      </w:r>
    </w:p>
    <w:p>
      <w:r>
        <w:rPr>
          <w:rFonts w:ascii="Georgia" w:hAnsi="Georgia" w:eastAsia="Georgia"/>
          <w:sz w:val="23"/>
        </w:rPr>
        <w:t>Len’s case established that the current control had costs under some staffing and clinical conditions.</w:t>
      </w:r>
    </w:p>
    <w:p>
      <w:r>
        <w:rPr>
          <w:rFonts w:ascii="Georgia" w:hAnsi="Georgia" w:eastAsia="Georgia"/>
          <w:sz w:val="23"/>
        </w:rPr>
        <w:t>It did not establish that the uncertain intervention was safe without the control.</w:t>
      </w:r>
    </w:p>
    <w:p>
      <w:r>
        <w:rPr>
          <w:rFonts w:ascii="Georgia" w:hAnsi="Georgia" w:eastAsia="Georgia"/>
          <w:sz w:val="23"/>
        </w:rPr>
        <w:t>The distinction angered Varo Hesh when he called at 1450.</w:t>
      </w:r>
    </w:p>
    <w:p>
      <w:r>
        <w:rPr>
          <w:rFonts w:ascii="Georgia" w:hAnsi="Georgia" w:eastAsia="Georgia"/>
          <w:sz w:val="23"/>
        </w:rPr>
        <w:t>“You can use the case to prove the restriction costs us, but not to remove the restriction.”</w:t>
      </w:r>
    </w:p>
    <w:p>
      <w:r>
        <w:rPr>
          <w:rFonts w:ascii="Georgia" w:hAnsi="Georgia" w:eastAsia="Georgia"/>
          <w:sz w:val="23"/>
        </w:rPr>
        <w:t>“Correct.”</w:t>
      </w:r>
    </w:p>
    <w:p>
      <w:r>
        <w:rPr>
          <w:rFonts w:ascii="Georgia" w:hAnsi="Georgia" w:eastAsia="Georgia"/>
          <w:sz w:val="23"/>
        </w:rPr>
        <w:t>“Do you hear how convenient that is?”</w:t>
      </w:r>
    </w:p>
    <w:p>
      <w:r>
        <w:rPr>
          <w:rFonts w:ascii="Georgia" w:hAnsi="Georgia" w:eastAsia="Georgia"/>
          <w:sz w:val="23"/>
        </w:rPr>
        <w:t>“Yes.”</w:t>
      </w:r>
    </w:p>
    <w:p>
      <w:r>
        <w:rPr>
          <w:rFonts w:ascii="Georgia" w:hAnsi="Georgia" w:eastAsia="Georgia"/>
          <w:sz w:val="23"/>
        </w:rPr>
        <w:t>“Does that bother you?”</w:t>
      </w:r>
    </w:p>
    <w:p>
      <w:r>
        <w:rPr>
          <w:rFonts w:ascii="Georgia" w:hAnsi="Georgia" w:eastAsia="Georgia"/>
          <w:sz w:val="23"/>
        </w:rPr>
        <w:t>“Yes.”</w:t>
      </w:r>
    </w:p>
    <w:p>
      <w:r>
        <w:rPr>
          <w:rFonts w:ascii="Georgia" w:hAnsi="Georgia" w:eastAsia="Georgia"/>
          <w:sz w:val="23"/>
        </w:rPr>
        <w:t>“And?”</w:t>
      </w:r>
    </w:p>
    <w:p>
      <w:r>
        <w:rPr>
          <w:rFonts w:ascii="Georgia" w:hAnsi="Georgia" w:eastAsia="Georgia"/>
          <w:sz w:val="23"/>
        </w:rPr>
        <w:t>“Convenience is not evidence either.”</w:t>
      </w:r>
    </w:p>
    <w:p>
      <w:r>
        <w:rPr>
          <w:rFonts w:ascii="Georgia" w:hAnsi="Georgia" w:eastAsia="Georgia"/>
          <w:sz w:val="23"/>
        </w:rPr>
        <w:t>He disconnected without saying goodbye.</w:t>
      </w:r>
    </w:p>
    <w:p>
      <w:r>
        <w:rPr>
          <w:rFonts w:ascii="Georgia" w:hAnsi="Georgia" w:eastAsia="Georgia"/>
          <w:sz w:val="23"/>
        </w:rPr>
        <w:t>I did not blame him.</w:t>
      </w:r>
    </w:p>
    <w:p>
      <w:r>
        <w:rPr>
          <w:rFonts w:ascii="Georgia" w:hAnsi="Georgia" w:eastAsia="Georgia"/>
          <w:sz w:val="23"/>
        </w:rPr>
        <w:t>At 1517 Kera sent a note.</w:t>
      </w:r>
    </w:p>
    <w:p>
      <w:r>
        <w:rPr>
          <w:rFonts w:ascii="Georgia" w:hAnsi="Georgia" w:eastAsia="Georgia"/>
          <w:sz w:val="23"/>
        </w:rPr>
        <w:t>YOU ARE ALLOWED TO BE DISLIKED FOR A CORRECT DISTINCTION.</w:t>
      </w:r>
    </w:p>
    <w:p>
      <w:r>
        <w:rPr>
          <w:rFonts w:ascii="Georgia" w:hAnsi="Georgia" w:eastAsia="Georgia"/>
          <w:sz w:val="23"/>
        </w:rPr>
        <w:t>I wrote back:</w:t>
      </w:r>
    </w:p>
    <w:p>
      <w:r>
        <w:rPr>
          <w:rFonts w:ascii="Georgia" w:hAnsi="Georgia" w:eastAsia="Georgia"/>
          <w:sz w:val="23"/>
        </w:rPr>
        <w:t>THAT DOES NOT MAKE THE DISTINCTION CORRECT.</w:t>
      </w:r>
    </w:p>
    <w:p>
      <w:r>
        <w:rPr>
          <w:rFonts w:ascii="Georgia" w:hAnsi="Georgia" w:eastAsia="Georgia"/>
          <w:sz w:val="23"/>
        </w:rPr>
        <w:t>Her reply arrived twelve seconds later.</w:t>
      </w:r>
    </w:p>
    <w:p>
      <w:r>
        <w:rPr>
          <w:rFonts w:ascii="Georgia" w:hAnsi="Georgia" w:eastAsia="Georgia"/>
          <w:sz w:val="23"/>
        </w:rPr>
        <w:t>NO. THE EVIDENCE DOES.</w:t>
      </w:r>
    </w:p>
    <w:p>
      <w:r>
        <w:rPr>
          <w:rFonts w:ascii="Georgia" w:hAnsi="Georgia" w:eastAsia="Georgia"/>
          <w:sz w:val="23"/>
        </w:rPr>
        <w:t>I left it there.</w:t>
      </w:r>
    </w:p>
    <w:p>
      <w:pPr>
        <w:spacing w:before="80" w:after="80"/>
        <w:jc w:val="center"/>
      </w:pPr>
      <w:r>
        <w:rPr>
          <w:rFonts w:ascii="Georgia" w:hAnsi="Georgia" w:eastAsia="Georgia"/>
          <w:sz w:val="23"/>
        </w:rPr>
        <w:t>§</w:t>
      </w:r>
    </w:p>
    <w:p>
      <w:r>
        <w:rPr>
          <w:rFonts w:ascii="Georgia" w:hAnsi="Georgia" w:eastAsia="Georgia"/>
          <w:sz w:val="23"/>
        </w:rPr>
        <w:t>At 1744 Rema sent an update from North Reach.</w:t>
      </w:r>
    </w:p>
    <w:p>
      <w:r>
        <w:rPr>
          <w:rFonts w:ascii="Georgia" w:hAnsi="Georgia" w:eastAsia="Georgia"/>
          <w:sz w:val="23"/>
        </w:rPr>
        <w:t>Len had regained a small amount of ankle movement.</w:t>
      </w:r>
    </w:p>
    <w:p>
      <w:r>
        <w:rPr>
          <w:rFonts w:ascii="Georgia" w:hAnsi="Georgia" w:eastAsia="Georgia"/>
          <w:sz w:val="23"/>
        </w:rPr>
        <w:t>The nerve-conduction trend was improving.</w:t>
      </w:r>
    </w:p>
    <w:p>
      <w:r>
        <w:rPr>
          <w:rFonts w:ascii="Georgia" w:hAnsi="Georgia" w:eastAsia="Georgia"/>
          <w:sz w:val="23"/>
        </w:rPr>
        <w:t>No prediction had changed.</w:t>
      </w:r>
    </w:p>
    <w:p>
      <w:r>
        <w:rPr>
          <w:rFonts w:ascii="Georgia" w:hAnsi="Georgia" w:eastAsia="Georgia"/>
          <w:sz w:val="23"/>
        </w:rPr>
        <w:t>He had asked for one thing to be added to the incident record.</w:t>
      </w:r>
    </w:p>
    <w:p>
      <w:r>
        <w:rPr>
          <w:rFonts w:ascii="Georgia" w:hAnsi="Georgia" w:eastAsia="Georgia"/>
          <w:sz w:val="23"/>
        </w:rPr>
        <w:t>Not his sealed association history.</w:t>
      </w:r>
    </w:p>
    <w:p>
      <w:r>
        <w:rPr>
          <w:rFonts w:ascii="Georgia" w:hAnsi="Georgia" w:eastAsia="Georgia"/>
          <w:sz w:val="23"/>
        </w:rPr>
        <w:t>Not a complaint against Savi.</w:t>
      </w:r>
    </w:p>
    <w:p>
      <w:r>
        <w:rPr>
          <w:rFonts w:ascii="Georgia" w:hAnsi="Georgia" w:eastAsia="Georgia"/>
          <w:sz w:val="23"/>
        </w:rPr>
        <w:t>Not a statement that the two-percent adjustment should have been started earlier.</w:t>
      </w:r>
    </w:p>
    <w:p>
      <w:r>
        <w:rPr>
          <w:rFonts w:ascii="Georgia" w:hAnsi="Georgia" w:eastAsia="Georgia"/>
          <w:sz w:val="23"/>
        </w:rPr>
        <w:t>One sentence:</w:t>
      </w:r>
    </w:p>
    <w:p>
      <w:r>
        <w:rPr>
          <w:rFonts w:ascii="Georgia" w:hAnsi="Georgia" w:eastAsia="Georgia"/>
          <w:sz w:val="23"/>
        </w:rPr>
        <w:t>PATIENT WAS NOT CLINICALLY STATIC DURING AUTHORIZATION DELAY.</w:t>
      </w:r>
    </w:p>
    <w:p>
      <w:r>
        <w:rPr>
          <w:rFonts w:ascii="Georgia" w:hAnsi="Georgia" w:eastAsia="Georgia"/>
          <w:sz w:val="23"/>
        </w:rPr>
        <w:t>I approved the sentence as factual.</w:t>
      </w:r>
    </w:p>
    <w:p>
      <w:r>
        <w:rPr>
          <w:rFonts w:ascii="Georgia" w:hAnsi="Georgia" w:eastAsia="Georgia"/>
          <w:sz w:val="23"/>
        </w:rPr>
        <w:t>No one asked me to approve its implication.</w:t>
      </w:r>
    </w:p>
    <w:p>
      <w:r>
        <w:rPr>
          <w:rFonts w:ascii="Georgia" w:hAnsi="Georgia" w:eastAsia="Georgia"/>
          <w:sz w:val="23"/>
        </w:rPr>
        <w:t>At 1810 I reopened the original North Reach deployment packet.</w:t>
      </w:r>
    </w:p>
    <w:p>
      <w:r>
        <w:rPr>
          <w:rFonts w:ascii="Georgia" w:hAnsi="Georgia" w:eastAsia="Georgia"/>
          <w:sz w:val="23"/>
        </w:rPr>
        <w:t>The line I had signed weeks earlier remained:</w:t>
      </w:r>
    </w:p>
    <w:p>
      <w:r>
        <w:rPr>
          <w:rFonts w:ascii="Georgia" w:hAnsi="Georgia" w:eastAsia="Georgia"/>
          <w:sz w:val="23"/>
        </w:rPr>
        <w:t>IF PAIRED REVIEW CANNOT BE OBTAINED INSIDE THE CLINICAL TIME WINDOW, THE INTERVENTION EITHER WAITS OR FALLS BACK TO A MORE CONSERVATIVE PATHWAY.</w:t>
      </w:r>
    </w:p>
    <w:p>
      <w:r>
        <w:rPr>
          <w:rFonts w:ascii="Georgia" w:hAnsi="Georgia" w:eastAsia="Georgia"/>
          <w:sz w:val="23"/>
        </w:rPr>
        <w:t>The sentence had seemed complete.</w:t>
      </w:r>
    </w:p>
    <w:p>
      <w:r>
        <w:rPr>
          <w:rFonts w:ascii="Georgia" w:hAnsi="Georgia" w:eastAsia="Georgia"/>
          <w:sz w:val="23"/>
        </w:rPr>
        <w:t>It contained two pathways.</w:t>
      </w:r>
    </w:p>
    <w:p>
      <w:r>
        <w:rPr>
          <w:rFonts w:ascii="Georgia" w:hAnsi="Georgia" w:eastAsia="Georgia"/>
          <w:sz w:val="23"/>
        </w:rPr>
        <w:t>It did not contain time as an active participant in either one.</w:t>
      </w:r>
    </w:p>
    <w:p>
      <w:r>
        <w:rPr>
          <w:rFonts w:ascii="Georgia" w:hAnsi="Georgia" w:eastAsia="Georgia"/>
          <w:sz w:val="23"/>
        </w:rPr>
        <w:t>Waiting had been written as a blank space between decisions.</w:t>
      </w:r>
    </w:p>
    <w:p>
      <w:r>
        <w:rPr>
          <w:rFonts w:ascii="Georgia" w:hAnsi="Georgia" w:eastAsia="Georgia"/>
          <w:sz w:val="23"/>
        </w:rPr>
        <w:t>Len had occupied it with a body.</w:t>
      </w:r>
    </w:p>
    <w:p>
      <w:r>
        <w:rPr>
          <w:rFonts w:ascii="Georgia" w:hAnsi="Georgia" w:eastAsia="Georgia"/>
          <w:sz w:val="23"/>
        </w:rPr>
        <w:t>I did not amend the old sentence.</w:t>
      </w:r>
    </w:p>
    <w:p>
      <w:r>
        <w:rPr>
          <w:rFonts w:ascii="Georgia" w:hAnsi="Georgia" w:eastAsia="Georgia"/>
          <w:sz w:val="23"/>
        </w:rPr>
        <w:t>It had accurately described what we believed the system was doing when I signed it.</w:t>
      </w:r>
    </w:p>
    <w:p>
      <w:r>
        <w:rPr>
          <w:rFonts w:ascii="Georgia" w:hAnsi="Georgia" w:eastAsia="Georgia"/>
          <w:sz w:val="23"/>
        </w:rPr>
        <w:t>I added the incident link beside it.</w:t>
      </w:r>
    </w:p>
    <w:p>
      <w:r>
        <w:rPr>
          <w:rFonts w:ascii="Georgia" w:hAnsi="Georgia" w:eastAsia="Georgia"/>
          <w:sz w:val="23"/>
        </w:rPr>
        <w:t>Then I closed the record.</w:t>
      </w:r>
    </w:p>
    <w:p>
      <w:pPr>
        <w:spacing w:before="80" w:after="80"/>
        <w:jc w:val="center"/>
      </w:pPr>
      <w:r>
        <w:rPr>
          <w:rFonts w:ascii="Georgia" w:hAnsi="Georgia" w:eastAsia="Georgia"/>
          <w:sz w:val="23"/>
        </w:rPr>
        <w:t>§</w:t>
      </w:r>
    </w:p>
    <w:p>
      <w:r>
        <w:rPr>
          <w:rFonts w:ascii="Georgia" w:hAnsi="Georgia" w:eastAsia="Georgia"/>
          <w:sz w:val="23"/>
        </w:rPr>
        <w:t>At 2036 Rema sent one image from Len’s bedside with his permission.</w:t>
      </w:r>
    </w:p>
    <w:p>
      <w:r>
        <w:rPr>
          <w:rFonts w:ascii="Georgia" w:hAnsi="Georgia" w:eastAsia="Georgia"/>
          <w:sz w:val="23"/>
        </w:rPr>
        <w:t>Not his face.</w:t>
      </w:r>
    </w:p>
    <w:p>
      <w:r>
        <w:rPr>
          <w:rFonts w:ascii="Georgia" w:hAnsi="Georgia" w:eastAsia="Georgia"/>
          <w:sz w:val="23"/>
        </w:rPr>
        <w:t>His feet under the sheet.</w:t>
      </w:r>
    </w:p>
    <w:p>
      <w:r>
        <w:rPr>
          <w:rFonts w:ascii="Georgia" w:hAnsi="Georgia" w:eastAsia="Georgia"/>
          <w:sz w:val="23"/>
        </w:rPr>
        <w:t>The right foot rested neutral.</w:t>
      </w:r>
    </w:p>
    <w:p>
      <w:r>
        <w:rPr>
          <w:rFonts w:ascii="Georgia" w:hAnsi="Georgia" w:eastAsia="Georgia"/>
          <w:sz w:val="23"/>
        </w:rPr>
        <w:t>The left still fell outward slightly.</w:t>
      </w:r>
    </w:p>
    <w:p>
      <w:r>
        <w:rPr>
          <w:rFonts w:ascii="Georgia" w:hAnsi="Georgia" w:eastAsia="Georgia"/>
          <w:sz w:val="23"/>
        </w:rPr>
        <w:t>A short note followed.</w:t>
      </w:r>
    </w:p>
    <w:p>
      <w:r>
        <w:rPr>
          <w:rFonts w:ascii="Georgia" w:hAnsi="Georgia" w:eastAsia="Georgia"/>
          <w:sz w:val="23"/>
        </w:rPr>
        <w:t>HE WANTED YOU TO KNOW THERE IS MOVEMENT NOW.</w:t>
      </w:r>
    </w:p>
    <w:p>
      <w:r>
        <w:rPr>
          <w:rFonts w:ascii="Georgia" w:hAnsi="Georgia" w:eastAsia="Georgia"/>
          <w:sz w:val="23"/>
        </w:rPr>
        <w:t>I opened the live motor update.</w:t>
      </w:r>
    </w:p>
    <w:p>
      <w:r>
        <w:rPr>
          <w:rFonts w:ascii="Georgia" w:hAnsi="Georgia" w:eastAsia="Georgia"/>
          <w:sz w:val="23"/>
        </w:rPr>
        <w:t>Len tried again while the clinician watched.</w:t>
      </w:r>
    </w:p>
    <w:p>
      <w:r>
        <w:rPr>
          <w:rFonts w:ascii="Georgia" w:hAnsi="Georgia" w:eastAsia="Georgia"/>
          <w:sz w:val="23"/>
        </w:rPr>
        <w:t>The heel pressed against the sheet and shifted less than a centimeter. It did not clear.</w:t>
      </w:r>
    </w:p>
    <w:p>
      <w:r>
        <w:rPr>
          <w:rFonts w:ascii="Georgia" w:hAnsi="Georgia" w:eastAsia="Georgia"/>
          <w:sz w:val="23"/>
        </w:rPr>
        <w:t>The toes did not move.</w:t>
      </w:r>
    </w:p>
    <w:p>
      <w:pPr>
        <w:keepNext/>
        <w:pageBreakBefore/>
        <w:jc w:val="center"/>
      </w:pPr>
      <w:r>
        <w:rPr>
          <w:rFonts w:ascii="Georgia" w:hAnsi="Georgia" w:eastAsia="Georgia"/>
          <w:b/>
          <w:sz w:val="28"/>
        </w:rPr>
        <w:t>Chapter Twenty — The Other Clock</w:t>
      </w:r>
    </w:p>
    <w:p>
      <w:r>
        <w:rPr>
          <w:rFonts w:ascii="Georgia" w:hAnsi="Georgia" w:eastAsia="Georgia"/>
          <w:sz w:val="23"/>
        </w:rPr>
        <w:t>Len Aras lifted his heel four millimeters on the second morning.</w:t>
      </w:r>
    </w:p>
    <w:p>
      <w:r>
        <w:rPr>
          <w:rFonts w:ascii="Georgia" w:hAnsi="Georgia" w:eastAsia="Georgia"/>
          <w:sz w:val="23"/>
        </w:rPr>
        <w:t>The toes still did not clear the sheet.</w:t>
      </w:r>
    </w:p>
    <w:p>
      <w:r>
        <w:rPr>
          <w:rFonts w:ascii="Georgia" w:hAnsi="Georgia" w:eastAsia="Georgia"/>
          <w:sz w:val="23"/>
        </w:rPr>
        <w:t>North Reach recorded both facts before anyone discussed policy.</w:t>
      </w:r>
    </w:p>
    <w:p>
      <w:r>
        <w:rPr>
          <w:rFonts w:ascii="Georgia" w:hAnsi="Georgia" w:eastAsia="Georgia"/>
          <w:sz w:val="23"/>
        </w:rPr>
        <w:t>Rema Korr had asked for that order.</w:t>
      </w:r>
    </w:p>
    <w:p>
      <w:r>
        <w:rPr>
          <w:rFonts w:ascii="Georgia" w:hAnsi="Georgia" w:eastAsia="Georgia"/>
          <w:sz w:val="23"/>
        </w:rPr>
        <w:t>“Body first,” she said. “Then our explanation of what happened to it.”</w:t>
      </w:r>
    </w:p>
    <w:p>
      <w:r>
        <w:rPr>
          <w:rFonts w:ascii="Georgia" w:hAnsi="Georgia" w:eastAsia="Georgia"/>
          <w:sz w:val="23"/>
        </w:rPr>
        <w:t>Len looked at her from the bed.</w:t>
      </w:r>
    </w:p>
    <w:p>
      <w:r>
        <w:rPr>
          <w:rFonts w:ascii="Georgia" w:hAnsi="Georgia" w:eastAsia="Georgia"/>
          <w:sz w:val="23"/>
        </w:rPr>
        <w:t>“My body is going to be disappointed by the amount of paperwork it has produced.”</w:t>
      </w:r>
    </w:p>
    <w:p>
      <w:r>
        <w:rPr>
          <w:rFonts w:ascii="Georgia" w:hAnsi="Georgia" w:eastAsia="Georgia"/>
          <w:sz w:val="23"/>
        </w:rPr>
        <w:t>Rema did not smile.</w:t>
      </w:r>
    </w:p>
    <w:p>
      <w:r>
        <w:rPr>
          <w:rFonts w:ascii="Georgia" w:hAnsi="Georgia" w:eastAsia="Georgia"/>
          <w:sz w:val="23"/>
        </w:rPr>
        <w:t>“That is not the body’s problem.”</w:t>
      </w:r>
    </w:p>
    <w:p>
      <w:r>
        <w:rPr>
          <w:rFonts w:ascii="Georgia" w:hAnsi="Georgia" w:eastAsia="Georgia"/>
          <w:sz w:val="23"/>
        </w:rPr>
        <w:t>“Then keep it that way.”</w:t>
      </w:r>
    </w:p>
    <w:p>
      <w:r>
        <w:rPr>
          <w:rFonts w:ascii="Georgia" w:hAnsi="Georgia" w:eastAsia="Georgia"/>
          <w:sz w:val="23"/>
        </w:rPr>
        <w:t>He looked at me.</w:t>
      </w:r>
    </w:p>
    <w:p>
      <w:r>
        <w:rPr>
          <w:rFonts w:ascii="Georgia" w:hAnsi="Georgia" w:eastAsia="Georgia"/>
          <w:sz w:val="23"/>
        </w:rPr>
        <w:t>I did not answer the word.</w:t>
      </w:r>
    </w:p>
    <w:p>
      <w:r>
        <w:rPr>
          <w:rFonts w:ascii="Georgia" w:hAnsi="Georgia" w:eastAsia="Georgia"/>
          <w:sz w:val="23"/>
        </w:rPr>
        <w:t>The right leg remained normal. The left knee could flex against gravity for less than a second before the quadriceps trembled and released. Ankle dorsiflexion was present but weak. Plantar pressure had returned over the lateral foot. The two-percent controller adjustment performed after second review had reduced the lumbar load oscillation to below the threshold that had triggered the original alert.</w:t>
      </w:r>
    </w:p>
    <w:p>
      <w:r>
        <w:rPr>
          <w:rFonts w:ascii="Georgia" w:hAnsi="Georgia" w:eastAsia="Georgia"/>
          <w:sz w:val="23"/>
        </w:rPr>
        <w:t>None of that established what would have happened if the adjustment had begun earlier.</w:t>
      </w:r>
    </w:p>
    <w:p>
      <w:r>
        <w:rPr>
          <w:rFonts w:ascii="Georgia" w:hAnsi="Georgia" w:eastAsia="Georgia"/>
          <w:sz w:val="23"/>
        </w:rPr>
        <w:t>The interval remained visible anyway.</w:t>
      </w:r>
    </w:p>
    <w:p>
      <w:r>
        <w:rPr>
          <w:rFonts w:ascii="Georgia" w:hAnsi="Georgia" w:eastAsia="Georgia"/>
          <w:sz w:val="23"/>
        </w:rPr>
        <w:t>The event chronology remained in the incident record. I did not need to copy it onto another wall. What mattered now was that the record contained two kinds of time: the time required to resolve the authorization question, and the time in which Len’s neurological condition changed.</w:t>
      </w:r>
    </w:p>
    <w:p>
      <w:pPr>
        <w:spacing w:before="80" w:after="80"/>
        <w:jc w:val="center"/>
      </w:pPr>
      <w:r>
        <w:rPr>
          <w:rFonts w:ascii="Georgia" w:hAnsi="Georgia" w:eastAsia="Georgia"/>
          <w:sz w:val="23"/>
        </w:rPr>
        <w:t>§</w:t>
      </w:r>
    </w:p>
    <w:p>
      <w:r>
        <w:rPr>
          <w:rFonts w:ascii="Georgia" w:hAnsi="Georgia" w:eastAsia="Georgia"/>
          <w:sz w:val="23"/>
        </w:rPr>
        <w:t>North Reach’s first proposed correction was a number.</w:t>
      </w:r>
    </w:p>
    <w:p>
      <w:r>
        <w:rPr>
          <w:rFonts w:ascii="Georgia" w:hAnsi="Georgia" w:eastAsia="Georgia"/>
          <w:sz w:val="23"/>
        </w:rPr>
        <w:t>TWENTY-MINUTE URGENCY OVERRIDE FOR PROGRESSIVE NEUROLOGICAL DEFICIT.</w:t>
      </w:r>
    </w:p>
    <w:p>
      <w:r>
        <w:rPr>
          <w:rFonts w:ascii="Georgia" w:hAnsi="Georgia" w:eastAsia="Georgia"/>
          <w:sz w:val="23"/>
        </w:rPr>
        <w:t>Rema put it on the wall display at 0910.</w:t>
      </w:r>
    </w:p>
    <w:p>
      <w:r>
        <w:rPr>
          <w:rFonts w:ascii="Georgia" w:hAnsi="Georgia" w:eastAsia="Georgia"/>
          <w:sz w:val="23"/>
        </w:rPr>
        <w:t>Rema Korr chaired the room. Kera Dast joined by remote presence. Rian Vesk sat at the far end with the North Reach operations ledger open. Two overnight operators attended because the rule would belong to them after everyone else went home.</w:t>
      </w:r>
    </w:p>
    <w:p>
      <w:r>
        <w:rPr>
          <w:rFonts w:ascii="Georgia" w:hAnsi="Georgia" w:eastAsia="Georgia"/>
          <w:sz w:val="23"/>
        </w:rPr>
        <w:t>Len attended because the rule existed because of what had happened while he waited.</w:t>
      </w:r>
    </w:p>
    <w:p>
      <w:r>
        <w:rPr>
          <w:rFonts w:ascii="Georgia" w:hAnsi="Georgia" w:eastAsia="Georgia"/>
          <w:sz w:val="23"/>
        </w:rPr>
        <w:t>He had refused a transport chair.</w:t>
      </w:r>
    </w:p>
    <w:p>
      <w:r>
        <w:rPr>
          <w:rFonts w:ascii="Georgia" w:hAnsi="Georgia" w:eastAsia="Georgia"/>
          <w:sz w:val="23"/>
        </w:rPr>
        <w:t>He used a forearm support instead and took eleven steps from the ward entrance to the meeting chair.</w:t>
      </w:r>
    </w:p>
    <w:p>
      <w:r>
        <w:rPr>
          <w:rFonts w:ascii="Georgia" w:hAnsi="Georgia" w:eastAsia="Georgia"/>
          <w:sz w:val="23"/>
        </w:rPr>
        <w:t>The left foot cleared the floor on seven.</w:t>
      </w:r>
    </w:p>
    <w:p>
      <w:r>
        <w:rPr>
          <w:rFonts w:ascii="Georgia" w:hAnsi="Georgia" w:eastAsia="Georgia"/>
          <w:sz w:val="23"/>
        </w:rPr>
        <w:t>I counted.</w:t>
      </w:r>
    </w:p>
    <w:p>
      <w:r>
        <w:rPr>
          <w:rFonts w:ascii="Georgia" w:hAnsi="Georgia" w:eastAsia="Georgia"/>
          <w:sz w:val="23"/>
        </w:rPr>
        <w:t>He caught me on the eighth.</w:t>
      </w:r>
    </w:p>
    <w:p>
      <w:r>
        <w:rPr>
          <w:rFonts w:ascii="Georgia" w:hAnsi="Georgia" w:eastAsia="Georgia"/>
          <w:sz w:val="23"/>
        </w:rPr>
        <w:t>“If you tell the room that percentage, I will leave.”</w:t>
      </w:r>
    </w:p>
    <w:p>
      <w:r>
        <w:rPr>
          <w:rFonts w:ascii="Georgia" w:hAnsi="Georgia" w:eastAsia="Georgia"/>
          <w:sz w:val="23"/>
        </w:rPr>
        <w:t>“I had not said it.”</w:t>
      </w:r>
    </w:p>
    <w:p>
      <w:r>
        <w:rPr>
          <w:rFonts w:ascii="Georgia" w:hAnsi="Georgia" w:eastAsia="Georgia"/>
          <w:sz w:val="23"/>
        </w:rPr>
        <w:t>“You were thinking it loudly.”</w:t>
      </w:r>
    </w:p>
    <w:p>
      <w:r>
        <w:rPr>
          <w:rFonts w:ascii="Georgia" w:hAnsi="Georgia" w:eastAsia="Georgia"/>
          <w:sz w:val="23"/>
        </w:rPr>
        <w:t>Rema looked at me.</w:t>
      </w:r>
    </w:p>
    <w:p>
      <w:r>
        <w:rPr>
          <w:rFonts w:ascii="Georgia" w:hAnsi="Georgia" w:eastAsia="Georgia"/>
          <w:sz w:val="23"/>
        </w:rPr>
        <w:t>“That is still not measurable.”</w:t>
      </w:r>
    </w:p>
    <w:p>
      <w:r>
        <w:rPr>
          <w:rFonts w:ascii="Georgia" w:hAnsi="Georgia" w:eastAsia="Georgia"/>
          <w:sz w:val="23"/>
        </w:rPr>
        <w:t>Len sat.</w:t>
      </w:r>
    </w:p>
    <w:p>
      <w:r>
        <w:rPr>
          <w:rFonts w:ascii="Georgia" w:hAnsi="Georgia" w:eastAsia="Georgia"/>
          <w:sz w:val="23"/>
        </w:rPr>
        <w:t>“It is from here.”</w:t>
      </w:r>
    </w:p>
    <w:p>
      <w:r>
        <w:rPr>
          <w:rFonts w:ascii="Georgia" w:hAnsi="Georgia" w:eastAsia="Georgia"/>
          <w:sz w:val="23"/>
        </w:rPr>
        <w:t>I did not argue.</w:t>
      </w:r>
    </w:p>
    <w:p>
      <w:r>
        <w:rPr>
          <w:rFonts w:ascii="Georgia" w:hAnsi="Georgia" w:eastAsia="Georgia"/>
          <w:sz w:val="23"/>
        </w:rPr>
        <w:t>Kera enlarged the override proposal.</w:t>
      </w:r>
    </w:p>
    <w:p>
      <w:r>
        <w:rPr>
          <w:rFonts w:ascii="Georgia" w:hAnsi="Georgia" w:eastAsia="Georgia"/>
          <w:sz w:val="23"/>
        </w:rPr>
        <w:t>“What does twenty minutes mean?” she asked.</w:t>
      </w:r>
    </w:p>
    <w:p>
      <w:r>
        <w:rPr>
          <w:rFonts w:ascii="Georgia" w:hAnsi="Georgia" w:eastAsia="Georgia"/>
          <w:sz w:val="23"/>
        </w:rPr>
        <w:t>Rema said, “It means waiting beyond that point requires no second signature if a defined neurological decline continues.”</w:t>
      </w:r>
    </w:p>
    <w:p>
      <w:r>
        <w:rPr>
          <w:rFonts w:ascii="Georgia" w:hAnsi="Georgia" w:eastAsia="Georgia"/>
          <w:sz w:val="23"/>
        </w:rPr>
        <w:t>“That was not my question.”</w:t>
      </w:r>
    </w:p>
    <w:p>
      <w:r>
        <w:rPr>
          <w:rFonts w:ascii="Georgia" w:hAnsi="Georgia" w:eastAsia="Georgia"/>
          <w:sz w:val="23"/>
        </w:rPr>
        <w:t>“I know.”</w:t>
      </w:r>
    </w:p>
    <w:p>
      <w:r>
        <w:rPr>
          <w:rFonts w:ascii="Georgia" w:hAnsi="Georgia" w:eastAsia="Georgia"/>
          <w:sz w:val="23"/>
        </w:rPr>
        <w:t>“Why twenty?”</w:t>
      </w:r>
    </w:p>
    <w:p>
      <w:r>
        <w:rPr>
          <w:rFonts w:ascii="Georgia" w:hAnsi="Georgia" w:eastAsia="Georgia"/>
          <w:sz w:val="23"/>
        </w:rPr>
        <w:t>The room was quiet for three seconds.</w:t>
      </w:r>
    </w:p>
    <w:p>
      <w:r>
        <w:rPr>
          <w:rFonts w:ascii="Georgia" w:hAnsi="Georgia" w:eastAsia="Georgia"/>
          <w:sz w:val="23"/>
        </w:rPr>
        <w:t>Rian answered.</w:t>
      </w:r>
    </w:p>
    <w:p>
      <w:r>
        <w:rPr>
          <w:rFonts w:ascii="Georgia" w:hAnsi="Georgia" w:eastAsia="Georgia"/>
          <w:sz w:val="23"/>
        </w:rPr>
        <w:t>“Because Len worsened materially during the authorization interval, and twenty preserves margin.”</w:t>
      </w:r>
    </w:p>
    <w:p>
      <w:r>
        <w:rPr>
          <w:rFonts w:ascii="Georgia" w:hAnsi="Georgia" w:eastAsia="Georgia"/>
          <w:sz w:val="23"/>
        </w:rPr>
        <w:t>Len looked at him.</w:t>
      </w:r>
    </w:p>
    <w:p>
      <w:r>
        <w:rPr>
          <w:rFonts w:ascii="Georgia" w:hAnsi="Georgia" w:eastAsia="Georgia"/>
          <w:sz w:val="23"/>
        </w:rPr>
        <w:t>“My bad night is not a unit.”</w:t>
      </w:r>
    </w:p>
    <w:p>
      <w:r>
        <w:rPr>
          <w:rFonts w:ascii="Georgia" w:hAnsi="Georgia" w:eastAsia="Georgia"/>
          <w:sz w:val="23"/>
        </w:rPr>
        <w:t>“No,” I said.</w:t>
      </w:r>
    </w:p>
    <w:p>
      <w:r>
        <w:rPr>
          <w:rFonts w:ascii="Georgia" w:hAnsi="Georgia" w:eastAsia="Georgia"/>
          <w:sz w:val="23"/>
        </w:rPr>
        <w:t>Rian did not defend it.</w:t>
      </w:r>
    </w:p>
    <w:p>
      <w:r>
        <w:rPr>
          <w:rFonts w:ascii="Georgia" w:hAnsi="Georgia" w:eastAsia="Georgia"/>
          <w:sz w:val="23"/>
        </w:rPr>
        <w:t>Kera said, “Then we have already learned something.”</w:t>
      </w:r>
    </w:p>
    <w:p>
      <w:r>
        <w:rPr>
          <w:rFonts w:ascii="Georgia" w:hAnsi="Georgia" w:eastAsia="Georgia"/>
          <w:sz w:val="23"/>
        </w:rPr>
        <w:t>The number disappeared from the wall.</w:t>
      </w:r>
    </w:p>
    <w:p>
      <w:pPr>
        <w:spacing w:before="80" w:after="80"/>
        <w:jc w:val="center"/>
      </w:pPr>
      <w:r>
        <w:rPr>
          <w:rFonts w:ascii="Georgia" w:hAnsi="Georgia" w:eastAsia="Georgia"/>
          <w:sz w:val="23"/>
        </w:rPr>
        <w:t>§</w:t>
      </w:r>
    </w:p>
    <w:p>
      <w:r>
        <w:rPr>
          <w:rFonts w:ascii="Georgia" w:hAnsi="Georgia" w:eastAsia="Georgia"/>
          <w:sz w:val="23"/>
        </w:rPr>
        <w:t>The mistake was attractive because it converted waiting into a threshold.</w:t>
      </w:r>
    </w:p>
    <w:p>
      <w:r>
        <w:rPr>
          <w:rFonts w:ascii="Georgia" w:hAnsi="Georgia" w:eastAsia="Georgia"/>
          <w:sz w:val="23"/>
        </w:rPr>
        <w:t>We had spent years learning not to treat action as neutral.</w:t>
      </w:r>
    </w:p>
    <w:p>
      <w:r>
        <w:rPr>
          <w:rFonts w:ascii="Georgia" w:hAnsi="Georgia" w:eastAsia="Georgia"/>
          <w:sz w:val="23"/>
        </w:rPr>
        <w:t>Now we were discovering that delay was not neutral either.</w:t>
      </w:r>
    </w:p>
    <w:p>
      <w:r>
        <w:rPr>
          <w:rFonts w:ascii="Georgia" w:hAnsi="Georgia" w:eastAsia="Georgia"/>
          <w:sz w:val="23"/>
        </w:rPr>
        <w:t>The obvious response was to give delay a number.</w:t>
      </w:r>
    </w:p>
    <w:p>
      <w:r>
        <w:rPr>
          <w:rFonts w:ascii="Georgia" w:hAnsi="Georgia" w:eastAsia="Georgia"/>
          <w:sz w:val="23"/>
        </w:rPr>
        <w:t>The number would travel faster than the condition that produced it.</w:t>
      </w:r>
    </w:p>
    <w:p>
      <w:r>
        <w:rPr>
          <w:rFonts w:ascii="Georgia" w:hAnsi="Georgia" w:eastAsia="Georgia"/>
          <w:sz w:val="23"/>
        </w:rPr>
        <w:t>I did not say that sentence aloud.</w:t>
      </w:r>
    </w:p>
    <w:p>
      <w:r>
        <w:rPr>
          <w:rFonts w:ascii="Georgia" w:hAnsi="Georgia" w:eastAsia="Georgia"/>
          <w:sz w:val="23"/>
        </w:rPr>
        <w:t>I had said versions of it too often.</w:t>
      </w:r>
    </w:p>
    <w:p>
      <w:r>
        <w:rPr>
          <w:rFonts w:ascii="Georgia" w:hAnsi="Georgia" w:eastAsia="Georgia"/>
          <w:sz w:val="23"/>
        </w:rPr>
        <w:t>Instead I asked Len when he first believed the waiting had become part of the injury.</w:t>
      </w:r>
    </w:p>
    <w:p>
      <w:r>
        <w:rPr>
          <w:rFonts w:ascii="Georgia" w:hAnsi="Georgia" w:eastAsia="Georgia"/>
          <w:sz w:val="23"/>
        </w:rPr>
        <w:t>He considered.</w:t>
      </w:r>
    </w:p>
    <w:p>
      <w:r>
        <w:rPr>
          <w:rFonts w:ascii="Georgia" w:hAnsi="Georgia" w:eastAsia="Georgia"/>
          <w:sz w:val="23"/>
        </w:rPr>
        <w:t>“Believed?”</w:t>
      </w:r>
    </w:p>
    <w:p>
      <w:r>
        <w:rPr>
          <w:rFonts w:ascii="Georgia" w:hAnsi="Georgia" w:eastAsia="Georgia"/>
          <w:sz w:val="23"/>
        </w:rPr>
        <w:t>“Yes.”</w:t>
      </w:r>
    </w:p>
    <w:p>
      <w:r>
        <w:rPr>
          <w:rFonts w:ascii="Georgia" w:hAnsi="Georgia" w:eastAsia="Georgia"/>
          <w:sz w:val="23"/>
        </w:rPr>
        <w:t>“Before any of you could prove it.”</w:t>
      </w:r>
    </w:p>
    <w:p>
      <w:r>
        <w:rPr>
          <w:rFonts w:ascii="Georgia" w:hAnsi="Georgia" w:eastAsia="Georgia"/>
          <w:sz w:val="23"/>
        </w:rPr>
        <w:t>“When?”</w:t>
      </w:r>
    </w:p>
    <w:p>
      <w:r>
        <w:rPr>
          <w:rFonts w:ascii="Georgia" w:hAnsi="Georgia" w:eastAsia="Georgia"/>
          <w:sz w:val="23"/>
        </w:rPr>
        <w:t>“When my foot stopped doing what I told it.”</w:t>
      </w:r>
    </w:p>
    <w:p>
      <w:r>
        <w:rPr>
          <w:rFonts w:ascii="Georgia" w:hAnsi="Georgia" w:eastAsia="Georgia"/>
          <w:sz w:val="23"/>
        </w:rPr>
        <w:t>“That happened before the second reviewer became available.”</w:t>
      </w:r>
    </w:p>
    <w:p>
      <w:r>
        <w:rPr>
          <w:rFonts w:ascii="Georgia" w:hAnsi="Georgia" w:eastAsia="Georgia"/>
          <w:sz w:val="23"/>
        </w:rPr>
        <w:t>“I know.”</w:t>
      </w:r>
    </w:p>
    <w:p>
      <w:r>
        <w:rPr>
          <w:rFonts w:ascii="Georgia" w:hAnsi="Georgia" w:eastAsia="Georgia"/>
          <w:sz w:val="23"/>
        </w:rPr>
        <w:t>“Would you have wanted the operator to act then?”</w:t>
      </w:r>
    </w:p>
    <w:p>
      <w:r>
        <w:rPr>
          <w:rFonts w:ascii="Georgia" w:hAnsi="Georgia" w:eastAsia="Georgia"/>
          <w:sz w:val="23"/>
        </w:rPr>
        <w:t>“Yes.”</w:t>
      </w:r>
    </w:p>
    <w:p>
      <w:r>
        <w:rPr>
          <w:rFonts w:ascii="Georgia" w:hAnsi="Georgia" w:eastAsia="Georgia"/>
          <w:sz w:val="23"/>
        </w:rPr>
        <w:t>“Knowing the derivation ancestry was incomplete?”</w:t>
      </w:r>
    </w:p>
    <w:p>
      <w:r>
        <w:rPr>
          <w:rFonts w:ascii="Georgia" w:hAnsi="Georgia" w:eastAsia="Georgia"/>
          <w:sz w:val="23"/>
        </w:rPr>
        <w:t>“Yes.”</w:t>
      </w:r>
    </w:p>
    <w:p>
      <w:r>
        <w:rPr>
          <w:rFonts w:ascii="Georgia" w:hAnsi="Georgia" w:eastAsia="Georgia"/>
          <w:sz w:val="23"/>
        </w:rPr>
        <w:t>“Knowing the adjustment could have made the system less stable?”</w:t>
      </w:r>
    </w:p>
    <w:p>
      <w:r>
        <w:rPr>
          <w:rFonts w:ascii="Georgia" w:hAnsi="Georgia" w:eastAsia="Georgia"/>
          <w:sz w:val="23"/>
        </w:rPr>
        <w:t>“Yes.”</w:t>
      </w:r>
    </w:p>
    <w:p>
      <w:r>
        <w:rPr>
          <w:rFonts w:ascii="Georgia" w:hAnsi="Georgia" w:eastAsia="Georgia"/>
          <w:sz w:val="23"/>
        </w:rPr>
        <w:t>“Knowing we still cannot establish that earlier action would have prevented this?”</w:t>
      </w:r>
    </w:p>
    <w:p>
      <w:r>
        <w:rPr>
          <w:rFonts w:ascii="Georgia" w:hAnsi="Georgia" w:eastAsia="Georgia"/>
          <w:sz w:val="23"/>
        </w:rPr>
        <w:t>He looked down at his left foot.</w:t>
      </w:r>
    </w:p>
    <w:p>
      <w:r>
        <w:rPr>
          <w:rFonts w:ascii="Georgia" w:hAnsi="Georgia" w:eastAsia="Georgia"/>
          <w:sz w:val="23"/>
        </w:rPr>
        <w:t>“Yes.”</w:t>
      </w:r>
    </w:p>
    <w:p>
      <w:r>
        <w:rPr>
          <w:rFonts w:ascii="Georgia" w:hAnsi="Georgia" w:eastAsia="Georgia"/>
          <w:sz w:val="23"/>
        </w:rPr>
        <w:t>Rema said, “Consent does not establish safety.”</w:t>
      </w:r>
    </w:p>
    <w:p>
      <w:r>
        <w:rPr>
          <w:rFonts w:ascii="Georgia" w:hAnsi="Georgia" w:eastAsia="Georgia"/>
          <w:sz w:val="23"/>
        </w:rPr>
        <w:t>Len looked at her.</w:t>
      </w:r>
    </w:p>
    <w:p>
      <w:r>
        <w:rPr>
          <w:rFonts w:ascii="Georgia" w:hAnsi="Georgia" w:eastAsia="Georgia"/>
          <w:sz w:val="23"/>
        </w:rPr>
        <w:t>“I know. Refusal to act does not establish it either.”</w:t>
      </w:r>
    </w:p>
    <w:p>
      <w:r>
        <w:rPr>
          <w:rFonts w:ascii="Georgia" w:hAnsi="Georgia" w:eastAsia="Georgia"/>
          <w:sz w:val="23"/>
        </w:rPr>
        <w:t>Nobody wrote for several seconds.</w:t>
      </w:r>
    </w:p>
    <w:p>
      <w:r>
        <w:rPr>
          <w:rFonts w:ascii="Georgia" w:hAnsi="Georgia" w:eastAsia="Georgia"/>
          <w:sz w:val="23"/>
        </w:rPr>
        <w:t>Then Kera did.</w:t>
      </w:r>
    </w:p>
    <w:p>
      <w:pPr>
        <w:spacing w:before="80" w:after="80"/>
        <w:jc w:val="center"/>
      </w:pPr>
      <w:r>
        <w:rPr>
          <w:rFonts w:ascii="Georgia" w:hAnsi="Georgia" w:eastAsia="Georgia"/>
          <w:sz w:val="23"/>
        </w:rPr>
        <w:t>§</w:t>
      </w:r>
    </w:p>
    <w:p>
      <w:r>
        <w:rPr>
          <w:rFonts w:ascii="Georgia" w:hAnsi="Georgia" w:eastAsia="Georgia"/>
          <w:sz w:val="23"/>
        </w:rPr>
        <w:t>We separated the problem into two clocks.</w:t>
      </w:r>
    </w:p>
    <w:p>
      <w:r>
        <w:rPr>
          <w:rFonts w:ascii="Georgia" w:hAnsi="Georgia" w:eastAsia="Georgia"/>
          <w:sz w:val="23"/>
        </w:rPr>
        <w:t>The first clock was epistemic.</w:t>
      </w:r>
    </w:p>
    <w:p>
      <w:r>
        <w:rPr>
          <w:rFonts w:ascii="Georgia" w:hAnsi="Georgia" w:eastAsia="Georgia"/>
          <w:sz w:val="23"/>
        </w:rPr>
        <w:t>How long did the system need to establish whether the proposed decision sat inside validated provenance?</w:t>
      </w:r>
    </w:p>
    <w:p>
      <w:r>
        <w:rPr>
          <w:rFonts w:ascii="Georgia" w:hAnsi="Georgia" w:eastAsia="Georgia"/>
          <w:sz w:val="23"/>
        </w:rPr>
        <w:t>The second clock was clinical.</w:t>
      </w:r>
    </w:p>
    <w:p>
      <w:r>
        <w:rPr>
          <w:rFonts w:ascii="Georgia" w:hAnsi="Georgia" w:eastAsia="Georgia"/>
          <w:sz w:val="23"/>
        </w:rPr>
        <w:t>What was the body doing while that determination remained incomplete?</w:t>
      </w:r>
    </w:p>
    <w:p>
      <w:r>
        <w:rPr>
          <w:rFonts w:ascii="Georgia" w:hAnsi="Georgia" w:eastAsia="Georgia"/>
          <w:sz w:val="23"/>
        </w:rPr>
        <w:t>They were not the same clock.</w:t>
      </w:r>
    </w:p>
    <w:p>
      <w:r>
        <w:rPr>
          <w:rFonts w:ascii="Georgia" w:hAnsi="Georgia" w:eastAsia="Georgia"/>
          <w:sz w:val="23"/>
        </w:rPr>
        <w:t>The first could stop when enough evidence arrived.</w:t>
      </w:r>
    </w:p>
    <w:p>
      <w:r>
        <w:rPr>
          <w:rFonts w:ascii="Georgia" w:hAnsi="Georgia" w:eastAsia="Georgia"/>
          <w:sz w:val="23"/>
        </w:rPr>
        <w:t>The second could accelerate while no new evidence arrived at all.</w:t>
      </w:r>
    </w:p>
    <w:p>
      <w:r>
        <w:rPr>
          <w:rFonts w:ascii="Georgia" w:hAnsi="Georgia" w:eastAsia="Georgia"/>
          <w:sz w:val="23"/>
        </w:rPr>
        <w:t>North Reach had been treating the first clock as if it controlled the second.</w:t>
      </w:r>
    </w:p>
    <w:p>
      <w:r>
        <w:rPr>
          <w:rFonts w:ascii="Georgia" w:hAnsi="Georgia" w:eastAsia="Georgia"/>
          <w:sz w:val="23"/>
        </w:rPr>
        <w:t>It did not.</w:t>
      </w:r>
    </w:p>
    <w:p>
      <w:r>
        <w:rPr>
          <w:rFonts w:ascii="Georgia" w:hAnsi="Georgia" w:eastAsia="Georgia"/>
          <w:sz w:val="23"/>
        </w:rPr>
        <w:t>At 1048 the wall held four fields instead of one override time.</w:t>
      </w:r>
    </w:p>
    <w:p>
      <w:r>
        <w:rPr>
          <w:rFonts w:ascii="Georgia" w:hAnsi="Georgia" w:eastAsia="Georgia"/>
          <w:sz w:val="23"/>
        </w:rPr>
        <w:t>PROVENANCE STATUS.</w:t>
      </w:r>
    </w:p>
    <w:p>
      <w:r>
        <w:rPr>
          <w:rFonts w:ascii="Georgia" w:hAnsi="Georgia" w:eastAsia="Georgia"/>
          <w:sz w:val="23"/>
        </w:rPr>
        <w:t>CURRENT DECISION SCOPE.</w:t>
      </w:r>
    </w:p>
    <w:p>
      <w:r>
        <w:rPr>
          <w:rFonts w:ascii="Georgia" w:hAnsi="Georgia" w:eastAsia="Georgia"/>
          <w:sz w:val="23"/>
        </w:rPr>
        <w:t>OBSERVED DETERIORATION RATE.</w:t>
      </w:r>
    </w:p>
    <w:p>
      <w:r>
        <w:rPr>
          <w:rFonts w:ascii="Georgia" w:hAnsi="Georgia" w:eastAsia="Georgia"/>
          <w:sz w:val="23"/>
        </w:rPr>
        <w:t>REVERSIBILITY OF PROPOSED INTERVENTION.</w:t>
      </w:r>
    </w:p>
    <w:p>
      <w:r>
        <w:rPr>
          <w:rFonts w:ascii="Georgia" w:hAnsi="Georgia" w:eastAsia="Georgia"/>
          <w:sz w:val="23"/>
        </w:rPr>
        <w:t>Rema added a fifth.</w:t>
      </w:r>
    </w:p>
    <w:p>
      <w:r>
        <w:rPr>
          <w:rFonts w:ascii="Georgia" w:hAnsi="Georgia" w:eastAsia="Georgia"/>
          <w:sz w:val="23"/>
        </w:rPr>
        <w:t>EXPECTED CONSEQUENCE OF CONTINUED DELAY: KNOWN / PLAUSIBLE / UNKNOWN.</w:t>
      </w:r>
    </w:p>
    <w:p>
      <w:r>
        <w:rPr>
          <w:rFonts w:ascii="Georgia" w:hAnsi="Georgia" w:eastAsia="Georgia"/>
          <w:sz w:val="23"/>
        </w:rPr>
        <w:t>The third option bothered me.</w:t>
      </w:r>
    </w:p>
    <w:p>
      <w:r>
        <w:rPr>
          <w:rFonts w:ascii="Georgia" w:hAnsi="Georgia" w:eastAsia="Georgia"/>
          <w:sz w:val="23"/>
        </w:rPr>
        <w:t>“Unknown will become a parking place.”</w:t>
      </w:r>
    </w:p>
    <w:p>
      <w:r>
        <w:rPr>
          <w:rFonts w:ascii="Georgia" w:hAnsi="Georgia" w:eastAsia="Georgia"/>
          <w:sz w:val="23"/>
        </w:rPr>
        <w:t>“Only if we let it,” she said.</w:t>
      </w:r>
    </w:p>
    <w:p>
      <w:r>
        <w:rPr>
          <w:rFonts w:ascii="Georgia" w:hAnsi="Georgia" w:eastAsia="Georgia"/>
          <w:sz w:val="23"/>
        </w:rPr>
        <w:t>Kera said, “Then require an observation statement beneath it.”</w:t>
      </w:r>
    </w:p>
    <w:p>
      <w:r>
        <w:rPr>
          <w:rFonts w:ascii="Georgia" w:hAnsi="Georgia" w:eastAsia="Georgia"/>
          <w:sz w:val="23"/>
        </w:rPr>
        <w:t>Rian added:</w:t>
      </w:r>
    </w:p>
    <w:p>
      <w:r>
        <w:rPr>
          <w:rFonts w:ascii="Georgia" w:hAnsi="Georgia" w:eastAsia="Georgia"/>
          <w:sz w:val="23"/>
        </w:rPr>
        <w:t>UNKNOWN DOES NOT MEAN ZERO.</w:t>
      </w:r>
    </w:p>
    <w:p>
      <w:r>
        <w:rPr>
          <w:rFonts w:ascii="Georgia" w:hAnsi="Georgia" w:eastAsia="Georgia"/>
          <w:sz w:val="23"/>
        </w:rPr>
        <w:t>I read the line twice.</w:t>
      </w:r>
    </w:p>
    <w:p>
      <w:r>
        <w:rPr>
          <w:rFonts w:ascii="Georgia" w:hAnsi="Georgia" w:eastAsia="Georgia"/>
          <w:sz w:val="23"/>
        </w:rPr>
        <w:t>Len said, “Keep that one.”</w:t>
      </w:r>
    </w:p>
    <w:p>
      <w:r>
        <w:rPr>
          <w:rFonts w:ascii="Georgia" w:hAnsi="Georgia" w:eastAsia="Georgia"/>
          <w:sz w:val="23"/>
        </w:rPr>
        <w:t>We did.</w:t>
      </w:r>
    </w:p>
    <w:p>
      <w:pPr>
        <w:spacing w:before="80" w:after="80"/>
        <w:jc w:val="center"/>
      </w:pPr>
      <w:r>
        <w:rPr>
          <w:rFonts w:ascii="Georgia" w:hAnsi="Georgia" w:eastAsia="Georgia"/>
          <w:sz w:val="23"/>
        </w:rPr>
        <w:t>§</w:t>
      </w:r>
    </w:p>
    <w:p>
      <w:r>
        <w:rPr>
          <w:rFonts w:ascii="Georgia" w:hAnsi="Georgia" w:eastAsia="Georgia"/>
          <w:sz w:val="23"/>
        </w:rPr>
        <w:t>The harder part was authority.</w:t>
      </w:r>
    </w:p>
    <w:p>
      <w:r>
        <w:rPr>
          <w:rFonts w:ascii="Georgia" w:hAnsi="Georgia" w:eastAsia="Georgia"/>
          <w:sz w:val="23"/>
        </w:rPr>
        <w:t>A system could measure both clocks perfectly and still need a person allowed to act.</w:t>
      </w:r>
    </w:p>
    <w:p>
      <w:r>
        <w:rPr>
          <w:rFonts w:ascii="Georgia" w:hAnsi="Georgia" w:eastAsia="Georgia"/>
          <w:sz w:val="23"/>
        </w:rPr>
        <w:t>North Reach’s overnight weakness had not changed. One qualified operator could be physically present while every regional second reviewer was occupied somewhere else.</w:t>
      </w:r>
    </w:p>
    <w:p>
      <w:r>
        <w:rPr>
          <w:rFonts w:ascii="Georgia" w:hAnsi="Georgia" w:eastAsia="Georgia"/>
          <w:sz w:val="23"/>
        </w:rPr>
        <w:t>Rian proposed a priority ladder.</w:t>
      </w:r>
    </w:p>
    <w:p>
      <w:r>
        <w:rPr>
          <w:rFonts w:ascii="Georgia" w:hAnsi="Georgia" w:eastAsia="Georgia"/>
          <w:sz w:val="23"/>
        </w:rPr>
        <w:t>Kera rejected it because priority alone could still leave two people needing the same reviewer.</w:t>
      </w:r>
    </w:p>
    <w:p>
      <w:r>
        <w:rPr>
          <w:rFonts w:ascii="Georgia" w:hAnsi="Georgia" w:eastAsia="Georgia"/>
          <w:sz w:val="23"/>
        </w:rPr>
        <w:t>Rema proposed permanent double staffing.</w:t>
      </w:r>
    </w:p>
    <w:p>
      <w:r>
        <w:rPr>
          <w:rFonts w:ascii="Georgia" w:hAnsi="Georgia" w:eastAsia="Georgia"/>
          <w:sz w:val="23"/>
        </w:rPr>
        <w:t>Rian showed the staffing model.</w:t>
      </w:r>
    </w:p>
    <w:p>
      <w:r>
        <w:rPr>
          <w:rFonts w:ascii="Georgia" w:hAnsi="Georgia" w:eastAsia="Georgia"/>
          <w:sz w:val="23"/>
        </w:rPr>
        <w:t>North Reach could sustain it on six nights out of ten without reducing another service below minimum coverage.</w:t>
      </w:r>
    </w:p>
    <w:p>
      <w:r>
        <w:rPr>
          <w:rFonts w:ascii="Georgia" w:hAnsi="Georgia" w:eastAsia="Georgia"/>
          <w:sz w:val="23"/>
        </w:rPr>
        <w:t>On the seventh night, somebody else would become the understaffed floor.</w:t>
      </w:r>
    </w:p>
    <w:p>
      <w:r>
        <w:rPr>
          <w:rFonts w:ascii="Georgia" w:hAnsi="Georgia" w:eastAsia="Georgia"/>
          <w:sz w:val="23"/>
        </w:rPr>
        <w:t>Rema’s earlier sentence returned without anyone quoting it.</w:t>
      </w:r>
    </w:p>
    <w:p>
      <w:r>
        <w:rPr>
          <w:rFonts w:ascii="Georgia" w:hAnsi="Georgia" w:eastAsia="Georgia"/>
          <w:sz w:val="23"/>
        </w:rPr>
        <w:t>With people we do not have.</w:t>
      </w:r>
    </w:p>
    <w:p>
      <w:r>
        <w:rPr>
          <w:rFonts w:ascii="Georgia" w:hAnsi="Georgia" w:eastAsia="Georgia"/>
          <w:sz w:val="23"/>
        </w:rPr>
        <w:t>Rema looked at me.</w:t>
      </w:r>
    </w:p>
    <w:p>
      <w:r>
        <w:rPr>
          <w:rFonts w:ascii="Georgia" w:hAnsi="Georgia" w:eastAsia="Georgia"/>
          <w:sz w:val="23"/>
        </w:rPr>
        <w:t>“You have a suggestion.”</w:t>
      </w:r>
    </w:p>
    <w:p>
      <w:r>
        <w:rPr>
          <w:rFonts w:ascii="Georgia" w:hAnsi="Georgia" w:eastAsia="Georgia"/>
          <w:sz w:val="23"/>
        </w:rPr>
        <w:t>“Yes.”</w:t>
      </w:r>
    </w:p>
    <w:p>
      <w:r>
        <w:rPr>
          <w:rFonts w:ascii="Georgia" w:hAnsi="Georgia" w:eastAsia="Georgia"/>
          <w:sz w:val="23"/>
        </w:rPr>
        <w:t>“Why are you waiting?”</w:t>
      </w:r>
    </w:p>
    <w:p>
      <w:r>
        <w:rPr>
          <w:rFonts w:ascii="Georgia" w:hAnsi="Georgia" w:eastAsia="Georgia"/>
          <w:sz w:val="23"/>
        </w:rPr>
        <w:t>“Because I do not like it.”</w:t>
      </w:r>
    </w:p>
    <w:p>
      <w:r>
        <w:rPr>
          <w:rFonts w:ascii="Georgia" w:hAnsi="Georgia" w:eastAsia="Georgia"/>
          <w:sz w:val="23"/>
        </w:rPr>
        <w:t>“That has not stopped you before.”</w:t>
      </w:r>
    </w:p>
    <w:p>
      <w:r>
        <w:rPr>
          <w:rFonts w:ascii="Georgia" w:hAnsi="Georgia" w:eastAsia="Georgia"/>
          <w:sz w:val="23"/>
        </w:rPr>
        <w:t>Len smiled once.</w:t>
      </w:r>
    </w:p>
    <w:p>
      <w:r>
        <w:rPr>
          <w:rFonts w:ascii="Georgia" w:hAnsi="Georgia" w:eastAsia="Georgia"/>
          <w:sz w:val="23"/>
        </w:rPr>
        <w:t>I put the regional map on the wall.</w:t>
      </w:r>
    </w:p>
    <w:p>
      <w:r>
        <w:rPr>
          <w:rFonts w:ascii="Georgia" w:hAnsi="Georgia" w:eastAsia="Georgia"/>
          <w:sz w:val="23"/>
        </w:rPr>
        <w:t>Not hospitals.</w:t>
      </w:r>
    </w:p>
    <w:p>
      <w:r>
        <w:rPr>
          <w:rFonts w:ascii="Georgia" w:hAnsi="Georgia" w:eastAsia="Georgia"/>
          <w:sz w:val="23"/>
        </w:rPr>
        <w:t>Qualified operators.</w:t>
      </w:r>
    </w:p>
    <w:p>
      <w:r>
        <w:rPr>
          <w:rFonts w:ascii="Georgia" w:hAnsi="Georgia" w:eastAsia="Georgia"/>
          <w:sz w:val="23"/>
        </w:rPr>
        <w:t>Not their home institutions.</w:t>
      </w:r>
    </w:p>
    <w:p>
      <w:r>
        <w:rPr>
          <w:rFonts w:ascii="Georgia" w:hAnsi="Georgia" w:eastAsia="Georgia"/>
          <w:sz w:val="23"/>
        </w:rPr>
        <w:t>Their current authority scopes.</w:t>
      </w:r>
    </w:p>
    <w:p>
      <w:r>
        <w:rPr>
          <w:rFonts w:ascii="Georgia" w:hAnsi="Georgia" w:eastAsia="Georgia"/>
          <w:sz w:val="23"/>
        </w:rPr>
        <w:t>The map was uglier than the staffing model.</w:t>
      </w:r>
    </w:p>
    <w:p>
      <w:r>
        <w:rPr>
          <w:rFonts w:ascii="Georgia" w:hAnsi="Georgia" w:eastAsia="Georgia"/>
          <w:sz w:val="23"/>
        </w:rPr>
        <w:t>Some operators had complete-lineage sole-start authority in one domain and paired-review authority in three others. Some could review respiratory systems but not spinal support. Some had historical qualification under standards no longer sufficient for independent start but still sufficient for second review.</w:t>
      </w:r>
    </w:p>
    <w:p>
      <w:r>
        <w:rPr>
          <w:rFonts w:ascii="Georgia" w:hAnsi="Georgia" w:eastAsia="Georgia"/>
          <w:sz w:val="23"/>
        </w:rPr>
        <w:t>We had been routing cases to institutions.</w:t>
      </w:r>
    </w:p>
    <w:p>
      <w:r>
        <w:rPr>
          <w:rFonts w:ascii="Georgia" w:hAnsi="Georgia" w:eastAsia="Georgia"/>
          <w:sz w:val="23"/>
        </w:rPr>
        <w:t>We could also route questions to people.</w:t>
      </w:r>
    </w:p>
    <w:p>
      <w:r>
        <w:rPr>
          <w:rFonts w:ascii="Georgia" w:hAnsi="Georgia" w:eastAsia="Georgia"/>
          <w:sz w:val="23"/>
        </w:rPr>
        <w:t>“Regional second-signatory pool,” Rian said.</w:t>
      </w:r>
    </w:p>
    <w:p>
      <w:r>
        <w:rPr>
          <w:rFonts w:ascii="Georgia" w:hAnsi="Georgia" w:eastAsia="Georgia"/>
          <w:sz w:val="23"/>
        </w:rPr>
        <w:t>“Yes.”</w:t>
      </w:r>
    </w:p>
    <w:p>
      <w:r>
        <w:rPr>
          <w:rFonts w:ascii="Georgia" w:hAnsi="Georgia" w:eastAsia="Georgia"/>
          <w:sz w:val="23"/>
        </w:rPr>
        <w:t>“Already attempted.”</w:t>
      </w:r>
    </w:p>
    <w:p>
      <w:r>
        <w:rPr>
          <w:rFonts w:ascii="Georgia" w:hAnsi="Georgia" w:eastAsia="Georgia"/>
          <w:sz w:val="23"/>
        </w:rPr>
        <w:t>“By institution.”</w:t>
      </w:r>
    </w:p>
    <w:p>
      <w:r>
        <w:rPr>
          <w:rFonts w:ascii="Georgia" w:hAnsi="Georgia" w:eastAsia="Georgia"/>
          <w:sz w:val="23"/>
        </w:rPr>
        <w:t>He understood.</w:t>
      </w:r>
    </w:p>
    <w:p>
      <w:r>
        <w:rPr>
          <w:rFonts w:ascii="Georgia" w:hAnsi="Georgia" w:eastAsia="Georgia"/>
          <w:sz w:val="23"/>
        </w:rPr>
        <w:t>“By authority scope.”</w:t>
      </w:r>
    </w:p>
    <w:p>
      <w:r>
        <w:rPr>
          <w:rFonts w:ascii="Georgia" w:hAnsi="Georgia" w:eastAsia="Georgia"/>
          <w:sz w:val="23"/>
        </w:rPr>
        <w:t>“By authority scope and current load.”</w:t>
      </w:r>
    </w:p>
    <w:p>
      <w:r>
        <w:rPr>
          <w:rFonts w:ascii="Georgia" w:hAnsi="Georgia" w:eastAsia="Georgia"/>
          <w:sz w:val="23"/>
        </w:rPr>
        <w:t>Kera said, “And if the reviewer is not employed by North Reach?”</w:t>
      </w:r>
    </w:p>
    <w:p>
      <w:r>
        <w:rPr>
          <w:rFonts w:ascii="Georgia" w:hAnsi="Georgia" w:eastAsia="Georgia"/>
          <w:sz w:val="23"/>
        </w:rPr>
        <w:t>“Then the receiving institution remains responsible for implementation. The reviewer is responsible for the review they actually perform.”</w:t>
      </w:r>
    </w:p>
    <w:p>
      <w:r>
        <w:rPr>
          <w:rFonts w:ascii="Georgia" w:hAnsi="Georgia" w:eastAsia="Georgia"/>
          <w:sz w:val="23"/>
        </w:rPr>
        <w:t>“Liability will hate this.”</w:t>
      </w:r>
    </w:p>
    <w:p>
      <w:r>
        <w:rPr>
          <w:rFonts w:ascii="Georgia" w:hAnsi="Georgia" w:eastAsia="Georgia"/>
          <w:sz w:val="23"/>
        </w:rPr>
        <w:t>“Yes.”</w:t>
      </w:r>
    </w:p>
    <w:p>
      <w:r>
        <w:rPr>
          <w:rFonts w:ascii="Georgia" w:hAnsi="Georgia" w:eastAsia="Georgia"/>
          <w:sz w:val="23"/>
        </w:rPr>
        <w:t>Rema said, “That is not a technical objection.”</w:t>
      </w:r>
    </w:p>
    <w:p>
      <w:r>
        <w:rPr>
          <w:rFonts w:ascii="Georgia" w:hAnsi="Georgia" w:eastAsia="Georgia"/>
          <w:sz w:val="23"/>
        </w:rPr>
        <w:t>“No,” Kera said. “It is a prediction.”</w:t>
      </w:r>
    </w:p>
    <w:p>
      <w:r>
        <w:rPr>
          <w:rFonts w:ascii="Georgia" w:hAnsi="Georgia" w:eastAsia="Georgia"/>
          <w:sz w:val="23"/>
        </w:rPr>
        <w:t>The pool would not eliminate delay.</w:t>
      </w:r>
    </w:p>
    <w:p>
      <w:r>
        <w:rPr>
          <w:rFonts w:ascii="Georgia" w:hAnsi="Georgia" w:eastAsia="Georgia"/>
          <w:sz w:val="23"/>
        </w:rPr>
        <w:t>It would make the delay visible earlier and search farther before the body paid for local staffing geometry.</w:t>
      </w:r>
    </w:p>
    <w:p>
      <w:r>
        <w:rPr>
          <w:rFonts w:ascii="Georgia" w:hAnsi="Georgia" w:eastAsia="Georgia"/>
          <w:sz w:val="23"/>
        </w:rPr>
        <w:t>We could do that without pretending the operator had more evidence than they did.</w:t>
      </w:r>
    </w:p>
    <w:p>
      <w:pPr>
        <w:spacing w:before="80" w:after="80"/>
        <w:jc w:val="center"/>
      </w:pPr>
      <w:r>
        <w:rPr>
          <w:rFonts w:ascii="Georgia" w:hAnsi="Georgia" w:eastAsia="Georgia"/>
          <w:sz w:val="23"/>
        </w:rPr>
        <w:t>§</w:t>
      </w:r>
    </w:p>
    <w:p>
      <w:r>
        <w:rPr>
          <w:rFonts w:ascii="Georgia" w:hAnsi="Georgia" w:eastAsia="Georgia"/>
          <w:sz w:val="23"/>
        </w:rPr>
        <w:t>Before approving the regional pool, Rian made us break it on synthetic load.</w:t>
      </w:r>
    </w:p>
    <w:p>
      <w:r>
        <w:rPr>
          <w:rFonts w:ascii="Georgia" w:hAnsi="Georgia" w:eastAsia="Georgia"/>
          <w:sz w:val="23"/>
        </w:rPr>
        <w:t>Three simulated requests opened at once.</w:t>
      </w:r>
    </w:p>
    <w:p>
      <w:r>
        <w:rPr>
          <w:rFonts w:ascii="Georgia" w:hAnsi="Georgia" w:eastAsia="Georgia"/>
          <w:sz w:val="23"/>
        </w:rPr>
        <w:t>One respiratory.</w:t>
      </w:r>
    </w:p>
    <w:p>
      <w:r>
        <w:rPr>
          <w:rFonts w:ascii="Georgia" w:hAnsi="Georgia" w:eastAsia="Georgia"/>
          <w:sz w:val="23"/>
        </w:rPr>
        <w:t>One spinal.</w:t>
      </w:r>
    </w:p>
    <w:p>
      <w:r>
        <w:rPr>
          <w:rFonts w:ascii="Georgia" w:hAnsi="Georgia" w:eastAsia="Georgia"/>
          <w:sz w:val="23"/>
        </w:rPr>
        <w:t>One vascular-integration review with incomplete legacy ancestry.</w:t>
      </w:r>
    </w:p>
    <w:p>
      <w:r>
        <w:rPr>
          <w:rFonts w:ascii="Georgia" w:hAnsi="Georgia" w:eastAsia="Georgia"/>
          <w:sz w:val="23"/>
        </w:rPr>
        <w:t>The first found a qualified reviewer in forty-three seconds.</w:t>
      </w:r>
    </w:p>
    <w:p>
      <w:r>
        <w:rPr>
          <w:rFonts w:ascii="Georgia" w:hAnsi="Georgia" w:eastAsia="Georgia"/>
          <w:sz w:val="23"/>
        </w:rPr>
        <w:t>The second found two people who were technically qualified and currently outside the required authority scope.</w:t>
      </w:r>
    </w:p>
    <w:p>
      <w:r>
        <w:rPr>
          <w:rFonts w:ascii="Georgia" w:hAnsi="Georgia" w:eastAsia="Georgia"/>
          <w:sz w:val="23"/>
        </w:rPr>
        <w:t>The third found one reviewer in another institution whose current case load made the projected response time seventeen minutes.</w:t>
      </w:r>
    </w:p>
    <w:p>
      <w:r>
        <w:rPr>
          <w:rFonts w:ascii="Georgia" w:hAnsi="Georgia" w:eastAsia="Georgia"/>
          <w:sz w:val="23"/>
        </w:rPr>
        <w:t>The map had solved distance.</w:t>
      </w:r>
    </w:p>
    <w:p>
      <w:r>
        <w:rPr>
          <w:rFonts w:ascii="Georgia" w:hAnsi="Georgia" w:eastAsia="Georgia"/>
          <w:sz w:val="23"/>
        </w:rPr>
        <w:t>It had not solved scarcity.</w:t>
      </w:r>
    </w:p>
    <w:p>
      <w:r>
        <w:rPr>
          <w:rFonts w:ascii="Georgia" w:hAnsi="Georgia" w:eastAsia="Georgia"/>
          <w:sz w:val="23"/>
        </w:rPr>
        <w:t>Rian displayed the search state as AVAILABLE REGIONAL COVERAGE.</w:t>
      </w:r>
    </w:p>
    <w:p>
      <w:r>
        <w:rPr>
          <w:rFonts w:ascii="Georgia" w:hAnsi="Georgia" w:eastAsia="Georgia"/>
          <w:sz w:val="23"/>
        </w:rPr>
        <w:t>Len raised his hand from the meeting chair.</w:t>
      </w:r>
    </w:p>
    <w:p>
      <w:r>
        <w:rPr>
          <w:rFonts w:ascii="Georgia" w:hAnsi="Georgia" w:eastAsia="Georgia"/>
          <w:sz w:val="23"/>
        </w:rPr>
        <w:t>“No.”</w:t>
      </w:r>
    </w:p>
    <w:p>
      <w:r>
        <w:rPr>
          <w:rFonts w:ascii="Georgia" w:hAnsi="Georgia" w:eastAsia="Georgia"/>
          <w:sz w:val="23"/>
        </w:rPr>
        <w:t>Rian looked at him.</w:t>
      </w:r>
    </w:p>
    <w:p>
      <w:r>
        <w:rPr>
          <w:rFonts w:ascii="Georgia" w:hAnsi="Georgia" w:eastAsia="Georgia"/>
          <w:sz w:val="23"/>
        </w:rPr>
        <w:t>“What?”</w:t>
      </w:r>
    </w:p>
    <w:p>
      <w:r>
        <w:rPr>
          <w:rFonts w:ascii="Georgia" w:hAnsi="Georgia" w:eastAsia="Georgia"/>
          <w:sz w:val="23"/>
        </w:rPr>
        <w:t>“Available where?”</w:t>
      </w:r>
    </w:p>
    <w:p>
      <w:r>
        <w:rPr>
          <w:rFonts w:ascii="Georgia" w:hAnsi="Georgia" w:eastAsia="Georgia"/>
          <w:sz w:val="23"/>
        </w:rPr>
        <w:t>“Regionally.”</w:t>
      </w:r>
    </w:p>
    <w:p>
      <w:r>
        <w:rPr>
          <w:rFonts w:ascii="Georgia" w:hAnsi="Georgia" w:eastAsia="Georgia"/>
          <w:sz w:val="23"/>
        </w:rPr>
        <w:t>“Now?”</w:t>
      </w:r>
    </w:p>
    <w:p>
      <w:r>
        <w:rPr>
          <w:rFonts w:ascii="Georgia" w:hAnsi="Georgia" w:eastAsia="Georgia"/>
          <w:sz w:val="23"/>
        </w:rPr>
        <w:t>Rian looked back at the projected seventeen minutes.</w:t>
      </w:r>
    </w:p>
    <w:p>
      <w:r>
        <w:rPr>
          <w:rFonts w:ascii="Georgia" w:hAnsi="Georgia" w:eastAsia="Georgia"/>
          <w:sz w:val="23"/>
        </w:rPr>
        <w:t>“Not immediately.”</w:t>
      </w:r>
    </w:p>
    <w:p>
      <w:r>
        <w:rPr>
          <w:rFonts w:ascii="Georgia" w:hAnsi="Georgia" w:eastAsia="Georgia"/>
          <w:sz w:val="23"/>
        </w:rPr>
        <w:t>“Then do not call that available to the person waiting.”</w:t>
      </w:r>
    </w:p>
    <w:p>
      <w:r>
        <w:rPr>
          <w:rFonts w:ascii="Georgia" w:hAnsi="Georgia" w:eastAsia="Georgia"/>
          <w:sz w:val="23"/>
        </w:rPr>
        <w:t>Rema leaned toward the wall.</w:t>
      </w:r>
    </w:p>
    <w:p>
      <w:r>
        <w:rPr>
          <w:rFonts w:ascii="Georgia" w:hAnsi="Georgia" w:eastAsia="Georgia"/>
          <w:sz w:val="23"/>
        </w:rPr>
        <w:t>The label changed.</w:t>
      </w:r>
    </w:p>
    <w:p>
      <w:r>
        <w:rPr>
          <w:rFonts w:ascii="Georgia" w:hAnsi="Georgia" w:eastAsia="Georgia"/>
          <w:sz w:val="23"/>
        </w:rPr>
        <w:t>QUALIFIED REVIEWER IDENTIFIED / CURRENT RESPONSE ESTIMATE: 17 MIN.</w:t>
      </w:r>
    </w:p>
    <w:p>
      <w:r>
        <w:rPr>
          <w:rFonts w:ascii="Georgia" w:hAnsi="Georgia" w:eastAsia="Georgia"/>
          <w:sz w:val="23"/>
        </w:rPr>
        <w:t>The second request displayed:</w:t>
      </w:r>
    </w:p>
    <w:p>
      <w:r>
        <w:rPr>
          <w:rFonts w:ascii="Georgia" w:hAnsi="Georgia" w:eastAsia="Georgia"/>
          <w:sz w:val="23"/>
        </w:rPr>
        <w:t>QUALIFIED REVIEWER WITH REQUIRED CURRENT AUTHORITY: NOT YET IDENTIFIED.</w:t>
      </w:r>
    </w:p>
    <w:p>
      <w:r>
        <w:rPr>
          <w:rFonts w:ascii="Georgia" w:hAnsi="Georgia" w:eastAsia="Georgia"/>
          <w:sz w:val="23"/>
        </w:rPr>
        <w:t>The first kept:</w:t>
      </w:r>
    </w:p>
    <w:p>
      <w:r>
        <w:rPr>
          <w:rFonts w:ascii="Georgia" w:hAnsi="Georgia" w:eastAsia="Georgia"/>
          <w:sz w:val="23"/>
        </w:rPr>
        <w:t>REVIEWER CONNECTED.</w:t>
      </w:r>
    </w:p>
    <w:p>
      <w:r>
        <w:rPr>
          <w:rFonts w:ascii="Georgia" w:hAnsi="Georgia" w:eastAsia="Georgia"/>
          <w:sz w:val="23"/>
        </w:rPr>
        <w:t>Three different states instead of one green indicator.</w:t>
      </w:r>
    </w:p>
    <w:p>
      <w:r>
        <w:rPr>
          <w:rFonts w:ascii="Georgia" w:hAnsi="Georgia" w:eastAsia="Georgia"/>
          <w:sz w:val="23"/>
        </w:rPr>
        <w:t>Kera said, “That will make the interface uglier.”</w:t>
      </w:r>
    </w:p>
    <w:p>
      <w:r>
        <w:rPr>
          <w:rFonts w:ascii="Georgia" w:hAnsi="Georgia" w:eastAsia="Georgia"/>
          <w:sz w:val="23"/>
        </w:rPr>
        <w:t>Len said, “It will make the interface true.”</w:t>
      </w:r>
    </w:p>
    <w:p>
      <w:r>
        <w:rPr>
          <w:rFonts w:ascii="Georgia" w:hAnsi="Georgia" w:eastAsia="Georgia"/>
          <w:sz w:val="23"/>
        </w:rPr>
        <w:t>We kept it.</w:t>
      </w:r>
    </w:p>
    <w:p>
      <w:r>
        <w:rPr>
          <w:rFonts w:ascii="Georgia" w:hAnsi="Georgia" w:eastAsia="Georgia"/>
          <w:sz w:val="23"/>
        </w:rPr>
        <w:t>The synthetic run continued until all three requests either found a reviewer or exhausted the current map.</w:t>
      </w:r>
    </w:p>
    <w:p>
      <w:r>
        <w:rPr>
          <w:rFonts w:ascii="Georgia" w:hAnsi="Georgia" w:eastAsia="Georgia"/>
          <w:sz w:val="23"/>
        </w:rPr>
        <w:t>The longest unresolved search lasted thirty-one minutes.</w:t>
      </w:r>
    </w:p>
    <w:p>
      <w:r>
        <w:rPr>
          <w:rFonts w:ascii="Georgia" w:hAnsi="Georgia" w:eastAsia="Georgia"/>
          <w:sz w:val="23"/>
        </w:rPr>
        <w:t>Nothing about the pool made that acceptable.</w:t>
      </w:r>
    </w:p>
    <w:p>
      <w:r>
        <w:rPr>
          <w:rFonts w:ascii="Georgia" w:hAnsi="Georgia" w:eastAsia="Georgia"/>
          <w:sz w:val="23"/>
        </w:rPr>
        <w:t>It made it visible before a local team could mistake regional existence for current access.</w:t>
      </w:r>
    </w:p>
    <w:p>
      <w:pPr>
        <w:spacing w:before="80" w:after="80"/>
        <w:jc w:val="center"/>
      </w:pPr>
      <w:r>
        <w:rPr>
          <w:rFonts w:ascii="Georgia" w:hAnsi="Georgia" w:eastAsia="Georgia"/>
          <w:sz w:val="23"/>
        </w:rPr>
        <w:t>§</w:t>
      </w:r>
    </w:p>
    <w:p>
      <w:r>
        <w:rPr>
          <w:rFonts w:ascii="Georgia" w:hAnsi="Georgia" w:eastAsia="Georgia"/>
          <w:sz w:val="23"/>
        </w:rPr>
        <w:t>The overnight operators asked to run the pool from their own consoles instead of the meeting wall.</w:t>
      </w:r>
    </w:p>
    <w:p>
      <w:r>
        <w:rPr>
          <w:rFonts w:ascii="Georgia" w:hAnsi="Georgia" w:eastAsia="Georgia"/>
          <w:sz w:val="23"/>
        </w:rPr>
        <w:t>That changed the test again.</w:t>
      </w:r>
    </w:p>
    <w:p>
      <w:r>
        <w:rPr>
          <w:rFonts w:ascii="Georgia" w:hAnsi="Georgia" w:eastAsia="Georgia"/>
          <w:sz w:val="23"/>
        </w:rPr>
        <w:t>The regional map showed a spinal reviewer connected at 14:22.</w:t>
      </w:r>
    </w:p>
    <w:p>
      <w:r>
        <w:rPr>
          <w:rFonts w:ascii="Georgia" w:hAnsi="Georgia" w:eastAsia="Georgia"/>
          <w:sz w:val="23"/>
        </w:rPr>
        <w:t>North Reach’s local console still showed REVIEW PENDING.</w:t>
      </w:r>
    </w:p>
    <w:p>
      <w:r>
        <w:rPr>
          <w:rFonts w:ascii="Georgia" w:hAnsi="Georgia" w:eastAsia="Georgia"/>
          <w:sz w:val="23"/>
        </w:rPr>
        <w:t>Rian opened the transfer log.</w:t>
      </w:r>
    </w:p>
    <w:p>
      <w:r>
        <w:rPr>
          <w:rFonts w:ascii="Georgia" w:hAnsi="Georgia" w:eastAsia="Georgia"/>
          <w:sz w:val="23"/>
        </w:rPr>
        <w:t>One required raw trace had not crossed the institutional boundary because the default export treated it as local diagnostic detail rather than decision input.</w:t>
      </w:r>
    </w:p>
    <w:p>
      <w:r>
        <w:rPr>
          <w:rFonts w:ascii="Georgia" w:hAnsi="Georgia" w:eastAsia="Georgia"/>
          <w:sz w:val="23"/>
        </w:rPr>
        <w:t>The reviewer existed.</w:t>
      </w:r>
    </w:p>
    <w:p>
      <w:r>
        <w:rPr>
          <w:rFonts w:ascii="Georgia" w:hAnsi="Georgia" w:eastAsia="Georgia"/>
          <w:sz w:val="23"/>
        </w:rPr>
        <w:t>The question had not reached them intact.</w:t>
      </w:r>
    </w:p>
    <w:p>
      <w:r>
        <w:rPr>
          <w:rFonts w:ascii="Georgia" w:hAnsi="Georgia" w:eastAsia="Georgia"/>
          <w:sz w:val="23"/>
        </w:rPr>
        <w:t>Rema said, “How long?”</w:t>
      </w:r>
    </w:p>
    <w:p>
      <w:r>
        <w:rPr>
          <w:rFonts w:ascii="Georgia" w:hAnsi="Georgia" w:eastAsia="Georgia"/>
          <w:sz w:val="23"/>
        </w:rPr>
        <w:t>“Six minutes if the operator notices and resends manually,” Rian said.</w:t>
      </w:r>
    </w:p>
    <w:p>
      <w:r>
        <w:rPr>
          <w:rFonts w:ascii="Georgia" w:hAnsi="Georgia" w:eastAsia="Georgia"/>
          <w:sz w:val="23"/>
        </w:rPr>
        <w:t>“And if they do not?”</w:t>
      </w:r>
    </w:p>
    <w:p>
      <w:r>
        <w:rPr>
          <w:rFonts w:ascii="Georgia" w:hAnsi="Georgia" w:eastAsia="Georgia"/>
          <w:sz w:val="23"/>
        </w:rPr>
        <w:t>“The reviewer asks.”</w:t>
      </w:r>
    </w:p>
    <w:p>
      <w:r>
        <w:rPr>
          <w:rFonts w:ascii="Georgia" w:hAnsi="Georgia" w:eastAsia="Georgia"/>
          <w:sz w:val="23"/>
        </w:rPr>
        <w:t>“When?”</w:t>
      </w:r>
    </w:p>
    <w:p>
      <w:r>
        <w:rPr>
          <w:rFonts w:ascii="Georgia" w:hAnsi="Georgia" w:eastAsia="Georgia"/>
          <w:sz w:val="23"/>
        </w:rPr>
        <w:t>He looked at the simulated queue.</w:t>
      </w:r>
    </w:p>
    <w:p>
      <w:r>
        <w:rPr>
          <w:rFonts w:ascii="Georgia" w:hAnsi="Georgia" w:eastAsia="Georgia"/>
          <w:sz w:val="23"/>
        </w:rPr>
        <w:t>The reviewer had two other cases open.</w:t>
      </w:r>
    </w:p>
    <w:p>
      <w:r>
        <w:rPr>
          <w:rFonts w:ascii="Georgia" w:hAnsi="Georgia" w:eastAsia="Georgia"/>
          <w:sz w:val="23"/>
        </w:rPr>
        <w:t>“Unknown.”</w:t>
      </w:r>
    </w:p>
    <w:p>
      <w:r>
        <w:rPr>
          <w:rFonts w:ascii="Georgia" w:hAnsi="Georgia" w:eastAsia="Georgia"/>
          <w:sz w:val="23"/>
        </w:rPr>
        <w:t>Len leaned forward.</w:t>
      </w:r>
    </w:p>
    <w:p>
      <w:r>
        <w:rPr>
          <w:rFonts w:ascii="Georgia" w:hAnsi="Georgia" w:eastAsia="Georgia"/>
          <w:sz w:val="23"/>
        </w:rPr>
        <w:t>“So your screen can say a person is connected while the useful part is still in the building with me.”</w:t>
      </w:r>
    </w:p>
    <w:p>
      <w:r>
        <w:rPr>
          <w:rFonts w:ascii="Georgia" w:hAnsi="Georgia" w:eastAsia="Georgia"/>
          <w:sz w:val="23"/>
        </w:rPr>
        <w:t>Rian changed the label again.</w:t>
      </w:r>
    </w:p>
    <w:p>
      <w:r>
        <w:rPr>
          <w:rFonts w:ascii="Georgia" w:hAnsi="Georgia" w:eastAsia="Georgia"/>
          <w:sz w:val="23"/>
        </w:rPr>
        <w:t>REVIEWER CONNECTED / REQUIRED INPUTS INCOMPLETE.</w:t>
      </w:r>
    </w:p>
    <w:p>
      <w:r>
        <w:rPr>
          <w:rFonts w:ascii="Georgia" w:hAnsi="Georgia" w:eastAsia="Georgia"/>
          <w:sz w:val="23"/>
        </w:rPr>
        <w:t>Then he added the missing-trace alert to both sides of the connection.</w:t>
      </w:r>
    </w:p>
    <w:p>
      <w:r>
        <w:rPr>
          <w:rFonts w:ascii="Georgia" w:hAnsi="Georgia" w:eastAsia="Georgia"/>
          <w:sz w:val="23"/>
        </w:rPr>
        <w:t>The next synthetic run moved the raw trace with the request because the proposed decision had already identified it as a required evidence source.</w:t>
      </w:r>
    </w:p>
    <w:p>
      <w:r>
        <w:rPr>
          <w:rFonts w:ascii="Georgia" w:hAnsi="Georgia" w:eastAsia="Georgia"/>
          <w:sz w:val="23"/>
        </w:rPr>
        <w:t>A small software change. It shortened nothing about the clinical problem.</w:t>
      </w:r>
    </w:p>
    <w:p>
      <w:r>
        <w:rPr>
          <w:rFonts w:ascii="Georgia" w:hAnsi="Georgia" w:eastAsia="Georgia"/>
          <w:sz w:val="23"/>
        </w:rPr>
        <w:t>It removed one avoidable way to spend the interval.</w:t>
      </w:r>
    </w:p>
    <w:p>
      <w:r>
        <w:rPr>
          <w:rFonts w:ascii="Georgia" w:hAnsi="Georgia" w:eastAsia="Georgia"/>
          <w:sz w:val="23"/>
        </w:rPr>
        <w:t>The overnight operators ran the three requests twice more.</w:t>
      </w:r>
    </w:p>
    <w:p>
      <w:r>
        <w:rPr>
          <w:rFonts w:ascii="Georgia" w:hAnsi="Georgia" w:eastAsia="Georgia"/>
          <w:sz w:val="23"/>
        </w:rPr>
        <w:t>On the final pass, the system failed to find a qualified reviewer for one legacy vascular case within twenty-five minutes.</w:t>
      </w:r>
    </w:p>
    <w:p>
      <w:r>
        <w:rPr>
          <w:rFonts w:ascii="Georgia" w:hAnsi="Georgia" w:eastAsia="Georgia"/>
          <w:sz w:val="23"/>
        </w:rPr>
        <w:t>Nobody renamed the failure.</w:t>
      </w:r>
    </w:p>
    <w:p>
      <w:r>
        <w:rPr>
          <w:rFonts w:ascii="Georgia" w:hAnsi="Georgia" w:eastAsia="Georgia"/>
          <w:sz w:val="23"/>
        </w:rPr>
        <w:t>The pool was better than the local search.</w:t>
      </w:r>
    </w:p>
    <w:p>
      <w:r>
        <w:rPr>
          <w:rFonts w:ascii="Georgia" w:hAnsi="Georgia" w:eastAsia="Georgia"/>
          <w:sz w:val="23"/>
        </w:rPr>
        <w:t>It was still made of finite people.</w:t>
      </w:r>
    </w:p>
    <w:p>
      <w:pPr>
        <w:spacing w:before="80" w:after="80"/>
        <w:jc w:val="center"/>
      </w:pPr>
      <w:r>
        <w:rPr>
          <w:rFonts w:ascii="Georgia" w:hAnsi="Georgia" w:eastAsia="Georgia"/>
          <w:sz w:val="23"/>
        </w:rPr>
        <w:t>§</w:t>
      </w:r>
    </w:p>
    <w:p>
      <w:r>
        <w:rPr>
          <w:rFonts w:ascii="Georgia" w:hAnsi="Georgia" w:eastAsia="Georgia"/>
          <w:sz w:val="23"/>
        </w:rPr>
        <w:t>At 1316 Len stood again.</w:t>
      </w:r>
    </w:p>
    <w:p>
      <w:r>
        <w:rPr>
          <w:rFonts w:ascii="Georgia" w:hAnsi="Georgia" w:eastAsia="Georgia"/>
          <w:sz w:val="23"/>
        </w:rPr>
        <w:t>The left foot cleared on the first step.</w:t>
      </w:r>
    </w:p>
    <w:p>
      <w:r>
        <w:rPr>
          <w:rFonts w:ascii="Georgia" w:hAnsi="Georgia" w:eastAsia="Georgia"/>
          <w:sz w:val="23"/>
        </w:rPr>
        <w:t>Not the second.</w:t>
      </w:r>
    </w:p>
    <w:p>
      <w:r>
        <w:rPr>
          <w:rFonts w:ascii="Georgia" w:hAnsi="Georgia" w:eastAsia="Georgia"/>
          <w:sz w:val="23"/>
        </w:rPr>
        <w:t>He stopped before anyone touched him.</w:t>
      </w:r>
    </w:p>
    <w:p>
      <w:r>
        <w:rPr>
          <w:rFonts w:ascii="Georgia" w:hAnsi="Georgia" w:eastAsia="Georgia"/>
          <w:sz w:val="23"/>
        </w:rPr>
        <w:t>“Again.”</w:t>
      </w:r>
    </w:p>
    <w:p>
      <w:r>
        <w:rPr>
          <w:rFonts w:ascii="Georgia" w:hAnsi="Georgia" w:eastAsia="Georgia"/>
          <w:sz w:val="23"/>
        </w:rPr>
        <w:t>Rema said, “Sit.”</w:t>
      </w:r>
    </w:p>
    <w:p>
      <w:r>
        <w:rPr>
          <w:rFonts w:ascii="Georgia" w:hAnsi="Georgia" w:eastAsia="Georgia"/>
          <w:sz w:val="23"/>
        </w:rPr>
        <w:t>“No.”</w:t>
      </w:r>
    </w:p>
    <w:p>
      <w:r>
        <w:rPr>
          <w:rFonts w:ascii="Georgia" w:hAnsi="Georgia" w:eastAsia="Georgia"/>
          <w:sz w:val="23"/>
        </w:rPr>
        <w:t>“This is not a test.”</w:t>
      </w:r>
    </w:p>
    <w:p>
      <w:r>
        <w:rPr>
          <w:rFonts w:ascii="Georgia" w:hAnsi="Georgia" w:eastAsia="Georgia"/>
          <w:sz w:val="23"/>
        </w:rPr>
        <w:t>“It is my leg.”</w:t>
      </w:r>
    </w:p>
    <w:p>
      <w:r>
        <w:rPr>
          <w:rFonts w:ascii="Georgia" w:hAnsi="Georgia" w:eastAsia="Georgia"/>
          <w:sz w:val="23"/>
        </w:rPr>
        <w:t>“That is why I am telling you to sit.”</w:t>
      </w:r>
    </w:p>
    <w:p>
      <w:r>
        <w:rPr>
          <w:rFonts w:ascii="Georgia" w:hAnsi="Georgia" w:eastAsia="Georgia"/>
          <w:sz w:val="23"/>
        </w:rPr>
        <w:t>He sat.</w:t>
      </w:r>
    </w:p>
    <w:p>
      <w:r>
        <w:rPr>
          <w:rFonts w:ascii="Georgia" w:hAnsi="Georgia" w:eastAsia="Georgia"/>
          <w:sz w:val="23"/>
        </w:rPr>
        <w:t>The room had spent three hours discussing time while his quadriceps fatigued in front of us.</w:t>
      </w:r>
    </w:p>
    <w:p>
      <w:r>
        <w:rPr>
          <w:rFonts w:ascii="Georgia" w:hAnsi="Georgia" w:eastAsia="Georgia"/>
          <w:sz w:val="23"/>
        </w:rPr>
        <w:t>No one missed the point.</w:t>
      </w:r>
    </w:p>
    <w:p>
      <w:r>
        <w:rPr>
          <w:rFonts w:ascii="Georgia" w:hAnsi="Georgia" w:eastAsia="Georgia"/>
          <w:sz w:val="23"/>
        </w:rPr>
        <w:t>He looked at the wall fields.</w:t>
      </w:r>
    </w:p>
    <w:p>
      <w:r>
        <w:rPr>
          <w:rFonts w:ascii="Georgia" w:hAnsi="Georgia" w:eastAsia="Georgia"/>
          <w:sz w:val="23"/>
        </w:rPr>
        <w:t>“Do not make me the argument for faster.”</w:t>
      </w:r>
    </w:p>
    <w:p>
      <w:r>
        <w:rPr>
          <w:rFonts w:ascii="Georgia" w:hAnsi="Georgia" w:eastAsia="Georgia"/>
          <w:sz w:val="23"/>
        </w:rPr>
        <w:t>Rema said, “We are not.”</w:t>
      </w:r>
    </w:p>
    <w:p>
      <w:r>
        <w:rPr>
          <w:rFonts w:ascii="Georgia" w:hAnsi="Georgia" w:eastAsia="Georgia"/>
          <w:sz w:val="23"/>
        </w:rPr>
        <w:t>“Do not make me the argument for slower either.”</w:t>
      </w:r>
    </w:p>
    <w:p>
      <w:r>
        <w:rPr>
          <w:rFonts w:ascii="Georgia" w:hAnsi="Georgia" w:eastAsia="Georgia"/>
          <w:sz w:val="23"/>
        </w:rPr>
        <w:t>“No.”</w:t>
      </w:r>
    </w:p>
    <w:p>
      <w:r>
        <w:rPr>
          <w:rFonts w:ascii="Georgia" w:hAnsi="Georgia" w:eastAsia="Georgia"/>
          <w:sz w:val="23"/>
        </w:rPr>
        <w:t>“I had a bad interval. That is all you own.”</w:t>
      </w:r>
    </w:p>
    <w:p>
      <w:r>
        <w:rPr>
          <w:rFonts w:ascii="Georgia" w:hAnsi="Georgia" w:eastAsia="Georgia"/>
          <w:sz w:val="23"/>
        </w:rPr>
        <w:t>Kera said, “That is enough.”</w:t>
      </w:r>
    </w:p>
    <w:p>
      <w:r>
        <w:rPr>
          <w:rFonts w:ascii="Georgia" w:hAnsi="Georgia" w:eastAsia="Georgia"/>
          <w:sz w:val="23"/>
        </w:rPr>
        <w:t>Len shook his head.</w:t>
      </w:r>
    </w:p>
    <w:p>
      <w:r>
        <w:rPr>
          <w:rFonts w:ascii="Georgia" w:hAnsi="Georgia" w:eastAsia="Georgia"/>
          <w:sz w:val="23"/>
        </w:rPr>
        <w:t>“It is enough to describe what happened to me. It is not enough to know what would have happened instead.”</w:t>
      </w:r>
    </w:p>
    <w:p>
      <w:r>
        <w:rPr>
          <w:rFonts w:ascii="Georgia" w:hAnsi="Georgia" w:eastAsia="Georgia"/>
          <w:sz w:val="23"/>
        </w:rPr>
        <w:t>Kera stopped writing.</w:t>
      </w:r>
    </w:p>
    <w:p>
      <w:r>
        <w:rPr>
          <w:rFonts w:ascii="Georgia" w:hAnsi="Georgia" w:eastAsia="Georgia"/>
          <w:sz w:val="23"/>
        </w:rPr>
        <w:t>Then deleted the line she had begun.</w:t>
      </w:r>
    </w:p>
    <w:p>
      <w:r>
        <w:rPr>
          <w:rFonts w:ascii="Georgia" w:hAnsi="Georgia" w:eastAsia="Georgia"/>
          <w:sz w:val="23"/>
        </w:rPr>
        <w:t>I watched her do it.</w:t>
      </w:r>
    </w:p>
    <w:p>
      <w:r>
        <w:rPr>
          <w:rFonts w:ascii="Georgia" w:hAnsi="Georgia" w:eastAsia="Georgia"/>
          <w:sz w:val="23"/>
        </w:rPr>
        <w:t>The record improved because someone refused a useful conclusion.</w:t>
      </w:r>
    </w:p>
    <w:p>
      <w:pPr>
        <w:spacing w:before="80" w:after="80"/>
        <w:jc w:val="center"/>
      </w:pPr>
      <w:r>
        <w:rPr>
          <w:rFonts w:ascii="Georgia" w:hAnsi="Georgia" w:eastAsia="Georgia"/>
          <w:sz w:val="23"/>
        </w:rPr>
        <w:t>§</w:t>
      </w:r>
    </w:p>
    <w:p>
      <w:r>
        <w:rPr>
          <w:rFonts w:ascii="Georgia" w:hAnsi="Georgia" w:eastAsia="Georgia"/>
          <w:sz w:val="23"/>
        </w:rPr>
        <w:t>The new protocol went live at 1800.</w:t>
      </w:r>
    </w:p>
    <w:p>
      <w:r>
        <w:rPr>
          <w:rFonts w:ascii="Georgia" w:hAnsi="Georgia" w:eastAsia="Georgia"/>
          <w:sz w:val="23"/>
        </w:rPr>
        <w:t>Not as an override.</w:t>
      </w:r>
    </w:p>
    <w:p>
      <w:r>
        <w:rPr>
          <w:rFonts w:ascii="Georgia" w:hAnsi="Georgia" w:eastAsia="Georgia"/>
          <w:sz w:val="23"/>
        </w:rPr>
        <w:t>As an escalation architecture.</w:t>
      </w:r>
    </w:p>
    <w:p>
      <w:r>
        <w:rPr>
          <w:rFonts w:ascii="Georgia" w:hAnsi="Georgia" w:eastAsia="Georgia"/>
          <w:sz w:val="23"/>
        </w:rPr>
        <w:t>Any progressive organ-level or neurological deterioration during a provenance-blocked decision now opened two tracks simultaneously:</w:t>
      </w:r>
    </w:p>
    <w:p>
      <w:r>
        <w:rPr>
          <w:rFonts w:ascii="Georgia" w:hAnsi="Georgia" w:eastAsia="Georgia"/>
          <w:sz w:val="23"/>
        </w:rPr>
        <w:t>EVIDENCE RESOLUTION.</w:t>
      </w:r>
    </w:p>
    <w:p>
      <w:r>
        <w:rPr>
          <w:rFonts w:ascii="Georgia" w:hAnsi="Georgia" w:eastAsia="Georgia"/>
          <w:sz w:val="23"/>
        </w:rPr>
        <w:t>DELAY-RISK ESCALATION.</w:t>
      </w:r>
    </w:p>
    <w:p>
      <w:r>
        <w:rPr>
          <w:rFonts w:ascii="Georgia" w:hAnsi="Georgia" w:eastAsia="Georgia"/>
          <w:sz w:val="23"/>
        </w:rPr>
        <w:t>The first asked whether the proposed intervention had enough support.</w:t>
      </w:r>
    </w:p>
    <w:p>
      <w:r>
        <w:rPr>
          <w:rFonts w:ascii="Georgia" w:hAnsi="Georgia" w:eastAsia="Georgia"/>
          <w:sz w:val="23"/>
        </w:rPr>
        <w:t>The second asked what the body was doing while the first remained unresolved.</w:t>
      </w:r>
    </w:p>
    <w:p>
      <w:r>
        <w:rPr>
          <w:rFonts w:ascii="Georgia" w:hAnsi="Georgia" w:eastAsia="Georgia"/>
          <w:sz w:val="23"/>
        </w:rPr>
        <w:t>Remote second-review search began automatically across authority scopes rather than institutions.</w:t>
      </w:r>
    </w:p>
    <w:p>
      <w:r>
        <w:rPr>
          <w:rFonts w:ascii="Georgia" w:hAnsi="Georgia" w:eastAsia="Georgia"/>
          <w:sz w:val="23"/>
        </w:rPr>
        <w:t>The patient could see the same clock the staff saw.</w:t>
      </w:r>
    </w:p>
    <w:p>
      <w:r>
        <w:rPr>
          <w:rFonts w:ascii="Georgia" w:hAnsi="Georgia" w:eastAsia="Georgia"/>
          <w:sz w:val="23"/>
        </w:rPr>
        <w:t>Not a countdown to permission.</w:t>
      </w:r>
    </w:p>
    <w:p>
      <w:r>
        <w:rPr>
          <w:rFonts w:ascii="Georgia" w:hAnsi="Georgia" w:eastAsia="Georgia"/>
          <w:sz w:val="23"/>
        </w:rPr>
        <w:t>A record of elapsed time and observed change.</w:t>
      </w:r>
    </w:p>
    <w:p>
      <w:r>
        <w:rPr>
          <w:rFonts w:ascii="Georgia" w:hAnsi="Georgia" w:eastAsia="Georgia"/>
          <w:sz w:val="23"/>
        </w:rPr>
        <w:t>Len reviewed the patient-facing display before release.</w:t>
      </w:r>
    </w:p>
    <w:p>
      <w:r>
        <w:rPr>
          <w:rFonts w:ascii="Georgia" w:hAnsi="Georgia" w:eastAsia="Georgia"/>
          <w:sz w:val="23"/>
        </w:rPr>
        <w:t>“This makes waiting look dangerous.”</w:t>
      </w:r>
    </w:p>
    <w:p>
      <w:r>
        <w:rPr>
          <w:rFonts w:ascii="Georgia" w:hAnsi="Georgia" w:eastAsia="Georgia"/>
          <w:sz w:val="23"/>
        </w:rPr>
        <w:t>“Sometimes it is,” Rema said.</w:t>
      </w:r>
    </w:p>
    <w:p>
      <w:r>
        <w:rPr>
          <w:rFonts w:ascii="Georgia" w:hAnsi="Georgia" w:eastAsia="Georgia"/>
          <w:sz w:val="23"/>
        </w:rPr>
        <w:t>“It also makes acting look dangerous.”</w:t>
      </w:r>
    </w:p>
    <w:p>
      <w:r>
        <w:rPr>
          <w:rFonts w:ascii="Georgia" w:hAnsi="Georgia" w:eastAsia="Georgia"/>
          <w:sz w:val="23"/>
        </w:rPr>
        <w:t>“Sometimes it is.”</w:t>
      </w:r>
    </w:p>
    <w:p>
      <w:r>
        <w:rPr>
          <w:rFonts w:ascii="Georgia" w:hAnsi="Georgia" w:eastAsia="Georgia"/>
          <w:sz w:val="23"/>
        </w:rPr>
        <w:t>He looked at me.</w:t>
      </w:r>
    </w:p>
    <w:p>
      <w:r>
        <w:rPr>
          <w:rFonts w:ascii="Georgia" w:hAnsi="Georgia" w:eastAsia="Georgia"/>
          <w:sz w:val="23"/>
        </w:rPr>
        <w:t>“You people finally made a screen I trust.”</w:t>
      </w:r>
    </w:p>
    <w:p>
      <w:r>
        <w:rPr>
          <w:rFonts w:ascii="Georgia" w:hAnsi="Georgia" w:eastAsia="Georgia"/>
          <w:sz w:val="23"/>
        </w:rPr>
        <w:t>“Why?”</w:t>
      </w:r>
    </w:p>
    <w:p>
      <w:r>
        <w:rPr>
          <w:rFonts w:ascii="Georgia" w:hAnsi="Georgia" w:eastAsia="Georgia"/>
          <w:sz w:val="23"/>
        </w:rPr>
        <w:t>“It does not tell me which danger wins.”</w:t>
      </w:r>
    </w:p>
    <w:p>
      <w:r>
        <w:rPr>
          <w:rFonts w:ascii="Georgia" w:hAnsi="Georgia" w:eastAsia="Georgia"/>
          <w:sz w:val="23"/>
        </w:rPr>
        <w:t>The screen knew the clocks.</w:t>
      </w:r>
    </w:p>
    <w:p>
      <w:r>
        <w:rPr>
          <w:rFonts w:ascii="Georgia" w:hAnsi="Georgia" w:eastAsia="Georgia"/>
          <w:sz w:val="23"/>
        </w:rPr>
        <w:t>It did not know the choice.</w:t>
      </w:r>
    </w:p>
    <w:p>
      <w:pPr>
        <w:spacing w:before="80" w:after="80"/>
        <w:jc w:val="center"/>
      </w:pPr>
      <w:r>
        <w:rPr>
          <w:rFonts w:ascii="Georgia" w:hAnsi="Georgia" w:eastAsia="Georgia"/>
          <w:sz w:val="23"/>
        </w:rPr>
        <w:t>§</w:t>
      </w:r>
    </w:p>
    <w:p>
      <w:r>
        <w:rPr>
          <w:rFonts w:ascii="Georgia" w:hAnsi="Georgia" w:eastAsia="Georgia"/>
          <w:sz w:val="23"/>
        </w:rPr>
        <w:t>I returned home after 2300.</w:t>
      </w:r>
    </w:p>
    <w:p>
      <w:r>
        <w:rPr>
          <w:rFonts w:ascii="Georgia" w:hAnsi="Georgia" w:eastAsia="Georgia"/>
          <w:sz w:val="23"/>
        </w:rPr>
        <w:t>Miren had left a message asking whether North Reach had fixed itself.</w:t>
      </w:r>
    </w:p>
    <w:p>
      <w:r>
        <w:rPr>
          <w:rFonts w:ascii="Georgia" w:hAnsi="Georgia" w:eastAsia="Georgia"/>
          <w:sz w:val="23"/>
        </w:rPr>
        <w:t>I called her.</w:t>
      </w:r>
    </w:p>
    <w:p>
      <w:r>
        <w:rPr>
          <w:rFonts w:ascii="Georgia" w:hAnsi="Georgia" w:eastAsia="Georgia"/>
          <w:sz w:val="23"/>
        </w:rPr>
        <w:t>“No.”</w:t>
      </w:r>
    </w:p>
    <w:p>
      <w:r>
        <w:rPr>
          <w:rFonts w:ascii="Georgia" w:hAnsi="Georgia" w:eastAsia="Georgia"/>
          <w:sz w:val="23"/>
        </w:rPr>
        <w:t>“What did it fix?”</w:t>
      </w:r>
    </w:p>
    <w:p>
      <w:r>
        <w:rPr>
          <w:rFonts w:ascii="Georgia" w:hAnsi="Georgia" w:eastAsia="Georgia"/>
          <w:sz w:val="23"/>
        </w:rPr>
        <w:t>“One way of pretending waiting was empty.”</w:t>
      </w:r>
    </w:p>
    <w:p>
      <w:r>
        <w:rPr>
          <w:rFonts w:ascii="Georgia" w:hAnsi="Georgia" w:eastAsia="Georgia"/>
          <w:sz w:val="23"/>
        </w:rPr>
        <w:t>“That sounds less satisfying.”</w:t>
      </w:r>
    </w:p>
    <w:p>
      <w:r>
        <w:rPr>
          <w:rFonts w:ascii="Georgia" w:hAnsi="Georgia" w:eastAsia="Georgia"/>
          <w:sz w:val="23"/>
        </w:rPr>
        <w:t>“It is.”</w:t>
      </w:r>
    </w:p>
    <w:p>
      <w:r>
        <w:rPr>
          <w:rFonts w:ascii="Georgia" w:hAnsi="Georgia" w:eastAsia="Georgia"/>
          <w:sz w:val="23"/>
        </w:rPr>
        <w:t>“Useful?”</w:t>
      </w:r>
    </w:p>
    <w:p>
      <w:r>
        <w:rPr>
          <w:rFonts w:ascii="Georgia" w:hAnsi="Georgia" w:eastAsia="Georgia"/>
          <w:sz w:val="23"/>
        </w:rPr>
        <w:t>“Yes.”</w:t>
      </w:r>
    </w:p>
    <w:p>
      <w:r>
        <w:rPr>
          <w:rFonts w:ascii="Georgia" w:hAnsi="Georgia" w:eastAsia="Georgia"/>
          <w:sz w:val="23"/>
        </w:rPr>
        <w:t>She was quiet.</w:t>
      </w:r>
    </w:p>
    <w:p>
      <w:r>
        <w:rPr>
          <w:rFonts w:ascii="Georgia" w:hAnsi="Georgia" w:eastAsia="Georgia"/>
          <w:sz w:val="23"/>
        </w:rPr>
        <w:t>Then: “Your sole-start scope?”</w:t>
      </w:r>
    </w:p>
    <w:p>
      <w:r>
        <w:rPr>
          <w:rFonts w:ascii="Georgia" w:hAnsi="Georgia" w:eastAsia="Georgia"/>
          <w:sz w:val="23"/>
        </w:rPr>
        <w:t>“Unchanged.”</w:t>
      </w:r>
    </w:p>
    <w:p>
      <w:r>
        <w:rPr>
          <w:rFonts w:ascii="Georgia" w:hAnsi="Georgia" w:eastAsia="Georgia"/>
          <w:sz w:val="23"/>
        </w:rPr>
        <w:t>“You sound disappointed.”</w:t>
      </w:r>
    </w:p>
    <w:p>
      <w:r>
        <w:rPr>
          <w:rFonts w:ascii="Georgia" w:hAnsi="Georgia" w:eastAsia="Georgia"/>
          <w:sz w:val="23"/>
        </w:rPr>
        <w:t>“I am tired.”</w:t>
      </w:r>
    </w:p>
    <w:p>
      <w:r>
        <w:rPr>
          <w:rFonts w:ascii="Georgia" w:hAnsi="Georgia" w:eastAsia="Georgia"/>
          <w:sz w:val="23"/>
        </w:rPr>
        <w:t>She did not press.</w:t>
      </w:r>
    </w:p>
    <w:p>
      <w:r>
        <w:rPr>
          <w:rFonts w:ascii="Georgia" w:hAnsi="Georgia" w:eastAsia="Georgia"/>
          <w:sz w:val="23"/>
        </w:rPr>
        <w:t>I looked at the wall and did not answer.</w:t>
      </w:r>
    </w:p>
    <w:p>
      <w:r>
        <w:rPr>
          <w:rFonts w:ascii="Georgia" w:hAnsi="Georgia" w:eastAsia="Georgia"/>
          <w:sz w:val="23"/>
        </w:rPr>
        <w:t>She let me keep the silence.</w:t>
      </w:r>
    </w:p>
    <w:p>
      <w:r>
        <w:rPr>
          <w:rFonts w:ascii="Georgia" w:hAnsi="Georgia" w:eastAsia="Georgia"/>
          <w:sz w:val="23"/>
        </w:rPr>
        <w:t>After the call I opened Len’s latest neurological note.</w:t>
      </w:r>
    </w:p>
    <w:p>
      <w:r>
        <w:rPr>
          <w:rFonts w:ascii="Georgia" w:hAnsi="Georgia" w:eastAsia="Georgia"/>
          <w:sz w:val="23"/>
        </w:rPr>
        <w:t>LEFT HEEL CLEARANCE: INTERMITTENT.</w:t>
      </w:r>
    </w:p>
    <w:p>
      <w:r>
        <w:rPr>
          <w:rFonts w:ascii="Georgia" w:hAnsi="Georgia" w:eastAsia="Georgia"/>
          <w:sz w:val="23"/>
        </w:rPr>
        <w:t>TOE CLEARANCE: PRESENT ON THREE OF TEN ATTEMPTS.</w:t>
      </w:r>
    </w:p>
    <w:p>
      <w:r>
        <w:rPr>
          <w:rFonts w:ascii="Georgia" w:hAnsi="Georgia" w:eastAsia="Georgia"/>
          <w:sz w:val="23"/>
        </w:rPr>
        <w:t>SENSORY RETURN: IMPROVING.</w:t>
      </w:r>
    </w:p>
    <w:p>
      <w:r>
        <w:rPr>
          <w:rFonts w:ascii="Georgia" w:hAnsi="Georgia" w:eastAsia="Georgia"/>
          <w:sz w:val="23"/>
        </w:rPr>
        <w:t>PROGNOSIS: INDETERMINATE.</w:t>
      </w:r>
    </w:p>
    <w:p>
      <w:r>
        <w:rPr>
          <w:rFonts w:ascii="Georgia" w:hAnsi="Georgia" w:eastAsia="Georgia"/>
          <w:sz w:val="23"/>
        </w:rPr>
        <w:t>Below it, the incident review now contained a new field.</w:t>
      </w:r>
    </w:p>
    <w:p>
      <w:r>
        <w:rPr>
          <w:rFonts w:ascii="Georgia" w:hAnsi="Georgia" w:eastAsia="Georgia"/>
          <w:sz w:val="23"/>
        </w:rPr>
        <w:t>AUTHORIZATION INTERVAL: CLINICALLY NON-NEUTRAL IN THIS EVENT.</w:t>
      </w:r>
    </w:p>
    <w:p>
      <w:r>
        <w:rPr>
          <w:rFonts w:ascii="Georgia" w:hAnsi="Georgia" w:eastAsia="Georgia"/>
          <w:sz w:val="23"/>
        </w:rPr>
        <w:t>No claim that earlier action would have prevented harm.</w:t>
      </w:r>
    </w:p>
    <w:p>
      <w:r>
        <w:rPr>
          <w:rFonts w:ascii="Georgia" w:hAnsi="Georgia" w:eastAsia="Georgia"/>
          <w:sz w:val="23"/>
        </w:rPr>
        <w:t>No claim that waiting caused all of it.</w:t>
      </w:r>
    </w:p>
    <w:p>
      <w:r>
        <w:rPr>
          <w:rFonts w:ascii="Georgia" w:hAnsi="Georgia" w:eastAsia="Georgia"/>
          <w:sz w:val="23"/>
        </w:rPr>
        <w:t>No claim that the rule had been wrong.</w:t>
      </w:r>
    </w:p>
    <w:p>
      <w:r>
        <w:rPr>
          <w:rFonts w:ascii="Georgia" w:hAnsi="Georgia" w:eastAsia="Georgia"/>
          <w:sz w:val="23"/>
        </w:rPr>
        <w:t>Only the thing we had actually learned.</w:t>
      </w:r>
    </w:p>
    <w:p>
      <w:r>
        <w:rPr>
          <w:rFonts w:ascii="Georgia" w:hAnsi="Georgia" w:eastAsia="Georgia"/>
          <w:sz w:val="23"/>
        </w:rPr>
        <w:t>There had been two clocks in the room.</w:t>
      </w:r>
    </w:p>
    <w:p>
      <w:r>
        <w:rPr>
          <w:rFonts w:ascii="Georgia" w:hAnsi="Georgia" w:eastAsia="Georgia"/>
          <w:sz w:val="23"/>
        </w:rPr>
        <w:t>We had watched only one.</w:t>
      </w:r>
    </w:p>
    <w:p>
      <w:pPr>
        <w:keepNext/>
        <w:pageBreakBefore/>
        <w:jc w:val="center"/>
      </w:pPr>
      <w:r>
        <w:rPr>
          <w:rFonts w:ascii="Georgia" w:hAnsi="Georgia" w:eastAsia="Georgia"/>
          <w:b/>
          <w:sz w:val="28"/>
        </w:rPr>
        <w:t>Chapter Twenty-One — The Decision Window</w:t>
      </w:r>
    </w:p>
    <w:p>
      <w:r>
        <w:rPr>
          <w:rFonts w:ascii="Georgia" w:hAnsi="Georgia" w:eastAsia="Georgia"/>
          <w:sz w:val="23"/>
        </w:rPr>
        <w:t>The first regional escalation reached me at 0212.</w:t>
      </w:r>
    </w:p>
    <w:p>
      <w:r>
        <w:rPr>
          <w:rFonts w:ascii="Georgia" w:hAnsi="Georgia" w:eastAsia="Georgia"/>
          <w:sz w:val="23"/>
        </w:rPr>
        <w:t>North Reach.</w:t>
      </w:r>
    </w:p>
    <w:p>
      <w:r>
        <w:rPr>
          <w:rFonts w:ascii="Georgia" w:hAnsi="Georgia" w:eastAsia="Georgia"/>
          <w:sz w:val="23"/>
        </w:rPr>
        <w:t>Legacy-integrated autonomic support.</w:t>
      </w:r>
    </w:p>
    <w:p>
      <w:r>
        <w:rPr>
          <w:rFonts w:ascii="Georgia" w:hAnsi="Georgia" w:eastAsia="Georgia"/>
          <w:sz w:val="23"/>
        </w:rPr>
        <w:t>Progressive perfusion loss.</w:t>
      </w:r>
    </w:p>
    <w:p>
      <w:r>
        <w:rPr>
          <w:rFonts w:ascii="Georgia" w:hAnsi="Georgia" w:eastAsia="Georgia"/>
          <w:sz w:val="23"/>
        </w:rPr>
        <w:t>Second-signatory required.</w:t>
      </w:r>
    </w:p>
    <w:p>
      <w:r>
        <w:rPr>
          <w:rFonts w:ascii="Georgia" w:hAnsi="Georgia" w:eastAsia="Georgia"/>
          <w:sz w:val="23"/>
        </w:rPr>
        <w:t>Elapsed authorization interval: six minutes.</w:t>
      </w:r>
    </w:p>
    <w:p>
      <w:r>
        <w:rPr>
          <w:rFonts w:ascii="Georgia" w:hAnsi="Georgia" w:eastAsia="Georgia"/>
          <w:sz w:val="23"/>
        </w:rPr>
        <w:t>I was awake before the second tone.</w:t>
      </w:r>
    </w:p>
    <w:p>
      <w:r>
        <w:rPr>
          <w:rFonts w:ascii="Georgia" w:hAnsi="Georgia" w:eastAsia="Georgia"/>
          <w:sz w:val="23"/>
        </w:rPr>
        <w:t>The patient was Jori Thane, one hundred seventy-six, conscious, oriented, and angry that the room had become more efficient at describing why it had not yet acted.</w:t>
      </w:r>
    </w:p>
    <w:p>
      <w:r>
        <w:rPr>
          <w:rFonts w:ascii="Georgia" w:hAnsi="Georgia" w:eastAsia="Georgia"/>
          <w:sz w:val="23"/>
        </w:rPr>
        <w:t>Rema Korr stood at the left side of the bed. The primary operator, Sol Varek, had already opened the relevant lineage map. North Reach’s patient-facing clock was visible on the wall.</w:t>
      </w:r>
    </w:p>
    <w:p>
      <w:r>
        <w:rPr>
          <w:rFonts w:ascii="Georgia" w:hAnsi="Georgia" w:eastAsia="Georgia"/>
          <w:sz w:val="23"/>
        </w:rPr>
        <w:t>EVIDENCE RESOLUTION: ACTIVE.</w:t>
      </w:r>
    </w:p>
    <w:p>
      <w:r>
        <w:rPr>
          <w:rFonts w:ascii="Georgia" w:hAnsi="Georgia" w:eastAsia="Georgia"/>
          <w:sz w:val="23"/>
        </w:rPr>
        <w:t>DELAY-RISK ESCALATION: ACTIVE.</w:t>
      </w:r>
    </w:p>
    <w:p>
      <w:r>
        <w:rPr>
          <w:rFonts w:ascii="Georgia" w:hAnsi="Georgia" w:eastAsia="Georgia"/>
          <w:sz w:val="23"/>
        </w:rPr>
        <w:t>ELAPSED: 00:06:41.</w:t>
      </w:r>
    </w:p>
    <w:p>
      <w:r>
        <w:rPr>
          <w:rFonts w:ascii="Georgia" w:hAnsi="Georgia" w:eastAsia="Georgia"/>
          <w:sz w:val="23"/>
        </w:rPr>
        <w:t>Jori’s mean arterial pressure had fallen from seventy-one to sixty-four over nine minutes despite conventional support. The integrated autonomic controller showed a low-amplitude correction oscillation centered around a legacy field-support path installed forty-three years earlier after a thoracic vascular reconstruction.</w:t>
      </w:r>
    </w:p>
    <w:p>
      <w:r>
        <w:rPr>
          <w:rFonts w:ascii="Georgia" w:hAnsi="Georgia" w:eastAsia="Georgia"/>
          <w:sz w:val="23"/>
        </w:rPr>
        <w:t>The Kaethe setting sat in a shallow left-sternal carrier beneath transparent field film.</w:t>
      </w:r>
    </w:p>
    <w:p>
      <w:r>
        <w:rPr>
          <w:rFonts w:ascii="Georgia" w:hAnsi="Georgia" w:eastAsia="Georgia"/>
          <w:sz w:val="23"/>
        </w:rPr>
        <w:t>1.12 grams.</w:t>
      </w:r>
    </w:p>
    <w:p>
      <w:r>
        <w:rPr>
          <w:rFonts w:ascii="Georgia" w:hAnsi="Georgia" w:eastAsia="Georgia"/>
          <w:sz w:val="23"/>
        </w:rPr>
        <w:t>No visible change.</w:t>
      </w:r>
    </w:p>
    <w:p>
      <w:r>
        <w:rPr>
          <w:rFonts w:ascii="Georgia" w:hAnsi="Georgia" w:eastAsia="Georgia"/>
          <w:sz w:val="23"/>
        </w:rPr>
        <w:t>No unusual field event.</w:t>
      </w:r>
    </w:p>
    <w:p>
      <w:r>
        <w:rPr>
          <w:rFonts w:ascii="Georgia" w:hAnsi="Georgia" w:eastAsia="Georgia"/>
          <w:sz w:val="23"/>
        </w:rPr>
        <w:t>No new mystery.</w:t>
      </w:r>
    </w:p>
    <w:p>
      <w:r>
        <w:rPr>
          <w:rFonts w:ascii="Georgia" w:hAnsi="Georgia" w:eastAsia="Georgia"/>
          <w:sz w:val="23"/>
        </w:rPr>
        <w:t>The problem was that its controller history passed through an undocumented migration eighteen years earlier.</w:t>
      </w:r>
    </w:p>
    <w:p>
      <w:r>
        <w:rPr>
          <w:rFonts w:ascii="Georgia" w:hAnsi="Georgia" w:eastAsia="Georgia"/>
          <w:sz w:val="23"/>
        </w:rPr>
        <w:t>The proposed intervention was small.</w:t>
      </w:r>
    </w:p>
    <w:p>
      <w:r>
        <w:rPr>
          <w:rFonts w:ascii="Georgia" w:hAnsi="Georgia" w:eastAsia="Georgia"/>
          <w:sz w:val="23"/>
        </w:rPr>
        <w:t>Reduce adaptive vascular gain by one and a half percent.</w:t>
      </w:r>
    </w:p>
    <w:p>
      <w:r>
        <w:rPr>
          <w:rFonts w:ascii="Georgia" w:hAnsi="Georgia" w:eastAsia="Georgia"/>
          <w:sz w:val="23"/>
        </w:rPr>
        <w:t>Reversible in under three seconds.</w:t>
      </w:r>
    </w:p>
    <w:p>
      <w:r>
        <w:rPr>
          <w:rFonts w:ascii="Georgia" w:hAnsi="Georgia" w:eastAsia="Georgia"/>
          <w:sz w:val="23"/>
        </w:rPr>
        <w:t>Potential benefit: reduce oscillatory overcorrection and improve perfusion stability.</w:t>
      </w:r>
    </w:p>
    <w:p>
      <w:r>
        <w:rPr>
          <w:rFonts w:ascii="Georgia" w:hAnsi="Georgia" w:eastAsia="Georgia"/>
          <w:sz w:val="23"/>
        </w:rPr>
        <w:t>Potential harm: if the oscillation represented compensation rather than excess correction, reducing gain could worsen pressure immediately.</w:t>
      </w:r>
    </w:p>
    <w:p>
      <w:r>
        <w:rPr>
          <w:rFonts w:ascii="Georgia" w:hAnsi="Georgia" w:eastAsia="Georgia"/>
          <w:sz w:val="23"/>
        </w:rPr>
        <w:t>The classifier could not establish whether the missing migration ancestry carried the relevant normalization behavior.</w:t>
      </w:r>
    </w:p>
    <w:p>
      <w:r>
        <w:rPr>
          <w:rFonts w:ascii="Georgia" w:hAnsi="Georgia" w:eastAsia="Georgia"/>
          <w:sz w:val="23"/>
        </w:rPr>
        <w:t>Jori looked at the wall clock.</w:t>
      </w:r>
    </w:p>
    <w:p>
      <w:r>
        <w:rPr>
          <w:rFonts w:ascii="Georgia" w:hAnsi="Georgia" w:eastAsia="Georgia"/>
          <w:sz w:val="23"/>
        </w:rPr>
        <w:t>“How long until the system admits I am getting worse?”</w:t>
      </w:r>
    </w:p>
    <w:p>
      <w:r>
        <w:rPr>
          <w:rFonts w:ascii="Georgia" w:hAnsi="Georgia" w:eastAsia="Georgia"/>
          <w:sz w:val="23"/>
        </w:rPr>
        <w:t>Rema said, “It already has.”</w:t>
      </w:r>
    </w:p>
    <w:p>
      <w:r>
        <w:rPr>
          <w:rFonts w:ascii="Georgia" w:hAnsi="Georgia" w:eastAsia="Georgia"/>
          <w:sz w:val="23"/>
        </w:rPr>
        <w:t>“Then why are we talking?”</w:t>
      </w:r>
    </w:p>
    <w:p>
      <w:r>
        <w:rPr>
          <w:rFonts w:ascii="Georgia" w:hAnsi="Georgia" w:eastAsia="Georgia"/>
          <w:sz w:val="23"/>
        </w:rPr>
        <w:t>“Because worse does not tell us which intervention is safer.”</w:t>
      </w:r>
    </w:p>
    <w:p>
      <w:r>
        <w:rPr>
          <w:rFonts w:ascii="Georgia" w:hAnsi="Georgia" w:eastAsia="Georgia"/>
          <w:sz w:val="23"/>
        </w:rPr>
        <w:t>Jori turned his head toward the display showing my remote presence.</w:t>
      </w:r>
    </w:p>
    <w:p>
      <w:r>
        <w:rPr>
          <w:rFonts w:ascii="Georgia" w:hAnsi="Georgia" w:eastAsia="Georgia"/>
          <w:sz w:val="23"/>
        </w:rPr>
        <w:t>“You are the second signature?”</w:t>
      </w:r>
    </w:p>
    <w:p>
      <w:r>
        <w:rPr>
          <w:rFonts w:ascii="Georgia" w:hAnsi="Georgia" w:eastAsia="Georgia"/>
          <w:sz w:val="23"/>
        </w:rPr>
        <w:t>“Yes.”</w:t>
      </w:r>
    </w:p>
    <w:p>
      <w:r>
        <w:rPr>
          <w:rFonts w:ascii="Georgia" w:hAnsi="Georgia" w:eastAsia="Georgia"/>
          <w:sz w:val="23"/>
        </w:rPr>
        <w:t>“Do you know enough?”</w:t>
      </w:r>
    </w:p>
    <w:p>
      <w:r>
        <w:rPr>
          <w:rFonts w:ascii="Georgia" w:hAnsi="Georgia" w:eastAsia="Georgia"/>
          <w:sz w:val="23"/>
        </w:rPr>
        <w:t>“Not yet.”</w:t>
      </w:r>
    </w:p>
    <w:p>
      <w:r>
        <w:rPr>
          <w:rFonts w:ascii="Georgia" w:hAnsi="Georgia" w:eastAsia="Georgia"/>
          <w:sz w:val="23"/>
        </w:rPr>
        <w:t>“Will you?”</w:t>
      </w:r>
    </w:p>
    <w:p>
      <w:r>
        <w:rPr>
          <w:rFonts w:ascii="Georgia" w:hAnsi="Georgia" w:eastAsia="Georgia"/>
          <w:sz w:val="23"/>
        </w:rPr>
        <w:t>“I do not know.”</w:t>
      </w:r>
    </w:p>
    <w:p>
      <w:r>
        <w:rPr>
          <w:rFonts w:ascii="Georgia" w:hAnsi="Georgia" w:eastAsia="Georgia"/>
          <w:sz w:val="23"/>
        </w:rPr>
        <w:t>“Excellent.”</w:t>
      </w:r>
    </w:p>
    <w:p>
      <w:r>
        <w:rPr>
          <w:rFonts w:ascii="Georgia" w:hAnsi="Georgia" w:eastAsia="Georgia"/>
          <w:sz w:val="23"/>
        </w:rPr>
        <w:t>He closed his eyes.</w:t>
      </w:r>
    </w:p>
    <w:p>
      <w:r>
        <w:rPr>
          <w:rFonts w:ascii="Georgia" w:hAnsi="Georgia" w:eastAsia="Georgia"/>
          <w:sz w:val="23"/>
        </w:rPr>
        <w:t>“At least one person in the room is using the word correctly.”</w:t>
      </w:r>
    </w:p>
    <w:p>
      <w:pPr>
        <w:spacing w:before="80" w:after="80"/>
        <w:jc w:val="center"/>
      </w:pPr>
      <w:r>
        <w:rPr>
          <w:rFonts w:ascii="Georgia" w:hAnsi="Georgia" w:eastAsia="Georgia"/>
          <w:sz w:val="23"/>
        </w:rPr>
        <w:t>§</w:t>
      </w:r>
    </w:p>
    <w:p>
      <w:r>
        <w:rPr>
          <w:rFonts w:ascii="Georgia" w:hAnsi="Georgia" w:eastAsia="Georgia"/>
          <w:sz w:val="23"/>
        </w:rPr>
        <w:t>The old protocol would have made one question dominant.</w:t>
      </w:r>
    </w:p>
    <w:p>
      <w:r>
        <w:rPr>
          <w:rFonts w:ascii="Georgia" w:hAnsi="Georgia" w:eastAsia="Georgia"/>
          <w:sz w:val="23"/>
        </w:rPr>
        <w:t>Is the intervention sufficiently supported?</w:t>
      </w:r>
    </w:p>
    <w:p>
      <w:r>
        <w:rPr>
          <w:rFonts w:ascii="Georgia" w:hAnsi="Georgia" w:eastAsia="Georgia"/>
          <w:sz w:val="23"/>
        </w:rPr>
        <w:t>The new protocol forced a second question to remain visible beside it.</w:t>
      </w:r>
    </w:p>
    <w:p>
      <w:r>
        <w:rPr>
          <w:rFonts w:ascii="Georgia" w:hAnsi="Georgia" w:eastAsia="Georgia"/>
          <w:sz w:val="23"/>
        </w:rPr>
        <w:t>What is continued delay doing now?</w:t>
      </w:r>
    </w:p>
    <w:p>
      <w:r>
        <w:rPr>
          <w:rFonts w:ascii="Georgia" w:hAnsi="Georgia" w:eastAsia="Georgia"/>
          <w:sz w:val="23"/>
        </w:rPr>
        <w:t>At 0216 Jori’s pressure reached sixty-one.</w:t>
      </w:r>
    </w:p>
    <w:p>
      <w:r>
        <w:rPr>
          <w:rFonts w:ascii="Georgia" w:hAnsi="Georgia" w:eastAsia="Georgia"/>
          <w:sz w:val="23"/>
        </w:rPr>
        <w:t>At 0218 his right hand cooled by 0.8 degrees relative to the left.</w:t>
      </w:r>
    </w:p>
    <w:p>
      <w:r>
        <w:rPr>
          <w:rFonts w:ascii="Georgia" w:hAnsi="Georgia" w:eastAsia="Georgia"/>
          <w:sz w:val="23"/>
        </w:rPr>
        <w:t>At 0219 urine output crossed the low-flow alert threshold.</w:t>
      </w:r>
    </w:p>
    <w:p>
      <w:r>
        <w:rPr>
          <w:rFonts w:ascii="Georgia" w:hAnsi="Georgia" w:eastAsia="Georgia"/>
          <w:sz w:val="23"/>
        </w:rPr>
        <w:t>No one needed an analogy.</w:t>
      </w:r>
    </w:p>
    <w:p>
      <w:r>
        <w:rPr>
          <w:rFonts w:ascii="Georgia" w:hAnsi="Georgia" w:eastAsia="Georgia"/>
          <w:sz w:val="23"/>
        </w:rPr>
        <w:t>The body was publishing the cost of waiting.</w:t>
      </w:r>
    </w:p>
    <w:p>
      <w:r>
        <w:rPr>
          <w:rFonts w:ascii="Georgia" w:hAnsi="Georgia" w:eastAsia="Georgia"/>
          <w:sz w:val="23"/>
        </w:rPr>
        <w:t>Sol had already reconstructed three possible ancestry paths through the missing migration.</w:t>
      </w:r>
    </w:p>
    <w:p>
      <w:r>
        <w:rPr>
          <w:rFonts w:ascii="Georgia" w:hAnsi="Georgia" w:eastAsia="Georgia"/>
          <w:sz w:val="23"/>
        </w:rPr>
        <w:t>Path one: direct translation from the older adaptive-gain schema.</w:t>
      </w:r>
    </w:p>
    <w:p>
      <w:r>
        <w:rPr>
          <w:rFonts w:ascii="Georgia" w:hAnsi="Georgia" w:eastAsia="Georgia"/>
          <w:sz w:val="23"/>
        </w:rPr>
        <w:t>Path two: translation through the regional normalization kernel used during that decade.</w:t>
      </w:r>
    </w:p>
    <w:p>
      <w:r>
        <w:rPr>
          <w:rFonts w:ascii="Georgia" w:hAnsi="Georgia" w:eastAsia="Georgia"/>
          <w:sz w:val="23"/>
        </w:rPr>
        <w:t>Path three: vendor-local conversion with no surviving transform record.</w:t>
      </w:r>
    </w:p>
    <w:p>
      <w:r>
        <w:rPr>
          <w:rFonts w:ascii="Georgia" w:hAnsi="Georgia" w:eastAsia="Georgia"/>
          <w:sz w:val="23"/>
        </w:rPr>
        <w:t>Two paths made the proposed reduction plausible.</w:t>
      </w:r>
    </w:p>
    <w:p>
      <w:r>
        <w:rPr>
          <w:rFonts w:ascii="Georgia" w:hAnsi="Georgia" w:eastAsia="Georgia"/>
          <w:sz w:val="23"/>
        </w:rPr>
        <w:t>One made it uncertain in the other direction.</w:t>
      </w:r>
    </w:p>
    <w:p>
      <w:r>
        <w:rPr>
          <w:rFonts w:ascii="Georgia" w:hAnsi="Georgia" w:eastAsia="Georgia"/>
          <w:sz w:val="23"/>
        </w:rPr>
        <w:t>“How much does that help?” Jori asked.</w:t>
      </w:r>
    </w:p>
    <w:p>
      <w:r>
        <w:rPr>
          <w:rFonts w:ascii="Georgia" w:hAnsi="Georgia" w:eastAsia="Georgia"/>
          <w:sz w:val="23"/>
        </w:rPr>
        <w:t>“It tells us why we do not have one answer,” I said.</w:t>
      </w:r>
    </w:p>
    <w:p>
      <w:r>
        <w:rPr>
          <w:rFonts w:ascii="Georgia" w:hAnsi="Georgia" w:eastAsia="Georgia"/>
          <w:sz w:val="23"/>
        </w:rPr>
        <w:t>“That is not what I asked.”</w:t>
      </w:r>
    </w:p>
    <w:p>
      <w:r>
        <w:rPr>
          <w:rFonts w:ascii="Georgia" w:hAnsi="Georgia" w:eastAsia="Georgia"/>
          <w:sz w:val="23"/>
        </w:rPr>
        <w:t>“No.”</w:t>
      </w:r>
    </w:p>
    <w:p>
      <w:r>
        <w:rPr>
          <w:rFonts w:ascii="Georgia" w:hAnsi="Georgia" w:eastAsia="Georgia"/>
          <w:sz w:val="23"/>
        </w:rPr>
        <w:t>Rema said, “It helps enough to identify the unresolved risk. It does not remove it.”</w:t>
      </w:r>
    </w:p>
    <w:p>
      <w:r>
        <w:rPr>
          <w:rFonts w:ascii="Georgia" w:hAnsi="Georgia" w:eastAsia="Georgia"/>
          <w:sz w:val="23"/>
        </w:rPr>
        <w:t>Jori opened his eyes.</w:t>
      </w:r>
    </w:p>
    <w:p>
      <w:r>
        <w:rPr>
          <w:rFonts w:ascii="Georgia" w:hAnsi="Georgia" w:eastAsia="Georgia"/>
          <w:sz w:val="23"/>
        </w:rPr>
        <w:t>“And waiting?”</w:t>
      </w:r>
    </w:p>
    <w:p>
      <w:r>
        <w:rPr>
          <w:rFonts w:ascii="Georgia" w:hAnsi="Georgia" w:eastAsia="Georgia"/>
          <w:sz w:val="23"/>
        </w:rPr>
        <w:t>Sol answered this time.</w:t>
      </w:r>
    </w:p>
    <w:p>
      <w:r>
        <w:rPr>
          <w:rFonts w:ascii="Georgia" w:hAnsi="Georgia" w:eastAsia="Georgia"/>
          <w:sz w:val="23"/>
        </w:rPr>
        <w:t>“Your pressure trend is worsening despite conventional support.”</w:t>
      </w:r>
    </w:p>
    <w:p>
      <w:r>
        <w:rPr>
          <w:rFonts w:ascii="Georgia" w:hAnsi="Georgia" w:eastAsia="Georgia"/>
          <w:sz w:val="23"/>
        </w:rPr>
        <w:t>“Can you prove the controller adjustment will help?”</w:t>
      </w:r>
    </w:p>
    <w:p>
      <w:r>
        <w:rPr>
          <w:rFonts w:ascii="Georgia" w:hAnsi="Georgia" w:eastAsia="Georgia"/>
          <w:sz w:val="23"/>
        </w:rPr>
        <w:t>“No.”</w:t>
      </w:r>
    </w:p>
    <w:p>
      <w:r>
        <w:rPr>
          <w:rFonts w:ascii="Georgia" w:hAnsi="Georgia" w:eastAsia="Georgia"/>
          <w:sz w:val="23"/>
        </w:rPr>
        <w:t>“Can you prove waiting will hurt me more?”</w:t>
      </w:r>
    </w:p>
    <w:p>
      <w:r>
        <w:rPr>
          <w:rFonts w:ascii="Georgia" w:hAnsi="Georgia" w:eastAsia="Georgia"/>
          <w:sz w:val="23"/>
        </w:rPr>
        <w:t>“No.”</w:t>
      </w:r>
    </w:p>
    <w:p>
      <w:r>
        <w:rPr>
          <w:rFonts w:ascii="Georgia" w:hAnsi="Georgia" w:eastAsia="Georgia"/>
          <w:sz w:val="23"/>
        </w:rPr>
        <w:t>“Then what exactly are the two of you signing?”</w:t>
      </w:r>
    </w:p>
    <w:p>
      <w:r>
        <w:rPr>
          <w:rFonts w:ascii="Georgia" w:hAnsi="Georgia" w:eastAsia="Georgia"/>
          <w:sz w:val="23"/>
        </w:rPr>
        <w:t>Nobody answered immediately.</w:t>
      </w:r>
    </w:p>
    <w:p>
      <w:pPr>
        <w:spacing w:before="80" w:after="80"/>
        <w:jc w:val="center"/>
      </w:pPr>
      <w:r>
        <w:rPr>
          <w:rFonts w:ascii="Georgia" w:hAnsi="Georgia" w:eastAsia="Georgia"/>
          <w:sz w:val="23"/>
        </w:rPr>
        <w:t>§</w:t>
      </w:r>
    </w:p>
    <w:p>
      <w:r>
        <w:rPr>
          <w:rFonts w:ascii="Georgia" w:hAnsi="Georgia" w:eastAsia="Georgia"/>
          <w:sz w:val="23"/>
        </w:rPr>
        <w:t>The second-signatory rule had been built to prevent one operator’s reasoning from becoming sufficient merely because the room needed an answer.</w:t>
      </w:r>
    </w:p>
    <w:p>
      <w:r>
        <w:rPr>
          <w:rFonts w:ascii="Georgia" w:hAnsi="Georgia" w:eastAsia="Georgia"/>
          <w:sz w:val="23"/>
        </w:rPr>
        <w:t>It had not been built to produce certainty.</w:t>
      </w:r>
    </w:p>
    <w:p>
      <w:r>
        <w:rPr>
          <w:rFonts w:ascii="Georgia" w:hAnsi="Georgia" w:eastAsia="Georgia"/>
          <w:sz w:val="23"/>
        </w:rPr>
        <w:t>I read Sol’s decision note from the beginning.</w:t>
      </w:r>
    </w:p>
    <w:p>
      <w:r>
        <w:rPr>
          <w:rFonts w:ascii="Georgia" w:hAnsi="Georgia" w:eastAsia="Georgia"/>
          <w:sz w:val="23"/>
        </w:rPr>
        <w:t>He had not asked whether the setting was associated with a completed person.</w:t>
      </w:r>
    </w:p>
    <w:p>
      <w:r>
        <w:rPr>
          <w:rFonts w:ascii="Georgia" w:hAnsi="Georgia" w:eastAsia="Georgia"/>
          <w:sz w:val="23"/>
        </w:rPr>
        <w:t>Neither had I.</w:t>
      </w:r>
    </w:p>
    <w:p>
      <w:r>
        <w:rPr>
          <w:rFonts w:ascii="Georgia" w:hAnsi="Georgia" w:eastAsia="Georgia"/>
          <w:sz w:val="23"/>
        </w:rPr>
        <w:t>The historical association field was sealed by patient directive and not operationally relevant to the current controller question.</w:t>
      </w:r>
    </w:p>
    <w:p>
      <w:r>
        <w:rPr>
          <w:rFonts w:ascii="Georgia" w:hAnsi="Georgia" w:eastAsia="Georgia"/>
          <w:sz w:val="23"/>
        </w:rPr>
        <w:t>Jori had chosen that years earlier.</w:t>
      </w:r>
    </w:p>
    <w:p>
      <w:r>
        <w:rPr>
          <w:rFonts w:ascii="Georgia" w:hAnsi="Georgia" w:eastAsia="Georgia"/>
          <w:sz w:val="23"/>
        </w:rPr>
        <w:t>The record respected it.</w:t>
      </w:r>
    </w:p>
    <w:p>
      <w:r>
        <w:rPr>
          <w:rFonts w:ascii="Georgia" w:hAnsi="Georgia" w:eastAsia="Georgia"/>
          <w:sz w:val="23"/>
        </w:rPr>
        <w:t>The technical question was sufficient. The sealed history stayed sealed.</w:t>
      </w:r>
    </w:p>
    <w:p>
      <w:r>
        <w:rPr>
          <w:rFonts w:ascii="Georgia" w:hAnsi="Georgia" w:eastAsia="Georgia"/>
          <w:sz w:val="23"/>
        </w:rPr>
        <w:t>At 0222 the pressure reached fifty-nine.</w:t>
      </w:r>
    </w:p>
    <w:p>
      <w:r>
        <w:rPr>
          <w:rFonts w:ascii="Georgia" w:hAnsi="Georgia" w:eastAsia="Georgia"/>
          <w:sz w:val="23"/>
        </w:rPr>
        <w:t>Rema started a low-dose vasoactive infusion.</w:t>
      </w:r>
    </w:p>
    <w:p>
      <w:r>
        <w:rPr>
          <w:rFonts w:ascii="Georgia" w:hAnsi="Georgia" w:eastAsia="Georgia"/>
          <w:sz w:val="23"/>
        </w:rPr>
        <w:t>The pressure rose to sixty-two, then fell again.</w:t>
      </w:r>
    </w:p>
    <w:p>
      <w:r>
        <w:rPr>
          <w:rFonts w:ascii="Georgia" w:hAnsi="Georgia" w:eastAsia="Georgia"/>
          <w:sz w:val="23"/>
        </w:rPr>
        <w:t>The conventional path was no longer neutral either.</w:t>
      </w:r>
    </w:p>
    <w:p>
      <w:r>
        <w:rPr>
          <w:rFonts w:ascii="Georgia" w:hAnsi="Georgia" w:eastAsia="Georgia"/>
          <w:sz w:val="23"/>
        </w:rPr>
        <w:t>Jori said, “I consent to the controller adjustment.”</w:t>
      </w:r>
    </w:p>
    <w:p>
      <w:r>
        <w:rPr>
          <w:rFonts w:ascii="Georgia" w:hAnsi="Georgia" w:eastAsia="Georgia"/>
          <w:sz w:val="23"/>
        </w:rPr>
        <w:t>Rema said, “I know.”</w:t>
      </w:r>
    </w:p>
    <w:p>
      <w:r>
        <w:rPr>
          <w:rFonts w:ascii="Georgia" w:hAnsi="Georgia" w:eastAsia="Georgia"/>
          <w:sz w:val="23"/>
        </w:rPr>
        <w:t>“Does that matter?”</w:t>
      </w:r>
    </w:p>
    <w:p>
      <w:r>
        <w:rPr>
          <w:rFonts w:ascii="Georgia" w:hAnsi="Georgia" w:eastAsia="Georgia"/>
          <w:sz w:val="23"/>
        </w:rPr>
        <w:t>“Yes.”</w:t>
      </w:r>
    </w:p>
    <w:p>
      <w:r>
        <w:rPr>
          <w:rFonts w:ascii="Georgia" w:hAnsi="Georgia" w:eastAsia="Georgia"/>
          <w:sz w:val="23"/>
        </w:rPr>
        <w:t>“Enough?”</w:t>
      </w:r>
    </w:p>
    <w:p>
      <w:r>
        <w:rPr>
          <w:rFonts w:ascii="Georgia" w:hAnsi="Georgia" w:eastAsia="Georgia"/>
          <w:sz w:val="23"/>
        </w:rPr>
        <w:t>“No.”</w:t>
      </w:r>
    </w:p>
    <w:p>
      <w:r>
        <w:rPr>
          <w:rFonts w:ascii="Georgia" w:hAnsi="Georgia" w:eastAsia="Georgia"/>
          <w:sz w:val="23"/>
        </w:rPr>
        <w:t>He laughed once without humor.</w:t>
      </w:r>
    </w:p>
    <w:p>
      <w:r>
        <w:rPr>
          <w:rFonts w:ascii="Georgia" w:hAnsi="Georgia" w:eastAsia="Georgia"/>
          <w:sz w:val="23"/>
        </w:rPr>
        <w:t>“You have built a very sophisticated way to tell me I cannot volunteer for uncertainty.”</w:t>
      </w:r>
    </w:p>
    <w:p>
      <w:r>
        <w:rPr>
          <w:rFonts w:ascii="Georgia" w:hAnsi="Georgia" w:eastAsia="Georgia"/>
          <w:sz w:val="23"/>
        </w:rPr>
        <w:t>I said, “You can volunteer for uncertainty. Your consent changes what we may do to you. It does not change what the evidence says the intervention might do.”</w:t>
      </w:r>
    </w:p>
    <w:p>
      <w:r>
        <w:rPr>
          <w:rFonts w:ascii="Georgia" w:hAnsi="Georgia" w:eastAsia="Georgia"/>
          <w:sz w:val="23"/>
        </w:rPr>
        <w:t>“So the evidence gets a vote.”</w:t>
      </w:r>
    </w:p>
    <w:p>
      <w:r>
        <w:rPr>
          <w:rFonts w:ascii="Georgia" w:hAnsi="Georgia" w:eastAsia="Georgia"/>
          <w:sz w:val="23"/>
        </w:rPr>
        <w:t>“Yes.”</w:t>
      </w:r>
    </w:p>
    <w:p>
      <w:r>
        <w:rPr>
          <w:rFonts w:ascii="Georgia" w:hAnsi="Georgia" w:eastAsia="Georgia"/>
          <w:sz w:val="23"/>
        </w:rPr>
        <w:t>“And the clock?”</w:t>
      </w:r>
    </w:p>
    <w:p>
      <w:r>
        <w:rPr>
          <w:rFonts w:ascii="Georgia" w:hAnsi="Georgia" w:eastAsia="Georgia"/>
          <w:sz w:val="23"/>
        </w:rPr>
        <w:t>“Yes.”</w:t>
      </w:r>
    </w:p>
    <w:p>
      <w:r>
        <w:rPr>
          <w:rFonts w:ascii="Georgia" w:hAnsi="Georgia" w:eastAsia="Georgia"/>
          <w:sz w:val="23"/>
        </w:rPr>
        <w:t>“And me?”</w:t>
      </w:r>
    </w:p>
    <w:p>
      <w:r>
        <w:rPr>
          <w:rFonts w:ascii="Georgia" w:hAnsi="Georgia" w:eastAsia="Georgia"/>
          <w:sz w:val="23"/>
        </w:rPr>
        <w:t>“Yes.”</w:t>
      </w:r>
    </w:p>
    <w:p>
      <w:r>
        <w:rPr>
          <w:rFonts w:ascii="Georgia" w:hAnsi="Georgia" w:eastAsia="Georgia"/>
          <w:sz w:val="23"/>
        </w:rPr>
        <w:t>“Which vote wins?”</w:t>
      </w:r>
    </w:p>
    <w:p>
      <w:r>
        <w:rPr>
          <w:rFonts w:ascii="Georgia" w:hAnsi="Georgia" w:eastAsia="Georgia"/>
          <w:sz w:val="23"/>
        </w:rPr>
        <w:t>“That is the decision.”</w:t>
      </w:r>
    </w:p>
    <w:p>
      <w:r>
        <w:rPr>
          <w:rFonts w:ascii="Georgia" w:hAnsi="Georgia" w:eastAsia="Georgia"/>
          <w:sz w:val="23"/>
        </w:rPr>
        <w:t>He looked at me for several seconds.</w:t>
      </w:r>
    </w:p>
    <w:p>
      <w:r>
        <w:rPr>
          <w:rFonts w:ascii="Georgia" w:hAnsi="Georgia" w:eastAsia="Georgia"/>
          <w:sz w:val="23"/>
        </w:rPr>
        <w:t>“Then make one.”</w:t>
      </w:r>
    </w:p>
    <w:p>
      <w:pPr>
        <w:spacing w:before="80" w:after="80"/>
        <w:jc w:val="center"/>
      </w:pPr>
      <w:r>
        <w:rPr>
          <w:rFonts w:ascii="Georgia" w:hAnsi="Georgia" w:eastAsia="Georgia"/>
          <w:sz w:val="23"/>
        </w:rPr>
        <w:t>§</w:t>
      </w:r>
    </w:p>
    <w:p>
      <w:r>
        <w:rPr>
          <w:rFonts w:ascii="Georgia" w:hAnsi="Georgia" w:eastAsia="Georgia"/>
          <w:sz w:val="23"/>
        </w:rPr>
        <w:t>I had spent much of the last century narrowing questions until the evidence became sufficient.</w:t>
      </w:r>
    </w:p>
    <w:p>
      <w:r>
        <w:rPr>
          <w:rFonts w:ascii="Georgia" w:hAnsi="Georgia" w:eastAsia="Georgia"/>
          <w:sz w:val="23"/>
        </w:rPr>
        <w:t>This question would not narrow cleanly.</w:t>
      </w:r>
    </w:p>
    <w:p>
      <w:r>
        <w:rPr>
          <w:rFonts w:ascii="Georgia" w:hAnsi="Georgia" w:eastAsia="Georgia"/>
          <w:sz w:val="23"/>
        </w:rPr>
        <w:t>Reduce gain by one and a half percent now.</w:t>
      </w:r>
    </w:p>
    <w:p>
      <w:r>
        <w:rPr>
          <w:rFonts w:ascii="Georgia" w:hAnsi="Georgia" w:eastAsia="Georgia"/>
          <w:sz w:val="23"/>
        </w:rPr>
        <w:t>Or continue conventional support while ancestry remained unresolved.</w:t>
      </w:r>
    </w:p>
    <w:p>
      <w:r>
        <w:rPr>
          <w:rFonts w:ascii="Georgia" w:hAnsi="Georgia" w:eastAsia="Georgia"/>
          <w:sz w:val="23"/>
        </w:rPr>
        <w:t>The first risk was uncertain but bounded and rapidly reversible.</w:t>
      </w:r>
    </w:p>
    <w:p>
      <w:r>
        <w:rPr>
          <w:rFonts w:ascii="Georgia" w:hAnsi="Georgia" w:eastAsia="Georgia"/>
          <w:sz w:val="23"/>
        </w:rPr>
        <w:t>The second risk was observed, progressive, and not rapidly reversible if organ perfusion crossed far enough into injury.</w:t>
      </w:r>
    </w:p>
    <w:p>
      <w:r>
        <w:rPr>
          <w:rFonts w:ascii="Georgia" w:hAnsi="Georgia" w:eastAsia="Georgia"/>
          <w:sz w:val="23"/>
        </w:rPr>
        <w:t>That did not make the first option safe.</w:t>
      </w:r>
    </w:p>
    <w:p>
      <w:r>
        <w:rPr>
          <w:rFonts w:ascii="Georgia" w:hAnsi="Georgia" w:eastAsia="Georgia"/>
          <w:sz w:val="23"/>
        </w:rPr>
        <w:t>It made the second option costly.</w:t>
      </w:r>
    </w:p>
    <w:p>
      <w:r>
        <w:rPr>
          <w:rFonts w:ascii="Georgia" w:hAnsi="Georgia" w:eastAsia="Georgia"/>
          <w:sz w:val="23"/>
        </w:rPr>
        <w:t>I reviewed every known transform in the three candidate ancestry paths.</w:t>
      </w:r>
    </w:p>
    <w:p>
      <w:r>
        <w:rPr>
          <w:rFonts w:ascii="Georgia" w:hAnsi="Georgia" w:eastAsia="Georgia"/>
          <w:sz w:val="23"/>
        </w:rPr>
        <w:t>None showed a failure mode in which a one-and-a-half-percent gain reduction would create an irreversible controller state.</w:t>
      </w:r>
    </w:p>
    <w:p>
      <w:r>
        <w:rPr>
          <w:rFonts w:ascii="Georgia" w:hAnsi="Georgia" w:eastAsia="Georgia"/>
          <w:sz w:val="23"/>
        </w:rPr>
        <w:t>One path allowed immediate pressure worsening.</w:t>
      </w:r>
    </w:p>
    <w:p>
      <w:r>
        <w:rPr>
          <w:rFonts w:ascii="Georgia" w:hAnsi="Georgia" w:eastAsia="Georgia"/>
          <w:sz w:val="23"/>
        </w:rPr>
        <w:t>The stop chain could detect that within two beats and restore prior gain in under three seconds.</w:t>
      </w:r>
    </w:p>
    <w:p>
      <w:r>
        <w:rPr>
          <w:rFonts w:ascii="Georgia" w:hAnsi="Georgia" w:eastAsia="Georgia"/>
          <w:sz w:val="23"/>
        </w:rPr>
        <w:t>I asked Sol to state the stop condition without looking at his prepared note.</w:t>
      </w:r>
    </w:p>
    <w:p>
      <w:r>
        <w:rPr>
          <w:rFonts w:ascii="Georgia" w:hAnsi="Georgia" w:eastAsia="Georgia"/>
          <w:sz w:val="23"/>
        </w:rPr>
        <w:t>“Mean arterial pressure decline greater than four millimeters within two cardiac cycles, new rhythm instability, or perfusion index drop greater than six percent from start baseline.”</w:t>
      </w:r>
    </w:p>
    <w:p>
      <w:r>
        <w:rPr>
          <w:rFonts w:ascii="Georgia" w:hAnsi="Georgia" w:eastAsia="Georgia"/>
          <w:sz w:val="23"/>
        </w:rPr>
        <w:t>“Restoration latency?”</w:t>
      </w:r>
    </w:p>
    <w:p>
      <w:r>
        <w:rPr>
          <w:rFonts w:ascii="Georgia" w:hAnsi="Georgia" w:eastAsia="Georgia"/>
          <w:sz w:val="23"/>
        </w:rPr>
        <w:t>“Two point four seconds measured, three seconds certified.”</w:t>
      </w:r>
    </w:p>
    <w:p>
      <w:r>
        <w:rPr>
          <w:rFonts w:ascii="Georgia" w:hAnsi="Georgia" w:eastAsia="Georgia"/>
          <w:sz w:val="23"/>
        </w:rPr>
        <w:t>“Manual fallback?”</w:t>
      </w:r>
    </w:p>
    <w:p>
      <w:r>
        <w:rPr>
          <w:rFonts w:ascii="Georgia" w:hAnsi="Georgia" w:eastAsia="Georgia"/>
          <w:sz w:val="23"/>
        </w:rPr>
        <w:t>“Immediate vasoactive support already connected.”</w:t>
      </w:r>
    </w:p>
    <w:p>
      <w:r>
        <w:rPr>
          <w:rFonts w:ascii="Georgia" w:hAnsi="Georgia" w:eastAsia="Georgia"/>
          <w:sz w:val="23"/>
        </w:rPr>
        <w:t>“Field behavior under prior service reductions?”</w:t>
      </w:r>
    </w:p>
    <w:p>
      <w:r>
        <w:rPr>
          <w:rFonts w:ascii="Georgia" w:hAnsi="Georgia" w:eastAsia="Georgia"/>
          <w:sz w:val="23"/>
        </w:rPr>
        <w:t>“Stable across six documented events. No equivalent vascular-gain intervention in the surviving record.”</w:t>
      </w:r>
    </w:p>
    <w:p>
      <w:r>
        <w:rPr>
          <w:rFonts w:ascii="Georgia" w:hAnsi="Georgia" w:eastAsia="Georgia"/>
          <w:sz w:val="23"/>
        </w:rPr>
        <w:t>“Missing ancestry still relevant?”</w:t>
      </w:r>
    </w:p>
    <w:p>
      <w:r>
        <w:rPr>
          <w:rFonts w:ascii="Georgia" w:hAnsi="Georgia" w:eastAsia="Georgia"/>
          <w:sz w:val="23"/>
        </w:rPr>
        <w:t>“Yes.”</w:t>
      </w:r>
    </w:p>
    <w:p>
      <w:r>
        <w:rPr>
          <w:rFonts w:ascii="Georgia" w:hAnsi="Georgia" w:eastAsia="Georgia"/>
          <w:sz w:val="23"/>
        </w:rPr>
        <w:t>He did not soften it.</w:t>
      </w:r>
    </w:p>
    <w:p>
      <w:r>
        <w:rPr>
          <w:rFonts w:ascii="Georgia" w:hAnsi="Georgia" w:eastAsia="Georgia"/>
          <w:sz w:val="23"/>
        </w:rPr>
        <w:t>I looked at Jori.</w:t>
      </w:r>
    </w:p>
    <w:p>
      <w:r>
        <w:rPr>
          <w:rFonts w:ascii="Georgia" w:hAnsi="Georgia" w:eastAsia="Georgia"/>
          <w:sz w:val="23"/>
        </w:rPr>
        <w:t>“The evidence does not establish that this adjustment will help you.”</w:t>
      </w:r>
    </w:p>
    <w:p>
      <w:r>
        <w:rPr>
          <w:rFonts w:ascii="Georgia" w:hAnsi="Georgia" w:eastAsia="Georgia"/>
          <w:sz w:val="23"/>
        </w:rPr>
        <w:t>“I heard that part.”</w:t>
      </w:r>
    </w:p>
    <w:p>
      <w:r>
        <w:rPr>
          <w:rFonts w:ascii="Georgia" w:hAnsi="Georgia" w:eastAsia="Georgia"/>
          <w:sz w:val="23"/>
        </w:rPr>
        <w:t>“It does establish that the proposed change is small, reversible, and monitored under stop conditions that can detect the most immediate known harms faster than your current deterioration is progressing.”</w:t>
      </w:r>
    </w:p>
    <w:p>
      <w:r>
        <w:rPr>
          <w:rFonts w:ascii="Georgia" w:hAnsi="Georgia" w:eastAsia="Georgia"/>
          <w:sz w:val="23"/>
        </w:rPr>
        <w:t>“That sounds like a yes.”</w:t>
      </w:r>
    </w:p>
    <w:p>
      <w:r>
        <w:rPr>
          <w:rFonts w:ascii="Georgia" w:hAnsi="Georgia" w:eastAsia="Georgia"/>
          <w:sz w:val="23"/>
        </w:rPr>
        <w:t>“It is a yes to authorization. Not a yes to outcome.”</w:t>
      </w:r>
    </w:p>
    <w:p>
      <w:r>
        <w:rPr>
          <w:rFonts w:ascii="Georgia" w:hAnsi="Georgia" w:eastAsia="Georgia"/>
          <w:sz w:val="23"/>
        </w:rPr>
        <w:t>“Fine.”</w:t>
      </w:r>
    </w:p>
    <w:p>
      <w:r>
        <w:rPr>
          <w:rFonts w:ascii="Georgia" w:hAnsi="Georgia" w:eastAsia="Georgia"/>
          <w:sz w:val="23"/>
        </w:rPr>
        <w:t>He looked at Rema.</w:t>
      </w:r>
    </w:p>
    <w:p>
      <w:r>
        <w:rPr>
          <w:rFonts w:ascii="Georgia" w:hAnsi="Georgia" w:eastAsia="Georgia"/>
          <w:sz w:val="23"/>
        </w:rPr>
        <w:t>“Can we please stop making grammar out of my blood pressure?”</w:t>
      </w:r>
    </w:p>
    <w:p>
      <w:r>
        <w:rPr>
          <w:rFonts w:ascii="Georgia" w:hAnsi="Georgia" w:eastAsia="Georgia"/>
          <w:sz w:val="23"/>
        </w:rPr>
        <w:t>Rema said, “Start baseline.”</w:t>
      </w:r>
    </w:p>
    <w:p>
      <w:pPr>
        <w:spacing w:before="80" w:after="80"/>
        <w:jc w:val="center"/>
      </w:pPr>
      <w:r>
        <w:rPr>
          <w:rFonts w:ascii="Georgia" w:hAnsi="Georgia" w:eastAsia="Georgia"/>
          <w:sz w:val="23"/>
        </w:rPr>
        <w:t>§</w:t>
      </w:r>
    </w:p>
    <w:p>
      <w:r>
        <w:rPr>
          <w:rFonts w:ascii="Georgia" w:hAnsi="Georgia" w:eastAsia="Georgia"/>
          <w:sz w:val="23"/>
        </w:rPr>
        <w:t>Sol signed first.</w:t>
      </w:r>
    </w:p>
    <w:p>
      <w:r>
        <w:rPr>
          <w:rFonts w:ascii="Georgia" w:hAnsi="Georgia" w:eastAsia="Georgia"/>
          <w:sz w:val="23"/>
        </w:rPr>
        <w:t>I signed second.</w:t>
      </w:r>
    </w:p>
    <w:p>
      <w:r>
        <w:rPr>
          <w:rFonts w:ascii="Georgia" w:hAnsi="Georgia" w:eastAsia="Georgia"/>
          <w:sz w:val="23"/>
        </w:rPr>
        <w:t>The terminal accepted both.</w:t>
      </w:r>
    </w:p>
    <w:p>
      <w:r>
        <w:rPr>
          <w:rFonts w:ascii="Georgia" w:hAnsi="Georgia" w:eastAsia="Georgia"/>
          <w:sz w:val="23"/>
        </w:rPr>
        <w:t>SOLE-START: NOT USED.</w:t>
      </w:r>
    </w:p>
    <w:p>
      <w:r>
        <w:rPr>
          <w:rFonts w:ascii="Georgia" w:hAnsi="Georgia" w:eastAsia="Georgia"/>
          <w:sz w:val="23"/>
        </w:rPr>
        <w:t>PAIRED AUTHORIZATION: COMPLETE.</w:t>
      </w:r>
    </w:p>
    <w:p>
      <w:r>
        <w:rPr>
          <w:rFonts w:ascii="Georgia" w:hAnsi="Georgia" w:eastAsia="Georgia"/>
          <w:sz w:val="23"/>
        </w:rPr>
        <w:t>PROVENANCE STATUS: INCOMPLETE / RELEVANT ANCESTRY UNKNOWN.</w:t>
      </w:r>
    </w:p>
    <w:p>
      <w:r>
        <w:rPr>
          <w:rFonts w:ascii="Georgia" w:hAnsi="Georgia" w:eastAsia="Georgia"/>
          <w:sz w:val="23"/>
        </w:rPr>
        <w:t>DELAY-RISK STATUS: OBSERVED PROGRESSIVE PERFUSION DECLINE.</w:t>
      </w:r>
    </w:p>
    <w:p>
      <w:r>
        <w:rPr>
          <w:rFonts w:ascii="Georgia" w:hAnsi="Georgia" w:eastAsia="Georgia"/>
          <w:sz w:val="23"/>
        </w:rPr>
        <w:t>REVERSIBILITY: CERTIFIED WITHIN 3.0 S.</w:t>
      </w:r>
    </w:p>
    <w:p>
      <w:r>
        <w:rPr>
          <w:rFonts w:ascii="Georgia" w:hAnsi="Georgia" w:eastAsia="Georgia"/>
          <w:sz w:val="23"/>
        </w:rPr>
        <w:t>At 0230:14 the adaptive vascular gain decreased by 1.5 percent.</w:t>
      </w:r>
    </w:p>
    <w:p>
      <w:r>
        <w:rPr>
          <w:rFonts w:ascii="Georgia" w:hAnsi="Georgia" w:eastAsia="Georgia"/>
          <w:sz w:val="23"/>
        </w:rPr>
        <w:t>For one cardiac cycle, nothing changed.</w:t>
      </w:r>
    </w:p>
    <w:p>
      <w:r>
        <w:rPr>
          <w:rFonts w:ascii="Georgia" w:hAnsi="Georgia" w:eastAsia="Georgia"/>
          <w:sz w:val="23"/>
        </w:rPr>
        <w:t>On the second, pressure fell from sixty to fifty-seven.</w:t>
      </w:r>
    </w:p>
    <w:p>
      <w:r>
        <w:rPr>
          <w:rFonts w:ascii="Georgia" w:hAnsi="Georgia" w:eastAsia="Georgia"/>
          <w:sz w:val="23"/>
        </w:rPr>
        <w:t>The stop condition triggered.</w:t>
      </w:r>
    </w:p>
    <w:p>
      <w:r>
        <w:rPr>
          <w:rFonts w:ascii="Georgia" w:hAnsi="Georgia" w:eastAsia="Georgia"/>
          <w:sz w:val="23"/>
        </w:rPr>
        <w:t>Sol’s hand was already on the restoration control.</w:t>
      </w:r>
    </w:p>
    <w:p>
      <w:r>
        <w:rPr>
          <w:rFonts w:ascii="Georgia" w:hAnsi="Georgia" w:eastAsia="Georgia"/>
          <w:sz w:val="23"/>
        </w:rPr>
        <w:t>Gain returned to prior state.</w:t>
      </w:r>
    </w:p>
    <w:p>
      <w:r>
        <w:rPr>
          <w:rFonts w:ascii="Georgia" w:hAnsi="Georgia" w:eastAsia="Georgia"/>
          <w:sz w:val="23"/>
        </w:rPr>
        <w:t>Total altered interval: 2.7 seconds.</w:t>
      </w:r>
    </w:p>
    <w:p>
      <w:r>
        <w:rPr>
          <w:rFonts w:ascii="Georgia" w:hAnsi="Georgia" w:eastAsia="Georgia"/>
          <w:sz w:val="23"/>
        </w:rPr>
        <w:t>Jori’s pressure reached fifty-six.</w:t>
      </w:r>
    </w:p>
    <w:p>
      <w:r>
        <w:rPr>
          <w:rFonts w:ascii="Georgia" w:hAnsi="Georgia" w:eastAsia="Georgia"/>
          <w:sz w:val="23"/>
        </w:rPr>
        <w:t>Rema increased vasoactive support.</w:t>
      </w:r>
    </w:p>
    <w:p>
      <w:r>
        <w:rPr>
          <w:rFonts w:ascii="Georgia" w:hAnsi="Georgia" w:eastAsia="Georgia"/>
          <w:sz w:val="23"/>
        </w:rPr>
        <w:t>The rhythm remained regular.</w:t>
      </w:r>
    </w:p>
    <w:p>
      <w:r>
        <w:rPr>
          <w:rFonts w:ascii="Georgia" w:hAnsi="Georgia" w:eastAsia="Georgia"/>
          <w:sz w:val="23"/>
        </w:rPr>
        <w:t>The field trace remained stable.</w:t>
      </w:r>
    </w:p>
    <w:p>
      <w:r>
        <w:rPr>
          <w:rFonts w:ascii="Georgia" w:hAnsi="Georgia" w:eastAsia="Georgia"/>
          <w:sz w:val="23"/>
        </w:rPr>
        <w:t>The setting did nothing new.</w:t>
      </w:r>
    </w:p>
    <w:p>
      <w:r>
        <w:rPr>
          <w:rFonts w:ascii="Georgia" w:hAnsi="Georgia" w:eastAsia="Georgia"/>
          <w:sz w:val="23"/>
        </w:rPr>
        <w:t>The intervention had failed its first test.</w:t>
      </w:r>
    </w:p>
    <w:p>
      <w:r>
        <w:rPr>
          <w:rFonts w:ascii="Georgia" w:hAnsi="Georgia" w:eastAsia="Georgia"/>
          <w:sz w:val="23"/>
        </w:rPr>
        <w:t>Nobody said we had been wrong to try.</w:t>
      </w:r>
    </w:p>
    <w:p>
      <w:r>
        <w:rPr>
          <w:rFonts w:ascii="Georgia" w:hAnsi="Georgia" w:eastAsia="Georgia"/>
          <w:sz w:val="23"/>
        </w:rPr>
        <w:t>Nobody said the failure proved we should have waited.</w:t>
      </w:r>
    </w:p>
    <w:p>
      <w:r>
        <w:rPr>
          <w:rFonts w:ascii="Georgia" w:hAnsi="Georgia" w:eastAsia="Georgia"/>
          <w:sz w:val="23"/>
        </w:rPr>
        <w:t>Jori whispered, “That was unpleasant.”</w:t>
      </w:r>
    </w:p>
    <w:p>
      <w:r>
        <w:rPr>
          <w:rFonts w:ascii="Georgia" w:hAnsi="Georgia" w:eastAsia="Georgia"/>
          <w:sz w:val="23"/>
        </w:rPr>
        <w:t>“Yes,” Rema said.</w:t>
      </w:r>
    </w:p>
    <w:p>
      <w:r>
        <w:rPr>
          <w:rFonts w:ascii="Georgia" w:hAnsi="Georgia" w:eastAsia="Georgia"/>
          <w:sz w:val="23"/>
        </w:rPr>
        <w:t>“Did we learn anything useful?”</w:t>
      </w:r>
    </w:p>
    <w:p>
      <w:r>
        <w:rPr>
          <w:rFonts w:ascii="Georgia" w:hAnsi="Georgia" w:eastAsia="Georgia"/>
          <w:sz w:val="23"/>
        </w:rPr>
        <w:t>“Yes.”</w:t>
      </w:r>
    </w:p>
    <w:p>
      <w:r>
        <w:rPr>
          <w:rFonts w:ascii="Georgia" w:hAnsi="Georgia" w:eastAsia="Georgia"/>
          <w:sz w:val="23"/>
        </w:rPr>
        <w:t>“What?”</w:t>
      </w:r>
    </w:p>
    <w:p>
      <w:r>
        <w:rPr>
          <w:rFonts w:ascii="Georgia" w:hAnsi="Georgia" w:eastAsia="Georgia"/>
          <w:sz w:val="23"/>
        </w:rPr>
        <w:t>“That this direction worsens your pressure under current conditions.”</w:t>
      </w:r>
    </w:p>
    <w:p>
      <w:r>
        <w:rPr>
          <w:rFonts w:ascii="Georgia" w:hAnsi="Georgia" w:eastAsia="Georgia"/>
          <w:sz w:val="23"/>
        </w:rPr>
        <w:t>“Worth it?”</w:t>
      </w:r>
    </w:p>
    <w:p>
      <w:r>
        <w:rPr>
          <w:rFonts w:ascii="Georgia" w:hAnsi="Georgia" w:eastAsia="Georgia"/>
          <w:sz w:val="23"/>
        </w:rPr>
        <w:t>Rema looked at him.</w:t>
      </w:r>
    </w:p>
    <w:p>
      <w:r>
        <w:rPr>
          <w:rFonts w:ascii="Georgia" w:hAnsi="Georgia" w:eastAsia="Georgia"/>
          <w:sz w:val="23"/>
        </w:rPr>
        <w:t>“That is yours to answer.”</w:t>
      </w:r>
    </w:p>
    <w:p>
      <w:r>
        <w:rPr>
          <w:rFonts w:ascii="Georgia" w:hAnsi="Georgia" w:eastAsia="Georgia"/>
          <w:sz w:val="23"/>
        </w:rPr>
        <w:t>He closed his eyes again.</w:t>
      </w:r>
    </w:p>
    <w:p>
      <w:r>
        <w:rPr>
          <w:rFonts w:ascii="Georgia" w:hAnsi="Georgia" w:eastAsia="Georgia"/>
          <w:sz w:val="23"/>
        </w:rPr>
        <w:t>“Ask me tomorrow.”</w:t>
      </w:r>
    </w:p>
    <w:p>
      <w:pPr>
        <w:spacing w:before="80" w:after="80"/>
        <w:jc w:val="center"/>
      </w:pPr>
      <w:r>
        <w:rPr>
          <w:rFonts w:ascii="Georgia" w:hAnsi="Georgia" w:eastAsia="Georgia"/>
          <w:sz w:val="23"/>
        </w:rPr>
        <w:t>§</w:t>
      </w:r>
    </w:p>
    <w:p>
      <w:r>
        <w:rPr>
          <w:rFonts w:ascii="Georgia" w:hAnsi="Georgia" w:eastAsia="Georgia"/>
          <w:sz w:val="23"/>
        </w:rPr>
        <w:t>The failed intervention changed the evidence.</w:t>
      </w:r>
    </w:p>
    <w:p>
      <w:r>
        <w:rPr>
          <w:rFonts w:ascii="Georgia" w:hAnsi="Georgia" w:eastAsia="Georgia"/>
          <w:sz w:val="23"/>
        </w:rPr>
        <w:t>Not because failure was desirable.</w:t>
      </w:r>
    </w:p>
    <w:p>
      <w:r>
        <w:rPr>
          <w:rFonts w:ascii="Georgia" w:hAnsi="Georgia" w:eastAsia="Georgia"/>
          <w:sz w:val="23"/>
        </w:rPr>
        <w:t>Because the room now knew something it had not known thirty seconds earlier.</w:t>
      </w:r>
    </w:p>
    <w:p>
      <w:r>
        <w:rPr>
          <w:rFonts w:ascii="Georgia" w:hAnsi="Georgia" w:eastAsia="Georgia"/>
          <w:sz w:val="23"/>
        </w:rPr>
        <w:t>The oscillation was more likely compensatory than excessive under the current state.</w:t>
      </w:r>
    </w:p>
    <w:p>
      <w:r>
        <w:rPr>
          <w:rFonts w:ascii="Georgia" w:hAnsi="Georgia" w:eastAsia="Georgia"/>
          <w:sz w:val="23"/>
        </w:rPr>
        <w:t>The controller gain reduction was removed from the option set.</w:t>
      </w:r>
    </w:p>
    <w:p>
      <w:r>
        <w:rPr>
          <w:rFonts w:ascii="Georgia" w:hAnsi="Georgia" w:eastAsia="Georgia"/>
          <w:sz w:val="23"/>
        </w:rPr>
        <w:t>The delay problem remained.</w:t>
      </w:r>
    </w:p>
    <w:p>
      <w:r>
        <w:rPr>
          <w:rFonts w:ascii="Georgia" w:hAnsi="Georgia" w:eastAsia="Georgia"/>
          <w:sz w:val="23"/>
        </w:rPr>
        <w:t>We did not get to reset the clock because one attempted path had closed.</w:t>
      </w:r>
    </w:p>
    <w:p>
      <w:r>
        <w:rPr>
          <w:rFonts w:ascii="Georgia" w:hAnsi="Georgia" w:eastAsia="Georgia"/>
          <w:sz w:val="23"/>
        </w:rPr>
        <w:t>At 0235 Jori’s pressure was fifty-eight on increased conventional support.</w:t>
      </w:r>
    </w:p>
    <w:p>
      <w:r>
        <w:rPr>
          <w:rFonts w:ascii="Georgia" w:hAnsi="Georgia" w:eastAsia="Georgia"/>
          <w:sz w:val="23"/>
        </w:rPr>
        <w:t>At 0238 it was sixty.</w:t>
      </w:r>
    </w:p>
    <w:p>
      <w:r>
        <w:rPr>
          <w:rFonts w:ascii="Georgia" w:hAnsi="Georgia" w:eastAsia="Georgia"/>
          <w:sz w:val="23"/>
        </w:rPr>
        <w:t>At 0241 his perfusion index stabilized.</w:t>
      </w:r>
    </w:p>
    <w:p>
      <w:r>
        <w:rPr>
          <w:rFonts w:ascii="Georgia" w:hAnsi="Georgia" w:eastAsia="Georgia"/>
          <w:sz w:val="23"/>
        </w:rPr>
        <w:t>Not normal.</w:t>
      </w:r>
    </w:p>
    <w:p>
      <w:r>
        <w:rPr>
          <w:rFonts w:ascii="Georgia" w:hAnsi="Georgia" w:eastAsia="Georgia"/>
          <w:sz w:val="23"/>
        </w:rPr>
        <w:t>Stable.</w:t>
      </w:r>
    </w:p>
    <w:p>
      <w:r>
        <w:rPr>
          <w:rFonts w:ascii="Georgia" w:hAnsi="Georgia" w:eastAsia="Georgia"/>
          <w:sz w:val="23"/>
        </w:rPr>
        <w:t>Sol asked whether to test an increase in adaptive gain.</w:t>
      </w:r>
    </w:p>
    <w:p>
      <w:r>
        <w:rPr>
          <w:rFonts w:ascii="Georgia" w:hAnsi="Georgia" w:eastAsia="Georgia"/>
          <w:sz w:val="23"/>
        </w:rPr>
        <w:t>“No,” I said.</w:t>
      </w:r>
    </w:p>
    <w:p>
      <w:r>
        <w:rPr>
          <w:rFonts w:ascii="Georgia" w:hAnsi="Georgia" w:eastAsia="Georgia"/>
          <w:sz w:val="23"/>
        </w:rPr>
        <w:t>He did not ask why.</w:t>
      </w:r>
    </w:p>
    <w:p>
      <w:r>
        <w:rPr>
          <w:rFonts w:ascii="Georgia" w:hAnsi="Georgia" w:eastAsia="Georgia"/>
          <w:sz w:val="23"/>
        </w:rPr>
        <w:t>Rema did.</w:t>
      </w:r>
    </w:p>
    <w:p>
      <w:r>
        <w:rPr>
          <w:rFonts w:ascii="Georgia" w:hAnsi="Georgia" w:eastAsia="Georgia"/>
          <w:sz w:val="23"/>
        </w:rPr>
        <w:t>“Say it for the record.”</w:t>
      </w:r>
    </w:p>
    <w:p>
      <w:r>
        <w:rPr>
          <w:rFonts w:ascii="Georgia" w:hAnsi="Georgia" w:eastAsia="Georgia"/>
          <w:sz w:val="23"/>
        </w:rPr>
        <w:t>“The failed decrease does not establish that the inverse intervention is beneficial. We have improved conventional support and current deterioration has stopped. The urgency state changed.”</w:t>
      </w:r>
    </w:p>
    <w:p>
      <w:r>
        <w:rPr>
          <w:rFonts w:ascii="Georgia" w:hAnsi="Georgia" w:eastAsia="Georgia"/>
          <w:sz w:val="23"/>
        </w:rPr>
        <w:t>Jori opened one eye.</w:t>
      </w:r>
    </w:p>
    <w:p>
      <w:r>
        <w:rPr>
          <w:rFonts w:ascii="Georgia" w:hAnsi="Georgia" w:eastAsia="Georgia"/>
          <w:sz w:val="23"/>
        </w:rPr>
        <w:t>“So now waiting is allowed again.”</w:t>
      </w:r>
    </w:p>
    <w:p>
      <w:r>
        <w:rPr>
          <w:rFonts w:ascii="Georgia" w:hAnsi="Georgia" w:eastAsia="Georgia"/>
          <w:sz w:val="23"/>
        </w:rPr>
        <w:t>“Waiting never stopped being allowed.”</w:t>
      </w:r>
    </w:p>
    <w:p>
      <w:r>
        <w:rPr>
          <w:rFonts w:ascii="Georgia" w:hAnsi="Georgia" w:eastAsia="Georgia"/>
          <w:sz w:val="23"/>
        </w:rPr>
        <w:t>“You know what I mean.”</w:t>
      </w:r>
    </w:p>
    <w:p>
      <w:r>
        <w:rPr>
          <w:rFonts w:ascii="Georgia" w:hAnsi="Georgia" w:eastAsia="Georgia"/>
          <w:sz w:val="23"/>
        </w:rPr>
        <w:t>“Yes.”</w:t>
      </w:r>
    </w:p>
    <w:p>
      <w:r>
        <w:rPr>
          <w:rFonts w:ascii="Georgia" w:hAnsi="Georgia" w:eastAsia="Georgia"/>
          <w:sz w:val="23"/>
        </w:rPr>
        <w:t>“Then say it correctly.”</w:t>
      </w:r>
    </w:p>
    <w:p>
      <w:r>
        <w:rPr>
          <w:rFonts w:ascii="Georgia" w:hAnsi="Georgia" w:eastAsia="Georgia"/>
          <w:sz w:val="23"/>
        </w:rPr>
        <w:t>Rema’s mouth moved before she stopped it.</w:t>
      </w:r>
    </w:p>
    <w:p>
      <w:r>
        <w:rPr>
          <w:rFonts w:ascii="Georgia" w:hAnsi="Georgia" w:eastAsia="Georgia"/>
          <w:sz w:val="23"/>
        </w:rPr>
        <w:t>I said, “The cost of waiting is lower now than it was before the intervention because your observed deterioration has stopped.”</w:t>
      </w:r>
    </w:p>
    <w:p>
      <w:r>
        <w:rPr>
          <w:rFonts w:ascii="Georgia" w:hAnsi="Georgia" w:eastAsia="Georgia"/>
          <w:sz w:val="23"/>
        </w:rPr>
        <w:t>“That is the sentence.”</w:t>
      </w:r>
    </w:p>
    <w:p>
      <w:r>
        <w:rPr>
          <w:rFonts w:ascii="Georgia" w:hAnsi="Georgia" w:eastAsia="Georgia"/>
          <w:sz w:val="23"/>
        </w:rPr>
        <w:t>He watched me for a moment.</w:t>
      </w:r>
    </w:p>
    <w:p>
      <w:r>
        <w:rPr>
          <w:rFonts w:ascii="Georgia" w:hAnsi="Georgia" w:eastAsia="Georgia"/>
          <w:sz w:val="23"/>
        </w:rPr>
        <w:t>I said nothing.</w:t>
      </w:r>
    </w:p>
    <w:p>
      <w:r>
        <w:rPr>
          <w:rFonts w:ascii="Georgia" w:hAnsi="Georgia" w:eastAsia="Georgia"/>
          <w:sz w:val="23"/>
        </w:rPr>
        <w:t>He smiled despite himself.</w:t>
      </w:r>
    </w:p>
    <w:p>
      <w:pPr>
        <w:spacing w:before="80" w:after="80"/>
        <w:jc w:val="center"/>
      </w:pPr>
      <w:r>
        <w:rPr>
          <w:rFonts w:ascii="Georgia" w:hAnsi="Georgia" w:eastAsia="Georgia"/>
          <w:sz w:val="23"/>
        </w:rPr>
        <w:t>§</w:t>
      </w:r>
    </w:p>
    <w:p>
      <w:r>
        <w:rPr>
          <w:rFonts w:ascii="Georgia" w:hAnsi="Georgia" w:eastAsia="Georgia"/>
          <w:sz w:val="23"/>
        </w:rPr>
        <w:t>By 0310 Jori’s pressure held between sixty-one and sixty-four.</w:t>
      </w:r>
    </w:p>
    <w:p>
      <w:r>
        <w:rPr>
          <w:rFonts w:ascii="Georgia" w:hAnsi="Georgia" w:eastAsia="Georgia"/>
          <w:sz w:val="23"/>
        </w:rPr>
        <w:t>His right hand rewarmed.</w:t>
      </w:r>
    </w:p>
    <w:p>
      <w:r>
        <w:rPr>
          <w:rFonts w:ascii="Georgia" w:hAnsi="Georgia" w:eastAsia="Georgia"/>
          <w:sz w:val="23"/>
        </w:rPr>
        <w:t>Urine output remained low but no longer declined.</w:t>
      </w:r>
    </w:p>
    <w:p>
      <w:r>
        <w:rPr>
          <w:rFonts w:ascii="Georgia" w:hAnsi="Georgia" w:eastAsia="Georgia"/>
          <w:sz w:val="23"/>
        </w:rPr>
        <w:t>The clinical team began preparing for invasive mechanical assessment of the vascular reconstruction rather than another controller adjustment.</w:t>
      </w:r>
    </w:p>
    <w:p>
      <w:r>
        <w:rPr>
          <w:rFonts w:ascii="Georgia" w:hAnsi="Georgia" w:eastAsia="Georgia"/>
          <w:sz w:val="23"/>
        </w:rPr>
        <w:t>The Kaethe setting stayed in place.</w:t>
      </w:r>
    </w:p>
    <w:p>
      <w:r>
        <w:rPr>
          <w:rFonts w:ascii="Georgia" w:hAnsi="Georgia" w:eastAsia="Georgia"/>
          <w:sz w:val="23"/>
        </w:rPr>
        <w:t>No one opened the sealed association record.</w:t>
      </w:r>
    </w:p>
    <w:p>
      <w:r>
        <w:rPr>
          <w:rFonts w:ascii="Georgia" w:hAnsi="Georgia" w:eastAsia="Georgia"/>
          <w:sz w:val="23"/>
        </w:rPr>
        <w:t>The part of his life that involved whoever had completed before the setting reached him remained his.</w:t>
      </w:r>
    </w:p>
    <w:p>
      <w:r>
        <w:rPr>
          <w:rFonts w:ascii="Georgia" w:hAnsi="Georgia" w:eastAsia="Georgia"/>
          <w:sz w:val="23"/>
        </w:rPr>
        <w:t>The room had enough trouble with the living.</w:t>
      </w:r>
    </w:p>
    <w:p>
      <w:r>
        <w:rPr>
          <w:rFonts w:ascii="Georgia" w:hAnsi="Georgia" w:eastAsia="Georgia"/>
          <w:sz w:val="23"/>
        </w:rPr>
        <w:t>At 0344 I ended remote presence.</w:t>
      </w:r>
    </w:p>
    <w:p>
      <w:r>
        <w:rPr>
          <w:rFonts w:ascii="Georgia" w:hAnsi="Georgia" w:eastAsia="Georgia"/>
          <w:sz w:val="23"/>
        </w:rPr>
        <w:t>Rema stayed.</w:t>
      </w:r>
    </w:p>
    <w:p>
      <w:r>
        <w:rPr>
          <w:rFonts w:ascii="Georgia" w:hAnsi="Georgia" w:eastAsia="Georgia"/>
          <w:sz w:val="23"/>
        </w:rPr>
        <w:t>Sol stayed.</w:t>
      </w:r>
    </w:p>
    <w:p>
      <w:r>
        <w:rPr>
          <w:rFonts w:ascii="Georgia" w:hAnsi="Georgia" w:eastAsia="Georgia"/>
          <w:sz w:val="23"/>
        </w:rPr>
        <w:t>Jori stayed because the alternative was impossible.</w:t>
      </w:r>
    </w:p>
    <w:p>
      <w:r>
        <w:rPr>
          <w:rFonts w:ascii="Georgia" w:hAnsi="Georgia" w:eastAsia="Georgia"/>
          <w:sz w:val="23"/>
        </w:rPr>
        <w:t>Before I disconnected, he asked one more question.</w:t>
      </w:r>
    </w:p>
    <w:p>
      <w:r>
        <w:rPr>
          <w:rFonts w:ascii="Georgia" w:hAnsi="Georgia" w:eastAsia="Georgia"/>
          <w:sz w:val="23"/>
        </w:rPr>
        <w:t>“If you had known the adjustment would make it worse, would you have signed?”</w:t>
      </w:r>
    </w:p>
    <w:p>
      <w:r>
        <w:rPr>
          <w:rFonts w:ascii="Georgia" w:hAnsi="Georgia" w:eastAsia="Georgia"/>
          <w:sz w:val="23"/>
        </w:rPr>
        <w:t>“No.”</w:t>
      </w:r>
    </w:p>
    <w:p>
      <w:r>
        <w:rPr>
          <w:rFonts w:ascii="Georgia" w:hAnsi="Georgia" w:eastAsia="Georgia"/>
          <w:sz w:val="23"/>
        </w:rPr>
        <w:t>“If you had known waiting would stabilize me, would you have signed?”</w:t>
      </w:r>
    </w:p>
    <w:p>
      <w:r>
        <w:rPr>
          <w:rFonts w:ascii="Georgia" w:hAnsi="Georgia" w:eastAsia="Georgia"/>
          <w:sz w:val="23"/>
        </w:rPr>
        <w:t>“No.”</w:t>
      </w:r>
    </w:p>
    <w:p>
      <w:r>
        <w:rPr>
          <w:rFonts w:ascii="Georgia" w:hAnsi="Georgia" w:eastAsia="Georgia"/>
          <w:sz w:val="23"/>
        </w:rPr>
        <w:t>“But you knew neither.”</w:t>
      </w:r>
    </w:p>
    <w:p>
      <w:r>
        <w:rPr>
          <w:rFonts w:ascii="Georgia" w:hAnsi="Georgia" w:eastAsia="Georgia"/>
          <w:sz w:val="23"/>
        </w:rPr>
        <w:t>“Correct.”</w:t>
      </w:r>
    </w:p>
    <w:p>
      <w:r>
        <w:rPr>
          <w:rFonts w:ascii="Georgia" w:hAnsi="Georgia" w:eastAsia="Georgia"/>
          <w:sz w:val="23"/>
        </w:rPr>
        <w:t>“So what did your signature mean?”</w:t>
      </w:r>
    </w:p>
    <w:p>
      <w:r>
        <w:rPr>
          <w:rFonts w:ascii="Georgia" w:hAnsi="Georgia" w:eastAsia="Georgia"/>
          <w:sz w:val="23"/>
        </w:rPr>
        <w:t>I looked at the two clocks still visible beside his bed.</w:t>
      </w:r>
    </w:p>
    <w:p>
      <w:r>
        <w:rPr>
          <w:rFonts w:ascii="Georgia" w:hAnsi="Georgia" w:eastAsia="Georgia"/>
          <w:sz w:val="23"/>
        </w:rPr>
        <w:t>“It meant the uncertainty around acting had become bounded enough, and the observed cost of not acting had become large enough, that I judged the reversible test justified.”</w:t>
      </w:r>
    </w:p>
    <w:p>
      <w:r>
        <w:rPr>
          <w:rFonts w:ascii="Georgia" w:hAnsi="Georgia" w:eastAsia="Georgia"/>
          <w:sz w:val="23"/>
        </w:rPr>
        <w:t>“That is a long signature.”</w:t>
      </w:r>
    </w:p>
    <w:p>
      <w:r>
        <w:rPr>
          <w:rFonts w:ascii="Georgia" w:hAnsi="Georgia" w:eastAsia="Georgia"/>
          <w:sz w:val="23"/>
        </w:rPr>
        <w:t>“Yes.”</w:t>
      </w:r>
    </w:p>
    <w:p>
      <w:r>
        <w:rPr>
          <w:rFonts w:ascii="Georgia" w:hAnsi="Georgia" w:eastAsia="Georgia"/>
          <w:sz w:val="23"/>
        </w:rPr>
        <w:t>“Keep it long.”</w:t>
      </w:r>
    </w:p>
    <w:p>
      <w:r>
        <w:rPr>
          <w:rFonts w:ascii="Georgia" w:hAnsi="Georgia" w:eastAsia="Georgia"/>
          <w:sz w:val="23"/>
        </w:rPr>
        <w:t>The connection ended.</w:t>
      </w:r>
    </w:p>
    <w:p>
      <w:pPr>
        <w:spacing w:before="80" w:after="80"/>
        <w:jc w:val="center"/>
      </w:pPr>
      <w:r>
        <w:rPr>
          <w:rFonts w:ascii="Georgia" w:hAnsi="Georgia" w:eastAsia="Georgia"/>
          <w:sz w:val="23"/>
        </w:rPr>
        <w:t>§</w:t>
      </w:r>
    </w:p>
    <w:p>
      <w:r>
        <w:rPr>
          <w:rFonts w:ascii="Georgia" w:hAnsi="Georgia" w:eastAsia="Georgia"/>
          <w:sz w:val="23"/>
        </w:rPr>
        <w:t>At 0917 the regional incident system tried to classify the event.</w:t>
      </w:r>
    </w:p>
    <w:p>
      <w:r>
        <w:rPr>
          <w:rFonts w:ascii="Georgia" w:hAnsi="Georgia" w:eastAsia="Georgia"/>
          <w:sz w:val="23"/>
        </w:rPr>
        <w:t>INTERVENTION ADVERSE RESPONSE.</w:t>
      </w:r>
    </w:p>
    <w:p>
      <w:r>
        <w:rPr>
          <w:rFonts w:ascii="Georgia" w:hAnsi="Georgia" w:eastAsia="Georgia"/>
          <w:sz w:val="23"/>
        </w:rPr>
        <w:t>The phrase was true.</w:t>
      </w:r>
    </w:p>
    <w:p>
      <w:r>
        <w:rPr>
          <w:rFonts w:ascii="Georgia" w:hAnsi="Georgia" w:eastAsia="Georgia"/>
          <w:sz w:val="23"/>
        </w:rPr>
        <w:t>It was incomplete.</w:t>
      </w:r>
    </w:p>
    <w:p>
      <w:r>
        <w:rPr>
          <w:rFonts w:ascii="Georgia" w:hAnsi="Georgia" w:eastAsia="Georgia"/>
          <w:sz w:val="23"/>
        </w:rPr>
        <w:t>Another field offered:</w:t>
      </w:r>
    </w:p>
    <w:p>
      <w:r>
        <w:rPr>
          <w:rFonts w:ascii="Georgia" w:hAnsi="Georgia" w:eastAsia="Georgia"/>
          <w:sz w:val="23"/>
        </w:rPr>
        <w:t>DELAY AVOIDANCE SUCCESS.</w:t>
      </w:r>
    </w:p>
    <w:p>
      <w:r>
        <w:rPr>
          <w:rFonts w:ascii="Georgia" w:hAnsi="Georgia" w:eastAsia="Georgia"/>
          <w:sz w:val="23"/>
        </w:rPr>
        <w:t>That was worse.</w:t>
      </w:r>
    </w:p>
    <w:p>
      <w:r>
        <w:rPr>
          <w:rFonts w:ascii="Georgia" w:hAnsi="Georgia" w:eastAsia="Georgia"/>
          <w:sz w:val="23"/>
        </w:rPr>
        <w:t>Jori had not been rescued from delay by the intervention. The intervention had briefly worsened him and then closed one branch of uncertainty. Conventional support had stabilized him afterward. The decision window contained both costs.</w:t>
      </w:r>
    </w:p>
    <w:p>
      <w:r>
        <w:rPr>
          <w:rFonts w:ascii="Georgia" w:hAnsi="Georgia" w:eastAsia="Georgia"/>
          <w:sz w:val="23"/>
        </w:rPr>
        <w:t>Kera Dast joined the review at 0930.</w:t>
      </w:r>
    </w:p>
    <w:p>
      <w:r>
        <w:rPr>
          <w:rFonts w:ascii="Georgia" w:hAnsi="Georgia" w:eastAsia="Georgia"/>
          <w:sz w:val="23"/>
        </w:rPr>
        <w:t>She read the draft classification once.</w:t>
      </w:r>
    </w:p>
    <w:p>
      <w:r>
        <w:rPr>
          <w:rFonts w:ascii="Georgia" w:hAnsi="Georgia" w:eastAsia="Georgia"/>
          <w:sz w:val="23"/>
        </w:rPr>
        <w:t>“No.”</w:t>
      </w:r>
    </w:p>
    <w:p>
      <w:r>
        <w:rPr>
          <w:rFonts w:ascii="Georgia" w:hAnsi="Georgia" w:eastAsia="Georgia"/>
          <w:sz w:val="23"/>
        </w:rPr>
        <w:t>Rian Vesk asked, “Which part?”</w:t>
      </w:r>
    </w:p>
    <w:p>
      <w:r>
        <w:rPr>
          <w:rFonts w:ascii="Georgia" w:hAnsi="Georgia" w:eastAsia="Georgia"/>
          <w:sz w:val="23"/>
        </w:rPr>
        <w:t>“The shape.”</w:t>
      </w:r>
    </w:p>
    <w:p>
      <w:r>
        <w:rPr>
          <w:rFonts w:ascii="Georgia" w:hAnsi="Georgia" w:eastAsia="Georgia"/>
          <w:sz w:val="23"/>
        </w:rPr>
        <w:t>He waited.</w:t>
      </w:r>
    </w:p>
    <w:p>
      <w:r>
        <w:rPr>
          <w:rFonts w:ascii="Georgia" w:hAnsi="Georgia" w:eastAsia="Georgia"/>
          <w:sz w:val="23"/>
        </w:rPr>
        <w:t>Kera said, “We are trying to make the event belong to one side of the decision.”</w:t>
      </w:r>
    </w:p>
    <w:p>
      <w:r>
        <w:rPr>
          <w:rFonts w:ascii="Georgia" w:hAnsi="Georgia" w:eastAsia="Georgia"/>
          <w:sz w:val="23"/>
        </w:rPr>
        <w:t>Acting had a cost.</w:t>
      </w:r>
    </w:p>
    <w:p>
      <w:r>
        <w:rPr>
          <w:rFonts w:ascii="Georgia" w:hAnsi="Georgia" w:eastAsia="Georgia"/>
          <w:sz w:val="23"/>
        </w:rPr>
        <w:t>Waiting had a cost.</w:t>
      </w:r>
    </w:p>
    <w:p>
      <w:r>
        <w:rPr>
          <w:rFonts w:ascii="Georgia" w:hAnsi="Georgia" w:eastAsia="Georgia"/>
          <w:sz w:val="23"/>
        </w:rPr>
        <w:t>The event belonged to the interval in which both were true.</w:t>
      </w:r>
    </w:p>
    <w:p>
      <w:r>
        <w:rPr>
          <w:rFonts w:ascii="Georgia" w:hAnsi="Georgia" w:eastAsia="Georgia"/>
          <w:sz w:val="23"/>
        </w:rPr>
        <w:t>We replaced the category.</w:t>
      </w:r>
    </w:p>
    <w:p>
      <w:r>
        <w:rPr>
          <w:rFonts w:ascii="Georgia" w:hAnsi="Georgia" w:eastAsia="Georgia"/>
          <w:sz w:val="23"/>
        </w:rPr>
        <w:t>DECISION UNDER COMPETING OBSERVED AND UNCERTAIN RISKS.</w:t>
      </w:r>
    </w:p>
    <w:p>
      <w:r>
        <w:rPr>
          <w:rFonts w:ascii="Georgia" w:hAnsi="Georgia" w:eastAsia="Georgia"/>
          <w:sz w:val="23"/>
        </w:rPr>
        <w:t>Then, beneath it:</w:t>
      </w:r>
    </w:p>
    <w:p>
      <w:r>
        <w:rPr>
          <w:rFonts w:ascii="Georgia" w:hAnsi="Georgia" w:eastAsia="Georgia"/>
          <w:sz w:val="23"/>
        </w:rPr>
        <w:t>ACTION HARM: OBSERVED / REVERSIBLE.</w:t>
      </w:r>
    </w:p>
    <w:p>
      <w:r>
        <w:rPr>
          <w:rFonts w:ascii="Georgia" w:hAnsi="Georgia" w:eastAsia="Georgia"/>
          <w:sz w:val="23"/>
        </w:rPr>
        <w:t>DELAY HARM: OBSERVED PRIOR TO ACTION / COUNTERFACTUAL PREVENTABILITY UNKNOWN.</w:t>
      </w:r>
    </w:p>
    <w:p>
      <w:r>
        <w:rPr>
          <w:rFonts w:ascii="Georgia" w:hAnsi="Georgia" w:eastAsia="Georgia"/>
          <w:sz w:val="23"/>
        </w:rPr>
        <w:t>OUTCOME: STABILIZED AFTER RESTORATION AND CONVENTIONAL SUPPORT ESCALATION.</w:t>
      </w:r>
    </w:p>
    <w:p>
      <w:r>
        <w:rPr>
          <w:rFonts w:ascii="Georgia" w:hAnsi="Georgia" w:eastAsia="Georgia"/>
          <w:sz w:val="23"/>
        </w:rPr>
        <w:t>No winner.</w:t>
      </w:r>
    </w:p>
    <w:p>
      <w:r>
        <w:rPr>
          <w:rFonts w:ascii="Georgia" w:hAnsi="Georgia" w:eastAsia="Georgia"/>
          <w:sz w:val="23"/>
        </w:rPr>
        <w:t>No retrospective proof that the signature had been correct.</w:t>
      </w:r>
    </w:p>
    <w:p>
      <w:r>
        <w:rPr>
          <w:rFonts w:ascii="Georgia" w:hAnsi="Georgia" w:eastAsia="Georgia"/>
          <w:sz w:val="23"/>
        </w:rPr>
        <w:t>Only a record of what the decision had actually contained.</w:t>
      </w:r>
    </w:p>
    <w:p>
      <w:r>
        <w:rPr>
          <w:rFonts w:ascii="Georgia" w:hAnsi="Georgia" w:eastAsia="Georgia"/>
          <w:sz w:val="23"/>
        </w:rPr>
        <w:t>Kera read it.</w:t>
      </w:r>
    </w:p>
    <w:p>
      <w:r>
        <w:rPr>
          <w:rFonts w:ascii="Georgia" w:hAnsi="Georgia" w:eastAsia="Georgia"/>
          <w:sz w:val="23"/>
        </w:rPr>
        <w:t>“That will be difficult to summarize.”</w:t>
      </w:r>
    </w:p>
    <w:p>
      <w:r>
        <w:rPr>
          <w:rFonts w:ascii="Georgia" w:hAnsi="Georgia" w:eastAsia="Georgia"/>
          <w:sz w:val="23"/>
        </w:rPr>
        <w:t>“Yes.”</w:t>
      </w:r>
    </w:p>
    <w:p>
      <w:r>
        <w:rPr>
          <w:rFonts w:ascii="Georgia" w:hAnsi="Georgia" w:eastAsia="Georgia"/>
          <w:sz w:val="23"/>
        </w:rPr>
        <w:t>“Then leave it difficult.”</w:t>
      </w:r>
    </w:p>
    <w:p>
      <w:pPr>
        <w:spacing w:before="80" w:after="80"/>
        <w:jc w:val="center"/>
      </w:pPr>
      <w:r>
        <w:rPr>
          <w:rFonts w:ascii="Georgia" w:hAnsi="Georgia" w:eastAsia="Georgia"/>
          <w:sz w:val="23"/>
        </w:rPr>
        <w:t>§</w:t>
      </w:r>
    </w:p>
    <w:p>
      <w:r>
        <w:rPr>
          <w:rFonts w:ascii="Georgia" w:hAnsi="Georgia" w:eastAsia="Georgia"/>
          <w:sz w:val="23"/>
        </w:rPr>
        <w:t>At 1812 Jori’s invasive assessment found a narrowing in the vascular scaffold’s mechanical outflow segment.</w:t>
      </w:r>
    </w:p>
    <w:p>
      <w:r>
        <w:rPr>
          <w:rFonts w:ascii="Georgia" w:hAnsi="Georgia" w:eastAsia="Georgia"/>
          <w:sz w:val="23"/>
        </w:rPr>
        <w:t>Ordinary wear.</w:t>
      </w:r>
    </w:p>
    <w:p>
      <w:r>
        <w:rPr>
          <w:rFonts w:ascii="Georgia" w:hAnsi="Georgia" w:eastAsia="Georgia"/>
          <w:sz w:val="23"/>
        </w:rPr>
        <w:t>Not Kaethe.</w:t>
      </w:r>
    </w:p>
    <w:p>
      <w:r>
        <w:rPr>
          <w:rFonts w:ascii="Georgia" w:hAnsi="Georgia" w:eastAsia="Georgia"/>
          <w:sz w:val="23"/>
        </w:rPr>
        <w:t>Not controller ancestry.</w:t>
      </w:r>
    </w:p>
    <w:p>
      <w:r>
        <w:rPr>
          <w:rFonts w:ascii="Georgia" w:hAnsi="Georgia" w:eastAsia="Georgia"/>
          <w:sz w:val="23"/>
        </w:rPr>
        <w:t>Not a preserved person speaking through blood pressure.</w:t>
      </w:r>
    </w:p>
    <w:p>
      <w:r>
        <w:rPr>
          <w:rFonts w:ascii="Georgia" w:hAnsi="Georgia" w:eastAsia="Georgia"/>
          <w:sz w:val="23"/>
        </w:rPr>
        <w:t>A physical obstruction in a structure that had served for forty-three years.</w:t>
      </w:r>
    </w:p>
    <w:p>
      <w:r>
        <w:rPr>
          <w:rFonts w:ascii="Georgia" w:hAnsi="Georgia" w:eastAsia="Georgia"/>
          <w:sz w:val="23"/>
        </w:rPr>
        <w:t>The surgical team scheduled repair for the next morning.</w:t>
      </w:r>
    </w:p>
    <w:p>
      <w:r>
        <w:rPr>
          <w:rFonts w:ascii="Georgia" w:hAnsi="Georgia" w:eastAsia="Georgia"/>
          <w:sz w:val="23"/>
        </w:rPr>
        <w:t>The controller remained at its original gain.</w:t>
      </w:r>
    </w:p>
    <w:p>
      <w:r>
        <w:rPr>
          <w:rFonts w:ascii="Georgia" w:hAnsi="Georgia" w:eastAsia="Georgia"/>
          <w:sz w:val="23"/>
        </w:rPr>
        <w:t>The setting remained in place.</w:t>
      </w:r>
    </w:p>
    <w:p>
      <w:r>
        <w:rPr>
          <w:rFonts w:ascii="Georgia" w:hAnsi="Georgia" w:eastAsia="Georgia"/>
          <w:sz w:val="23"/>
        </w:rPr>
        <w:t>I read the note twice.</w:t>
      </w:r>
    </w:p>
    <w:p>
      <w:r>
        <w:rPr>
          <w:rFonts w:ascii="Georgia" w:hAnsi="Georgia" w:eastAsia="Georgia"/>
          <w:sz w:val="23"/>
        </w:rPr>
        <w:t>It would have been easy to say the whole night had been unnecessary.</w:t>
      </w:r>
    </w:p>
    <w:p>
      <w:r>
        <w:rPr>
          <w:rFonts w:ascii="Georgia" w:hAnsi="Georgia" w:eastAsia="Georgia"/>
          <w:sz w:val="23"/>
        </w:rPr>
        <w:t>That would have been false.</w:t>
      </w:r>
    </w:p>
    <w:p>
      <w:r>
        <w:rPr>
          <w:rFonts w:ascii="Georgia" w:hAnsi="Georgia" w:eastAsia="Georgia"/>
          <w:sz w:val="23"/>
        </w:rPr>
        <w:t>The narrowing explained the worsening perfusion.</w:t>
      </w:r>
    </w:p>
    <w:p>
      <w:r>
        <w:rPr>
          <w:rFonts w:ascii="Georgia" w:hAnsi="Georgia" w:eastAsia="Georgia"/>
          <w:sz w:val="23"/>
        </w:rPr>
        <w:t>It did not retroactively erase the controller oscillation.</w:t>
      </w:r>
    </w:p>
    <w:p>
      <w:r>
        <w:rPr>
          <w:rFonts w:ascii="Georgia" w:hAnsi="Georgia" w:eastAsia="Georgia"/>
          <w:sz w:val="23"/>
        </w:rPr>
        <w:t>It did not erase the missing ancestry.</w:t>
      </w:r>
    </w:p>
    <w:p>
      <w:r>
        <w:rPr>
          <w:rFonts w:ascii="Georgia" w:hAnsi="Georgia" w:eastAsia="Georgia"/>
          <w:sz w:val="23"/>
        </w:rPr>
        <w:t>It did not erase the adverse response to the test.</w:t>
      </w:r>
    </w:p>
    <w:p>
      <w:r>
        <w:rPr>
          <w:rFonts w:ascii="Georgia" w:hAnsi="Georgia" w:eastAsia="Georgia"/>
          <w:sz w:val="23"/>
        </w:rPr>
        <w:t>It did not erase the deterioration that occurred while authorization remained unresolved.</w:t>
      </w:r>
    </w:p>
    <w:p>
      <w:r>
        <w:rPr>
          <w:rFonts w:ascii="Georgia" w:hAnsi="Georgia" w:eastAsia="Georgia"/>
          <w:sz w:val="23"/>
        </w:rPr>
        <w:t>The ordinary explanation did not make the earlier uncertainty irrational.</w:t>
      </w:r>
    </w:p>
    <w:p>
      <w:r>
        <w:rPr>
          <w:rFonts w:ascii="Georgia" w:hAnsi="Georgia" w:eastAsia="Georgia"/>
          <w:sz w:val="23"/>
        </w:rPr>
        <w:t>It only made the final causal picture less dramatic.</w:t>
      </w:r>
    </w:p>
    <w:p>
      <w:r>
        <w:rPr>
          <w:rFonts w:ascii="Georgia" w:hAnsi="Georgia" w:eastAsia="Georgia"/>
          <w:sz w:val="23"/>
        </w:rPr>
        <w:t>I preferred it that way.</w:t>
      </w:r>
    </w:p>
    <w:p>
      <w:r>
        <w:rPr>
          <w:rFonts w:ascii="Georgia" w:hAnsi="Georgia" w:eastAsia="Georgia"/>
          <w:sz w:val="23"/>
        </w:rPr>
        <w:t>Before closing the record, I added one line to my own decision note.</w:t>
      </w:r>
    </w:p>
    <w:p>
      <w:r>
        <w:rPr>
          <w:rFonts w:ascii="Georgia" w:hAnsi="Georgia" w:eastAsia="Georgia"/>
          <w:sz w:val="23"/>
        </w:rPr>
        <w:t>SUBSEQUENT MECHANICAL DIAGNOSIS DOES NOT RETROACTIVELY ALTER THE EVIDENCE AVAILABLE AT AUTHORIZATION TIME.</w:t>
      </w:r>
    </w:p>
    <w:p>
      <w:r>
        <w:rPr>
          <w:rFonts w:ascii="Georgia" w:hAnsi="Georgia" w:eastAsia="Georgia"/>
          <w:sz w:val="23"/>
        </w:rPr>
        <w:t>Then I stopped.</w:t>
      </w:r>
    </w:p>
    <w:p>
      <w:r>
        <w:rPr>
          <w:rFonts w:ascii="Georgia" w:hAnsi="Georgia" w:eastAsia="Georgia"/>
          <w:sz w:val="23"/>
        </w:rPr>
        <w:t>Jori had asked what my signature meant.</w:t>
      </w:r>
    </w:p>
    <w:p>
      <w:r>
        <w:rPr>
          <w:rFonts w:ascii="Georgia" w:hAnsi="Georgia" w:eastAsia="Georgia"/>
          <w:sz w:val="23"/>
        </w:rPr>
        <w:t>The answer remained longer than the signature.</w:t>
      </w:r>
    </w:p>
    <w:p>
      <w:pPr>
        <w:keepNext/>
        <w:pageBreakBefore/>
        <w:jc w:val="center"/>
      </w:pPr>
      <w:r>
        <w:rPr>
          <w:rFonts w:ascii="Georgia" w:hAnsi="Georgia" w:eastAsia="Georgia"/>
          <w:b/>
          <w:sz w:val="28"/>
        </w:rPr>
        <w:t>Chapter Twenty-Two — The Long Result</w:t>
      </w:r>
    </w:p>
    <w:p>
      <w:r>
        <w:rPr>
          <w:rFonts w:ascii="Georgia" w:hAnsi="Georgia" w:eastAsia="Georgia"/>
          <w:sz w:val="23"/>
        </w:rPr>
        <w:t>Ivena Sar returned to Miren’s shop twelve days after Jori Thane’s mechanical repair.</w:t>
      </w:r>
    </w:p>
    <w:p>
      <w:r>
        <w:rPr>
          <w:rFonts w:ascii="Georgia" w:hAnsi="Georgia" w:eastAsia="Georgia"/>
          <w:sz w:val="23"/>
        </w:rPr>
        <w:t>Not for an anomaly.</w:t>
      </w:r>
    </w:p>
    <w:p>
      <w:r>
        <w:rPr>
          <w:rFonts w:ascii="Georgia" w:hAnsi="Georgia" w:eastAsia="Georgia"/>
          <w:sz w:val="23"/>
        </w:rPr>
        <w:t>Not because her setting had changed.</w:t>
      </w:r>
    </w:p>
    <w:p>
      <w:r>
        <w:rPr>
          <w:rFonts w:ascii="Georgia" w:hAnsi="Georgia" w:eastAsia="Georgia"/>
          <w:sz w:val="23"/>
        </w:rPr>
        <w:t>Her thoracic scaffold was due for its first full post-surgical load review, and Miren had become the operator who handled that work.</w:t>
      </w:r>
    </w:p>
    <w:p>
      <w:r>
        <w:rPr>
          <w:rFonts w:ascii="Georgia" w:hAnsi="Georgia" w:eastAsia="Georgia"/>
          <w:sz w:val="23"/>
        </w:rPr>
        <w:t>I learned about the appointment when I saw Ivena’s name in Miren’s queue.</w:t>
      </w:r>
    </w:p>
    <w:p>
      <w:r>
        <w:rPr>
          <w:rFonts w:ascii="Georgia" w:hAnsi="Georgia" w:eastAsia="Georgia"/>
          <w:sz w:val="23"/>
        </w:rPr>
        <w:t>I did not move it into mine.</w:t>
      </w:r>
    </w:p>
    <w:p>
      <w:r>
        <w:rPr>
          <w:rFonts w:ascii="Georgia" w:hAnsi="Georgia" w:eastAsia="Georgia"/>
          <w:sz w:val="23"/>
        </w:rPr>
        <w:t>That was still new enough that I noticed myself not doing it.</w:t>
      </w:r>
    </w:p>
    <w:p>
      <w:r>
        <w:rPr>
          <w:rFonts w:ascii="Georgia" w:hAnsi="Georgia" w:eastAsia="Georgia"/>
          <w:sz w:val="23"/>
        </w:rPr>
        <w:t>Ivena arrived at 0904 carrying the red sweater over one shoulder instead of wearing it.</w:t>
      </w:r>
    </w:p>
    <w:p>
      <w:r>
        <w:rPr>
          <w:rFonts w:ascii="Georgia" w:hAnsi="Georgia" w:eastAsia="Georgia"/>
          <w:sz w:val="23"/>
        </w:rPr>
        <w:t>The surgical line beneath her shirt had healed into a narrow ridge just left of the setting housing. She moved without the support garment. Her right arm came forward naturally when she walked.</w:t>
      </w:r>
    </w:p>
    <w:p>
      <w:r>
        <w:rPr>
          <w:rFonts w:ascii="Georgia" w:hAnsi="Georgia" w:eastAsia="Georgia"/>
          <w:sz w:val="23"/>
        </w:rPr>
        <w:t>“You look disappointed,” she said.</w:t>
      </w:r>
    </w:p>
    <w:p>
      <w:r>
        <w:rPr>
          <w:rFonts w:ascii="Georgia" w:hAnsi="Georgia" w:eastAsia="Georgia"/>
          <w:sz w:val="23"/>
        </w:rPr>
        <w:t>“By what?”</w:t>
      </w:r>
    </w:p>
    <w:p>
      <w:r>
        <w:rPr>
          <w:rFonts w:ascii="Georgia" w:hAnsi="Georgia" w:eastAsia="Georgia"/>
          <w:sz w:val="23"/>
        </w:rPr>
        <w:t>“I am not limping, glowing or being pursued by an insurer.”</w:t>
      </w:r>
    </w:p>
    <w:p>
      <w:r>
        <w:rPr>
          <w:rFonts w:ascii="Georgia" w:hAnsi="Georgia" w:eastAsia="Georgia"/>
          <w:sz w:val="23"/>
        </w:rPr>
        <w:t>“Those are all favorable.”</w:t>
      </w:r>
    </w:p>
    <w:p>
      <w:r>
        <w:rPr>
          <w:rFonts w:ascii="Georgia" w:hAnsi="Georgia" w:eastAsia="Georgia"/>
          <w:sz w:val="23"/>
        </w:rPr>
        <w:t>“You sound unconvinced.”</w:t>
      </w:r>
    </w:p>
    <w:p>
      <w:r>
        <w:rPr>
          <w:rFonts w:ascii="Georgia" w:hAnsi="Georgia" w:eastAsia="Georgia"/>
          <w:sz w:val="23"/>
        </w:rPr>
        <w:t>Miren called her to the service station before I answered.</w:t>
      </w:r>
    </w:p>
    <w:p>
      <w:r>
        <w:rPr>
          <w:rFonts w:ascii="Georgia" w:hAnsi="Georgia" w:eastAsia="Georgia"/>
          <w:sz w:val="23"/>
        </w:rPr>
        <w:t>She ran the scaffold load review first.</w:t>
      </w:r>
    </w:p>
    <w:p>
      <w:r>
        <w:rPr>
          <w:rFonts w:ascii="Georgia" w:hAnsi="Georgia" w:eastAsia="Georgia"/>
          <w:sz w:val="23"/>
        </w:rPr>
        <w:t>No Kaethe test.</w:t>
      </w:r>
    </w:p>
    <w:p>
      <w:r>
        <w:rPr>
          <w:rFonts w:ascii="Georgia" w:hAnsi="Georgia" w:eastAsia="Georgia"/>
          <w:sz w:val="23"/>
        </w:rPr>
        <w:t>No historical sequence.</w:t>
      </w:r>
    </w:p>
    <w:p>
      <w:r>
        <w:rPr>
          <w:rFonts w:ascii="Georgia" w:hAnsi="Georgia" w:eastAsia="Georgia"/>
          <w:sz w:val="23"/>
        </w:rPr>
        <w:t>No attempt to reproduce the old right-hand advantage.</w:t>
      </w:r>
    </w:p>
    <w:p>
      <w:r>
        <w:rPr>
          <w:rFonts w:ascii="Georgia" w:hAnsi="Georgia" w:eastAsia="Georgia"/>
          <w:sz w:val="23"/>
        </w:rPr>
        <w:t>Ivena inhaled against resistance while the thoracic scaffold mapped load across the repaired anchors. The third anchor—the one Olan had cut around instead of freeing cleanly—carried inside predicted range.</w:t>
      </w:r>
    </w:p>
    <w:p>
      <w:r>
        <w:rPr>
          <w:rFonts w:ascii="Georgia" w:hAnsi="Georgia" w:eastAsia="Georgia"/>
          <w:sz w:val="23"/>
        </w:rPr>
        <w:t>The old vascular branch remained stable.</w:t>
      </w:r>
    </w:p>
    <w:p>
      <w:r>
        <w:rPr>
          <w:rFonts w:ascii="Georgia" w:hAnsi="Georgia" w:eastAsia="Georgia"/>
          <w:sz w:val="23"/>
        </w:rPr>
        <w:t>At full respiratory load Ivena stopped because the scar pulled.</w:t>
      </w:r>
    </w:p>
    <w:p>
      <w:r>
        <w:rPr>
          <w:rFonts w:ascii="Georgia" w:hAnsi="Georgia" w:eastAsia="Georgia"/>
          <w:sz w:val="23"/>
        </w:rPr>
        <w:t>Miren lowered resistance.</w:t>
      </w:r>
    </w:p>
    <w:p>
      <w:r>
        <w:rPr>
          <w:rFonts w:ascii="Georgia" w:hAnsi="Georgia" w:eastAsia="Georgia"/>
          <w:sz w:val="23"/>
        </w:rPr>
        <w:t>“Pain?”</w:t>
      </w:r>
    </w:p>
    <w:p>
      <w:r>
        <w:rPr>
          <w:rFonts w:ascii="Georgia" w:hAnsi="Georgia" w:eastAsia="Georgia"/>
          <w:sz w:val="23"/>
        </w:rPr>
        <w:t>“Two. Mostly stretch.”</w:t>
      </w:r>
    </w:p>
    <w:p>
      <w:r>
        <w:rPr>
          <w:rFonts w:ascii="Georgia" w:hAnsi="Georgia" w:eastAsia="Georgia"/>
          <w:sz w:val="23"/>
        </w:rPr>
        <w:t>“New?”</w:t>
      </w:r>
    </w:p>
    <w:p>
      <w:r>
        <w:rPr>
          <w:rFonts w:ascii="Georgia" w:hAnsi="Georgia" w:eastAsia="Georgia"/>
          <w:sz w:val="23"/>
        </w:rPr>
        <w:t>“No.”</w:t>
      </w:r>
    </w:p>
    <w:p>
      <w:r>
        <w:rPr>
          <w:rFonts w:ascii="Georgia" w:hAnsi="Georgia" w:eastAsia="Georgia"/>
          <w:sz w:val="23"/>
        </w:rPr>
        <w:t>“Changing?”</w:t>
      </w:r>
    </w:p>
    <w:p>
      <w:r>
        <w:rPr>
          <w:rFonts w:ascii="Georgia" w:hAnsi="Georgia" w:eastAsia="Georgia"/>
          <w:sz w:val="23"/>
        </w:rPr>
        <w:t>“Less every week.”</w:t>
      </w:r>
    </w:p>
    <w:p>
      <w:r>
        <w:rPr>
          <w:rFonts w:ascii="Georgia" w:hAnsi="Georgia" w:eastAsia="Georgia"/>
          <w:sz w:val="23"/>
        </w:rPr>
        <w:t>Miren recorded it and moved on.</w:t>
      </w:r>
    </w:p>
    <w:p>
      <w:r>
        <w:rPr>
          <w:rFonts w:ascii="Georgia" w:hAnsi="Georgia" w:eastAsia="Georgia"/>
          <w:sz w:val="23"/>
        </w:rPr>
        <w:t>I stood beside the fabrication bench with nothing to contribute.</w:t>
      </w:r>
    </w:p>
    <w:p>
      <w:r>
        <w:rPr>
          <w:rFonts w:ascii="Georgia" w:hAnsi="Georgia" w:eastAsia="Georgia"/>
          <w:sz w:val="23"/>
        </w:rPr>
        <w:t>Ivena noticed.</w:t>
      </w:r>
    </w:p>
    <w:p>
      <w:r>
        <w:rPr>
          <w:rFonts w:ascii="Georgia" w:hAnsi="Georgia" w:eastAsia="Georgia"/>
          <w:sz w:val="23"/>
        </w:rPr>
        <w:t>“This is bothering you.”</w:t>
      </w:r>
    </w:p>
    <w:p>
      <w:r>
        <w:rPr>
          <w:rFonts w:ascii="Georgia" w:hAnsi="Georgia" w:eastAsia="Georgia"/>
          <w:sz w:val="23"/>
        </w:rPr>
        <w:t>“No.”</w:t>
      </w:r>
    </w:p>
    <w:p>
      <w:r>
        <w:rPr>
          <w:rFonts w:ascii="Georgia" w:hAnsi="Georgia" w:eastAsia="Georgia"/>
          <w:sz w:val="23"/>
        </w:rPr>
        <w:t>“You used to lie less efficiently.”</w:t>
      </w:r>
    </w:p>
    <w:p>
      <w:r>
        <w:rPr>
          <w:rFonts w:ascii="Georgia" w:hAnsi="Georgia" w:eastAsia="Georgia"/>
          <w:sz w:val="23"/>
        </w:rPr>
        <w:t>“Miren does not need me for this review.”</w:t>
      </w:r>
    </w:p>
    <w:p>
      <w:r>
        <w:rPr>
          <w:rFonts w:ascii="Georgia" w:hAnsi="Georgia" w:eastAsia="Georgia"/>
          <w:sz w:val="23"/>
        </w:rPr>
        <w:t>“I know.”</w:t>
      </w:r>
    </w:p>
    <w:p>
      <w:r>
        <w:rPr>
          <w:rFonts w:ascii="Georgia" w:hAnsi="Georgia" w:eastAsia="Georgia"/>
          <w:sz w:val="23"/>
        </w:rPr>
        <w:t>“That is correct.”</w:t>
      </w:r>
    </w:p>
    <w:p>
      <w:r>
        <w:rPr>
          <w:rFonts w:ascii="Georgia" w:hAnsi="Georgia" w:eastAsia="Georgia"/>
          <w:sz w:val="23"/>
        </w:rPr>
        <w:t>“I know that too.”</w:t>
      </w:r>
    </w:p>
    <w:p>
      <w:r>
        <w:rPr>
          <w:rFonts w:ascii="Georgia" w:hAnsi="Georgia" w:eastAsia="Georgia"/>
          <w:sz w:val="23"/>
        </w:rPr>
        <w:t>She looked at Miren.</w:t>
      </w:r>
    </w:p>
    <w:p>
      <w:r>
        <w:rPr>
          <w:rFonts w:ascii="Georgia" w:hAnsi="Georgia" w:eastAsia="Georgia"/>
          <w:sz w:val="23"/>
        </w:rPr>
        <w:t>“Does he always answer the question he wishes I asked?”</w:t>
      </w:r>
    </w:p>
    <w:p>
      <w:r>
        <w:rPr>
          <w:rFonts w:ascii="Georgia" w:hAnsi="Georgia" w:eastAsia="Georgia"/>
          <w:sz w:val="23"/>
        </w:rPr>
        <w:t>“Only when awake,” Miren said.</w:t>
      </w:r>
    </w:p>
    <w:p>
      <w:r>
        <w:rPr>
          <w:rFonts w:ascii="Georgia" w:hAnsi="Georgia" w:eastAsia="Georgia"/>
          <w:sz w:val="23"/>
        </w:rPr>
        <w:t>Ivena smiled and returned to the breathing task.</w:t>
      </w:r>
    </w:p>
    <w:p>
      <w:pPr>
        <w:spacing w:before="80" w:after="80"/>
        <w:jc w:val="center"/>
      </w:pPr>
      <w:r>
        <w:rPr>
          <w:rFonts w:ascii="Georgia" w:hAnsi="Georgia" w:eastAsia="Georgia"/>
          <w:sz w:val="23"/>
        </w:rPr>
        <w:t>§</w:t>
      </w:r>
    </w:p>
    <w:p>
      <w:r>
        <w:rPr>
          <w:rFonts w:ascii="Georgia" w:hAnsi="Georgia" w:eastAsia="Georgia"/>
          <w:sz w:val="23"/>
        </w:rPr>
        <w:t>The current scaffold estimate showed thirty-nine years of expected service under ordinary maintenance assumptions.</w:t>
      </w:r>
    </w:p>
    <w:p>
      <w:r>
        <w:rPr>
          <w:rFonts w:ascii="Georgia" w:hAnsi="Georgia" w:eastAsia="Georgia"/>
          <w:sz w:val="23"/>
        </w:rPr>
        <w:t>Not forty.</w:t>
      </w:r>
    </w:p>
    <w:p>
      <w:r>
        <w:rPr>
          <w:rFonts w:ascii="Georgia" w:hAnsi="Georgia" w:eastAsia="Georgia"/>
          <w:sz w:val="23"/>
        </w:rPr>
        <w:t>Time had passed.</w:t>
      </w:r>
    </w:p>
    <w:p>
      <w:r>
        <w:rPr>
          <w:rFonts w:ascii="Georgia" w:hAnsi="Georgia" w:eastAsia="Georgia"/>
          <w:sz w:val="23"/>
        </w:rPr>
        <w:t>The number had decreased because clocks worked even when procedures succeeded.</w:t>
      </w:r>
    </w:p>
    <w:p>
      <w:r>
        <w:rPr>
          <w:rFonts w:ascii="Georgia" w:hAnsi="Georgia" w:eastAsia="Georgia"/>
          <w:sz w:val="23"/>
        </w:rPr>
        <w:t>Ivena read it without complaint.</w:t>
      </w:r>
    </w:p>
    <w:p>
      <w:r>
        <w:rPr>
          <w:rFonts w:ascii="Georgia" w:hAnsi="Georgia" w:eastAsia="Georgia"/>
          <w:sz w:val="23"/>
        </w:rPr>
        <w:t>“Thirty-nine.”</w:t>
      </w:r>
    </w:p>
    <w:p>
      <w:r>
        <w:rPr>
          <w:rFonts w:ascii="Georgia" w:hAnsi="Georgia" w:eastAsia="Georgia"/>
          <w:sz w:val="23"/>
        </w:rPr>
        <w:t>Miren said, “Approximately.”</w:t>
      </w:r>
    </w:p>
    <w:p>
      <w:r>
        <w:rPr>
          <w:rFonts w:ascii="Georgia" w:hAnsi="Georgia" w:eastAsia="Georgia"/>
          <w:sz w:val="23"/>
        </w:rPr>
        <w:t>“I remember the word.”</w:t>
      </w:r>
    </w:p>
    <w:p>
      <w:r>
        <w:rPr>
          <w:rFonts w:ascii="Georgia" w:hAnsi="Georgia" w:eastAsia="Georgia"/>
          <w:sz w:val="23"/>
        </w:rPr>
        <w:t>She touched the edge of the setting housing through her shirt.</w:t>
      </w:r>
    </w:p>
    <w:p>
      <w:r>
        <w:rPr>
          <w:rFonts w:ascii="Georgia" w:hAnsi="Georgia" w:eastAsia="Georgia"/>
          <w:sz w:val="23"/>
        </w:rPr>
        <w:t>“Deren?”</w:t>
      </w:r>
    </w:p>
    <w:p>
      <w:r>
        <w:rPr>
          <w:rFonts w:ascii="Georgia" w:hAnsi="Georgia" w:eastAsia="Georgia"/>
          <w:sz w:val="23"/>
        </w:rPr>
        <w:t>“Not tested,” Miren said.</w:t>
      </w:r>
    </w:p>
    <w:p>
      <w:r>
        <w:rPr>
          <w:rFonts w:ascii="Georgia" w:hAnsi="Georgia" w:eastAsia="Georgia"/>
          <w:sz w:val="23"/>
        </w:rPr>
        <w:t>Ivena looked at me.</w:t>
      </w:r>
    </w:p>
    <w:p>
      <w:r>
        <w:rPr>
          <w:rFonts w:ascii="Georgia" w:hAnsi="Georgia" w:eastAsia="Georgia"/>
          <w:sz w:val="23"/>
        </w:rPr>
        <w:t>“You taught her that answer.”</w:t>
      </w:r>
    </w:p>
    <w:p>
      <w:r>
        <w:rPr>
          <w:rFonts w:ascii="Georgia" w:hAnsi="Georgia" w:eastAsia="Georgia"/>
          <w:sz w:val="23"/>
        </w:rPr>
        <w:t>“She did not need me to.”</w:t>
      </w:r>
    </w:p>
    <w:p>
      <w:r>
        <w:rPr>
          <w:rFonts w:ascii="Georgia" w:hAnsi="Georgia" w:eastAsia="Georgia"/>
          <w:sz w:val="23"/>
        </w:rPr>
        <w:t>“That may be the first reassuring thing you have said today.”</w:t>
      </w:r>
    </w:p>
    <w:p>
      <w:r>
        <w:rPr>
          <w:rFonts w:ascii="Georgia" w:hAnsi="Georgia" w:eastAsia="Georgia"/>
          <w:sz w:val="23"/>
        </w:rPr>
        <w:t>Miren finished the setting inspection. Housing stable. Liner wear ordinary. Contact compensation unchanged. No reason to open the historical-association surface.</w:t>
      </w:r>
    </w:p>
    <w:p>
      <w:r>
        <w:rPr>
          <w:rFonts w:ascii="Georgia" w:hAnsi="Georgia" w:eastAsia="Georgia"/>
          <w:sz w:val="23"/>
        </w:rPr>
        <w:t>She closed the technical record.</w:t>
      </w:r>
    </w:p>
    <w:p>
      <w:r>
        <w:rPr>
          <w:rFonts w:ascii="Georgia" w:hAnsi="Georgia" w:eastAsia="Georgia"/>
          <w:sz w:val="23"/>
        </w:rPr>
        <w:t>Ivena did not leave.</w:t>
      </w:r>
    </w:p>
    <w:p>
      <w:r>
        <w:rPr>
          <w:rFonts w:ascii="Georgia" w:hAnsi="Georgia" w:eastAsia="Georgia"/>
          <w:sz w:val="23"/>
        </w:rPr>
        <w:t>Instead she took a folded sheet from her coat pocket and put it on the bench between us.</w:t>
      </w:r>
    </w:p>
    <w:p>
      <w:r>
        <w:rPr>
          <w:rFonts w:ascii="Georgia" w:hAnsi="Georgia" w:eastAsia="Georgia"/>
          <w:sz w:val="23"/>
        </w:rPr>
        <w:t>“This is why I came early.”</w:t>
      </w:r>
    </w:p>
    <w:p>
      <w:r>
        <w:rPr>
          <w:rFonts w:ascii="Georgia" w:hAnsi="Georgia" w:eastAsia="Georgia"/>
          <w:sz w:val="23"/>
        </w:rPr>
        <w:t>It was not a medical form.</w:t>
      </w:r>
    </w:p>
    <w:p>
      <w:r>
        <w:rPr>
          <w:rFonts w:ascii="Georgia" w:hAnsi="Georgia" w:eastAsia="Georgia"/>
          <w:sz w:val="23"/>
        </w:rPr>
        <w:t>REGIONAL LONG-HORIZON CARRIER OUTCOME REVIEW.</w:t>
      </w:r>
    </w:p>
    <w:p>
      <w:r>
        <w:rPr>
          <w:rFonts w:ascii="Georgia" w:hAnsi="Georgia" w:eastAsia="Georgia"/>
          <w:sz w:val="23"/>
        </w:rPr>
        <w:t>Participation optional.</w:t>
      </w:r>
    </w:p>
    <w:p>
      <w:r>
        <w:rPr>
          <w:rFonts w:ascii="Georgia" w:hAnsi="Georgia" w:eastAsia="Georgia"/>
          <w:sz w:val="23"/>
        </w:rPr>
        <w:t>The study was examining how revised integration, co-contact, consent and delay-risk procedures affected people over time.</w:t>
      </w:r>
    </w:p>
    <w:p>
      <w:r>
        <w:rPr>
          <w:rFonts w:ascii="Georgia" w:hAnsi="Georgia" w:eastAsia="Georgia"/>
          <w:sz w:val="23"/>
        </w:rPr>
        <w:t>Ivena had been invited because her case sat near the beginning of the current co-contact standard.</w:t>
      </w:r>
    </w:p>
    <w:p>
      <w:r>
        <w:rPr>
          <w:rFonts w:ascii="Georgia" w:hAnsi="Georgia" w:eastAsia="Georgia"/>
          <w:sz w:val="23"/>
        </w:rPr>
        <w:t>The questionnaire contained four pages of structured fields and one free-text box.</w:t>
      </w:r>
    </w:p>
    <w:p>
      <w:r>
        <w:rPr>
          <w:rFonts w:ascii="Georgia" w:hAnsi="Georgia" w:eastAsia="Georgia"/>
          <w:sz w:val="23"/>
        </w:rPr>
        <w:t>Ivena had filled only the box.</w:t>
      </w:r>
    </w:p>
    <w:p>
      <w:r>
        <w:rPr>
          <w:rFonts w:ascii="Georgia" w:hAnsi="Georgia" w:eastAsia="Georgia"/>
          <w:sz w:val="23"/>
        </w:rPr>
        <w:t>THREE LOST MORNINGS.</w:t>
      </w:r>
    </w:p>
    <w:p>
      <w:r>
        <w:rPr>
          <w:rFonts w:ascii="Georgia" w:hAnsi="Georgia" w:eastAsia="Georgia"/>
          <w:sz w:val="23"/>
        </w:rPr>
        <w:t>SERA’S NO REMAINED NO.</w:t>
      </w:r>
    </w:p>
    <w:p>
      <w:r>
        <w:rPr>
          <w:rFonts w:ascii="Georgia" w:hAnsi="Georgia" w:eastAsia="Georgia"/>
          <w:sz w:val="23"/>
        </w:rPr>
        <w:t>SURGERY COMPLETED WITHOUT HER CURRENT DATA.</w:t>
      </w:r>
    </w:p>
    <w:p>
      <w:r>
        <w:rPr>
          <w:rFonts w:ascii="Georgia" w:hAnsi="Georgia" w:eastAsia="Georgia"/>
          <w:sz w:val="23"/>
        </w:rPr>
        <w:t>NO HISTORICAL INTERROGATION DURING PROCEDURE.</w:t>
      </w:r>
    </w:p>
    <w:p>
      <w:r>
        <w:rPr>
          <w:rFonts w:ascii="Georgia" w:hAnsi="Georgia" w:eastAsia="Georgia"/>
          <w:sz w:val="23"/>
        </w:rPr>
        <w:t>THORACIC FUNCTION RESTORED TO PROJECTED SERVICE RANGE.</w:t>
      </w:r>
    </w:p>
    <w:p>
      <w:r>
        <w:rPr>
          <w:rFonts w:ascii="Georgia" w:hAnsi="Georgia" w:eastAsia="Georgia"/>
          <w:sz w:val="23"/>
        </w:rPr>
        <w:t>CURRENT SERVICE ESTIMATE NOW THIRTY-NINE YEARS.</w:t>
      </w:r>
    </w:p>
    <w:p>
      <w:r>
        <w:rPr>
          <w:rFonts w:ascii="Georgia" w:hAnsi="Georgia" w:eastAsia="Georgia"/>
          <w:sz w:val="23"/>
        </w:rPr>
        <w:t>DEREN RESPONSE NOT RETESTED.</w:t>
      </w:r>
    </w:p>
    <w:p>
      <w:r>
        <w:rPr>
          <w:rFonts w:ascii="Georgia" w:hAnsi="Georgia" w:eastAsia="Georgia"/>
          <w:sz w:val="23"/>
        </w:rPr>
        <w:t>Then, beneath it:</w:t>
      </w:r>
    </w:p>
    <w:p>
      <w:r>
        <w:rPr>
          <w:rFonts w:ascii="Georgia" w:hAnsi="Georgia" w:eastAsia="Georgia"/>
          <w:sz w:val="23"/>
        </w:rPr>
        <w:t>DO NOT SUM THESE INTO SATISFIED / UNSATISFIED.</w:t>
      </w:r>
    </w:p>
    <w:p>
      <w:r>
        <w:rPr>
          <w:rFonts w:ascii="Georgia" w:hAnsi="Georgia" w:eastAsia="Georgia"/>
          <w:sz w:val="23"/>
        </w:rPr>
        <w:t>Ivena’s last line held me.</w:t>
      </w:r>
    </w:p>
    <w:p>
      <w:r>
        <w:rPr>
          <w:rFonts w:ascii="Georgia" w:hAnsi="Georgia" w:eastAsia="Georgia"/>
          <w:sz w:val="23"/>
        </w:rPr>
        <w:t>“They asked for an overall outcome score,” I said.</w:t>
      </w:r>
    </w:p>
    <w:p>
      <w:r>
        <w:rPr>
          <w:rFonts w:ascii="Georgia" w:hAnsi="Georgia" w:eastAsia="Georgia"/>
          <w:sz w:val="23"/>
        </w:rPr>
        <w:t>“I saw it.”</w:t>
      </w:r>
    </w:p>
    <w:p>
      <w:r>
        <w:rPr>
          <w:rFonts w:ascii="Georgia" w:hAnsi="Georgia" w:eastAsia="Georgia"/>
          <w:sz w:val="23"/>
        </w:rPr>
        <w:t>“You left it blank.”</w:t>
      </w:r>
    </w:p>
    <w:p>
      <w:r>
        <w:rPr>
          <w:rFonts w:ascii="Georgia" w:hAnsi="Georgia" w:eastAsia="Georgia"/>
          <w:sz w:val="23"/>
        </w:rPr>
        <w:t>“I was there.”</w:t>
      </w:r>
    </w:p>
    <w:p>
      <w:r>
        <w:rPr>
          <w:rFonts w:ascii="Georgia" w:hAnsi="Georgia" w:eastAsia="Georgia"/>
          <w:sz w:val="23"/>
        </w:rPr>
        <w:t>Miren leaned over the sheet.</w:t>
      </w:r>
    </w:p>
    <w:p>
      <w:r>
        <w:rPr>
          <w:rFonts w:ascii="Georgia" w:hAnsi="Georgia" w:eastAsia="Georgia"/>
          <w:sz w:val="23"/>
        </w:rPr>
        <w:t>“They will probably return it as incomplete.”</w:t>
      </w:r>
    </w:p>
    <w:p>
      <w:r>
        <w:rPr>
          <w:rFonts w:ascii="Georgia" w:hAnsi="Georgia" w:eastAsia="Georgia"/>
          <w:sz w:val="23"/>
        </w:rPr>
        <w:t>“Then they can experience uncertainty.”</w:t>
      </w:r>
    </w:p>
    <w:p>
      <w:r>
        <w:rPr>
          <w:rFonts w:ascii="Georgia" w:hAnsi="Georgia" w:eastAsia="Georgia"/>
          <w:sz w:val="23"/>
        </w:rPr>
        <w:t>Ivena folded the paper once, then flattened it again.</w:t>
      </w:r>
    </w:p>
    <w:p>
      <w:r>
        <w:rPr>
          <w:rFonts w:ascii="Georgia" w:hAnsi="Georgia" w:eastAsia="Georgia"/>
          <w:sz w:val="23"/>
        </w:rPr>
        <w:t>“You keep asking what caution buys,” she said to me.</w:t>
      </w:r>
    </w:p>
    <w:p>
      <w:r>
        <w:rPr>
          <w:rFonts w:ascii="Georgia" w:hAnsi="Georgia" w:eastAsia="Georgia"/>
          <w:sz w:val="23"/>
        </w:rPr>
        <w:t>“I do not think I use that phrase.”</w:t>
      </w:r>
    </w:p>
    <w:p>
      <w:r>
        <w:rPr>
          <w:rFonts w:ascii="Georgia" w:hAnsi="Georgia" w:eastAsia="Georgia"/>
          <w:sz w:val="23"/>
        </w:rPr>
        <w:t>“You use more expensive words.”</w:t>
      </w:r>
    </w:p>
    <w:p>
      <w:r>
        <w:rPr>
          <w:rFonts w:ascii="Georgia" w:hAnsi="Georgia" w:eastAsia="Georgia"/>
          <w:sz w:val="23"/>
        </w:rPr>
        <w:t>I waited.</w:t>
      </w:r>
    </w:p>
    <w:p>
      <w:r>
        <w:rPr>
          <w:rFonts w:ascii="Georgia" w:hAnsi="Georgia" w:eastAsia="Georgia"/>
          <w:sz w:val="23"/>
        </w:rPr>
        <w:t>She counted on her fingers.</w:t>
      </w:r>
    </w:p>
    <w:p>
      <w:r>
        <w:rPr>
          <w:rFonts w:ascii="Georgia" w:hAnsi="Georgia" w:eastAsia="Georgia"/>
          <w:sz w:val="23"/>
        </w:rPr>
        <w:t>“It bought me an operation without requiring Sera to hand over her body because your form made her relevant.”</w:t>
      </w:r>
    </w:p>
    <w:p>
      <w:r>
        <w:rPr>
          <w:rFonts w:ascii="Georgia" w:hAnsi="Georgia" w:eastAsia="Georgia"/>
          <w:sz w:val="23"/>
        </w:rPr>
        <w:t>Second finger.</w:t>
      </w:r>
    </w:p>
    <w:p>
      <w:r>
        <w:rPr>
          <w:rFonts w:ascii="Georgia" w:hAnsi="Georgia" w:eastAsia="Georgia"/>
          <w:sz w:val="23"/>
        </w:rPr>
        <w:t>“It cost me three mornings while everyone learned the difference.”</w:t>
      </w:r>
    </w:p>
    <w:p>
      <w:r>
        <w:rPr>
          <w:rFonts w:ascii="Georgia" w:hAnsi="Georgia" w:eastAsia="Georgia"/>
          <w:sz w:val="23"/>
        </w:rPr>
        <w:t>Third.</w:t>
      </w:r>
    </w:p>
    <w:p>
      <w:r>
        <w:rPr>
          <w:rFonts w:ascii="Georgia" w:hAnsi="Georgia" w:eastAsia="Georgia"/>
          <w:sz w:val="23"/>
        </w:rPr>
        <w:t>“It kept Deren out of an operating room where curiosity would have been easy to justify.”</w:t>
      </w:r>
    </w:p>
    <w:p>
      <w:r>
        <w:rPr>
          <w:rFonts w:ascii="Georgia" w:hAnsi="Georgia" w:eastAsia="Georgia"/>
          <w:sz w:val="23"/>
        </w:rPr>
        <w:t>Fourth.</w:t>
      </w:r>
    </w:p>
    <w:p>
      <w:r>
        <w:rPr>
          <w:rFonts w:ascii="Georgia" w:hAnsi="Georgia" w:eastAsia="Georgia"/>
          <w:sz w:val="23"/>
        </w:rPr>
        <w:t>“It gave me a scar and pain and a scaffold that may give me thirty-nine more years.”</w:t>
      </w:r>
    </w:p>
    <w:p>
      <w:r>
        <w:rPr>
          <w:rFonts w:ascii="Georgia" w:hAnsi="Georgia" w:eastAsia="Georgia"/>
          <w:sz w:val="23"/>
        </w:rPr>
        <w:t>She lowered her hand.</w:t>
      </w:r>
    </w:p>
    <w:p>
      <w:r>
        <w:rPr>
          <w:rFonts w:ascii="Georgia" w:hAnsi="Georgia" w:eastAsia="Georgia"/>
          <w:sz w:val="23"/>
        </w:rPr>
        <w:t>“It did not give Deren one more day.”</w:t>
      </w:r>
    </w:p>
    <w:p>
      <w:r>
        <w:rPr>
          <w:rFonts w:ascii="Georgia" w:hAnsi="Georgia" w:eastAsia="Georgia"/>
          <w:sz w:val="23"/>
        </w:rPr>
        <w:t>The shop was quiet except for the thermal cabinet cycling behind Miren.</w:t>
      </w:r>
    </w:p>
    <w:p>
      <w:r>
        <w:rPr>
          <w:rFonts w:ascii="Georgia" w:hAnsi="Georgia" w:eastAsia="Georgia"/>
          <w:sz w:val="23"/>
        </w:rPr>
        <w:t>Ivena said, “Which of those is the result?”</w:t>
      </w:r>
    </w:p>
    <w:p>
      <w:r>
        <w:rPr>
          <w:rFonts w:ascii="Georgia" w:hAnsi="Georgia" w:eastAsia="Georgia"/>
          <w:sz w:val="23"/>
        </w:rPr>
        <w:t>“All of them.”</w:t>
      </w:r>
    </w:p>
    <w:p>
      <w:r>
        <w:rPr>
          <w:rFonts w:ascii="Georgia" w:hAnsi="Georgia" w:eastAsia="Georgia"/>
          <w:sz w:val="23"/>
        </w:rPr>
        <w:t>“Then stop looking as if one of them should win.”</w:t>
      </w:r>
    </w:p>
    <w:p>
      <w:r>
        <w:rPr>
          <w:rFonts w:ascii="Georgia" w:hAnsi="Georgia" w:eastAsia="Georgia"/>
          <w:sz w:val="23"/>
        </w:rPr>
        <w:t>I had not realized I was looking for one.</w:t>
      </w:r>
    </w:p>
    <w:p>
      <w:pPr>
        <w:spacing w:before="80" w:after="80"/>
        <w:jc w:val="center"/>
      </w:pPr>
      <w:r>
        <w:rPr>
          <w:rFonts w:ascii="Georgia" w:hAnsi="Georgia" w:eastAsia="Georgia"/>
          <w:sz w:val="23"/>
        </w:rPr>
        <w:t>§</w:t>
      </w:r>
    </w:p>
    <w:p>
      <w:r>
        <w:rPr>
          <w:rFonts w:ascii="Georgia" w:hAnsi="Georgia" w:eastAsia="Georgia"/>
          <w:sz w:val="23"/>
        </w:rPr>
        <w:t>Miren returned the questionnaire to Ivena.</w:t>
      </w:r>
    </w:p>
    <w:p>
      <w:r>
        <w:rPr>
          <w:rFonts w:ascii="Georgia" w:hAnsi="Georgia" w:eastAsia="Georgia"/>
          <w:sz w:val="23"/>
        </w:rPr>
        <w:t>“Are you sending it?”</w:t>
      </w:r>
    </w:p>
    <w:p>
      <w:r>
        <w:rPr>
          <w:rFonts w:ascii="Georgia" w:hAnsi="Georgia" w:eastAsia="Georgia"/>
          <w:sz w:val="23"/>
        </w:rPr>
        <w:t>“Eventually.”</w:t>
      </w:r>
    </w:p>
    <w:p>
      <w:r>
        <w:rPr>
          <w:rFonts w:ascii="Georgia" w:hAnsi="Georgia" w:eastAsia="Georgia"/>
          <w:sz w:val="23"/>
        </w:rPr>
        <w:t>“Why eventually?”</w:t>
      </w:r>
    </w:p>
    <w:p>
      <w:r>
        <w:rPr>
          <w:rFonts w:ascii="Georgia" w:hAnsi="Georgia" w:eastAsia="Georgia"/>
          <w:sz w:val="23"/>
        </w:rPr>
        <w:t>“Because Sera is coming for lunch and I want her to read the line with her name before I give it to strangers.”</w:t>
      </w:r>
    </w:p>
    <w:p>
      <w:r>
        <w:rPr>
          <w:rFonts w:ascii="Georgia" w:hAnsi="Georgia" w:eastAsia="Georgia"/>
          <w:sz w:val="23"/>
        </w:rPr>
        <w:t>I said, “You do not need her permission to describe your experience of her refusal.”</w:t>
      </w:r>
    </w:p>
    <w:p>
      <w:r>
        <w:rPr>
          <w:rFonts w:ascii="Georgia" w:hAnsi="Georgia" w:eastAsia="Georgia"/>
          <w:sz w:val="23"/>
        </w:rPr>
        <w:t>Ivena looked at me.</w:t>
      </w:r>
    </w:p>
    <w:p>
      <w:r>
        <w:rPr>
          <w:rFonts w:ascii="Georgia" w:hAnsi="Georgia" w:eastAsia="Georgia"/>
          <w:sz w:val="23"/>
        </w:rPr>
        <w:t>Miren did too.</w:t>
      </w:r>
    </w:p>
    <w:p>
      <w:r>
        <w:rPr>
          <w:rFonts w:ascii="Georgia" w:hAnsi="Georgia" w:eastAsia="Georgia"/>
          <w:sz w:val="23"/>
        </w:rPr>
        <w:t>I heard the error before either spoke.</w:t>
      </w:r>
    </w:p>
    <w:p>
      <w:r>
        <w:rPr>
          <w:rFonts w:ascii="Georgia" w:hAnsi="Georgia" w:eastAsia="Georgia"/>
          <w:sz w:val="23"/>
        </w:rPr>
        <w:t>“No,” I said. “You do not.”</w:t>
      </w:r>
    </w:p>
    <w:p>
      <w:r>
        <w:rPr>
          <w:rFonts w:ascii="Georgia" w:hAnsi="Georgia" w:eastAsia="Georgia"/>
          <w:sz w:val="23"/>
        </w:rPr>
        <w:t>Ivena waited.</w:t>
      </w:r>
    </w:p>
    <w:p>
      <w:r>
        <w:rPr>
          <w:rFonts w:ascii="Georgia" w:hAnsi="Georgia" w:eastAsia="Georgia"/>
          <w:sz w:val="23"/>
        </w:rPr>
        <w:t>“But you may still want her agreement about how you represent the part that belongs to both of you.”</w:t>
      </w:r>
    </w:p>
    <w:p>
      <w:r>
        <w:rPr>
          <w:rFonts w:ascii="Georgia" w:hAnsi="Georgia" w:eastAsia="Georgia"/>
          <w:sz w:val="23"/>
        </w:rPr>
        <w:t>“There you are,” she said.</w:t>
      </w:r>
    </w:p>
    <w:p>
      <w:r>
        <w:rPr>
          <w:rFonts w:ascii="Georgia" w:hAnsi="Georgia" w:eastAsia="Georgia"/>
          <w:sz w:val="23"/>
        </w:rPr>
        <w:t>Miren returned to the service bench.</w:t>
      </w:r>
    </w:p>
    <w:p>
      <w:r>
        <w:rPr>
          <w:rFonts w:ascii="Georgia" w:hAnsi="Georgia" w:eastAsia="Georgia"/>
          <w:sz w:val="23"/>
        </w:rPr>
        <w:t>Ivena folded the questionnaire and put it away.</w:t>
      </w:r>
    </w:p>
    <w:p>
      <w:r>
        <w:rPr>
          <w:rFonts w:ascii="Georgia" w:hAnsi="Georgia" w:eastAsia="Georgia"/>
          <w:sz w:val="23"/>
        </w:rPr>
        <w:t>“Sera says the new forms are less invasive.”</w:t>
      </w:r>
    </w:p>
    <w:p>
      <w:r>
        <w:rPr>
          <w:rFonts w:ascii="Georgia" w:hAnsi="Georgia" w:eastAsia="Georgia"/>
          <w:sz w:val="23"/>
        </w:rPr>
        <w:t>“That is useful feedback.”</w:t>
      </w:r>
    </w:p>
    <w:p>
      <w:r>
        <w:rPr>
          <w:rFonts w:ascii="Georgia" w:hAnsi="Georgia" w:eastAsia="Georgia"/>
          <w:sz w:val="23"/>
        </w:rPr>
        <w:t>“She also says there are more of them.”</w:t>
      </w:r>
    </w:p>
    <w:p>
      <w:r>
        <w:rPr>
          <w:rFonts w:ascii="Georgia" w:hAnsi="Georgia" w:eastAsia="Georgia"/>
          <w:sz w:val="23"/>
        </w:rPr>
        <w:t>“Also useful.”</w:t>
      </w:r>
    </w:p>
    <w:p>
      <w:r>
        <w:rPr>
          <w:rFonts w:ascii="Georgia" w:hAnsi="Georgia" w:eastAsia="Georgia"/>
          <w:sz w:val="23"/>
        </w:rPr>
        <w:t>“She says your civilization has discovered that respecting boundaries requires paperwork.”</w:t>
      </w:r>
    </w:p>
    <w:p>
      <w:r>
        <w:rPr>
          <w:rFonts w:ascii="Georgia" w:hAnsi="Georgia" w:eastAsia="Georgia"/>
          <w:sz w:val="23"/>
        </w:rPr>
        <w:t>“Our civilization.”</w:t>
      </w:r>
    </w:p>
    <w:p>
      <w:r>
        <w:rPr>
          <w:rFonts w:ascii="Georgia" w:hAnsi="Georgia" w:eastAsia="Georgia"/>
          <w:sz w:val="23"/>
        </w:rPr>
        <w:t>“I was making fun of you specifically.”</w:t>
      </w:r>
    </w:p>
    <w:p>
      <w:pPr>
        <w:spacing w:before="80" w:after="80"/>
        <w:jc w:val="center"/>
      </w:pPr>
      <w:r>
        <w:rPr>
          <w:rFonts w:ascii="Georgia" w:hAnsi="Georgia" w:eastAsia="Georgia"/>
          <w:sz w:val="23"/>
        </w:rPr>
        <w:t>§</w:t>
      </w:r>
    </w:p>
    <w:p>
      <w:r>
        <w:rPr>
          <w:rFonts w:ascii="Georgia" w:hAnsi="Georgia" w:eastAsia="Georgia"/>
          <w:sz w:val="23"/>
        </w:rPr>
        <w:t>Sera arrived at 1151.</w:t>
      </w:r>
    </w:p>
    <w:p>
      <w:r>
        <w:rPr>
          <w:rFonts w:ascii="Georgia" w:hAnsi="Georgia" w:eastAsia="Georgia"/>
          <w:sz w:val="23"/>
        </w:rPr>
        <w:t>She did not enter through the service boundary until Miren asked whether she wanted to review the part of Ivena’s outcome form that named her.</w:t>
      </w:r>
    </w:p>
    <w:p>
      <w:r>
        <w:rPr>
          <w:rFonts w:ascii="Georgia" w:hAnsi="Georgia" w:eastAsia="Georgia"/>
          <w:sz w:val="23"/>
        </w:rPr>
        <w:t>“The paper can come out here,” Sera said.</w:t>
      </w:r>
    </w:p>
    <w:p>
      <w:r>
        <w:rPr>
          <w:rFonts w:ascii="Georgia" w:hAnsi="Georgia" w:eastAsia="Georgia"/>
          <w:sz w:val="23"/>
        </w:rPr>
        <w:t>Miren brought it to the public counter.</w:t>
      </w:r>
    </w:p>
    <w:p>
      <w:r>
        <w:rPr>
          <w:rFonts w:ascii="Georgia" w:hAnsi="Georgia" w:eastAsia="Georgia"/>
          <w:sz w:val="23"/>
        </w:rPr>
        <w:t>That was where we read it.</w:t>
      </w:r>
    </w:p>
    <w:p>
      <w:r>
        <w:rPr>
          <w:rFonts w:ascii="Georgia" w:hAnsi="Georgia" w:eastAsia="Georgia"/>
          <w:sz w:val="23"/>
        </w:rPr>
        <w:t>Ivena pointed to her line.</w:t>
      </w:r>
    </w:p>
    <w:p>
      <w:r>
        <w:rPr>
          <w:rFonts w:ascii="Georgia" w:hAnsi="Georgia" w:eastAsia="Georgia"/>
          <w:sz w:val="23"/>
        </w:rPr>
        <w:t>SERA’S NO REMAINED NO.</w:t>
      </w:r>
    </w:p>
    <w:p>
      <w:r>
        <w:rPr>
          <w:rFonts w:ascii="Georgia" w:hAnsi="Georgia" w:eastAsia="Georgia"/>
          <w:sz w:val="23"/>
        </w:rPr>
        <w:t>Sera read it once.</w:t>
      </w:r>
    </w:p>
    <w:p>
      <w:r>
        <w:rPr>
          <w:rFonts w:ascii="Georgia" w:hAnsi="Georgia" w:eastAsia="Georgia"/>
          <w:sz w:val="23"/>
        </w:rPr>
        <w:t>“That sounds like your version of me.”</w:t>
      </w:r>
    </w:p>
    <w:p>
      <w:r>
        <w:rPr>
          <w:rFonts w:ascii="Georgia" w:hAnsi="Georgia" w:eastAsia="Georgia"/>
          <w:sz w:val="23"/>
        </w:rPr>
        <w:t>“It is my outcome form,” Ivena said.</w:t>
      </w:r>
    </w:p>
    <w:p>
      <w:r>
        <w:rPr>
          <w:rFonts w:ascii="Georgia" w:hAnsi="Georgia" w:eastAsia="Georgia"/>
          <w:sz w:val="23"/>
        </w:rPr>
        <w:t>“Then write your outcome.”</w:t>
      </w:r>
    </w:p>
    <w:p>
      <w:r>
        <w:rPr>
          <w:rFonts w:ascii="Georgia" w:hAnsi="Georgia" w:eastAsia="Georgia"/>
          <w:sz w:val="23"/>
        </w:rPr>
        <w:t>“My outcome included your refusal holding.”</w:t>
      </w:r>
    </w:p>
    <w:p>
      <w:r>
        <w:rPr>
          <w:rFonts w:ascii="Georgia" w:hAnsi="Georgia" w:eastAsia="Georgia"/>
          <w:sz w:val="23"/>
        </w:rPr>
        <w:t>“Yes. But my no did not belong to your surgery. It belonged to me.”</w:t>
      </w:r>
    </w:p>
    <w:p>
      <w:r>
        <w:rPr>
          <w:rFonts w:ascii="Georgia" w:hAnsi="Georgia" w:eastAsia="Georgia"/>
          <w:sz w:val="23"/>
        </w:rPr>
        <w:t>Ivena looked at the sentence.</w:t>
      </w:r>
    </w:p>
    <w:p>
      <w:r>
        <w:rPr>
          <w:rFonts w:ascii="Georgia" w:hAnsi="Georgia" w:eastAsia="Georgia"/>
          <w:sz w:val="23"/>
        </w:rPr>
        <w:t>No irritation.</w:t>
      </w:r>
    </w:p>
    <w:p>
      <w:r>
        <w:rPr>
          <w:rFonts w:ascii="Georgia" w:hAnsi="Georgia" w:eastAsia="Georgia"/>
          <w:sz w:val="23"/>
        </w:rPr>
        <w:t>Work.</w:t>
      </w:r>
    </w:p>
    <w:p>
      <w:r>
        <w:rPr>
          <w:rFonts w:ascii="Georgia" w:hAnsi="Georgia" w:eastAsia="Georgia"/>
          <w:sz w:val="23"/>
        </w:rPr>
        <w:t>She crossed it out.</w:t>
      </w:r>
    </w:p>
    <w:p>
      <w:r>
        <w:rPr>
          <w:rFonts w:ascii="Georgia" w:hAnsi="Georgia" w:eastAsia="Georgia"/>
          <w:sz w:val="23"/>
        </w:rPr>
        <w:t>Under it she wrote:</w:t>
      </w:r>
    </w:p>
    <w:p>
      <w:r>
        <w:rPr>
          <w:rFonts w:ascii="Georgia" w:hAnsi="Georgia" w:eastAsia="Georgia"/>
          <w:sz w:val="23"/>
        </w:rPr>
        <w:t>SURGERY PROCEEDED WITHOUT REQUIRING SERA NOLL’S CURRENT DATA OR PARTICIPATION.</w:t>
      </w:r>
    </w:p>
    <w:p>
      <w:r>
        <w:rPr>
          <w:rFonts w:ascii="Georgia" w:hAnsi="Georgia" w:eastAsia="Georgia"/>
          <w:sz w:val="23"/>
        </w:rPr>
        <w:t>Sera read that.</w:t>
      </w:r>
    </w:p>
    <w:p>
      <w:r>
        <w:rPr>
          <w:rFonts w:ascii="Georgia" w:hAnsi="Georgia" w:eastAsia="Georgia"/>
          <w:sz w:val="23"/>
        </w:rPr>
        <w:t>“That belongs to you.”</w:t>
      </w:r>
    </w:p>
    <w:p>
      <w:r>
        <w:rPr>
          <w:rFonts w:ascii="Georgia" w:hAnsi="Georgia" w:eastAsia="Georgia"/>
          <w:sz w:val="23"/>
        </w:rPr>
        <w:t>Ivena said, “And the fact that you refused?”</w:t>
      </w:r>
    </w:p>
    <w:p>
      <w:r>
        <w:rPr>
          <w:rFonts w:ascii="Georgia" w:hAnsi="Georgia" w:eastAsia="Georgia"/>
          <w:sz w:val="23"/>
        </w:rPr>
        <w:t>“Already in my record.”</w:t>
      </w:r>
    </w:p>
    <w:p>
      <w:r>
        <w:rPr>
          <w:rFonts w:ascii="Georgia" w:hAnsi="Georgia" w:eastAsia="Georgia"/>
          <w:sz w:val="23"/>
        </w:rPr>
        <w:t>“Which this review may never see.”</w:t>
      </w:r>
    </w:p>
    <w:p>
      <w:r>
        <w:rPr>
          <w:rFonts w:ascii="Georgia" w:hAnsi="Georgia" w:eastAsia="Georgia"/>
          <w:sz w:val="23"/>
        </w:rPr>
        <w:t>“Then link the records if there is a lawful reason. Do not rewrite mine into yours because the reviewer is lazy.”</w:t>
      </w:r>
    </w:p>
    <w:p>
      <w:r>
        <w:rPr>
          <w:rFonts w:ascii="Georgia" w:hAnsi="Georgia" w:eastAsia="Georgia"/>
          <w:sz w:val="23"/>
        </w:rPr>
        <w:t>Ivena handed her the pen.</w:t>
      </w:r>
    </w:p>
    <w:p>
      <w:r>
        <w:rPr>
          <w:rFonts w:ascii="Georgia" w:hAnsi="Georgia" w:eastAsia="Georgia"/>
          <w:sz w:val="23"/>
        </w:rPr>
        <w:t>“You write the shared part.”</w:t>
      </w:r>
    </w:p>
    <w:p>
      <w:r>
        <w:rPr>
          <w:rFonts w:ascii="Georgia" w:hAnsi="Georgia" w:eastAsia="Georgia"/>
          <w:sz w:val="23"/>
        </w:rPr>
        <w:t>Sera did not take it.</w:t>
      </w:r>
    </w:p>
    <w:p>
      <w:r>
        <w:rPr>
          <w:rFonts w:ascii="Georgia" w:hAnsi="Georgia" w:eastAsia="Georgia"/>
          <w:sz w:val="23"/>
        </w:rPr>
        <w:t>“There may not be one sentence that is shared enough.”</w:t>
      </w:r>
    </w:p>
    <w:p>
      <w:r>
        <w:rPr>
          <w:rFonts w:ascii="Georgia" w:hAnsi="Georgia" w:eastAsia="Georgia"/>
          <w:sz w:val="23"/>
        </w:rPr>
        <w:t>I had spent years learning that fact in more expensive rooms.</w:t>
      </w:r>
    </w:p>
    <w:p>
      <w:r>
        <w:rPr>
          <w:rFonts w:ascii="Georgia" w:hAnsi="Georgia" w:eastAsia="Georgia"/>
          <w:sz w:val="23"/>
        </w:rPr>
        <w:t>Miren said, “The study can preserve two source statements.”</w:t>
      </w:r>
    </w:p>
    <w:p>
      <w:r>
        <w:rPr>
          <w:rFonts w:ascii="Georgia" w:hAnsi="Georgia" w:eastAsia="Georgia"/>
          <w:sz w:val="23"/>
        </w:rPr>
        <w:t>She turned the form over and wrote a note for Ivena to attach if she wanted.</w:t>
      </w:r>
    </w:p>
    <w:p>
      <w:r>
        <w:rPr>
          <w:rFonts w:ascii="Georgia" w:hAnsi="Georgia" w:eastAsia="Georgia"/>
          <w:sz w:val="23"/>
        </w:rPr>
        <w:t>CURRENT CARRIER REPORT: SURGERY PROCEEDED WITHOUT SECOND PERSON’S CURRENT DATA OR PARTICIPATION.</w:t>
      </w:r>
    </w:p>
    <w:p>
      <w:r>
        <w:rPr>
          <w:rFonts w:ascii="Georgia" w:hAnsi="Georgia" w:eastAsia="Georgia"/>
          <w:sz w:val="23"/>
        </w:rPr>
        <w:t>SECOND PERSON’S REFUSAL AND EXPERIENCE: SEPARATE SOURCE / LINK ONLY WITH AUTHORIZED PURPOSE.</w:t>
      </w:r>
    </w:p>
    <w:p>
      <w:r>
        <w:rPr>
          <w:rFonts w:ascii="Georgia" w:hAnsi="Georgia" w:eastAsia="Georgia"/>
          <w:sz w:val="23"/>
        </w:rPr>
        <w:t>Sera read it.</w:t>
      </w:r>
    </w:p>
    <w:p>
      <w:r>
        <w:rPr>
          <w:rFonts w:ascii="Georgia" w:hAnsi="Georgia" w:eastAsia="Georgia"/>
          <w:sz w:val="23"/>
        </w:rPr>
        <w:t>“Yes.”</w:t>
      </w:r>
    </w:p>
    <w:p>
      <w:r>
        <w:rPr>
          <w:rFonts w:ascii="Georgia" w:hAnsi="Georgia" w:eastAsia="Georgia"/>
          <w:sz w:val="23"/>
        </w:rPr>
        <w:t>Ivena looked at Miren.</w:t>
      </w:r>
    </w:p>
    <w:p>
      <w:r>
        <w:rPr>
          <w:rFonts w:ascii="Georgia" w:hAnsi="Georgia" w:eastAsia="Georgia"/>
          <w:sz w:val="23"/>
        </w:rPr>
        <w:t>“You are better at this than he is.”</w:t>
      </w:r>
    </w:p>
    <w:p>
      <w:r>
        <w:rPr>
          <w:rFonts w:ascii="Georgia" w:hAnsi="Georgia" w:eastAsia="Georgia"/>
          <w:sz w:val="23"/>
        </w:rPr>
        <w:t>“She is,” I said.</w:t>
      </w:r>
    </w:p>
    <w:p>
      <w:r>
        <w:rPr>
          <w:rFonts w:ascii="Georgia" w:hAnsi="Georgia" w:eastAsia="Georgia"/>
          <w:sz w:val="23"/>
        </w:rPr>
        <w:t>Miren looked at me because I had answered too quickly.</w:t>
      </w:r>
    </w:p>
    <w:p>
      <w:r>
        <w:rPr>
          <w:rFonts w:ascii="Georgia" w:hAnsi="Georgia" w:eastAsia="Georgia"/>
          <w:sz w:val="23"/>
        </w:rPr>
        <w:t>This time I meant it.</w:t>
      </w:r>
    </w:p>
    <w:p>
      <w:r>
        <w:rPr>
          <w:rFonts w:ascii="Georgia" w:hAnsi="Georgia" w:eastAsia="Georgia"/>
          <w:sz w:val="23"/>
        </w:rPr>
        <w:t>Sera folded the added sheet with Ivena’s questionnaire.</w:t>
      </w:r>
    </w:p>
    <w:p>
      <w:r>
        <w:rPr>
          <w:rFonts w:ascii="Georgia" w:hAnsi="Georgia" w:eastAsia="Georgia"/>
          <w:sz w:val="23"/>
        </w:rPr>
        <w:t>“Do you still have a field shaped like me?” she asked.</w:t>
      </w:r>
    </w:p>
    <w:p>
      <w:r>
        <w:rPr>
          <w:rFonts w:ascii="Georgia" w:hAnsi="Georgia" w:eastAsia="Georgia"/>
          <w:sz w:val="23"/>
        </w:rPr>
        <w:t>“Prior extended co-contact remains a condition in Ivena’s provenance,” I said. “Your person-level data do not attach to routine service unless a current technical necessity is established and the authority for access exists.”</w:t>
      </w:r>
    </w:p>
    <w:p>
      <w:r>
        <w:rPr>
          <w:rFonts w:ascii="Georgia" w:hAnsi="Georgia" w:eastAsia="Georgia"/>
          <w:sz w:val="23"/>
        </w:rPr>
        <w:t>“So yes, but expensive.”</w:t>
      </w:r>
    </w:p>
    <w:p>
      <w:r>
        <w:rPr>
          <w:rFonts w:ascii="Georgia" w:hAnsi="Georgia" w:eastAsia="Georgia"/>
          <w:sz w:val="23"/>
        </w:rPr>
        <w:t>“Yes.”</w:t>
      </w:r>
    </w:p>
    <w:p>
      <w:r>
        <w:rPr>
          <w:rFonts w:ascii="Georgia" w:hAnsi="Georgia" w:eastAsia="Georgia"/>
          <w:sz w:val="23"/>
        </w:rPr>
        <w:t>“Keep it expensive.”</w:t>
      </w:r>
    </w:p>
    <w:p>
      <w:r>
        <w:rPr>
          <w:rFonts w:ascii="Georgia" w:hAnsi="Georgia" w:eastAsia="Georgia"/>
          <w:sz w:val="23"/>
        </w:rPr>
        <w:t>Before leaving, Ivena asked to see my current authorization status.</w:t>
      </w:r>
    </w:p>
    <w:p>
      <w:r>
        <w:rPr>
          <w:rFonts w:ascii="Georgia" w:hAnsi="Georgia" w:eastAsia="Georgia"/>
          <w:sz w:val="23"/>
        </w:rPr>
        <w:t>I did not show her the full record.</w:t>
      </w:r>
    </w:p>
    <w:p>
      <w:r>
        <w:rPr>
          <w:rFonts w:ascii="Georgia" w:hAnsi="Georgia" w:eastAsia="Georgia"/>
          <w:sz w:val="23"/>
        </w:rPr>
        <w:t>I told her enough.</w:t>
      </w:r>
    </w:p>
    <w:p>
      <w:r>
        <w:rPr>
          <w:rFonts w:ascii="Georgia" w:hAnsi="Georgia" w:eastAsia="Georgia"/>
          <w:sz w:val="23"/>
        </w:rPr>
        <w:t>Some sole-start authority restored.</w:t>
      </w:r>
    </w:p>
    <w:p>
      <w:r>
        <w:rPr>
          <w:rFonts w:ascii="Georgia" w:hAnsi="Georgia" w:eastAsia="Georgia"/>
          <w:sz w:val="23"/>
        </w:rPr>
        <w:t>Some domains still paired.</w:t>
      </w:r>
    </w:p>
    <w:p>
      <w:r>
        <w:rPr>
          <w:rFonts w:ascii="Georgia" w:hAnsi="Georgia" w:eastAsia="Georgia"/>
          <w:sz w:val="23"/>
        </w:rPr>
        <w:t>My old queue not restored because the distributed routing worked better.</w:t>
      </w:r>
    </w:p>
    <w:p>
      <w:r>
        <w:rPr>
          <w:rFonts w:ascii="Georgia" w:hAnsi="Georgia" w:eastAsia="Georgia"/>
          <w:sz w:val="23"/>
        </w:rPr>
        <w:t>She listened.</w:t>
      </w:r>
    </w:p>
    <w:p>
      <w:r>
        <w:rPr>
          <w:rFonts w:ascii="Georgia" w:hAnsi="Georgia" w:eastAsia="Georgia"/>
          <w:sz w:val="23"/>
        </w:rPr>
        <w:t>“You let them keep the cases.”</w:t>
      </w:r>
    </w:p>
    <w:p>
      <w:r>
        <w:rPr>
          <w:rFonts w:ascii="Georgia" w:hAnsi="Georgia" w:eastAsia="Georgia"/>
          <w:sz w:val="23"/>
        </w:rPr>
        <w:t>“They were not mine.”</w:t>
      </w:r>
    </w:p>
    <w:p>
      <w:r>
        <w:rPr>
          <w:rFonts w:ascii="Georgia" w:hAnsi="Georgia" w:eastAsia="Georgia"/>
          <w:sz w:val="23"/>
        </w:rPr>
        <w:t>“They used to be.”</w:t>
      </w:r>
    </w:p>
    <w:p>
      <w:r>
        <w:rPr>
          <w:rFonts w:ascii="Georgia" w:hAnsi="Georgia" w:eastAsia="Georgia"/>
          <w:sz w:val="23"/>
        </w:rPr>
        <w:t>“They used to be routed to me.”</w:t>
      </w:r>
    </w:p>
    <w:p>
      <w:r>
        <w:rPr>
          <w:rFonts w:ascii="Georgia" w:hAnsi="Georgia" w:eastAsia="Georgia"/>
          <w:sz w:val="23"/>
        </w:rPr>
        <w:t>“That is a sentence you would not have made when I met you.”</w:t>
      </w:r>
    </w:p>
    <w:p>
      <w:r>
        <w:rPr>
          <w:rFonts w:ascii="Georgia" w:hAnsi="Georgia" w:eastAsia="Georgia"/>
          <w:sz w:val="23"/>
        </w:rPr>
        <w:t>“Probably not.”</w:t>
      </w:r>
    </w:p>
    <w:p>
      <w:r>
        <w:rPr>
          <w:rFonts w:ascii="Georgia" w:hAnsi="Georgia" w:eastAsia="Georgia"/>
          <w:sz w:val="23"/>
        </w:rPr>
        <w:t>“Does it hurt?”</w:t>
      </w:r>
    </w:p>
    <w:p>
      <w:r>
        <w:rPr>
          <w:rFonts w:ascii="Georgia" w:hAnsi="Georgia" w:eastAsia="Georgia"/>
          <w:sz w:val="23"/>
        </w:rPr>
        <w:t>The question was too broad.</w:t>
      </w:r>
    </w:p>
    <w:p>
      <w:r>
        <w:rPr>
          <w:rFonts w:ascii="Georgia" w:hAnsi="Georgia" w:eastAsia="Georgia"/>
          <w:sz w:val="23"/>
        </w:rPr>
        <w:t>I could have narrowed it.</w:t>
      </w:r>
    </w:p>
    <w:p>
      <w:r>
        <w:rPr>
          <w:rFonts w:ascii="Georgia" w:hAnsi="Georgia" w:eastAsia="Georgia"/>
          <w:sz w:val="23"/>
        </w:rPr>
        <w:t>I did not.</w:t>
      </w:r>
    </w:p>
    <w:p>
      <w:r>
        <w:rPr>
          <w:rFonts w:ascii="Georgia" w:hAnsi="Georgia" w:eastAsia="Georgia"/>
          <w:sz w:val="23"/>
        </w:rPr>
        <w:t>“Sometimes.”</w:t>
      </w:r>
    </w:p>
    <w:p>
      <w:r>
        <w:rPr>
          <w:rFonts w:ascii="Georgia" w:hAnsi="Georgia" w:eastAsia="Georgia"/>
          <w:sz w:val="23"/>
        </w:rPr>
        <w:t>Ivena nodded once.</w:t>
      </w:r>
    </w:p>
    <w:p>
      <w:r>
        <w:rPr>
          <w:rFonts w:ascii="Georgia" w:hAnsi="Georgia" w:eastAsia="Georgia"/>
          <w:sz w:val="23"/>
        </w:rPr>
        <w:t>No approval.</w:t>
      </w:r>
    </w:p>
    <w:p>
      <w:r>
        <w:rPr>
          <w:rFonts w:ascii="Georgia" w:hAnsi="Georgia" w:eastAsia="Georgia"/>
          <w:sz w:val="23"/>
        </w:rPr>
        <w:t>No consolation.</w:t>
      </w:r>
    </w:p>
    <w:p>
      <w:r>
        <w:rPr>
          <w:rFonts w:ascii="Georgia" w:hAnsi="Georgia" w:eastAsia="Georgia"/>
          <w:sz w:val="23"/>
        </w:rPr>
        <w:t>“Then at least you are measuring the right thing.”</w:t>
      </w:r>
    </w:p>
    <w:p>
      <w:r>
        <w:rPr>
          <w:rFonts w:ascii="Georgia" w:hAnsi="Georgia" w:eastAsia="Georgia"/>
          <w:sz w:val="23"/>
        </w:rPr>
        <w:t>She stood and put on the red sweater slowly because lifting both arms still pulled at the scar.</w:t>
      </w:r>
    </w:p>
    <w:p>
      <w:r>
        <w:rPr>
          <w:rFonts w:ascii="Georgia" w:hAnsi="Georgia" w:eastAsia="Georgia"/>
          <w:sz w:val="23"/>
        </w:rPr>
        <w:t>I reached for the sleeve before deciding whether help was needed.</w:t>
      </w:r>
    </w:p>
    <w:p>
      <w:r>
        <w:rPr>
          <w:rFonts w:ascii="Georgia" w:hAnsi="Georgia" w:eastAsia="Georgia"/>
          <w:sz w:val="23"/>
        </w:rPr>
        <w:t>Ivena saw the movement.</w:t>
      </w:r>
    </w:p>
    <w:p>
      <w:r>
        <w:rPr>
          <w:rFonts w:ascii="Georgia" w:hAnsi="Georgia" w:eastAsia="Georgia"/>
          <w:sz w:val="23"/>
        </w:rPr>
        <w:t>“Do not.”</w:t>
      </w:r>
    </w:p>
    <w:p>
      <w:r>
        <w:rPr>
          <w:rFonts w:ascii="Georgia" w:hAnsi="Georgia" w:eastAsia="Georgia"/>
          <w:sz w:val="23"/>
        </w:rPr>
        <w:t>I stopped.</w:t>
      </w:r>
    </w:p>
    <w:p>
      <w:r>
        <w:rPr>
          <w:rFonts w:ascii="Georgia" w:hAnsi="Georgia" w:eastAsia="Georgia"/>
          <w:sz w:val="23"/>
        </w:rPr>
        <w:t>She worked the right arm through by herself, then the left.</w:t>
      </w:r>
    </w:p>
    <w:p>
      <w:r>
        <w:rPr>
          <w:rFonts w:ascii="Georgia" w:hAnsi="Georgia" w:eastAsia="Georgia"/>
          <w:sz w:val="23"/>
        </w:rPr>
        <w:t>The motion took longer than it had before surgery.</w:t>
      </w:r>
    </w:p>
    <w:p>
      <w:r>
        <w:rPr>
          <w:rFonts w:ascii="Georgia" w:hAnsi="Georgia" w:eastAsia="Georgia"/>
          <w:sz w:val="23"/>
        </w:rPr>
        <w:t>It succeeded.</w:t>
      </w:r>
    </w:p>
    <w:p>
      <w:r>
        <w:rPr>
          <w:rFonts w:ascii="Georgia" w:hAnsi="Georgia" w:eastAsia="Georgia"/>
          <w:sz w:val="23"/>
        </w:rPr>
        <w:t>At the door she picked up the outcome form with her right hand.</w:t>
      </w:r>
    </w:p>
    <w:p>
      <w:r>
        <w:rPr>
          <w:rFonts w:ascii="Georgia" w:hAnsi="Georgia" w:eastAsia="Georgia"/>
          <w:sz w:val="23"/>
        </w:rPr>
        <w:t>I watched the hand.</w:t>
      </w:r>
    </w:p>
    <w:p>
      <w:r>
        <w:rPr>
          <w:rFonts w:ascii="Georgia" w:hAnsi="Georgia" w:eastAsia="Georgia"/>
          <w:sz w:val="23"/>
        </w:rPr>
        <w:t>She noticed.</w:t>
      </w:r>
    </w:p>
    <w:p>
      <w:r>
        <w:rPr>
          <w:rFonts w:ascii="Georgia" w:hAnsi="Georgia" w:eastAsia="Georgia"/>
          <w:sz w:val="23"/>
        </w:rPr>
        <w:t>Then deliberately transferred the paper to her left.</w:t>
      </w:r>
    </w:p>
    <w:p>
      <w:r>
        <w:rPr>
          <w:rFonts w:ascii="Georgia" w:hAnsi="Georgia" w:eastAsia="Georgia"/>
          <w:sz w:val="23"/>
        </w:rPr>
        <w:t>“Stop measuring me when nobody asked you to.”</w:t>
      </w:r>
    </w:p>
    <w:p>
      <w:r>
        <w:rPr>
          <w:rFonts w:ascii="Georgia" w:hAnsi="Georgia" w:eastAsia="Georgia"/>
          <w:sz w:val="23"/>
        </w:rPr>
        <w:t>“Understood.”</w:t>
      </w:r>
    </w:p>
    <w:p>
      <w:r>
        <w:rPr>
          <w:rFonts w:ascii="Georgia" w:hAnsi="Georgia" w:eastAsia="Georgia"/>
          <w:sz w:val="23"/>
        </w:rPr>
        <w:t>“Sera says that word means nothing from you.”</w:t>
      </w:r>
    </w:p>
    <w:p>
      <w:r>
        <w:rPr>
          <w:rFonts w:ascii="Georgia" w:hAnsi="Georgia" w:eastAsia="Georgia"/>
          <w:sz w:val="23"/>
        </w:rPr>
        <w:t>“She has evidence.”</w:t>
      </w:r>
    </w:p>
    <w:p>
      <w:r>
        <w:rPr>
          <w:rFonts w:ascii="Georgia" w:hAnsi="Georgia" w:eastAsia="Georgia"/>
          <w:sz w:val="23"/>
        </w:rPr>
        <w:t>Ivena laughed.</w:t>
      </w:r>
    </w:p>
    <w:p>
      <w:r>
        <w:rPr>
          <w:rFonts w:ascii="Georgia" w:hAnsi="Georgia" w:eastAsia="Georgia"/>
          <w:sz w:val="23"/>
        </w:rPr>
        <w:t>This time it did not become a cough.</w:t>
      </w:r>
    </w:p>
    <w:p>
      <w:r>
        <w:rPr>
          <w:rFonts w:ascii="Georgia" w:hAnsi="Georgia" w:eastAsia="Georgia"/>
          <w:sz w:val="23"/>
        </w:rPr>
        <w:t>She and Sera left for lunch.</w:t>
      </w:r>
    </w:p>
    <w:p>
      <w:r>
        <w:rPr>
          <w:rFonts w:ascii="Georgia" w:hAnsi="Georgia" w:eastAsia="Georgia"/>
          <w:sz w:val="23"/>
        </w:rPr>
        <w:t>Miren opened the next case in her queue.</w:t>
      </w:r>
    </w:p>
    <w:p>
      <w:r>
        <w:rPr>
          <w:rFonts w:ascii="Georgia" w:hAnsi="Georgia" w:eastAsia="Georgia"/>
          <w:sz w:val="23"/>
        </w:rPr>
        <w:t>I returned to mine.</w:t>
      </w:r>
    </w:p>
    <w:p>
      <w:r>
        <w:rPr>
          <w:rFonts w:ascii="Georgia" w:hAnsi="Georgia" w:eastAsia="Georgia"/>
          <w:sz w:val="23"/>
        </w:rPr>
        <w:t>Ivena’s review remained ordinary.</w:t>
      </w:r>
    </w:p>
    <w:p>
      <w:r>
        <w:rPr>
          <w:rFonts w:ascii="Georgia" w:hAnsi="Georgia" w:eastAsia="Georgia"/>
          <w:sz w:val="23"/>
        </w:rPr>
        <w:t>That was not the same thing as inconsequential.</w:t>
      </w:r>
    </w:p>
    <w:p>
      <w:pPr>
        <w:keepNext/>
        <w:pageBreakBefore/>
        <w:jc w:val="center"/>
      </w:pPr>
      <w:r>
        <w:rPr>
          <w:rFonts w:ascii="Georgia" w:hAnsi="Georgia" w:eastAsia="Georgia"/>
          <w:b/>
          <w:sz w:val="28"/>
        </w:rPr>
        <w:t>Chapter Twenty-Three — The Reference Material</w:t>
      </w:r>
    </w:p>
    <w:p>
      <w:pPr>
        <w:spacing w:after="120"/>
      </w:pPr>
      <w:r>
        <w:rPr>
          <w:rFonts w:ascii="Georgia" w:hAnsi="Georgia" w:eastAsia="Georgia"/>
          <w:sz w:val="23"/>
        </w:rPr>
        <w:t>At 0843 Kera Dast sent me an identifier I had not seen in an active request for more than a century.</w:t>
      </w:r>
    </w:p>
    <w:p>
      <w:pPr>
        <w:spacing w:after="120"/>
      </w:pPr>
      <w:r>
        <w:rPr>
          <w:rFonts w:ascii="Georgia" w:hAnsi="Georgia" w:eastAsia="Georgia"/>
          <w:sz w:val="23"/>
        </w:rPr>
        <w:t>C-42.</w:t>
      </w:r>
    </w:p>
    <w:p>
      <w:pPr>
        <w:spacing w:after="120"/>
      </w:pPr>
      <w:r>
        <w:rPr>
          <w:rFonts w:ascii="Georgia" w:hAnsi="Georgia" w:eastAsia="Georgia"/>
          <w:sz w:val="23"/>
        </w:rPr>
        <w:t>The rest of the header took longer to matter.</w:t>
      </w:r>
    </w:p>
    <w:p>
      <w:pPr>
        <w:spacing w:after="120"/>
      </w:pPr>
      <w:r>
        <w:rPr>
          <w:rFonts w:ascii="Georgia" w:hAnsi="Georgia" w:eastAsia="Georgia"/>
          <w:sz w:val="23"/>
        </w:rPr>
        <w:t>REGIONAL REFERENCE QUALIFICATION REQUEST.</w:t>
        <w:br/>
        <w:t>PROPOSED CLASS: K0 / HISTORY-NULL KAETHE MATERIAL.</w:t>
        <w:br/>
        <w:t>INTENDED USE: CROSS-SYSTEM DERIVATION CALIBRATION AND LEGACY-INTEGRATION COMPARISON.</w:t>
        <w:br/>
        <w:t>CURRENT CUSTODY: CENTRAL MATERIAL ARCHIVE, NORTH STACK.</w:t>
      </w:r>
    </w:p>
    <w:p>
      <w:pPr>
        <w:spacing w:after="120"/>
      </w:pPr>
      <w:r>
        <w:rPr>
          <w:rFonts w:ascii="Georgia" w:hAnsi="Georgia" w:eastAsia="Georgia"/>
          <w:sz w:val="23"/>
        </w:rPr>
        <w:t>I read the proposed class twice.</w:t>
      </w:r>
    </w:p>
    <w:p>
      <w:pPr>
        <w:spacing w:after="120"/>
      </w:pPr>
      <w:r>
        <w:rPr>
          <w:rFonts w:ascii="Georgia" w:hAnsi="Georgia" w:eastAsia="Georgia"/>
          <w:sz w:val="23"/>
        </w:rPr>
        <w:t>Then I opened the custody history.</w:t>
      </w:r>
    </w:p>
    <w:p>
      <w:pPr>
        <w:spacing w:after="120"/>
      </w:pPr>
      <w:r>
        <w:rPr>
          <w:rFonts w:ascii="Georgia" w:hAnsi="Georgia" w:eastAsia="Georgia"/>
          <w:sz w:val="23"/>
        </w:rPr>
        <w:t>Nine point six grams.</w:t>
      </w:r>
    </w:p>
    <w:p>
      <w:pPr>
        <w:spacing w:after="120"/>
      </w:pPr>
      <w:r>
        <w:rPr>
          <w:rFonts w:ascii="Georgia" w:hAnsi="Georgia" w:eastAsia="Georgia"/>
          <w:sz w:val="23"/>
        </w:rPr>
        <w:t>No destructive sampling.</w:t>
      </w:r>
    </w:p>
    <w:p>
      <w:pPr>
        <w:spacing w:after="120"/>
      </w:pPr>
      <w:r>
        <w:rPr>
          <w:rFonts w:ascii="Georgia" w:hAnsi="Georgia" w:eastAsia="Georgia"/>
          <w:sz w:val="23"/>
        </w:rPr>
        <w:t>No active carrier.</w:t>
      </w:r>
    </w:p>
    <w:p>
      <w:pPr>
        <w:spacing w:after="120"/>
      </w:pPr>
      <w:r>
        <w:rPr>
          <w:rFonts w:ascii="Georgia" w:hAnsi="Georgia" w:eastAsia="Georgia"/>
          <w:sz w:val="23"/>
        </w:rPr>
        <w:t>No active integrated system.</w:t>
      </w:r>
    </w:p>
    <w:p>
      <w:pPr>
        <w:spacing w:after="120"/>
      </w:pPr>
      <w:r>
        <w:rPr>
          <w:rFonts w:ascii="Georgia" w:hAnsi="Georgia" w:eastAsia="Georgia"/>
          <w:sz w:val="23"/>
        </w:rPr>
        <w:t>No semantic interrogation in one hundred thirty-seven years.</w:t>
      </w:r>
    </w:p>
    <w:p>
      <w:pPr>
        <w:spacing w:after="120"/>
      </w:pPr>
      <w:r>
        <w:rPr>
          <w:rFonts w:ascii="Georgia" w:hAnsi="Georgia" w:eastAsia="Georgia"/>
          <w:sz w:val="23"/>
        </w:rPr>
        <w:t>Standing not established.</w:t>
      </w:r>
    </w:p>
    <w:p>
      <w:pPr>
        <w:spacing w:after="120"/>
      </w:pPr>
      <w:r>
        <w:rPr>
          <w:rFonts w:ascii="Georgia" w:hAnsi="Georgia" w:eastAsia="Georgia"/>
          <w:sz w:val="23"/>
        </w:rPr>
        <w:t>The last line had survived every archive migration.</w:t>
      </w:r>
    </w:p>
    <w:p>
      <w:pPr>
        <w:spacing w:after="120"/>
      </w:pPr>
      <w:r>
        <w:rPr>
          <w:rFonts w:ascii="Georgia" w:hAnsi="Georgia" w:eastAsia="Georgia"/>
          <w:sz w:val="23"/>
        </w:rPr>
        <w:t>That did not make the proposed class true.</w:t>
      </w:r>
    </w:p>
    <w:p>
      <w:pPr>
        <w:spacing w:after="120"/>
      </w:pPr>
      <w:r>
        <w:rPr>
          <w:rFonts w:ascii="Georgia" w:hAnsi="Georgia" w:eastAsia="Georgia"/>
          <w:sz w:val="23"/>
        </w:rPr>
        <w:t>I called Kera.</w:t>
      </w:r>
    </w:p>
    <w:p>
      <w:pPr>
        <w:spacing w:after="120"/>
      </w:pPr>
      <w:r>
        <w:rPr>
          <w:rFonts w:ascii="Georgia" w:hAnsi="Georgia" w:eastAsia="Georgia"/>
          <w:sz w:val="23"/>
        </w:rPr>
        <w:t>She answered from a standards room I recognized by the ceiling acoustics before the image resolved.</w:t>
      </w:r>
    </w:p>
    <w:p>
      <w:pPr>
        <w:spacing w:after="120"/>
      </w:pPr>
      <w:r>
        <w:rPr>
          <w:rFonts w:ascii="Georgia" w:hAnsi="Georgia" w:eastAsia="Georgia"/>
          <w:sz w:val="23"/>
        </w:rPr>
        <w:t>“You dislike the phrase,” she said.</w:t>
      </w:r>
    </w:p>
    <w:p>
      <w:pPr>
        <w:spacing w:after="120"/>
      </w:pPr>
      <w:r>
        <w:rPr>
          <w:rFonts w:ascii="Georgia" w:hAnsi="Georgia" w:eastAsia="Georgia"/>
          <w:sz w:val="23"/>
        </w:rPr>
        <w:t>“Yes.”</w:t>
      </w:r>
    </w:p>
    <w:p>
      <w:pPr>
        <w:spacing w:after="120"/>
      </w:pPr>
      <w:r>
        <w:rPr>
          <w:rFonts w:ascii="Georgia" w:hAnsi="Georgia" w:eastAsia="Georgia"/>
          <w:sz w:val="23"/>
        </w:rPr>
        <w:t>“Which word?”</w:t>
      </w:r>
    </w:p>
    <w:p>
      <w:pPr>
        <w:spacing w:after="120"/>
      </w:pPr>
      <w:r>
        <w:rPr>
          <w:rFonts w:ascii="Georgia" w:hAnsi="Georgia" w:eastAsia="Georgia"/>
          <w:sz w:val="23"/>
        </w:rPr>
        <w:t>“Null.”</w:t>
      </w:r>
    </w:p>
    <w:p>
      <w:pPr>
        <w:spacing w:after="120"/>
      </w:pPr>
      <w:r>
        <w:rPr>
          <w:rFonts w:ascii="Georgia" w:hAnsi="Georgia" w:eastAsia="Georgia"/>
          <w:sz w:val="23"/>
        </w:rPr>
        <w:t>“Not history?”</w:t>
      </w:r>
    </w:p>
    <w:p>
      <w:pPr>
        <w:spacing w:after="120"/>
      </w:pPr>
      <w:r>
        <w:rPr>
          <w:rFonts w:ascii="Georgia" w:hAnsi="Georgia" w:eastAsia="Georgia"/>
          <w:sz w:val="23"/>
        </w:rPr>
        <w:t>“History is the problem. Null is the claim.”</w:t>
      </w:r>
    </w:p>
    <w:p>
      <w:pPr>
        <w:spacing w:after="120"/>
      </w:pPr>
      <w:r>
        <w:rPr>
          <w:rFonts w:ascii="Georgia" w:hAnsi="Georgia" w:eastAsia="Georgia"/>
          <w:sz w:val="23"/>
        </w:rPr>
        <w:t>Kera looked down at something outside the frame.</w:t>
      </w:r>
    </w:p>
    <w:p>
      <w:pPr>
        <w:spacing w:after="120"/>
      </w:pPr>
      <w:r>
        <w:rPr>
          <w:rFonts w:ascii="Georgia" w:hAnsi="Georgia" w:eastAsia="Georgia"/>
          <w:sz w:val="23"/>
        </w:rPr>
        <w:t>“Come to the archive.”</w:t>
      </w:r>
    </w:p>
    <w:p>
      <w:pPr>
        <w:spacing w:after="120"/>
      </w:pPr>
      <w:r>
        <w:rPr>
          <w:rFonts w:ascii="Georgia" w:hAnsi="Georgia" w:eastAsia="Georgia"/>
          <w:sz w:val="23"/>
        </w:rPr>
        <w:t>“Why?”</w:t>
      </w:r>
    </w:p>
    <w:p>
      <w:pPr>
        <w:spacing w:after="120"/>
      </w:pPr>
      <w:r>
        <w:rPr>
          <w:rFonts w:ascii="Georgia" w:hAnsi="Georgia" w:eastAsia="Georgia"/>
          <w:sz w:val="23"/>
        </w:rPr>
        <w:t>“Because three institutions want to adopt the reference set this week, North Reach among them. Because your objection may be terminological or structural, and I cannot tell which from four words. And because you are in the provenance chain.”</w:t>
      </w:r>
    </w:p>
    <w:p>
      <w:pPr>
        <w:spacing w:after="120"/>
      </w:pPr>
      <w:r>
        <w:rPr>
          <w:rFonts w:ascii="Georgia" w:hAnsi="Georgia" w:eastAsia="Georgia"/>
          <w:sz w:val="23"/>
        </w:rPr>
        <w:t>That last part was accurate.</w:t>
      </w:r>
    </w:p>
    <w:p>
      <w:pPr>
        <w:spacing w:after="120"/>
      </w:pPr>
      <w:r>
        <w:rPr>
          <w:rFonts w:ascii="Georgia" w:hAnsi="Georgia" w:eastAsia="Georgia"/>
          <w:sz w:val="23"/>
        </w:rPr>
        <w:t>“I am also conflicted.”</w:t>
      </w:r>
    </w:p>
    <w:p>
      <w:pPr>
        <w:spacing w:after="120"/>
      </w:pPr>
      <w:r>
        <w:rPr>
          <w:rFonts w:ascii="Georgia" w:hAnsi="Georgia" w:eastAsia="Georgia"/>
          <w:sz w:val="23"/>
        </w:rPr>
        <w:t>“Yes.”</w:t>
      </w:r>
    </w:p>
    <w:p>
      <w:pPr>
        <w:spacing w:after="120"/>
      </w:pPr>
      <w:r>
        <w:rPr>
          <w:rFonts w:ascii="Georgia" w:hAnsi="Georgia" w:eastAsia="Georgia"/>
          <w:sz w:val="23"/>
        </w:rPr>
        <w:t>“Then I should not certify it.”</w:t>
      </w:r>
    </w:p>
    <w:p>
      <w:pPr>
        <w:spacing w:after="120"/>
      </w:pPr>
      <w:r>
        <w:rPr>
          <w:rFonts w:ascii="Georgia" w:hAnsi="Georgia" w:eastAsia="Georgia"/>
          <w:sz w:val="23"/>
        </w:rPr>
        <w:t>“I did not ask you to.”</w:t>
      </w:r>
    </w:p>
    <w:p>
      <w:pPr>
        <w:spacing w:after="120"/>
      </w:pPr>
      <w:r>
        <w:rPr>
          <w:rFonts w:ascii="Georgia" w:hAnsi="Georgia" w:eastAsia="Georgia"/>
          <w:sz w:val="23"/>
        </w:rPr>
        <w:t>The call ended.</w:t>
      </w:r>
    </w:p>
    <w:p>
      <w:pPr>
        <w:spacing w:before="80" w:after="120"/>
        <w:jc w:val="center"/>
      </w:pPr>
      <w:r>
        <w:rPr>
          <w:rFonts w:ascii="Georgia" w:hAnsi="Georgia" w:eastAsia="Georgia"/>
          <w:sz w:val="23"/>
        </w:rPr>
        <w:t>§</w:t>
      </w:r>
    </w:p>
    <w:p>
      <w:pPr>
        <w:spacing w:after="120"/>
      </w:pPr>
      <w:r>
        <w:rPr>
          <w:rFonts w:ascii="Georgia" w:hAnsi="Georgia" w:eastAsia="Georgia"/>
          <w:sz w:val="23"/>
        </w:rPr>
        <w:t>The Central Material Archive occupied the same footprint as the old Kult custody wing and almost none of the same rooms.</w:t>
      </w:r>
    </w:p>
    <w:p>
      <w:pPr>
        <w:spacing w:after="120"/>
      </w:pPr>
      <w:r>
        <w:rPr>
          <w:rFonts w:ascii="Georgia" w:hAnsi="Georgia" w:eastAsia="Georgia"/>
          <w:sz w:val="23"/>
        </w:rPr>
        <w:t>The north corridor had been widened twice. The original floor was under a composite surface that no longer transmitted the old cart joints into the walls. The review rooms had become compact storage bays. The three-table intake hall had been divided into materials custody on one side and a public records desk on the other.</w:t>
      </w:r>
    </w:p>
    <w:p>
      <w:pPr>
        <w:spacing w:after="120"/>
      </w:pPr>
      <w:r>
        <w:rPr>
          <w:rFonts w:ascii="Georgia" w:hAnsi="Georgia" w:eastAsia="Georgia"/>
          <w:sz w:val="23"/>
        </w:rPr>
        <w:t>I knew where Kael’s chair had once stood.</w:t>
      </w:r>
    </w:p>
    <w:p>
      <w:pPr>
        <w:spacing w:after="120"/>
      </w:pPr>
      <w:r>
        <w:rPr>
          <w:rFonts w:ascii="Georgia" w:hAnsi="Georgia" w:eastAsia="Georgia"/>
          <w:sz w:val="23"/>
        </w:rPr>
        <w:t>Nothing marked the place.</w:t>
      </w:r>
    </w:p>
    <w:p>
      <w:pPr>
        <w:spacing w:after="120"/>
      </w:pPr>
      <w:r>
        <w:rPr>
          <w:rFonts w:ascii="Georgia" w:hAnsi="Georgia" w:eastAsia="Georgia"/>
          <w:sz w:val="23"/>
        </w:rPr>
        <w:t>That was appropriate.</w:t>
      </w:r>
    </w:p>
    <w:p>
      <w:pPr>
        <w:spacing w:after="120"/>
      </w:pPr>
      <w:r>
        <w:rPr>
          <w:rFonts w:ascii="Georgia" w:hAnsi="Georgia" w:eastAsia="Georgia"/>
          <w:sz w:val="23"/>
        </w:rPr>
        <w:t>Kera met me at the second boundary with Rian Vesk and a materials custodian named Hara Mott.</w:t>
      </w:r>
    </w:p>
    <w:p>
      <w:pPr>
        <w:spacing w:after="120"/>
      </w:pPr>
      <w:r>
        <w:rPr>
          <w:rFonts w:ascii="Georgia" w:hAnsi="Georgia" w:eastAsia="Georgia"/>
          <w:sz w:val="23"/>
        </w:rPr>
        <w:t>Hara was human, one hundred fifty-four, with a left wrist reconstruction that clicked when she rotated her access key. She noticed me noticing it.</w:t>
      </w:r>
    </w:p>
    <w:p>
      <w:pPr>
        <w:spacing w:after="120"/>
      </w:pPr>
      <w:r>
        <w:rPr>
          <w:rFonts w:ascii="Georgia" w:hAnsi="Georgia" w:eastAsia="Georgia"/>
          <w:sz w:val="23"/>
        </w:rPr>
        <w:t>“Forty-two years,” she said. “Ordinary joint. No setting involvement.”</w:t>
      </w:r>
    </w:p>
    <w:p>
      <w:pPr>
        <w:spacing w:after="120"/>
      </w:pPr>
      <w:r>
        <w:rPr>
          <w:rFonts w:ascii="Georgia" w:hAnsi="Georgia" w:eastAsia="Georgia"/>
          <w:sz w:val="23"/>
        </w:rPr>
        <w:t>“I did not ask.”</w:t>
      </w:r>
    </w:p>
    <w:p>
      <w:pPr>
        <w:spacing w:after="120"/>
      </w:pPr>
      <w:r>
        <w:rPr>
          <w:rFonts w:ascii="Georgia" w:hAnsi="Georgia" w:eastAsia="Georgia"/>
          <w:sz w:val="23"/>
        </w:rPr>
        <w:t>“People in this building usually do.”</w:t>
      </w:r>
    </w:p>
    <w:p>
      <w:pPr>
        <w:spacing w:after="120"/>
      </w:pPr>
      <w:r>
        <w:rPr>
          <w:rFonts w:ascii="Georgia" w:hAnsi="Georgia" w:eastAsia="Georgia"/>
          <w:sz w:val="23"/>
        </w:rPr>
        <w:t>She opened the boundary.</w:t>
      </w:r>
    </w:p>
    <w:p>
      <w:pPr>
        <w:spacing w:after="120"/>
      </w:pPr>
      <w:r>
        <w:rPr>
          <w:rFonts w:ascii="Georgia" w:hAnsi="Georgia" w:eastAsia="Georgia"/>
          <w:sz w:val="23"/>
        </w:rPr>
        <w:t>The current C-42 carrier was smaller than the old cage and quieter than the old custody equipment had ever been.</w:t>
      </w:r>
    </w:p>
    <w:p>
      <w:pPr>
        <w:spacing w:after="120"/>
      </w:pPr>
      <w:r>
        <w:rPr>
          <w:rFonts w:ascii="Georgia" w:hAnsi="Georgia" w:eastAsia="Georgia"/>
          <w:sz w:val="23"/>
        </w:rPr>
        <w:t>The mass sat inside a nested inert housing behind two transparent barriers. The outer frame carried current custody data. Behind it, preserved under a clear laminate, was a paper strip.</w:t>
      </w:r>
    </w:p>
    <w:p>
      <w:pPr>
        <w:spacing w:after="120"/>
      </w:pPr>
      <w:r>
        <w:rPr>
          <w:rFonts w:ascii="Georgia" w:hAnsi="Georgia" w:eastAsia="Georgia"/>
          <w:sz w:val="23"/>
        </w:rPr>
        <w:t>C-42.</w:t>
        <w:br/>
        <w:t>POST-EVENT ASSOCIATION: ORISON KAEL EVENT.</w:t>
        <w:br/>
        <w:t>STRUCTURED RESPONSE: REPRODUCED.</w:t>
        <w:br/>
        <w:t>STANDING: NOT ESTABLISHED.</w:t>
        <w:br/>
        <w:t>ACCESS: PRECOMMITTED RULE REQUIRED.</w:t>
      </w:r>
    </w:p>
    <w:p>
      <w:pPr>
        <w:spacing w:after="120"/>
      </w:pPr>
      <w:r>
        <w:rPr>
          <w:rFonts w:ascii="Georgia" w:hAnsi="Georgia" w:eastAsia="Georgia"/>
          <w:sz w:val="23"/>
        </w:rPr>
        <w:t>I had watched that strip go into a holder.</w:t>
      </w:r>
    </w:p>
    <w:p>
      <w:pPr>
        <w:spacing w:after="120"/>
      </w:pPr>
      <w:r>
        <w:rPr>
          <w:rFonts w:ascii="Georgia" w:hAnsi="Georgia" w:eastAsia="Georgia"/>
          <w:sz w:val="23"/>
        </w:rPr>
        <w:t>The handwriting under the printed lines belonged to Vara.</w:t>
      </w:r>
    </w:p>
    <w:p>
      <w:pPr>
        <w:spacing w:after="120"/>
      </w:pPr>
      <w:r>
        <w:rPr>
          <w:rFonts w:ascii="Georgia" w:hAnsi="Georgia" w:eastAsia="Georgia"/>
          <w:sz w:val="23"/>
        </w:rPr>
        <w:t>One notation only.</w:t>
      </w:r>
    </w:p>
    <w:p>
      <w:pPr>
        <w:spacing w:after="120"/>
      </w:pPr>
      <w:r>
        <w:rPr>
          <w:rFonts w:ascii="Georgia" w:hAnsi="Georgia" w:eastAsia="Georgia"/>
          <w:sz w:val="23"/>
        </w:rPr>
        <w:t>DO NOT SUBSTITUTE LATER CERTAINTY FOR CURRENT STATUS.</w:t>
      </w:r>
    </w:p>
    <w:p>
      <w:pPr>
        <w:spacing w:after="120"/>
      </w:pPr>
      <w:r>
        <w:rPr>
          <w:rFonts w:ascii="Georgia" w:hAnsi="Georgia" w:eastAsia="Georgia"/>
          <w:sz w:val="23"/>
        </w:rPr>
        <w:t>I had forgotten she added it.</w:t>
      </w:r>
    </w:p>
    <w:p>
      <w:pPr>
        <w:spacing w:after="120"/>
      </w:pPr>
      <w:r>
        <w:rPr>
          <w:rFonts w:ascii="Georgia" w:hAnsi="Georgia" w:eastAsia="Georgia"/>
          <w:sz w:val="23"/>
        </w:rPr>
        <w:t>Or I had failed to attend when she did.</w:t>
      </w:r>
    </w:p>
    <w:p>
      <w:pPr>
        <w:spacing w:after="120"/>
      </w:pPr>
      <w:r>
        <w:rPr>
          <w:rFonts w:ascii="Georgia" w:hAnsi="Georgia" w:eastAsia="Georgia"/>
          <w:sz w:val="23"/>
        </w:rPr>
        <w:t>Those were different failures.</w:t>
      </w:r>
    </w:p>
    <w:p>
      <w:pPr>
        <w:spacing w:after="120"/>
      </w:pPr>
      <w:r>
        <w:rPr>
          <w:rFonts w:ascii="Georgia" w:hAnsi="Georgia" w:eastAsia="Georgia"/>
          <w:sz w:val="23"/>
        </w:rPr>
        <w:t>Hara said, “We kept the original visible after the last migration because the current record refers to it as a source artifact.”</w:t>
      </w:r>
    </w:p>
    <w:p>
      <w:pPr>
        <w:spacing w:after="120"/>
      </w:pPr>
      <w:r>
        <w:rPr>
          <w:rFonts w:ascii="Georgia" w:hAnsi="Georgia" w:eastAsia="Georgia"/>
          <w:sz w:val="23"/>
        </w:rPr>
        <w:t>“Not because it is sacred.”</w:t>
      </w:r>
    </w:p>
    <w:p>
      <w:pPr>
        <w:spacing w:after="120"/>
      </w:pPr>
      <w:r>
        <w:rPr>
          <w:rFonts w:ascii="Georgia" w:hAnsi="Georgia" w:eastAsia="Georgia"/>
          <w:sz w:val="23"/>
        </w:rPr>
        <w:t>“No.”</w:t>
      </w:r>
    </w:p>
    <w:p>
      <w:pPr>
        <w:spacing w:after="120"/>
      </w:pPr>
      <w:r>
        <w:rPr>
          <w:rFonts w:ascii="Georgia" w:hAnsi="Georgia" w:eastAsia="Georgia"/>
          <w:sz w:val="23"/>
        </w:rPr>
        <w:t>“Keep it that way.”</w:t>
      </w:r>
    </w:p>
    <w:p>
      <w:pPr>
        <w:spacing w:before="80" w:after="120"/>
        <w:jc w:val="center"/>
      </w:pPr>
      <w:r>
        <w:rPr>
          <w:rFonts w:ascii="Georgia" w:hAnsi="Georgia" w:eastAsia="Georgia"/>
          <w:sz w:val="23"/>
        </w:rPr>
        <w:t>§</w:t>
      </w:r>
    </w:p>
    <w:p>
      <w:pPr>
        <w:spacing w:after="120"/>
      </w:pPr>
      <w:r>
        <w:rPr>
          <w:rFonts w:ascii="Georgia" w:hAnsi="Georgia" w:eastAsia="Georgia"/>
          <w:sz w:val="23"/>
        </w:rPr>
        <w:t>The proposed K0 class had been designed for a practical problem.</w:t>
      </w:r>
    </w:p>
    <w:p>
      <w:pPr>
        <w:spacing w:after="120"/>
      </w:pPr>
      <w:r>
        <w:rPr>
          <w:rFonts w:ascii="Georgia" w:hAnsi="Georgia" w:eastAsia="Georgia"/>
          <w:sz w:val="23"/>
        </w:rPr>
        <w:t>Integrated-setting systems had accumulated too much history.</w:t>
      </w:r>
    </w:p>
    <w:p>
      <w:pPr>
        <w:spacing w:after="120"/>
      </w:pPr>
      <w:r>
        <w:rPr>
          <w:rFonts w:ascii="Georgia" w:hAnsi="Georgia" w:eastAsia="Georgia"/>
          <w:sz w:val="23"/>
        </w:rPr>
        <w:t>A modern controller could be traced through hardware revisions, software transforms, domestic concordance, clinical tuning, carrier adaptation and sometimes decades of undocumented maintenance. When a current measurement differed from a historical one, the lineage classifier could often identify where common derivation entered.</w:t>
      </w:r>
    </w:p>
    <w:p>
      <w:pPr>
        <w:spacing w:after="120"/>
      </w:pPr>
      <w:r>
        <w:rPr>
          <w:rFonts w:ascii="Georgia" w:hAnsi="Georgia" w:eastAsia="Georgia"/>
          <w:sz w:val="23"/>
        </w:rPr>
        <w:t>It could not answer a simpler comparison without a reference.</w:t>
      </w:r>
    </w:p>
    <w:p>
      <w:pPr>
        <w:spacing w:after="120"/>
      </w:pPr>
      <w:r>
        <w:rPr>
          <w:rFonts w:ascii="Georgia" w:hAnsi="Georgia" w:eastAsia="Georgia"/>
          <w:sz w:val="23"/>
        </w:rPr>
        <w:t>What did the same instrument and analysis chain produce from Kaethe material that was not currently inside an integration history?</w:t>
      </w:r>
    </w:p>
    <w:p>
      <w:pPr>
        <w:spacing w:after="120"/>
      </w:pPr>
      <w:r>
        <w:rPr>
          <w:rFonts w:ascii="Georgia" w:hAnsi="Georgia" w:eastAsia="Georgia"/>
          <w:sz w:val="23"/>
        </w:rPr>
        <w:t>The standards group wanted a small reference family that could move between institutions as certified measurement packages. The physical specimens would remain in custody. Each participating site would run its own reference apparatus against traceable transfer standards, then compare the resulting chain against measurements made on a designated Kaethe reference specimen.</w:t>
      </w:r>
    </w:p>
    <w:p>
      <w:pPr>
        <w:spacing w:after="120"/>
      </w:pPr>
      <w:r>
        <w:rPr>
          <w:rFonts w:ascii="Georgia" w:hAnsi="Georgia" w:eastAsia="Georgia"/>
          <w:sz w:val="23"/>
        </w:rPr>
        <w:t>C-42 had been selected because its custody history was unusually complete.</w:t>
      </w:r>
    </w:p>
    <w:p>
      <w:pPr>
        <w:spacing w:after="120"/>
      </w:pPr>
      <w:r>
        <w:rPr>
          <w:rFonts w:ascii="Georgia" w:hAnsi="Georgia" w:eastAsia="Georgia"/>
          <w:sz w:val="23"/>
        </w:rPr>
        <w:t>That part made sense.</w:t>
      </w:r>
    </w:p>
    <w:p>
      <w:pPr>
        <w:spacing w:after="120"/>
      </w:pPr>
      <w:r>
        <w:rPr>
          <w:rFonts w:ascii="Georgia" w:hAnsi="Georgia" w:eastAsia="Georgia"/>
          <w:sz w:val="23"/>
        </w:rPr>
        <w:t>The proposed qualification did not.</w:t>
      </w:r>
    </w:p>
    <w:p>
      <w:pPr>
        <w:spacing w:after="120"/>
      </w:pPr>
      <w:r>
        <w:rPr>
          <w:rFonts w:ascii="Georgia" w:hAnsi="Georgia" w:eastAsia="Georgia"/>
          <w:sz w:val="23"/>
        </w:rPr>
        <w:t>Kera put the draft on the wall.</w:t>
      </w:r>
    </w:p>
    <w:p>
      <w:pPr>
        <w:spacing w:after="120"/>
      </w:pPr>
      <w:r>
        <w:rPr>
          <w:rFonts w:ascii="Georgia" w:hAnsi="Georgia" w:eastAsia="Georgia"/>
          <w:sz w:val="23"/>
        </w:rPr>
        <w:t>K0 / HISTORY-NULL MATERIAL.</w:t>
      </w:r>
    </w:p>
    <w:p>
      <w:pPr>
        <w:spacing w:after="120"/>
      </w:pPr>
      <w:r>
        <w:rPr>
          <w:rFonts w:ascii="Georgia" w:hAnsi="Georgia" w:eastAsia="Georgia"/>
          <w:sz w:val="23"/>
        </w:rPr>
        <w:t>Required conditions:</w:t>
      </w:r>
    </w:p>
    <w:p>
      <w:pPr>
        <w:spacing w:after="120"/>
      </w:pPr>
      <w:r>
        <w:rPr>
          <w:rFonts w:ascii="Georgia" w:hAnsi="Georgia" w:eastAsia="Georgia"/>
          <w:sz w:val="23"/>
        </w:rPr>
        <w:t>NO ACTIVE CARRIER.</w:t>
        <w:br/>
        <w:t>NO ACTIVE INTEGRATION.</w:t>
        <w:br/>
        <w:t>NO DOCUMENTED CO-CONTACT WITH OTHER SETTINGS FOR &gt;100 YEARS.</w:t>
        <w:br/>
        <w:t>NO SEMANTIC INTERROGATION FOR &gt;100 YEARS.</w:t>
        <w:br/>
        <w:t>CONTINUOUS CERTIFIED CUSTODY.</w:t>
        <w:br/>
        <w:t>STABLE MASS AND NONSEMANTIC RESPONSE ENVELOPE.</w:t>
      </w:r>
    </w:p>
    <w:p>
      <w:pPr>
        <w:spacing w:after="120"/>
      </w:pPr>
      <w:r>
        <w:rPr>
          <w:rFonts w:ascii="Georgia" w:hAnsi="Georgia" w:eastAsia="Georgia"/>
          <w:sz w:val="23"/>
        </w:rPr>
        <w:t>Rian said, “The group knows ‘history-null’ is not literal.”</w:t>
      </w:r>
    </w:p>
    <w:p>
      <w:pPr>
        <w:spacing w:after="120"/>
      </w:pPr>
      <w:r>
        <w:rPr>
          <w:rFonts w:ascii="Georgia" w:hAnsi="Georgia" w:eastAsia="Georgia"/>
          <w:sz w:val="23"/>
        </w:rPr>
        <w:t>“Then do not write it.”</w:t>
      </w:r>
    </w:p>
    <w:p>
      <w:pPr>
        <w:spacing w:after="120"/>
      </w:pPr>
      <w:r>
        <w:rPr>
          <w:rFonts w:ascii="Georgia" w:hAnsi="Georgia" w:eastAsia="Georgia"/>
          <w:sz w:val="23"/>
        </w:rPr>
        <w:t>“It is shorthand.”</w:t>
      </w:r>
    </w:p>
    <w:p>
      <w:pPr>
        <w:spacing w:after="120"/>
      </w:pPr>
      <w:r>
        <w:rPr>
          <w:rFonts w:ascii="Georgia" w:hAnsi="Georgia" w:eastAsia="Georgia"/>
          <w:sz w:val="23"/>
        </w:rPr>
        <w:t>“Shorthand outlives qualifications.”</w:t>
      </w:r>
    </w:p>
    <w:p>
      <w:pPr>
        <w:spacing w:after="120"/>
      </w:pPr>
      <w:r>
        <w:rPr>
          <w:rFonts w:ascii="Georgia" w:hAnsi="Georgia" w:eastAsia="Georgia"/>
          <w:sz w:val="23"/>
        </w:rPr>
        <w:t>He did not argue.</w:t>
      </w:r>
    </w:p>
    <w:p>
      <w:pPr>
        <w:spacing w:after="120"/>
      </w:pPr>
      <w:r>
        <w:rPr>
          <w:rFonts w:ascii="Georgia" w:hAnsi="Georgia" w:eastAsia="Georgia"/>
          <w:sz w:val="23"/>
        </w:rPr>
        <w:t>Kera said, “Structural or terminological?”</w:t>
      </w:r>
    </w:p>
    <w:p>
      <w:pPr>
        <w:spacing w:after="120"/>
      </w:pPr>
      <w:r>
        <w:rPr>
          <w:rFonts w:ascii="Georgia" w:hAnsi="Georgia" w:eastAsia="Georgia"/>
          <w:sz w:val="23"/>
        </w:rPr>
        <w:t>“Structural.”</w:t>
      </w:r>
    </w:p>
    <w:p>
      <w:pPr>
        <w:spacing w:after="120"/>
      </w:pPr>
      <w:r>
        <w:rPr>
          <w:rFonts w:ascii="Georgia" w:hAnsi="Georgia" w:eastAsia="Georgia"/>
          <w:sz w:val="23"/>
        </w:rPr>
        <w:t>I pointed to the first condition.</w:t>
      </w:r>
    </w:p>
    <w:p>
      <w:pPr>
        <w:spacing w:after="120"/>
      </w:pPr>
      <w:r>
        <w:rPr>
          <w:rFonts w:ascii="Georgia" w:hAnsi="Georgia" w:eastAsia="Georgia"/>
          <w:sz w:val="23"/>
        </w:rPr>
        <w:t>“No active carrier describes current state.”</w:t>
      </w:r>
    </w:p>
    <w:p>
      <w:pPr>
        <w:spacing w:after="120"/>
      </w:pPr>
      <w:r>
        <w:rPr>
          <w:rFonts w:ascii="Georgia" w:hAnsi="Georgia" w:eastAsia="Georgia"/>
          <w:sz w:val="23"/>
        </w:rPr>
        <w:t>The second.</w:t>
      </w:r>
    </w:p>
    <w:p>
      <w:pPr>
        <w:spacing w:after="120"/>
      </w:pPr>
      <w:r>
        <w:rPr>
          <w:rFonts w:ascii="Georgia" w:hAnsi="Georgia" w:eastAsia="Georgia"/>
          <w:sz w:val="23"/>
        </w:rPr>
        <w:t>“No active integration describes current state.”</w:t>
      </w:r>
    </w:p>
    <w:p>
      <w:pPr>
        <w:spacing w:after="120"/>
      </w:pPr>
      <w:r>
        <w:rPr>
          <w:rFonts w:ascii="Georgia" w:hAnsi="Georgia" w:eastAsia="Georgia"/>
          <w:sz w:val="23"/>
        </w:rPr>
        <w:t>The third and fourth.</w:t>
      </w:r>
    </w:p>
    <w:p>
      <w:pPr>
        <w:spacing w:after="120"/>
      </w:pPr>
      <w:r>
        <w:rPr>
          <w:rFonts w:ascii="Georgia" w:hAnsi="Georgia" w:eastAsia="Georgia"/>
          <w:sz w:val="23"/>
        </w:rPr>
        <w:t>“These describe part of the known prior history.”</w:t>
      </w:r>
    </w:p>
    <w:p>
      <w:pPr>
        <w:spacing w:after="120"/>
      </w:pPr>
      <w:r>
        <w:rPr>
          <w:rFonts w:ascii="Georgia" w:hAnsi="Georgia" w:eastAsia="Georgia"/>
          <w:sz w:val="23"/>
        </w:rPr>
        <w:t>Then the title.</w:t>
      </w:r>
    </w:p>
    <w:p>
      <w:pPr>
        <w:spacing w:after="120"/>
      </w:pPr>
      <w:r>
        <w:rPr>
          <w:rFonts w:ascii="Georgia" w:hAnsi="Georgia" w:eastAsia="Georgia"/>
          <w:sz w:val="23"/>
        </w:rPr>
        <w:t>“This converts those statements into absence.”</w:t>
      </w:r>
    </w:p>
    <w:p>
      <w:pPr>
        <w:spacing w:after="120"/>
      </w:pPr>
      <w:r>
        <w:rPr>
          <w:rFonts w:ascii="Georgia" w:hAnsi="Georgia" w:eastAsia="Georgia"/>
          <w:sz w:val="23"/>
        </w:rPr>
        <w:t>Rian said, “Absence of the histories relevant to current integration.”</w:t>
      </w:r>
    </w:p>
    <w:p>
      <w:pPr>
        <w:spacing w:after="120"/>
      </w:pPr>
      <w:r>
        <w:rPr>
          <w:rFonts w:ascii="Georgia" w:hAnsi="Georgia" w:eastAsia="Georgia"/>
          <w:sz w:val="23"/>
        </w:rPr>
        <w:t>“Which histories are relevant?”</w:t>
      </w:r>
    </w:p>
    <w:p>
      <w:pPr>
        <w:spacing w:after="120"/>
      </w:pPr>
      <w:r>
        <w:rPr>
          <w:rFonts w:ascii="Georgia" w:hAnsi="Georgia" w:eastAsia="Georgia"/>
          <w:sz w:val="23"/>
        </w:rPr>
        <w:t>“Carrier adaptation. Shared controller state. Concordance. Clinical tuning.”</w:t>
      </w:r>
    </w:p>
    <w:p>
      <w:pPr>
        <w:spacing w:after="120"/>
      </w:pPr>
      <w:r>
        <w:rPr>
          <w:rFonts w:ascii="Georgia" w:hAnsi="Georgia" w:eastAsia="Georgia"/>
          <w:sz w:val="23"/>
        </w:rPr>
        <w:t>“C-42 has none of those now.”</w:t>
      </w:r>
    </w:p>
    <w:p>
      <w:pPr>
        <w:spacing w:after="120"/>
      </w:pPr>
      <w:r>
        <w:rPr>
          <w:rFonts w:ascii="Georgia" w:hAnsi="Georgia" w:eastAsia="Georgia"/>
          <w:sz w:val="23"/>
        </w:rPr>
        <w:t>“Correct.”</w:t>
      </w:r>
    </w:p>
    <w:p>
      <w:pPr>
        <w:spacing w:after="120"/>
      </w:pPr>
      <w:r>
        <w:rPr>
          <w:rFonts w:ascii="Georgia" w:hAnsi="Georgia" w:eastAsia="Georgia"/>
          <w:sz w:val="23"/>
        </w:rPr>
        <w:t>“It has had handling, transport, measurement, structured-response testing, custody transitions, environmental changes and one completion event in its provenance.”</w:t>
      </w:r>
    </w:p>
    <w:p>
      <w:pPr>
        <w:spacing w:after="120"/>
      </w:pPr>
      <w:r>
        <w:rPr>
          <w:rFonts w:ascii="Georgia" w:hAnsi="Georgia" w:eastAsia="Georgia"/>
          <w:sz w:val="23"/>
        </w:rPr>
        <w:t>Rian looked at the old strip.</w:t>
      </w:r>
    </w:p>
    <w:p>
      <w:pPr>
        <w:spacing w:after="120"/>
      </w:pPr>
      <w:r>
        <w:rPr>
          <w:rFonts w:ascii="Georgia" w:hAnsi="Georgia" w:eastAsia="Georgia"/>
          <w:sz w:val="23"/>
        </w:rPr>
        <w:t>“We are not claiming those are active.”</w:t>
      </w:r>
    </w:p>
    <w:p>
      <w:pPr>
        <w:spacing w:after="120"/>
      </w:pPr>
      <w:r>
        <w:rPr>
          <w:rFonts w:ascii="Georgia" w:hAnsi="Georgia" w:eastAsia="Georgia"/>
          <w:sz w:val="23"/>
        </w:rPr>
        <w:t>“Neither am I.”</w:t>
      </w:r>
    </w:p>
    <w:p>
      <w:pPr>
        <w:spacing w:after="120"/>
      </w:pPr>
      <w:r>
        <w:rPr>
          <w:rFonts w:ascii="Georgia" w:hAnsi="Georgia" w:eastAsia="Georgia"/>
          <w:sz w:val="23"/>
        </w:rPr>
        <w:t>Kera said, “Then what are you claiming?”</w:t>
      </w:r>
    </w:p>
    <w:p>
      <w:pPr>
        <w:spacing w:after="120"/>
      </w:pPr>
      <w:r>
        <w:rPr>
          <w:rFonts w:ascii="Georgia" w:hAnsi="Georgia" w:eastAsia="Georgia"/>
          <w:sz w:val="23"/>
        </w:rPr>
        <w:t>“That a reference can be useful because its history is specified. Not because it has none.”</w:t>
      </w:r>
    </w:p>
    <w:p>
      <w:pPr>
        <w:spacing w:after="120"/>
      </w:pPr>
      <w:r>
        <w:rPr>
          <w:rFonts w:ascii="Georgia" w:hAnsi="Georgia" w:eastAsia="Georgia"/>
          <w:sz w:val="23"/>
        </w:rPr>
        <w:t>Hara turned her wrist key once. The joint clicked.</w:t>
      </w:r>
    </w:p>
    <w:p>
      <w:pPr>
        <w:spacing w:after="120"/>
      </w:pPr>
      <w:r>
        <w:rPr>
          <w:rFonts w:ascii="Georgia" w:hAnsi="Georgia" w:eastAsia="Georgia"/>
          <w:sz w:val="23"/>
        </w:rPr>
        <w:t>“That sounds terminological.”</w:t>
      </w:r>
    </w:p>
    <w:p>
      <w:pPr>
        <w:spacing w:after="120"/>
      </w:pPr>
      <w:r>
        <w:rPr>
          <w:rFonts w:ascii="Georgia" w:hAnsi="Georgia" w:eastAsia="Georgia"/>
          <w:sz w:val="23"/>
        </w:rPr>
        <w:t>“It becomes structural when another system treats K0 as Kaethe before history.”</w:t>
      </w:r>
    </w:p>
    <w:p>
      <w:pPr>
        <w:spacing w:after="120"/>
      </w:pPr>
      <w:r>
        <w:rPr>
          <w:rFonts w:ascii="Georgia" w:hAnsi="Georgia" w:eastAsia="Georgia"/>
          <w:sz w:val="23"/>
        </w:rPr>
        <w:t>Kera looked at Rian.</w:t>
      </w:r>
    </w:p>
    <w:p>
      <w:pPr>
        <w:spacing w:after="120"/>
      </w:pPr>
      <w:r>
        <w:rPr>
          <w:rFonts w:ascii="Georgia" w:hAnsi="Georgia" w:eastAsia="Georgia"/>
          <w:sz w:val="23"/>
        </w:rPr>
        <w:t>He said, “Someone will.”</w:t>
      </w:r>
    </w:p>
    <w:p>
      <w:pPr>
        <w:spacing w:after="120"/>
      </w:pPr>
      <w:r>
        <w:rPr>
          <w:rFonts w:ascii="Georgia" w:hAnsi="Georgia" w:eastAsia="Georgia"/>
          <w:sz w:val="23"/>
        </w:rPr>
        <w:t>“Yes.”</w:t>
      </w:r>
    </w:p>
    <w:p>
      <w:pPr>
        <w:spacing w:before="80" w:after="120"/>
        <w:jc w:val="center"/>
      </w:pPr>
      <w:r>
        <w:rPr>
          <w:rFonts w:ascii="Georgia" w:hAnsi="Georgia" w:eastAsia="Georgia"/>
          <w:sz w:val="23"/>
        </w:rPr>
        <w:t>§</w:t>
      </w:r>
    </w:p>
    <w:p>
      <w:pPr>
        <w:spacing w:after="120"/>
      </w:pPr>
      <w:r>
        <w:rPr>
          <w:rFonts w:ascii="Georgia" w:hAnsi="Georgia" w:eastAsia="Georgia"/>
          <w:sz w:val="23"/>
        </w:rPr>
        <w:t>We opened the full custody chain.</w:t>
      </w:r>
    </w:p>
    <w:p>
      <w:pPr>
        <w:spacing w:after="120"/>
      </w:pPr>
      <w:r>
        <w:rPr>
          <w:rFonts w:ascii="Georgia" w:hAnsi="Georgia" w:eastAsia="Georgia"/>
          <w:sz w:val="23"/>
        </w:rPr>
        <w:t>The old Kult records had been migrated five times.</w:t>
      </w:r>
    </w:p>
    <w:p>
      <w:pPr>
        <w:spacing w:after="120"/>
      </w:pPr>
      <w:r>
        <w:rPr>
          <w:rFonts w:ascii="Georgia" w:hAnsi="Georgia" w:eastAsia="Georgia"/>
          <w:sz w:val="23"/>
        </w:rPr>
        <w:t>The physical specimen had moved rooms three times and buildings once, though the current building occupied the old site.</w:t>
      </w:r>
    </w:p>
    <w:p>
      <w:pPr>
        <w:spacing w:after="120"/>
      </w:pPr>
      <w:r>
        <w:rPr>
          <w:rFonts w:ascii="Georgia" w:hAnsi="Georgia" w:eastAsia="Georgia"/>
          <w:sz w:val="23"/>
        </w:rPr>
        <w:t>It had undergone routine nonsemantic mass verification every ten years for the first fifty, then every twenty after the custody standard changed.</w:t>
      </w:r>
    </w:p>
    <w:p>
      <w:pPr>
        <w:spacing w:after="120"/>
      </w:pPr>
      <w:r>
        <w:rPr>
          <w:rFonts w:ascii="Georgia" w:hAnsi="Georgia" w:eastAsia="Georgia"/>
          <w:sz w:val="23"/>
        </w:rPr>
        <w:t>Two field-environment audits had exposed it to reference conditions not used in the original Kult apparatus.</w:t>
      </w:r>
    </w:p>
    <w:p>
      <w:pPr>
        <w:spacing w:after="120"/>
      </w:pPr>
      <w:r>
        <w:rPr>
          <w:rFonts w:ascii="Georgia" w:hAnsi="Georgia" w:eastAsia="Georgia"/>
          <w:sz w:val="23"/>
        </w:rPr>
        <w:t>One archival housing failure had required transfer to a temporary inert sleeve for six hours and nineteen minutes.</w:t>
      </w:r>
    </w:p>
    <w:p>
      <w:pPr>
        <w:spacing w:after="120"/>
      </w:pPr>
      <w:r>
        <w:rPr>
          <w:rFonts w:ascii="Georgia" w:hAnsi="Georgia" w:eastAsia="Georgia"/>
          <w:sz w:val="23"/>
        </w:rPr>
        <w:t>A fire suppression event had raised the outer custody temperature by 4.1 degrees for thirteen minutes without crossing the specimen enclosure threshold.</w:t>
      </w:r>
    </w:p>
    <w:p>
      <w:pPr>
        <w:spacing w:after="120"/>
      </w:pPr>
      <w:r>
        <w:rPr>
          <w:rFonts w:ascii="Georgia" w:hAnsi="Georgia" w:eastAsia="Georgia"/>
          <w:sz w:val="23"/>
        </w:rPr>
        <w:t>None of those events produced a documented change outside the measurement envelope.</w:t>
      </w:r>
    </w:p>
    <w:p>
      <w:pPr>
        <w:spacing w:after="120"/>
      </w:pPr>
      <w:r>
        <w:rPr>
          <w:rFonts w:ascii="Georgia" w:hAnsi="Georgia" w:eastAsia="Georgia"/>
          <w:sz w:val="23"/>
        </w:rPr>
        <w:t>The measurements before and after established no relevant change under the conditions tested. They did not establish that nothing happened.</w:t>
      </w:r>
    </w:p>
    <w:p>
      <w:pPr>
        <w:spacing w:after="120"/>
      </w:pPr>
      <w:r>
        <w:rPr>
          <w:rFonts w:ascii="Georgia" w:hAnsi="Georgia" w:eastAsia="Georgia"/>
          <w:sz w:val="23"/>
        </w:rPr>
        <w:t>Hara said, “If this is too much history for a reference, nothing in custody qualifies.”</w:t>
      </w:r>
    </w:p>
    <w:p>
      <w:pPr>
        <w:spacing w:after="120"/>
      </w:pPr>
      <w:r>
        <w:rPr>
          <w:rFonts w:ascii="Georgia" w:hAnsi="Georgia" w:eastAsia="Georgia"/>
          <w:sz w:val="23"/>
        </w:rPr>
        <w:t>“I did not say it was too much.”</w:t>
      </w:r>
    </w:p>
    <w:p>
      <w:pPr>
        <w:spacing w:after="120"/>
      </w:pPr>
      <w:r>
        <w:rPr>
          <w:rFonts w:ascii="Georgia" w:hAnsi="Georgia" w:eastAsia="Georgia"/>
          <w:sz w:val="23"/>
        </w:rPr>
        <w:t>“You keep listing it.”</w:t>
      </w:r>
    </w:p>
    <w:p>
      <w:pPr>
        <w:spacing w:after="120"/>
      </w:pPr>
      <w:r>
        <w:rPr>
          <w:rFonts w:ascii="Georgia" w:hAnsi="Georgia" w:eastAsia="Georgia"/>
          <w:sz w:val="23"/>
        </w:rPr>
        <w:t>“Because that is what makes it useful.”</w:t>
      </w:r>
    </w:p>
    <w:p>
      <w:pPr>
        <w:spacing w:after="120"/>
      </w:pPr>
      <w:r>
        <w:rPr>
          <w:rFonts w:ascii="Georgia" w:hAnsi="Georgia" w:eastAsia="Georgia"/>
          <w:sz w:val="23"/>
        </w:rPr>
        <w:t>She waited.</w:t>
      </w:r>
    </w:p>
    <w:p>
      <w:pPr>
        <w:spacing w:after="120"/>
      </w:pPr>
      <w:r>
        <w:rPr>
          <w:rFonts w:ascii="Georgia" w:hAnsi="Georgia" w:eastAsia="Georgia"/>
          <w:sz w:val="23"/>
        </w:rPr>
        <w:t>I enlarged the custody timeline.</w:t>
      </w:r>
    </w:p>
    <w:p>
      <w:pPr>
        <w:spacing w:after="120"/>
      </w:pPr>
      <w:r>
        <w:rPr>
          <w:rFonts w:ascii="Georgia" w:hAnsi="Georgia" w:eastAsia="Georgia"/>
          <w:sz w:val="23"/>
        </w:rPr>
        <w:t>“If North Reach sees a current integrated setting produce a measurement different from C-42, what can they say?”</w:t>
      </w:r>
    </w:p>
    <w:p>
      <w:pPr>
        <w:spacing w:after="120"/>
      </w:pPr>
      <w:r>
        <w:rPr>
          <w:rFonts w:ascii="Georgia" w:hAnsi="Georgia" w:eastAsia="Georgia"/>
          <w:sz w:val="23"/>
        </w:rPr>
        <w:t>Rian answered.</w:t>
      </w:r>
    </w:p>
    <w:p>
      <w:pPr>
        <w:spacing w:after="120"/>
      </w:pPr>
      <w:r>
        <w:rPr>
          <w:rFonts w:ascii="Georgia" w:hAnsi="Georgia" w:eastAsia="Georgia"/>
          <w:sz w:val="23"/>
        </w:rPr>
        <w:t>“That the current system differs from the reference under the specified measurement chain.”</w:t>
      </w:r>
    </w:p>
    <w:p>
      <w:pPr>
        <w:spacing w:after="120"/>
      </w:pPr>
      <w:r>
        <w:rPr>
          <w:rFonts w:ascii="Georgia" w:hAnsi="Georgia" w:eastAsia="Georgia"/>
          <w:sz w:val="23"/>
        </w:rPr>
        <w:t>“Can they say the difference was produced by integration history?”</w:t>
      </w:r>
    </w:p>
    <w:p>
      <w:pPr>
        <w:spacing w:after="120"/>
      </w:pPr>
      <w:r>
        <w:rPr>
          <w:rFonts w:ascii="Georgia" w:hAnsi="Georgia" w:eastAsia="Georgia"/>
          <w:sz w:val="23"/>
        </w:rPr>
        <w:t>“Not from that comparison alone.”</w:t>
      </w:r>
    </w:p>
    <w:p>
      <w:pPr>
        <w:spacing w:after="120"/>
      </w:pPr>
      <w:r>
        <w:rPr>
          <w:rFonts w:ascii="Georgia" w:hAnsi="Georgia" w:eastAsia="Georgia"/>
          <w:sz w:val="23"/>
        </w:rPr>
        <w:t>“Can they say C-42 represents unconditioned Kaethe material?”</w:t>
      </w:r>
    </w:p>
    <w:p>
      <w:pPr>
        <w:spacing w:after="120"/>
      </w:pPr>
      <w:r>
        <w:rPr>
          <w:rFonts w:ascii="Georgia" w:hAnsi="Georgia" w:eastAsia="Georgia"/>
          <w:sz w:val="23"/>
        </w:rPr>
        <w:t>“No.”</w:t>
      </w:r>
    </w:p>
    <w:p>
      <w:pPr>
        <w:spacing w:after="120"/>
      </w:pPr>
      <w:r>
        <w:rPr>
          <w:rFonts w:ascii="Georgia" w:hAnsi="Georgia" w:eastAsia="Georgia"/>
          <w:sz w:val="23"/>
        </w:rPr>
        <w:t>“Can they say C-42 is free of consequences from its own history?”</w:t>
      </w:r>
    </w:p>
    <w:p>
      <w:pPr>
        <w:spacing w:after="120"/>
      </w:pPr>
      <w:r>
        <w:rPr>
          <w:rFonts w:ascii="Georgia" w:hAnsi="Georgia" w:eastAsia="Georgia"/>
          <w:sz w:val="23"/>
        </w:rPr>
        <w:t>“No.”</w:t>
      </w:r>
    </w:p>
    <w:p>
      <w:pPr>
        <w:spacing w:after="120"/>
      </w:pPr>
      <w:r>
        <w:rPr>
          <w:rFonts w:ascii="Georgia" w:hAnsi="Georgia" w:eastAsia="Georgia"/>
          <w:sz w:val="23"/>
        </w:rPr>
        <w:t>Hara said, “So what does it buy us?”</w:t>
      </w:r>
    </w:p>
    <w:p>
      <w:pPr>
        <w:spacing w:after="120"/>
      </w:pPr>
      <w:r>
        <w:rPr>
          <w:rFonts w:ascii="Georgia" w:hAnsi="Georgia" w:eastAsia="Georgia"/>
          <w:sz w:val="23"/>
        </w:rPr>
        <w:t>“A fixed comparison whose known history is unusually well described.”</w:t>
      </w:r>
    </w:p>
    <w:p>
      <w:pPr>
        <w:spacing w:after="120"/>
      </w:pPr>
      <w:r>
        <w:rPr>
          <w:rFonts w:ascii="Georgia" w:hAnsi="Georgia" w:eastAsia="Georgia"/>
          <w:sz w:val="23"/>
        </w:rPr>
        <w:t>Kera said, “That is less than the proposal wanted.”</w:t>
      </w:r>
    </w:p>
    <w:p>
      <w:pPr>
        <w:spacing w:after="120"/>
      </w:pPr>
      <w:r>
        <w:rPr>
          <w:rFonts w:ascii="Georgia" w:hAnsi="Georgia" w:eastAsia="Georgia"/>
          <w:sz w:val="23"/>
        </w:rPr>
        <w:t>“It is more than no reference.”</w:t>
      </w:r>
    </w:p>
    <w:p>
      <w:pPr>
        <w:spacing w:after="120"/>
      </w:pPr>
      <w:r>
        <w:rPr>
          <w:rFonts w:ascii="Georgia" w:hAnsi="Georgia" w:eastAsia="Georgia"/>
          <w:sz w:val="23"/>
        </w:rPr>
        <w:t>The room stayed quiet.</w:t>
      </w:r>
    </w:p>
    <w:p>
      <w:pPr>
        <w:spacing w:after="120"/>
      </w:pPr>
      <w:r>
        <w:rPr>
          <w:rFonts w:ascii="Georgia" w:hAnsi="Georgia" w:eastAsia="Georgia"/>
          <w:sz w:val="23"/>
        </w:rPr>
        <w:t>Jori’s pressure trace came back to me without invitation.</w:t>
      </w:r>
    </w:p>
    <w:p>
      <w:pPr>
        <w:spacing w:after="120"/>
      </w:pPr>
      <w:r>
        <w:rPr>
          <w:rFonts w:ascii="Georgia" w:hAnsi="Georgia" w:eastAsia="Georgia"/>
          <w:sz w:val="23"/>
        </w:rPr>
        <w:t>Len’s left foot.</w:t>
      </w:r>
    </w:p>
    <w:p>
      <w:pPr>
        <w:spacing w:after="120"/>
      </w:pPr>
      <w:r>
        <w:rPr>
          <w:rFonts w:ascii="Georgia" w:hAnsi="Georgia" w:eastAsia="Georgia"/>
          <w:sz w:val="23"/>
        </w:rPr>
        <w:t>The waiting interval.</w:t>
      </w:r>
    </w:p>
    <w:p>
      <w:pPr>
        <w:spacing w:after="120"/>
      </w:pPr>
      <w:r>
        <w:rPr>
          <w:rFonts w:ascii="Georgia" w:hAnsi="Georgia" w:eastAsia="Georgia"/>
          <w:sz w:val="23"/>
        </w:rPr>
        <w:t>The 2.7-second failed controller test.</w:t>
      </w:r>
    </w:p>
    <w:p>
      <w:pPr>
        <w:spacing w:after="120"/>
      </w:pPr>
      <w:r>
        <w:rPr>
          <w:rFonts w:ascii="Georgia" w:hAnsi="Georgia" w:eastAsia="Georgia"/>
          <w:sz w:val="23"/>
        </w:rPr>
        <w:t>A year earlier I would have been satisfied to identify what the reference could not establish and stop there.</w:t>
      </w:r>
    </w:p>
    <w:p>
      <w:pPr>
        <w:spacing w:after="120"/>
      </w:pPr>
      <w:r>
        <w:rPr>
          <w:rFonts w:ascii="Georgia" w:hAnsi="Georgia" w:eastAsia="Georgia"/>
          <w:sz w:val="23"/>
        </w:rPr>
        <w:t>Stopping there now would have had a cost.</w:t>
      </w:r>
    </w:p>
    <w:p>
      <w:pPr>
        <w:spacing w:after="120"/>
      </w:pPr>
      <w:r>
        <w:rPr>
          <w:rFonts w:ascii="Georgia" w:hAnsi="Georgia" w:eastAsia="Georgia"/>
          <w:sz w:val="23"/>
        </w:rPr>
        <w:t>North Reach still had legacy cases in which missing ancestry kept interventions inside paired review. Other institutions had the same problem. A reference family could reduce some uncertainty without pretending to remove all of it.</w:t>
      </w:r>
    </w:p>
    <w:p>
      <w:pPr>
        <w:spacing w:after="120"/>
      </w:pPr>
      <w:r>
        <w:rPr>
          <w:rFonts w:ascii="Georgia" w:hAnsi="Georgia" w:eastAsia="Georgia"/>
          <w:sz w:val="23"/>
        </w:rPr>
        <w:t>The absence of a perfect zero did not make every comparison worthless.</w:t>
      </w:r>
    </w:p>
    <w:p>
      <w:pPr>
        <w:spacing w:after="120"/>
      </w:pPr>
      <w:r>
        <w:rPr>
          <w:rFonts w:ascii="Georgia" w:hAnsi="Georgia" w:eastAsia="Georgia"/>
          <w:sz w:val="23"/>
        </w:rPr>
        <w:t>I said, “Use it.”</w:t>
      </w:r>
    </w:p>
    <w:p>
      <w:pPr>
        <w:spacing w:after="120"/>
      </w:pPr>
      <w:r>
        <w:rPr>
          <w:rFonts w:ascii="Georgia" w:hAnsi="Georgia" w:eastAsia="Georgia"/>
          <w:sz w:val="23"/>
        </w:rPr>
        <w:t>Rian looked at me.</w:t>
      </w:r>
    </w:p>
    <w:p>
      <w:pPr>
        <w:spacing w:after="120"/>
      </w:pPr>
      <w:r>
        <w:rPr>
          <w:rFonts w:ascii="Georgia" w:hAnsi="Georgia" w:eastAsia="Georgia"/>
          <w:sz w:val="23"/>
        </w:rPr>
        <w:t>“Under K0?”</w:t>
      </w:r>
    </w:p>
    <w:p>
      <w:pPr>
        <w:spacing w:after="120"/>
      </w:pPr>
      <w:r>
        <w:rPr>
          <w:rFonts w:ascii="Georgia" w:hAnsi="Georgia" w:eastAsia="Georgia"/>
          <w:sz w:val="23"/>
        </w:rPr>
        <w:t>“No.”</w:t>
      </w:r>
    </w:p>
    <w:p>
      <w:pPr>
        <w:spacing w:after="120"/>
      </w:pPr>
      <w:r>
        <w:rPr>
          <w:rFonts w:ascii="Georgia" w:hAnsi="Georgia" w:eastAsia="Georgia"/>
          <w:sz w:val="23"/>
        </w:rPr>
        <w:t>“Then under what?”</w:t>
      </w:r>
    </w:p>
    <w:p>
      <w:pPr>
        <w:spacing w:after="120"/>
      </w:pPr>
      <w:r>
        <w:rPr>
          <w:rFonts w:ascii="Georgia" w:hAnsi="Georgia" w:eastAsia="Georgia"/>
          <w:sz w:val="23"/>
        </w:rPr>
        <w:t>I did not know yet.</w:t>
      </w:r>
    </w:p>
    <w:p>
      <w:pPr>
        <w:spacing w:after="120"/>
      </w:pPr>
      <w:r>
        <w:rPr>
          <w:rFonts w:ascii="Georgia" w:hAnsi="Georgia" w:eastAsia="Georgia"/>
          <w:sz w:val="23"/>
        </w:rPr>
        <w:t>That mattered less than it once would have.</w:t>
      </w:r>
    </w:p>
    <w:p>
      <w:pPr>
        <w:spacing w:before="80" w:after="120"/>
        <w:jc w:val="center"/>
      </w:pPr>
      <w:r>
        <w:rPr>
          <w:rFonts w:ascii="Georgia" w:hAnsi="Georgia" w:eastAsia="Georgia"/>
          <w:sz w:val="23"/>
        </w:rPr>
        <w:t>§</w:t>
      </w:r>
    </w:p>
    <w:p>
      <w:pPr>
        <w:spacing w:after="120"/>
      </w:pPr>
      <w:r>
        <w:rPr>
          <w:rFonts w:ascii="Georgia" w:hAnsi="Georgia" w:eastAsia="Georgia"/>
          <w:sz w:val="23"/>
        </w:rPr>
        <w:t>We spent the next two hours building the class around what the reference actually was.</w:t>
      </w:r>
    </w:p>
    <w:p>
      <w:pPr>
        <w:spacing w:after="120"/>
      </w:pPr>
      <w:r>
        <w:rPr>
          <w:rFonts w:ascii="Georgia" w:hAnsi="Georgia" w:eastAsia="Georgia"/>
          <w:sz w:val="23"/>
        </w:rPr>
        <w:t>The title changed first.</w:t>
      </w:r>
    </w:p>
    <w:p>
      <w:pPr>
        <w:spacing w:after="120"/>
      </w:pPr>
      <w:r>
        <w:rPr>
          <w:rFonts w:ascii="Georgia" w:hAnsi="Georgia" w:eastAsia="Georgia"/>
          <w:sz w:val="23"/>
        </w:rPr>
        <w:t>K0 disappeared.</w:t>
      </w:r>
    </w:p>
    <w:p>
      <w:pPr>
        <w:spacing w:after="120"/>
      </w:pPr>
      <w:r>
        <w:rPr>
          <w:rFonts w:ascii="Georgia" w:hAnsi="Georgia" w:eastAsia="Georgia"/>
          <w:sz w:val="23"/>
        </w:rPr>
        <w:t>REFERENCE MATERIAL / DOCUMENTED NON-INTEGRATED CURRENT STATE.</w:t>
      </w:r>
    </w:p>
    <w:p>
      <w:pPr>
        <w:spacing w:after="120"/>
      </w:pPr>
      <w:r>
        <w:rPr>
          <w:rFonts w:ascii="Georgia" w:hAnsi="Georgia" w:eastAsia="Georgia"/>
          <w:sz w:val="23"/>
        </w:rPr>
        <w:t>Hara objected to “non-integrated.”</w:t>
      </w:r>
    </w:p>
    <w:p>
      <w:pPr>
        <w:spacing w:after="120"/>
      </w:pPr>
      <w:r>
        <w:rPr>
          <w:rFonts w:ascii="Georgia" w:hAnsi="Georgia" w:eastAsia="Georgia"/>
          <w:sz w:val="23"/>
        </w:rPr>
        <w:t>“It sounds as though the material itself has a state called integration.”</w:t>
      </w:r>
    </w:p>
    <w:p>
      <w:pPr>
        <w:spacing w:after="120"/>
      </w:pPr>
      <w:r>
        <w:rPr>
          <w:rFonts w:ascii="Georgia" w:hAnsi="Georgia" w:eastAsia="Georgia"/>
          <w:sz w:val="23"/>
        </w:rPr>
        <w:t>She was right.</w:t>
      </w:r>
    </w:p>
    <w:p>
      <w:pPr>
        <w:spacing w:after="120"/>
      </w:pPr>
      <w:r>
        <w:rPr>
          <w:rFonts w:ascii="Georgia" w:hAnsi="Georgia" w:eastAsia="Georgia"/>
          <w:sz w:val="23"/>
        </w:rPr>
        <w:t>We changed it again.</w:t>
      </w:r>
    </w:p>
    <w:p>
      <w:pPr>
        <w:spacing w:after="120"/>
      </w:pPr>
      <w:r>
        <w:rPr>
          <w:rFonts w:ascii="Georgia" w:hAnsi="Georgia" w:eastAsia="Georgia"/>
          <w:sz w:val="23"/>
        </w:rPr>
        <w:t>REFERENCE MATERIAL / NO ACTIVE CARRIER OR CONTROL-SYSTEM INTEGRATION.</w:t>
      </w:r>
    </w:p>
    <w:p>
      <w:pPr>
        <w:spacing w:after="120"/>
      </w:pPr>
      <w:r>
        <w:rPr>
          <w:rFonts w:ascii="Georgia" w:hAnsi="Georgia" w:eastAsia="Georgia"/>
          <w:sz w:val="23"/>
        </w:rPr>
        <w:t>Then the qualifications.</w:t>
      </w:r>
    </w:p>
    <w:p>
      <w:pPr>
        <w:spacing w:after="120"/>
      </w:pPr>
      <w:r>
        <w:rPr>
          <w:rFonts w:ascii="Georgia" w:hAnsi="Georgia" w:eastAsia="Georgia"/>
          <w:sz w:val="23"/>
        </w:rPr>
        <w:t>CURRENT STATE:</w:t>
        <w:br/>
        <w:t>NO ACTIVE CARRIER.</w:t>
        <w:br/>
        <w:t>NO ACTIVE CONTROL-SYSTEM INTEGRATION.</w:t>
      </w:r>
    </w:p>
    <w:p>
      <w:pPr>
        <w:spacing w:after="120"/>
      </w:pPr>
      <w:r>
        <w:rPr>
          <w:rFonts w:ascii="Georgia" w:hAnsi="Georgia" w:eastAsia="Georgia"/>
          <w:sz w:val="23"/>
        </w:rPr>
        <w:t>HISTORY:</w:t>
        <w:br/>
        <w:t>SPECIMEN-SPECIFIC CUSTODY AND EXPOSURE HISTORY MUST REMAIN ATTACHED TO ALL REFERENCE OUTPUTS.</w:t>
      </w:r>
    </w:p>
    <w:p>
      <w:pPr>
        <w:spacing w:after="120"/>
      </w:pPr>
      <w:r>
        <w:rPr>
          <w:rFonts w:ascii="Georgia" w:hAnsi="Georgia" w:eastAsia="Georgia"/>
          <w:sz w:val="23"/>
        </w:rPr>
        <w:t>INTERPRETIVE LIMIT:</w:t>
        <w:br/>
        <w:t>REFERENCE DIFFERENCE DOES NOT ESTABLISH CAUSE.</w:t>
        <w:br/>
        <w:t>REFERENCE AGREEMENT DOES NOT ESTABLISH COMMON HISTORY.</w:t>
      </w:r>
    </w:p>
    <w:p>
      <w:pPr>
        <w:spacing w:after="120"/>
      </w:pPr>
      <w:r>
        <w:rPr>
          <w:rFonts w:ascii="Georgia" w:hAnsi="Georgia" w:eastAsia="Georgia"/>
          <w:sz w:val="23"/>
        </w:rPr>
        <w:t>Improved, but still insufficient.</w:t>
      </w:r>
    </w:p>
    <w:p>
      <w:pPr>
        <w:spacing w:after="120"/>
      </w:pPr>
      <w:r>
        <w:rPr>
          <w:rFonts w:ascii="Georgia" w:hAnsi="Georgia" w:eastAsia="Georgia"/>
          <w:sz w:val="23"/>
        </w:rPr>
        <w:t>One specimen could become another kind of witness problem.</w:t>
      </w:r>
    </w:p>
    <w:p>
      <w:pPr>
        <w:spacing w:after="120"/>
      </w:pPr>
      <w:r>
        <w:rPr>
          <w:rFonts w:ascii="Georgia" w:hAnsi="Georgia" w:eastAsia="Georgia"/>
          <w:sz w:val="23"/>
        </w:rPr>
        <w:t>I said, “C-42 cannot be the reference.”</w:t>
      </w:r>
    </w:p>
    <w:p>
      <w:pPr>
        <w:spacing w:after="120"/>
      </w:pPr>
      <w:r>
        <w:rPr>
          <w:rFonts w:ascii="Georgia" w:hAnsi="Georgia" w:eastAsia="Georgia"/>
          <w:sz w:val="23"/>
        </w:rPr>
        <w:t>Rian frowned.</w:t>
      </w:r>
    </w:p>
    <w:p>
      <w:pPr>
        <w:spacing w:after="120"/>
      </w:pPr>
      <w:r>
        <w:rPr>
          <w:rFonts w:ascii="Georgia" w:hAnsi="Georgia" w:eastAsia="Georgia"/>
          <w:sz w:val="23"/>
        </w:rPr>
        <w:t>“You just said to use it.”</w:t>
      </w:r>
    </w:p>
    <w:p>
      <w:pPr>
        <w:spacing w:after="120"/>
      </w:pPr>
      <w:r>
        <w:rPr>
          <w:rFonts w:ascii="Georgia" w:hAnsi="Georgia" w:eastAsia="Georgia"/>
          <w:sz w:val="23"/>
        </w:rPr>
        <w:t>“Use it as one reference.”</w:t>
      </w:r>
    </w:p>
    <w:p>
      <w:pPr>
        <w:spacing w:after="120"/>
      </w:pPr>
      <w:r>
        <w:rPr>
          <w:rFonts w:ascii="Georgia" w:hAnsi="Georgia" w:eastAsia="Georgia"/>
          <w:sz w:val="23"/>
        </w:rPr>
        <w:t>Kera understood first.</w:t>
      </w:r>
    </w:p>
    <w:p>
      <w:pPr>
        <w:spacing w:after="120"/>
      </w:pPr>
      <w:r>
        <w:rPr>
          <w:rFonts w:ascii="Georgia" w:hAnsi="Georgia" w:eastAsia="Georgia"/>
          <w:sz w:val="23"/>
        </w:rPr>
        <w:t>“A panel.”</w:t>
      </w:r>
    </w:p>
    <w:p>
      <w:pPr>
        <w:spacing w:after="120"/>
      </w:pPr>
      <w:r>
        <w:rPr>
          <w:rFonts w:ascii="Georgia" w:hAnsi="Georgia" w:eastAsia="Georgia"/>
          <w:sz w:val="23"/>
        </w:rPr>
        <w:t>“Yes.”</w:t>
      </w:r>
    </w:p>
    <w:p>
      <w:pPr>
        <w:spacing w:after="120"/>
      </w:pPr>
      <w:r>
        <w:rPr>
          <w:rFonts w:ascii="Georgia" w:hAnsi="Georgia" w:eastAsia="Georgia"/>
          <w:sz w:val="23"/>
        </w:rPr>
        <w:t>Rian turned toward the inventory terminal.</w:t>
      </w:r>
    </w:p>
    <w:p>
      <w:pPr>
        <w:spacing w:after="120"/>
      </w:pPr>
      <w:r>
        <w:rPr>
          <w:rFonts w:ascii="Georgia" w:hAnsi="Georgia" w:eastAsia="Georgia"/>
          <w:sz w:val="23"/>
        </w:rPr>
        <w:t>The archive held other Kaethe material with long custody histories.</w:t>
      </w:r>
    </w:p>
    <w:p>
      <w:pPr>
        <w:spacing w:after="120"/>
      </w:pPr>
      <w:r>
        <w:rPr>
          <w:rFonts w:ascii="Georgia" w:hAnsi="Georgia" w:eastAsia="Georgia"/>
          <w:sz w:val="23"/>
        </w:rPr>
        <w:t>Some had been used in early nonsemantic field work but never in completion events.</w:t>
      </w:r>
    </w:p>
    <w:p>
      <w:pPr>
        <w:spacing w:after="120"/>
      </w:pPr>
      <w:r>
        <w:rPr>
          <w:rFonts w:ascii="Georgia" w:hAnsi="Georgia" w:eastAsia="Georgia"/>
          <w:sz w:val="23"/>
        </w:rPr>
        <w:t>Some had been separated from intimate settings after carrier death and then stored for decades.</w:t>
      </w:r>
    </w:p>
    <w:p>
      <w:pPr>
        <w:spacing w:after="120"/>
      </w:pPr>
      <w:r>
        <w:rPr>
          <w:rFonts w:ascii="Georgia" w:hAnsi="Georgia" w:eastAsia="Georgia"/>
          <w:sz w:val="23"/>
        </w:rPr>
        <w:t>Some were recent recovery material with short post-recovery human contact and no clinical integration.</w:t>
      </w:r>
    </w:p>
    <w:p>
      <w:pPr>
        <w:spacing w:after="120"/>
      </w:pPr>
      <w:r>
        <w:rPr>
          <w:rFonts w:ascii="Georgia" w:hAnsi="Georgia" w:eastAsia="Georgia"/>
          <w:sz w:val="23"/>
        </w:rPr>
        <w:t>None were history-null.</w:t>
      </w:r>
    </w:p>
    <w:p>
      <w:pPr>
        <w:spacing w:after="120"/>
      </w:pPr>
      <w:r>
        <w:rPr>
          <w:rFonts w:ascii="Georgia" w:hAnsi="Georgia" w:eastAsia="Georgia"/>
          <w:sz w:val="23"/>
        </w:rPr>
        <w:t>They were different histories.</w:t>
      </w:r>
    </w:p>
    <w:p>
      <w:pPr>
        <w:spacing w:after="120"/>
      </w:pPr>
      <w:r>
        <w:rPr>
          <w:rFonts w:ascii="Georgia" w:hAnsi="Georgia" w:eastAsia="Georgia"/>
          <w:sz w:val="23"/>
        </w:rPr>
        <w:t>That was useful.</w:t>
      </w:r>
    </w:p>
    <w:p>
      <w:pPr>
        <w:spacing w:after="120"/>
      </w:pPr>
      <w:r>
        <w:rPr>
          <w:rFonts w:ascii="Georgia" w:hAnsi="Georgia" w:eastAsia="Georgia"/>
          <w:sz w:val="23"/>
        </w:rPr>
        <w:t>We selected four provisional reference classes, not four universal truths.</w:t>
      </w:r>
    </w:p>
    <w:p>
      <w:pPr>
        <w:spacing w:after="120"/>
      </w:pPr>
      <w:r>
        <w:rPr>
          <w:rFonts w:ascii="Georgia" w:hAnsi="Georgia" w:eastAsia="Georgia"/>
          <w:sz w:val="23"/>
        </w:rPr>
        <w:t>LONG-CUSTODY / PRIOR STRUCTURED-RESPONSE HISTORY.</w:t>
      </w:r>
    </w:p>
    <w:p>
      <w:pPr>
        <w:spacing w:after="120"/>
      </w:pPr>
      <w:r>
        <w:rPr>
          <w:rFonts w:ascii="Georgia" w:hAnsi="Georgia" w:eastAsia="Georgia"/>
          <w:sz w:val="23"/>
        </w:rPr>
        <w:t>LONG-CUSTODY / NO COMPLETION-EVENT USE RECORDED.</w:t>
      </w:r>
    </w:p>
    <w:p>
      <w:pPr>
        <w:spacing w:after="120"/>
      </w:pPr>
      <w:r>
        <w:rPr>
          <w:rFonts w:ascii="Georgia" w:hAnsi="Georgia" w:eastAsia="Georgia"/>
          <w:sz w:val="23"/>
        </w:rPr>
        <w:t>FORMER INTIMATE-SETTING / PRIOR CARRIER INTEGRATION ENDED.</w:t>
      </w:r>
    </w:p>
    <w:p>
      <w:pPr>
        <w:spacing w:after="120"/>
      </w:pPr>
      <w:r>
        <w:rPr>
          <w:rFonts w:ascii="Georgia" w:hAnsi="Georgia" w:eastAsia="Georgia"/>
          <w:sz w:val="23"/>
        </w:rPr>
        <w:t>RECENT RECOVERY / LIMITED POST-RECOVERY HUMAN CONTACT.</w:t>
      </w:r>
    </w:p>
    <w:p>
      <w:pPr>
        <w:spacing w:after="120"/>
      </w:pPr>
      <w:r>
        <w:rPr>
          <w:rFonts w:ascii="Georgia" w:hAnsi="Georgia" w:eastAsia="Georgia"/>
          <w:sz w:val="23"/>
        </w:rPr>
        <w:t>Every class carried its own provenance requirements.</w:t>
      </w:r>
    </w:p>
    <w:p>
      <w:pPr>
        <w:spacing w:after="120"/>
      </w:pPr>
      <w:r>
        <w:rPr>
          <w:rFonts w:ascii="Georgia" w:hAnsi="Georgia" w:eastAsia="Georgia"/>
          <w:sz w:val="23"/>
        </w:rPr>
        <w:t>No class was allowed to stand in for the others.</w:t>
      </w:r>
    </w:p>
    <w:p>
      <w:pPr>
        <w:spacing w:after="120"/>
      </w:pPr>
      <w:r>
        <w:rPr>
          <w:rFonts w:ascii="Georgia" w:hAnsi="Georgia" w:eastAsia="Georgia"/>
          <w:sz w:val="23"/>
        </w:rPr>
        <w:t>No aggregate could be collapsed into a single “Kaethe baseline” without preserving the component histories.</w:t>
      </w:r>
    </w:p>
    <w:p>
      <w:pPr>
        <w:spacing w:after="120"/>
      </w:pPr>
      <w:r>
        <w:rPr>
          <w:rFonts w:ascii="Georgia" w:hAnsi="Georgia" w:eastAsia="Georgia"/>
          <w:sz w:val="23"/>
        </w:rPr>
        <w:t>Rian calculated the added validation burden.</w:t>
      </w:r>
    </w:p>
    <w:p>
      <w:pPr>
        <w:spacing w:after="120"/>
      </w:pPr>
      <w:r>
        <w:rPr>
          <w:rFonts w:ascii="Georgia" w:hAnsi="Georgia" w:eastAsia="Georgia"/>
          <w:sz w:val="23"/>
        </w:rPr>
        <w:t>“This triples the reference work.”</w:t>
      </w:r>
    </w:p>
    <w:p>
      <w:pPr>
        <w:spacing w:after="120"/>
      </w:pPr>
      <w:r>
        <w:rPr>
          <w:rFonts w:ascii="Georgia" w:hAnsi="Georgia" w:eastAsia="Georgia"/>
          <w:sz w:val="23"/>
        </w:rPr>
        <w:t>“No.”</w:t>
      </w:r>
    </w:p>
    <w:p>
      <w:pPr>
        <w:spacing w:after="120"/>
      </w:pPr>
      <w:r>
        <w:rPr>
          <w:rFonts w:ascii="Georgia" w:hAnsi="Georgia" w:eastAsia="Georgia"/>
          <w:sz w:val="23"/>
        </w:rPr>
        <w:t>He looked at me.</w:t>
      </w:r>
    </w:p>
    <w:p>
      <w:pPr>
        <w:spacing w:after="120"/>
      </w:pPr>
      <w:r>
        <w:rPr>
          <w:rFonts w:ascii="Georgia" w:hAnsi="Georgia" w:eastAsia="Georgia"/>
          <w:sz w:val="23"/>
        </w:rPr>
        <w:t>“It reveals that the work was already three times larger.”</w:t>
      </w:r>
    </w:p>
    <w:p>
      <w:pPr>
        <w:spacing w:after="120"/>
      </w:pPr>
      <w:r>
        <w:rPr>
          <w:rFonts w:ascii="Georgia" w:hAnsi="Georgia" w:eastAsia="Georgia"/>
          <w:sz w:val="23"/>
        </w:rPr>
        <w:t>He almost smiled.</w:t>
      </w:r>
    </w:p>
    <w:p>
      <w:pPr>
        <w:spacing w:after="120"/>
      </w:pPr>
      <w:r>
        <w:rPr>
          <w:rFonts w:ascii="Georgia" w:hAnsi="Georgia" w:eastAsia="Georgia"/>
          <w:sz w:val="23"/>
        </w:rPr>
        <w:t>He did not.</w:t>
      </w:r>
    </w:p>
    <w:p>
      <w:pPr>
        <w:spacing w:after="120"/>
      </w:pPr>
      <w:r>
        <w:rPr>
          <w:rFonts w:ascii="Georgia" w:hAnsi="Georgia" w:eastAsia="Georgia"/>
          <w:sz w:val="23"/>
        </w:rPr>
        <w:t>Kera said, “Deployment delay?”</w:t>
      </w:r>
    </w:p>
    <w:p>
      <w:pPr>
        <w:spacing w:after="120"/>
      </w:pPr>
      <w:r>
        <w:rPr>
          <w:rFonts w:ascii="Georgia" w:hAnsi="Georgia" w:eastAsia="Georgia"/>
          <w:sz w:val="23"/>
        </w:rPr>
        <w:t>“Six to nine weeks for the full panel,” Rian said. “Two classes can qualify now. The former-setting class needs additional consent and custody review. Recent recovery is waiting on transport certification.”</w:t>
      </w:r>
    </w:p>
    <w:p>
      <w:pPr>
        <w:spacing w:after="120"/>
      </w:pPr>
      <w:r>
        <w:rPr>
          <w:rFonts w:ascii="Georgia" w:hAnsi="Georgia" w:eastAsia="Georgia"/>
          <w:sz w:val="23"/>
        </w:rPr>
        <w:t>North Reach appeared on the deployment list.</w:t>
      </w:r>
    </w:p>
    <w:p>
      <w:pPr>
        <w:spacing w:after="120"/>
      </w:pPr>
      <w:r>
        <w:rPr>
          <w:rFonts w:ascii="Georgia" w:hAnsi="Georgia" w:eastAsia="Georgia"/>
          <w:sz w:val="23"/>
        </w:rPr>
        <w:t>So did Len’s region.</w:t>
      </w:r>
    </w:p>
    <w:p>
      <w:pPr>
        <w:spacing w:after="120"/>
      </w:pPr>
      <w:r>
        <w:rPr>
          <w:rFonts w:ascii="Georgia" w:hAnsi="Georgia" w:eastAsia="Georgia"/>
          <w:sz w:val="23"/>
        </w:rPr>
        <w:t>Six to nine weeks was no longer an abstract inconvenience.</w:t>
      </w:r>
    </w:p>
    <w:p>
      <w:pPr>
        <w:spacing w:after="120"/>
      </w:pPr>
      <w:r>
        <w:rPr>
          <w:rFonts w:ascii="Georgia" w:hAnsi="Georgia" w:eastAsia="Georgia"/>
          <w:sz w:val="23"/>
        </w:rPr>
        <w:t>I asked, “What can the two available classes support without the others?”</w:t>
      </w:r>
    </w:p>
    <w:p>
      <w:pPr>
        <w:spacing w:after="120"/>
      </w:pPr>
      <w:r>
        <w:rPr>
          <w:rFonts w:ascii="Georgia" w:hAnsi="Georgia" w:eastAsia="Georgia"/>
          <w:sz w:val="23"/>
        </w:rPr>
        <w:t>Rian opened the model.</w:t>
      </w:r>
    </w:p>
    <w:p>
      <w:pPr>
        <w:spacing w:after="120"/>
      </w:pPr>
      <w:r>
        <w:rPr>
          <w:rFonts w:ascii="Georgia" w:hAnsi="Georgia" w:eastAsia="Georgia"/>
          <w:sz w:val="23"/>
        </w:rPr>
        <w:t>“Instrument-chain normalization. Some legacy transform discrimination. It will not support claims that depend on distinguishing prior carrier integration from non-carrier history.”</w:t>
      </w:r>
    </w:p>
    <w:p>
      <w:pPr>
        <w:spacing w:after="120"/>
      </w:pPr>
      <w:r>
        <w:rPr>
          <w:rFonts w:ascii="Georgia" w:hAnsi="Georgia" w:eastAsia="Georgia"/>
          <w:sz w:val="23"/>
        </w:rPr>
        <w:t>“How much of the currently blocked scope?”</w:t>
      </w:r>
    </w:p>
    <w:p>
      <w:pPr>
        <w:spacing w:after="120"/>
      </w:pPr>
      <w:r>
        <w:rPr>
          <w:rFonts w:ascii="Georgia" w:hAnsi="Georgia" w:eastAsia="Georgia"/>
          <w:sz w:val="23"/>
        </w:rPr>
        <w:t>“About nineteen percent.”</w:t>
      </w:r>
    </w:p>
    <w:p>
      <w:pPr>
        <w:spacing w:after="120"/>
      </w:pPr>
      <w:r>
        <w:rPr>
          <w:rFonts w:ascii="Georgia" w:hAnsi="Georgia" w:eastAsia="Georgia"/>
          <w:sz w:val="23"/>
        </w:rPr>
        <w:t>Kera said, “If we wait for all four, thirty-one.”</w:t>
      </w:r>
    </w:p>
    <w:p>
      <w:pPr>
        <w:spacing w:after="120"/>
      </w:pPr>
      <w:r>
        <w:rPr>
          <w:rFonts w:ascii="Georgia" w:hAnsi="Georgia" w:eastAsia="Georgia"/>
          <w:sz w:val="23"/>
        </w:rPr>
        <w:t>The room wanted a binary answer.</w:t>
      </w:r>
    </w:p>
    <w:p>
      <w:pPr>
        <w:spacing w:after="120"/>
      </w:pPr>
      <w:r>
        <w:rPr>
          <w:rFonts w:ascii="Georgia" w:hAnsi="Georgia" w:eastAsia="Georgia"/>
          <w:sz w:val="23"/>
        </w:rPr>
        <w:t>Wait or release.</w:t>
      </w:r>
    </w:p>
    <w:p>
      <w:pPr>
        <w:spacing w:after="120"/>
      </w:pPr>
      <w:r>
        <w:rPr>
          <w:rFonts w:ascii="Georgia" w:hAnsi="Georgia" w:eastAsia="Georgia"/>
          <w:sz w:val="23"/>
        </w:rPr>
        <w:t>I had learned to distrust binary answers that were produced by administrative convenience rather than the world.</w:t>
      </w:r>
    </w:p>
    <w:p>
      <w:pPr>
        <w:spacing w:after="120"/>
      </w:pPr>
      <w:r>
        <w:rPr>
          <w:rFonts w:ascii="Georgia" w:hAnsi="Georgia" w:eastAsia="Georgia"/>
          <w:sz w:val="23"/>
        </w:rPr>
        <w:t>“Qualify the two we have for the claims they can support.”</w:t>
      </w:r>
    </w:p>
    <w:p>
      <w:pPr>
        <w:spacing w:after="120"/>
      </w:pPr>
      <w:r>
        <w:rPr>
          <w:rFonts w:ascii="Georgia" w:hAnsi="Georgia" w:eastAsia="Georgia"/>
          <w:sz w:val="23"/>
        </w:rPr>
        <w:t>Rian said, “Partial release again.”</w:t>
      </w:r>
    </w:p>
    <w:p>
      <w:pPr>
        <w:spacing w:after="120"/>
      </w:pPr>
      <w:r>
        <w:rPr>
          <w:rFonts w:ascii="Georgia" w:hAnsi="Georgia" w:eastAsia="Georgia"/>
          <w:sz w:val="23"/>
        </w:rPr>
        <w:t>“Accurate release.”</w:t>
      </w:r>
    </w:p>
    <w:p>
      <w:pPr>
        <w:spacing w:after="120"/>
      </w:pPr>
      <w:r>
        <w:rPr>
          <w:rFonts w:ascii="Georgia" w:hAnsi="Georgia" w:eastAsia="Georgia"/>
          <w:sz w:val="23"/>
        </w:rPr>
        <w:t>“And the other two?”</w:t>
      </w:r>
    </w:p>
    <w:p>
      <w:pPr>
        <w:spacing w:after="120"/>
      </w:pPr>
      <w:r>
        <w:rPr>
          <w:rFonts w:ascii="Georgia" w:hAnsi="Georgia" w:eastAsia="Georgia"/>
          <w:sz w:val="23"/>
        </w:rPr>
        <w:t>“Continue qualification.”</w:t>
      </w:r>
    </w:p>
    <w:p>
      <w:pPr>
        <w:spacing w:after="120"/>
      </w:pPr>
      <w:r>
        <w:rPr>
          <w:rFonts w:ascii="Georgia" w:hAnsi="Georgia" w:eastAsia="Georgia"/>
          <w:sz w:val="23"/>
        </w:rPr>
        <w:t>Kera asked, “Would you sign the two-class release?”</w:t>
      </w:r>
    </w:p>
    <w:p>
      <w:pPr>
        <w:spacing w:after="120"/>
      </w:pPr>
      <w:r>
        <w:rPr>
          <w:rFonts w:ascii="Georgia" w:hAnsi="Georgia" w:eastAsia="Georgia"/>
          <w:sz w:val="23"/>
        </w:rPr>
        <w:t>I looked through the barrier at C-42.</w:t>
      </w:r>
    </w:p>
    <w:p>
      <w:pPr>
        <w:spacing w:after="120"/>
      </w:pPr>
      <w:r>
        <w:rPr>
          <w:rFonts w:ascii="Georgia" w:hAnsi="Georgia" w:eastAsia="Georgia"/>
          <w:sz w:val="23"/>
        </w:rPr>
        <w:t>The answer was not yes.</w:t>
      </w:r>
    </w:p>
    <w:p>
      <w:pPr>
        <w:spacing w:after="120"/>
      </w:pPr>
      <w:r>
        <w:rPr>
          <w:rFonts w:ascii="Georgia" w:hAnsi="Georgia" w:eastAsia="Georgia"/>
          <w:sz w:val="23"/>
        </w:rPr>
        <w:t>“I can provide provenance testimony for C-42. I should not certify the class that contains it.”</w:t>
      </w:r>
    </w:p>
    <w:p>
      <w:pPr>
        <w:spacing w:after="120"/>
      </w:pPr>
      <w:r>
        <w:rPr>
          <w:rFonts w:ascii="Georgia" w:hAnsi="Georgia" w:eastAsia="Georgia"/>
          <w:sz w:val="23"/>
        </w:rPr>
        <w:t>Rian said, “Because of Kael.”</w:t>
      </w:r>
    </w:p>
    <w:p>
      <w:pPr>
        <w:spacing w:after="120"/>
      </w:pPr>
      <w:r>
        <w:rPr>
          <w:rFonts w:ascii="Georgia" w:hAnsi="Georgia" w:eastAsia="Georgia"/>
          <w:sz w:val="23"/>
        </w:rPr>
        <w:t>“Because I participated in the event, the standing review and later interpretations of the specimen.”</w:t>
      </w:r>
    </w:p>
    <w:p>
      <w:pPr>
        <w:spacing w:after="120"/>
      </w:pPr>
      <w:r>
        <w:rPr>
          <w:rFonts w:ascii="Georgia" w:hAnsi="Georgia" w:eastAsia="Georgia"/>
          <w:sz w:val="23"/>
        </w:rPr>
        <w:t>“That history is more than a century old.”</w:t>
      </w:r>
    </w:p>
    <w:p>
      <w:pPr>
        <w:spacing w:after="120"/>
      </w:pPr>
      <w:r>
        <w:rPr>
          <w:rFonts w:ascii="Georgia" w:hAnsi="Georgia" w:eastAsia="Georgia"/>
          <w:sz w:val="23"/>
        </w:rPr>
        <w:t>“So is the conflict.”</w:t>
      </w:r>
    </w:p>
    <w:p>
      <w:pPr>
        <w:spacing w:after="120"/>
      </w:pPr>
      <w:r>
        <w:rPr>
          <w:rFonts w:ascii="Georgia" w:hAnsi="Georgia" w:eastAsia="Georgia"/>
          <w:sz w:val="23"/>
        </w:rPr>
        <w:t>Kera nodded once.</w:t>
      </w:r>
    </w:p>
    <w:p>
      <w:pPr>
        <w:spacing w:after="120"/>
      </w:pPr>
      <w:r>
        <w:rPr>
          <w:rFonts w:ascii="Georgia" w:hAnsi="Georgia" w:eastAsia="Georgia"/>
          <w:sz w:val="23"/>
        </w:rPr>
        <w:t>“Then you do not sign.”</w:t>
      </w:r>
    </w:p>
    <w:p>
      <w:pPr>
        <w:spacing w:after="120"/>
      </w:pPr>
      <w:r>
        <w:rPr>
          <w:rFonts w:ascii="Georgia" w:hAnsi="Georgia" w:eastAsia="Georgia"/>
          <w:sz w:val="23"/>
        </w:rPr>
        <w:t>I disliked how quickly the sentence settled.</w:t>
      </w:r>
    </w:p>
    <w:p>
      <w:pPr>
        <w:spacing w:after="120"/>
      </w:pPr>
      <w:r>
        <w:rPr>
          <w:rFonts w:ascii="Georgia" w:hAnsi="Georgia" w:eastAsia="Georgia"/>
          <w:sz w:val="23"/>
        </w:rPr>
        <w:t>I did not object.</w:t>
      </w:r>
    </w:p>
    <w:p>
      <w:pPr>
        <w:spacing w:before="80" w:after="120"/>
        <w:jc w:val="center"/>
      </w:pPr>
      <w:r>
        <w:rPr>
          <w:rFonts w:ascii="Georgia" w:hAnsi="Georgia" w:eastAsia="Georgia"/>
          <w:sz w:val="23"/>
        </w:rPr>
        <w:t>§</w:t>
      </w:r>
    </w:p>
    <w:p>
      <w:pPr>
        <w:spacing w:after="120"/>
      </w:pPr>
      <w:r>
        <w:rPr>
          <w:rFonts w:ascii="Georgia" w:hAnsi="Georgia" w:eastAsia="Georgia"/>
          <w:sz w:val="23"/>
        </w:rPr>
        <w:t>The current qualification protocol required a nonsemantic verification run before any specimen could enter the reference panel.</w:t>
      </w:r>
    </w:p>
    <w:p>
      <w:pPr>
        <w:spacing w:after="120"/>
      </w:pPr>
      <w:r>
        <w:rPr>
          <w:rFonts w:ascii="Georgia" w:hAnsi="Georgia" w:eastAsia="Georgia"/>
          <w:sz w:val="23"/>
        </w:rPr>
        <w:t>No challenge language.</w:t>
      </w:r>
    </w:p>
    <w:p>
      <w:pPr>
        <w:spacing w:after="120"/>
      </w:pPr>
      <w:r>
        <w:rPr>
          <w:rFonts w:ascii="Georgia" w:hAnsi="Georgia" w:eastAsia="Georgia"/>
          <w:sz w:val="23"/>
        </w:rPr>
        <w:t>No person-level prompts.</w:t>
      </w:r>
    </w:p>
    <w:p>
      <w:pPr>
        <w:spacing w:after="120"/>
      </w:pPr>
      <w:r>
        <w:rPr>
          <w:rFonts w:ascii="Georgia" w:hAnsi="Georgia" w:eastAsia="Georgia"/>
          <w:sz w:val="23"/>
        </w:rPr>
        <w:t>No reconstruction attempt.</w:t>
      </w:r>
    </w:p>
    <w:p>
      <w:pPr>
        <w:spacing w:after="120"/>
      </w:pPr>
      <w:r>
        <w:rPr>
          <w:rFonts w:ascii="Georgia" w:hAnsi="Georgia" w:eastAsia="Georgia"/>
          <w:sz w:val="23"/>
        </w:rPr>
        <w:t>Mass.</w:t>
      </w:r>
    </w:p>
    <w:p>
      <w:pPr>
        <w:spacing w:after="120"/>
      </w:pPr>
      <w:r>
        <w:rPr>
          <w:rFonts w:ascii="Georgia" w:hAnsi="Georgia" w:eastAsia="Georgia"/>
          <w:sz w:val="23"/>
        </w:rPr>
        <w:t>Field response under certified environmental steps.</w:t>
      </w:r>
    </w:p>
    <w:p>
      <w:pPr>
        <w:spacing w:after="120"/>
      </w:pPr>
      <w:r>
        <w:rPr>
          <w:rFonts w:ascii="Georgia" w:hAnsi="Georgia" w:eastAsia="Georgia"/>
          <w:sz w:val="23"/>
        </w:rPr>
        <w:t>Instrument-chain repeatability.</w:t>
      </w:r>
    </w:p>
    <w:p>
      <w:pPr>
        <w:spacing w:after="120"/>
      </w:pPr>
      <w:r>
        <w:rPr>
          <w:rFonts w:ascii="Georgia" w:hAnsi="Georgia" w:eastAsia="Georgia"/>
          <w:sz w:val="23"/>
        </w:rPr>
        <w:t>Comparison to prior documented envelope where one existed.</w:t>
      </w:r>
    </w:p>
    <w:p>
      <w:pPr>
        <w:spacing w:after="120"/>
      </w:pPr>
      <w:r>
        <w:rPr>
          <w:rFonts w:ascii="Georgia" w:hAnsi="Georgia" w:eastAsia="Georgia"/>
          <w:sz w:val="23"/>
        </w:rPr>
        <w:t>C-42 had more prior data than any other candidate.</w:t>
      </w:r>
    </w:p>
    <w:p>
      <w:pPr>
        <w:spacing w:after="120"/>
      </w:pPr>
      <w:r>
        <w:rPr>
          <w:rFonts w:ascii="Georgia" w:hAnsi="Georgia" w:eastAsia="Georgia"/>
          <w:sz w:val="23"/>
        </w:rPr>
        <w:t>Hara prepared the enclosure.</w:t>
      </w:r>
    </w:p>
    <w:p>
      <w:pPr>
        <w:spacing w:after="120"/>
      </w:pPr>
      <w:r>
        <w:rPr>
          <w:rFonts w:ascii="Georgia" w:hAnsi="Georgia" w:eastAsia="Georgia"/>
          <w:sz w:val="23"/>
        </w:rPr>
        <w:t>Rian controlled the measurement chain.</w:t>
      </w:r>
    </w:p>
    <w:p>
      <w:pPr>
        <w:spacing w:after="120"/>
      </w:pPr>
      <w:r>
        <w:rPr>
          <w:rFonts w:ascii="Georgia" w:hAnsi="Georgia" w:eastAsia="Georgia"/>
          <w:sz w:val="23"/>
        </w:rPr>
        <w:t>Kera observed for standards.</w:t>
      </w:r>
    </w:p>
    <w:p>
      <w:pPr>
        <w:spacing w:after="120"/>
      </w:pPr>
      <w:r>
        <w:rPr>
          <w:rFonts w:ascii="Georgia" w:hAnsi="Georgia" w:eastAsia="Georgia"/>
          <w:sz w:val="23"/>
        </w:rPr>
        <w:t>I sat outside the certification position and watched.</w:t>
      </w:r>
    </w:p>
    <w:p>
      <w:pPr>
        <w:spacing w:after="120"/>
      </w:pPr>
      <w:r>
        <w:rPr>
          <w:rFonts w:ascii="Georgia" w:hAnsi="Georgia" w:eastAsia="Georgia"/>
          <w:sz w:val="23"/>
        </w:rPr>
        <w:t>The arrangement felt familiar for reasons that had nothing to do with the equipment.</w:t>
      </w:r>
    </w:p>
    <w:p>
      <w:pPr>
        <w:spacing w:after="120"/>
      </w:pPr>
      <w:r>
        <w:rPr>
          <w:rFonts w:ascii="Georgia" w:hAnsi="Georgia" w:eastAsia="Georgia"/>
          <w:sz w:val="23"/>
        </w:rPr>
        <w:t>I had once stood outside a room because my desire to know made me the wrong person to decide what the answer meant.</w:t>
      </w:r>
    </w:p>
    <w:p>
      <w:pPr>
        <w:spacing w:after="120"/>
      </w:pPr>
      <w:r>
        <w:rPr>
          <w:rFonts w:ascii="Georgia" w:hAnsi="Georgia" w:eastAsia="Georgia"/>
          <w:sz w:val="23"/>
        </w:rPr>
        <w:t>This time nobody had excluded me.</w:t>
      </w:r>
    </w:p>
    <w:p>
      <w:pPr>
        <w:spacing w:after="120"/>
      </w:pPr>
      <w:r>
        <w:rPr>
          <w:rFonts w:ascii="Georgia" w:hAnsi="Georgia" w:eastAsia="Georgia"/>
          <w:sz w:val="23"/>
        </w:rPr>
        <w:t>I had named the conflict myself.</w:t>
      </w:r>
    </w:p>
    <w:p>
      <w:pPr>
        <w:spacing w:after="120"/>
      </w:pPr>
      <w:r>
        <w:rPr>
          <w:rFonts w:ascii="Georgia" w:hAnsi="Georgia" w:eastAsia="Georgia"/>
          <w:sz w:val="23"/>
        </w:rPr>
        <w:t>Hara read the mass.</w:t>
      </w:r>
    </w:p>
    <w:p>
      <w:pPr>
        <w:spacing w:after="120"/>
      </w:pPr>
      <w:r>
        <w:rPr>
          <w:rFonts w:ascii="Georgia" w:hAnsi="Georgia" w:eastAsia="Georgia"/>
          <w:sz w:val="23"/>
        </w:rPr>
        <w:t>“Nine point six grams. Within custody tolerance.”</w:t>
      </w:r>
    </w:p>
    <w:p>
      <w:pPr>
        <w:spacing w:after="120"/>
      </w:pPr>
      <w:r>
        <w:rPr>
          <w:rFonts w:ascii="Georgia" w:hAnsi="Georgia" w:eastAsia="Georgia"/>
          <w:sz w:val="23"/>
        </w:rPr>
        <w:t>Rian stepped the environmental reference through the qualified sequence.</w:t>
      </w:r>
    </w:p>
    <w:p>
      <w:pPr>
        <w:spacing w:after="120"/>
      </w:pPr>
      <w:r>
        <w:rPr>
          <w:rFonts w:ascii="Georgia" w:hAnsi="Georgia" w:eastAsia="Georgia"/>
          <w:sz w:val="23"/>
        </w:rPr>
        <w:t>The instrument traces moved.</w:t>
      </w:r>
    </w:p>
    <w:p>
      <w:pPr>
        <w:spacing w:after="120"/>
      </w:pPr>
      <w:r>
        <w:rPr>
          <w:rFonts w:ascii="Georgia" w:hAnsi="Georgia" w:eastAsia="Georgia"/>
          <w:sz w:val="23"/>
        </w:rPr>
        <w:t>Not dramatically.</w:t>
      </w:r>
    </w:p>
    <w:p>
      <w:pPr>
        <w:spacing w:after="120"/>
      </w:pPr>
      <w:r>
        <w:rPr>
          <w:rFonts w:ascii="Georgia" w:hAnsi="Georgia" w:eastAsia="Georgia"/>
          <w:sz w:val="23"/>
        </w:rPr>
        <w:t>Not meaningfully to the eye.</w:t>
      </w:r>
    </w:p>
    <w:p>
      <w:pPr>
        <w:spacing w:after="120"/>
      </w:pPr>
      <w:r>
        <w:rPr>
          <w:rFonts w:ascii="Georgia" w:hAnsi="Georgia" w:eastAsia="Georgia"/>
          <w:sz w:val="23"/>
        </w:rPr>
        <w:t>The analysis chain compared them against the surviving envelope from prior nonsemantic audits.</w:t>
      </w:r>
    </w:p>
    <w:p>
      <w:pPr>
        <w:spacing w:after="120"/>
      </w:pPr>
      <w:r>
        <w:rPr>
          <w:rFonts w:ascii="Georgia" w:hAnsi="Georgia" w:eastAsia="Georgia"/>
          <w:sz w:val="23"/>
        </w:rPr>
        <w:t>Within expected range.</w:t>
      </w:r>
    </w:p>
    <w:p>
      <w:pPr>
        <w:spacing w:after="120"/>
      </w:pPr>
      <w:r>
        <w:rPr>
          <w:rFonts w:ascii="Georgia" w:hAnsi="Georgia" w:eastAsia="Georgia"/>
          <w:sz w:val="23"/>
        </w:rPr>
        <w:t>Repeat.</w:t>
      </w:r>
    </w:p>
    <w:p>
      <w:pPr>
        <w:spacing w:after="120"/>
      </w:pPr>
      <w:r>
        <w:rPr>
          <w:rFonts w:ascii="Georgia" w:hAnsi="Georgia" w:eastAsia="Georgia"/>
          <w:sz w:val="23"/>
        </w:rPr>
        <w:t>Within range.</w:t>
      </w:r>
    </w:p>
    <w:p>
      <w:pPr>
        <w:spacing w:after="120"/>
      </w:pPr>
      <w:r>
        <w:rPr>
          <w:rFonts w:ascii="Georgia" w:hAnsi="Georgia" w:eastAsia="Georgia"/>
          <w:sz w:val="23"/>
        </w:rPr>
        <w:t>Third pass.</w:t>
      </w:r>
    </w:p>
    <w:p>
      <w:pPr>
        <w:spacing w:after="120"/>
      </w:pPr>
      <w:r>
        <w:rPr>
          <w:rFonts w:ascii="Georgia" w:hAnsi="Georgia" w:eastAsia="Georgia"/>
          <w:sz w:val="23"/>
        </w:rPr>
        <w:t>Within range.</w:t>
      </w:r>
    </w:p>
    <w:p>
      <w:pPr>
        <w:spacing w:after="120"/>
      </w:pPr>
      <w:r>
        <w:rPr>
          <w:rFonts w:ascii="Georgia" w:hAnsi="Georgia" w:eastAsia="Georgia"/>
          <w:sz w:val="23"/>
        </w:rPr>
        <w:t>No one asked C-42 a question.</w:t>
      </w:r>
    </w:p>
    <w:p>
      <w:pPr>
        <w:spacing w:after="120"/>
      </w:pPr>
      <w:r>
        <w:rPr>
          <w:rFonts w:ascii="Georgia" w:hAnsi="Georgia" w:eastAsia="Georgia"/>
          <w:sz w:val="23"/>
        </w:rPr>
        <w:t>No one called the movement an answer.</w:t>
      </w:r>
    </w:p>
    <w:p>
      <w:pPr>
        <w:spacing w:after="120"/>
      </w:pPr>
      <w:r>
        <w:rPr>
          <w:rFonts w:ascii="Georgia" w:hAnsi="Georgia" w:eastAsia="Georgia"/>
          <w:sz w:val="23"/>
        </w:rPr>
        <w:t>No one needed it to be Kael.</w:t>
      </w:r>
    </w:p>
    <w:p>
      <w:pPr>
        <w:spacing w:after="120"/>
      </w:pPr>
      <w:r>
        <w:rPr>
          <w:rFonts w:ascii="Georgia" w:hAnsi="Georgia" w:eastAsia="Georgia"/>
          <w:sz w:val="23"/>
        </w:rPr>
        <w:t>The restraint belonged to the use, not the specimen.</w:t>
      </w:r>
    </w:p>
    <w:p>
      <w:pPr>
        <w:spacing w:after="120"/>
      </w:pPr>
      <w:r>
        <w:rPr>
          <w:rFonts w:ascii="Georgia" w:hAnsi="Georgia" w:eastAsia="Georgia"/>
          <w:sz w:val="23"/>
        </w:rPr>
        <w:t>Hara closed the verification run.</w:t>
      </w:r>
    </w:p>
    <w:p>
      <w:pPr>
        <w:spacing w:after="120"/>
      </w:pPr>
      <w:r>
        <w:rPr>
          <w:rFonts w:ascii="Georgia" w:hAnsi="Georgia" w:eastAsia="Georgia"/>
          <w:sz w:val="23"/>
        </w:rPr>
        <w:t>Rian generated the qualification packet.</w:t>
      </w:r>
    </w:p>
    <w:p>
      <w:pPr>
        <w:spacing w:after="120"/>
      </w:pPr>
      <w:r>
        <w:rPr>
          <w:rFonts w:ascii="Georgia" w:hAnsi="Georgia" w:eastAsia="Georgia"/>
          <w:sz w:val="23"/>
        </w:rPr>
        <w:t>REFERENCE MATERIAL: C-42.</w:t>
        <w:br/>
        <w:t>CURRENT CARRIER: NONE.</w:t>
        <w:br/>
        <w:t>CURRENT CONTROL-SYSTEM INTEGRATION: NONE.</w:t>
        <w:br/>
        <w:t>DOCUMENTED HISTORY: ATTACHED.</w:t>
        <w:br/>
        <w:t>NONSEMANTIC RESPONSE ENVELOPE: VERIFIED WITHIN QUALIFIED CONDITIONS.</w:t>
        <w:br/>
        <w:t>INTERPRETIVE SCOPE: COMPARATIVE REFERENCE ONLY.</w:t>
        <w:br/>
        <w:t>HISTORY-NULL STATUS: NOT CLAIMED.</w:t>
      </w:r>
    </w:p>
    <w:p>
      <w:pPr>
        <w:spacing w:after="120"/>
      </w:pPr>
      <w:r>
        <w:rPr>
          <w:rFonts w:ascii="Georgia" w:hAnsi="Georgia" w:eastAsia="Georgia"/>
          <w:sz w:val="23"/>
        </w:rPr>
        <w:t>At the signature line my name appeared automatically under ORIGINAL PROVENANCE CONTRIBUTOR.</w:t>
      </w:r>
    </w:p>
    <w:p>
      <w:pPr>
        <w:spacing w:after="120"/>
      </w:pPr>
      <w:r>
        <w:rPr>
          <w:rFonts w:ascii="Georgia" w:hAnsi="Georgia" w:eastAsia="Georgia"/>
          <w:sz w:val="23"/>
        </w:rPr>
        <w:t>Not certifier.</w:t>
      </w:r>
    </w:p>
    <w:p>
      <w:pPr>
        <w:spacing w:after="120"/>
      </w:pPr>
      <w:r>
        <w:rPr>
          <w:rFonts w:ascii="Georgia" w:hAnsi="Georgia" w:eastAsia="Georgia"/>
          <w:sz w:val="23"/>
        </w:rPr>
        <w:t>Not final interpreter.</w:t>
      </w:r>
    </w:p>
    <w:p>
      <w:pPr>
        <w:spacing w:after="120"/>
      </w:pPr>
      <w:r>
        <w:rPr>
          <w:rFonts w:ascii="Georgia" w:hAnsi="Georgia" w:eastAsia="Georgia"/>
          <w:sz w:val="23"/>
        </w:rPr>
        <w:t>Contributor.</w:t>
      </w:r>
    </w:p>
    <w:p>
      <w:pPr>
        <w:spacing w:after="120"/>
      </w:pPr>
      <w:r>
        <w:rPr>
          <w:rFonts w:ascii="Georgia" w:hAnsi="Georgia" w:eastAsia="Georgia"/>
          <w:sz w:val="23"/>
        </w:rPr>
        <w:t>I read the attached statement.</w:t>
      </w:r>
    </w:p>
    <w:p>
      <w:pPr>
        <w:spacing w:after="120"/>
      </w:pPr>
      <w:r>
        <w:rPr>
          <w:rFonts w:ascii="Georgia" w:hAnsi="Georgia" w:eastAsia="Georgia"/>
          <w:sz w:val="23"/>
        </w:rPr>
        <w:t>It described what I had witnessed during the Kael event and what I had not established.</w:t>
      </w:r>
    </w:p>
    <w:p>
      <w:pPr>
        <w:spacing w:after="120"/>
      </w:pPr>
      <w:r>
        <w:rPr>
          <w:rFonts w:ascii="Georgia" w:hAnsi="Georgia" w:eastAsia="Georgia"/>
          <w:sz w:val="23"/>
        </w:rPr>
        <w:t>The old standing result remained unchanged.</w:t>
      </w:r>
    </w:p>
    <w:p>
      <w:pPr>
        <w:spacing w:after="120"/>
      </w:pPr>
      <w:r>
        <w:rPr>
          <w:rFonts w:ascii="Georgia" w:hAnsi="Georgia" w:eastAsia="Georgia"/>
          <w:sz w:val="23"/>
        </w:rPr>
        <w:t>I signed the provenance statement.</w:t>
      </w:r>
    </w:p>
    <w:p>
      <w:pPr>
        <w:spacing w:after="120"/>
      </w:pPr>
      <w:r>
        <w:rPr>
          <w:rFonts w:ascii="Georgia" w:hAnsi="Georgia" w:eastAsia="Georgia"/>
          <w:sz w:val="23"/>
        </w:rPr>
        <w:t>Kera and Rian signed the reference qualification.</w:t>
      </w:r>
    </w:p>
    <w:p>
      <w:pPr>
        <w:spacing w:after="120"/>
      </w:pPr>
      <w:r>
        <w:rPr>
          <w:rFonts w:ascii="Georgia" w:hAnsi="Georgia" w:eastAsia="Georgia"/>
          <w:sz w:val="23"/>
        </w:rPr>
        <w:t>The packet closed without me.</w:t>
      </w:r>
    </w:p>
    <w:p>
      <w:pPr>
        <w:spacing w:before="80" w:after="120"/>
        <w:jc w:val="center"/>
      </w:pPr>
      <w:r>
        <w:rPr>
          <w:rFonts w:ascii="Georgia" w:hAnsi="Georgia" w:eastAsia="Georgia"/>
          <w:sz w:val="23"/>
        </w:rPr>
        <w:t>§</w:t>
      </w:r>
    </w:p>
    <w:p>
      <w:pPr>
        <w:spacing w:after="120"/>
      </w:pPr>
      <w:r>
        <w:rPr>
          <w:rFonts w:ascii="Georgia" w:hAnsi="Georgia" w:eastAsia="Georgia"/>
          <w:sz w:val="23"/>
        </w:rPr>
        <w:t>Before C-42 returned to storage, Hara asked whether the original paper strip should remain visible.</w:t>
      </w:r>
    </w:p>
    <w:p>
      <w:pPr>
        <w:spacing w:after="120"/>
      </w:pPr>
      <w:r>
        <w:rPr>
          <w:rFonts w:ascii="Georgia" w:hAnsi="Georgia" w:eastAsia="Georgia"/>
          <w:sz w:val="23"/>
        </w:rPr>
        <w:t>“It is duplicated in three certified archives,” she said. “The physical paper is degrading at the fold. We can preserve it separately and put a facsimile behind the carrier.”</w:t>
      </w:r>
    </w:p>
    <w:p>
      <w:pPr>
        <w:spacing w:after="120"/>
      </w:pPr>
      <w:r>
        <w:rPr>
          <w:rFonts w:ascii="Georgia" w:hAnsi="Georgia" w:eastAsia="Georgia"/>
          <w:sz w:val="23"/>
        </w:rPr>
        <w:t>I looked at the strip.</w:t>
      </w:r>
    </w:p>
    <w:p>
      <w:pPr>
        <w:spacing w:after="120"/>
      </w:pPr>
      <w:r>
        <w:rPr>
          <w:rFonts w:ascii="Georgia" w:hAnsi="Georgia" w:eastAsia="Georgia"/>
          <w:sz w:val="23"/>
        </w:rPr>
        <w:t>Vara’s handwriting was lighter than I remembered.</w:t>
      </w:r>
    </w:p>
    <w:p>
      <w:pPr>
        <w:spacing w:after="120"/>
      </w:pPr>
      <w:r>
        <w:rPr>
          <w:rFonts w:ascii="Georgia" w:hAnsi="Georgia" w:eastAsia="Georgia"/>
          <w:sz w:val="23"/>
        </w:rPr>
        <w:t>DO NOT SUBSTITUTE LATER CERTAINTY FOR CURRENT STATUS.</w:t>
      </w:r>
    </w:p>
    <w:p>
      <w:pPr>
        <w:spacing w:after="120"/>
      </w:pPr>
      <w:r>
        <w:rPr>
          <w:rFonts w:ascii="Georgia" w:hAnsi="Georgia" w:eastAsia="Georgia"/>
          <w:sz w:val="23"/>
        </w:rPr>
        <w:t>The instruction had survived longer than some institutions.</w:t>
      </w:r>
    </w:p>
    <w:p>
      <w:pPr>
        <w:spacing w:after="120"/>
      </w:pPr>
      <w:r>
        <w:rPr>
          <w:rFonts w:ascii="Georgia" w:hAnsi="Georgia" w:eastAsia="Georgia"/>
          <w:sz w:val="23"/>
        </w:rPr>
        <w:t>The paper did not need to.</w:t>
      </w:r>
    </w:p>
    <w:p>
      <w:pPr>
        <w:spacing w:after="120"/>
      </w:pPr>
      <w:r>
        <w:rPr>
          <w:rFonts w:ascii="Georgia" w:hAnsi="Georgia" w:eastAsia="Georgia"/>
          <w:sz w:val="23"/>
        </w:rPr>
        <w:t>“Preserve the original under document custody,” I said. “Use the facsimile here.”</w:t>
      </w:r>
    </w:p>
    <w:p>
      <w:pPr>
        <w:spacing w:after="120"/>
      </w:pPr>
      <w:r>
        <w:rPr>
          <w:rFonts w:ascii="Georgia" w:hAnsi="Georgia" w:eastAsia="Georgia"/>
          <w:sz w:val="23"/>
        </w:rPr>
        <w:t>Hara removed the strip with both hands.</w:t>
      </w:r>
    </w:p>
    <w:p>
      <w:pPr>
        <w:spacing w:after="120"/>
      </w:pPr>
      <w:r>
        <w:rPr>
          <w:rFonts w:ascii="Georgia" w:hAnsi="Georgia" w:eastAsia="Georgia"/>
          <w:sz w:val="23"/>
        </w:rPr>
        <w:t>For less than a minute the front of C-42’s carrier was blank.</w:t>
      </w:r>
    </w:p>
    <w:p>
      <w:pPr>
        <w:spacing w:after="120"/>
      </w:pPr>
      <w:r>
        <w:rPr>
          <w:rFonts w:ascii="Georgia" w:hAnsi="Georgia" w:eastAsia="Georgia"/>
          <w:sz w:val="23"/>
        </w:rPr>
        <w:t>No Kael event.</w:t>
      </w:r>
    </w:p>
    <w:p>
      <w:pPr>
        <w:spacing w:after="120"/>
      </w:pPr>
      <w:r>
        <w:rPr>
          <w:rFonts w:ascii="Georgia" w:hAnsi="Georgia" w:eastAsia="Georgia"/>
          <w:sz w:val="23"/>
        </w:rPr>
        <w:t>No structured response.</w:t>
      </w:r>
    </w:p>
    <w:p>
      <w:pPr>
        <w:spacing w:after="120"/>
      </w:pPr>
      <w:r>
        <w:rPr>
          <w:rFonts w:ascii="Georgia" w:hAnsi="Georgia" w:eastAsia="Georgia"/>
          <w:sz w:val="23"/>
        </w:rPr>
        <w:t>No standing result.</w:t>
      </w:r>
    </w:p>
    <w:p>
      <w:pPr>
        <w:spacing w:after="120"/>
      </w:pPr>
      <w:r>
        <w:rPr>
          <w:rFonts w:ascii="Georgia" w:hAnsi="Georgia" w:eastAsia="Georgia"/>
          <w:sz w:val="23"/>
        </w:rPr>
        <w:t>Just nine point six grams behind transparent barriers.</w:t>
      </w:r>
    </w:p>
    <w:p>
      <w:pPr>
        <w:spacing w:after="120"/>
      </w:pPr>
      <w:r>
        <w:rPr>
          <w:rFonts w:ascii="Georgia" w:hAnsi="Georgia" w:eastAsia="Georgia"/>
          <w:sz w:val="23"/>
        </w:rPr>
        <w:t>The blankness did not make it clean.</w:t>
      </w:r>
    </w:p>
    <w:p>
      <w:pPr>
        <w:spacing w:after="120"/>
      </w:pPr>
      <w:r>
        <w:rPr>
          <w:rFonts w:ascii="Georgia" w:hAnsi="Georgia" w:eastAsia="Georgia"/>
          <w:sz w:val="23"/>
        </w:rPr>
        <w:t>Hara slid the new card into place.</w:t>
      </w:r>
    </w:p>
    <w:p>
      <w:pPr>
        <w:spacing w:after="120"/>
      </w:pPr>
      <w:r>
        <w:rPr>
          <w:rFonts w:ascii="Georgia" w:hAnsi="Georgia" w:eastAsia="Georgia"/>
          <w:sz w:val="23"/>
        </w:rPr>
        <w:t>C-42.</w:t>
        <w:br/>
        <w:t>REFERENCE MATERIAL: QUALIFIED WITH DOCUMENTED HISTORY.</w:t>
        <w:br/>
        <w:t>STANDING: NOT ESTABLISHED.</w:t>
        <w:br/>
        <w:t>SOURCE RECORDS: ATTACHED BY PROVENANCE.</w:t>
      </w:r>
    </w:p>
    <w:p>
      <w:pPr>
        <w:spacing w:after="120"/>
      </w:pPr>
      <w:r>
        <w:rPr>
          <w:rFonts w:ascii="Georgia" w:hAnsi="Georgia" w:eastAsia="Georgia"/>
          <w:sz w:val="23"/>
        </w:rPr>
        <w:t>The carrier returned to the rack.</w:t>
      </w:r>
    </w:p>
    <w:p>
      <w:pPr>
        <w:spacing w:after="120"/>
      </w:pPr>
      <w:r>
        <w:rPr>
          <w:rFonts w:ascii="Georgia" w:hAnsi="Georgia" w:eastAsia="Georgia"/>
          <w:sz w:val="23"/>
        </w:rPr>
        <w:t>Nothing about the Kaethe material had been erased.</w:t>
      </w:r>
    </w:p>
    <w:p>
      <w:pPr>
        <w:spacing w:after="120"/>
      </w:pPr>
      <w:r>
        <w:rPr>
          <w:rFonts w:ascii="Georgia" w:hAnsi="Georgia" w:eastAsia="Georgia"/>
          <w:sz w:val="23"/>
        </w:rPr>
        <w:t>Nothing new had been added to it.</w:t>
      </w:r>
    </w:p>
    <w:p>
      <w:pPr>
        <w:spacing w:after="120"/>
      </w:pPr>
      <w:r>
        <w:rPr>
          <w:rFonts w:ascii="Georgia" w:hAnsi="Georgia" w:eastAsia="Georgia"/>
          <w:sz w:val="23"/>
        </w:rPr>
        <w:t>The change was in what we required the reference to mean.</w:t>
      </w:r>
    </w:p>
    <w:p>
      <w:pPr>
        <w:spacing w:after="120"/>
      </w:pPr>
      <w:r>
        <w:rPr>
          <w:rFonts w:ascii="Georgia" w:hAnsi="Georgia" w:eastAsia="Georgia"/>
          <w:sz w:val="23"/>
        </w:rPr>
        <w:t>For most of my life, I had looked for cleaner observations by removing variables.</w:t>
      </w:r>
    </w:p>
    <w:p>
      <w:pPr>
        <w:spacing w:after="120"/>
      </w:pPr>
      <w:r>
        <w:rPr>
          <w:rFonts w:ascii="Georgia" w:hAnsi="Georgia" w:eastAsia="Georgia"/>
          <w:sz w:val="23"/>
        </w:rPr>
        <w:t>That remained useful.</w:t>
      </w:r>
    </w:p>
    <w:p>
      <w:pPr>
        <w:spacing w:after="120"/>
      </w:pPr>
      <w:r>
        <w:rPr>
          <w:rFonts w:ascii="Georgia" w:hAnsi="Georgia" w:eastAsia="Georgia"/>
          <w:sz w:val="23"/>
        </w:rPr>
        <w:t>It was not the same as removing history.</w:t>
      </w:r>
    </w:p>
    <w:p>
      <w:pPr>
        <w:spacing w:after="120"/>
      </w:pPr>
      <w:r>
        <w:rPr>
          <w:rFonts w:ascii="Georgia" w:hAnsi="Georgia" w:eastAsia="Georgia"/>
          <w:sz w:val="23"/>
        </w:rPr>
        <w:t>We had not found Kaethe before history.</w:t>
      </w:r>
    </w:p>
    <w:p>
      <w:pPr>
        <w:spacing w:after="120"/>
      </w:pPr>
      <w:r>
        <w:rPr>
          <w:rFonts w:ascii="Georgia" w:hAnsi="Georgia" w:eastAsia="Georgia"/>
          <w:sz w:val="23"/>
        </w:rPr>
        <w:t>We had stopped needing it.</w:t>
      </w:r>
    </w:p>
    <w:p>
      <w:pPr>
        <w:keepNext/>
        <w:pageBreakBefore/>
        <w:jc w:val="center"/>
      </w:pPr>
      <w:r>
        <w:rPr>
          <w:rFonts w:ascii="Georgia" w:hAnsi="Georgia" w:eastAsia="Georgia"/>
          <w:b/>
          <w:sz w:val="28"/>
        </w:rPr>
        <w:t>Chapter Twenty-Four — The Current State</w:t>
      </w:r>
    </w:p>
    <w:p>
      <w:r>
        <w:rPr>
          <w:rFonts w:ascii="Georgia" w:hAnsi="Georgia" w:eastAsia="Georgia"/>
          <w:sz w:val="23"/>
        </w:rPr>
        <w:t>Forty-three days after C-42 entered the regional reference panel, North Reach stopped calling it C-42.</w:t>
      </w:r>
    </w:p>
    <w:p>
      <w:r>
        <w:rPr>
          <w:rFonts w:ascii="Georgia" w:hAnsi="Georgia" w:eastAsia="Georgia"/>
          <w:sz w:val="23"/>
        </w:rPr>
        <w:t>Not because the identifier changed.</w:t>
      </w:r>
    </w:p>
    <w:p>
      <w:r>
        <w:rPr>
          <w:rFonts w:ascii="Georgia" w:hAnsi="Georgia" w:eastAsia="Georgia"/>
          <w:sz w:val="23"/>
        </w:rPr>
        <w:t>Because most operators never needed to know which specimen had produced which comparison.</w:t>
      </w:r>
    </w:p>
    <w:p>
      <w:r>
        <w:rPr>
          <w:rFonts w:ascii="Georgia" w:hAnsi="Georgia" w:eastAsia="Georgia"/>
          <w:sz w:val="23"/>
        </w:rPr>
        <w:t>Their terminals displayed the reference class, the qualified measurement chain, the attached history limits and the differences relevant to the decision in front of them. The specimen identifiers remained one layer below that surface.</w:t>
      </w:r>
    </w:p>
    <w:p>
      <w:r>
        <w:rPr>
          <w:rFonts w:ascii="Georgia" w:hAnsi="Georgia" w:eastAsia="Georgia"/>
          <w:sz w:val="23"/>
        </w:rPr>
        <w:t>C-42 had spent more than a century being asked to carry meanings larger than nine point six grams could support.</w:t>
      </w:r>
    </w:p>
    <w:p>
      <w:r>
        <w:rPr>
          <w:rFonts w:ascii="Georgia" w:hAnsi="Georgia" w:eastAsia="Georgia"/>
          <w:sz w:val="23"/>
        </w:rPr>
        <w:t>Reference material was smaller work.</w:t>
      </w:r>
    </w:p>
    <w:p>
      <w:r>
        <w:rPr>
          <w:rFonts w:ascii="Georgia" w:hAnsi="Georgia" w:eastAsia="Georgia"/>
          <w:sz w:val="23"/>
        </w:rPr>
        <w:t>It was also useful.</w:t>
      </w:r>
    </w:p>
    <w:p>
      <w:r>
        <w:rPr>
          <w:rFonts w:ascii="Georgia" w:hAnsi="Georgia" w:eastAsia="Georgia"/>
          <w:sz w:val="23"/>
        </w:rPr>
        <w:t>The two qualified classes had reduced the legacy-unknown review population by eighteen point seven percent across the first month. North Reach’s overnight paired-review queue had shortened by six minutes at the median and fourteen at the ninety-second percentile.</w:t>
      </w:r>
    </w:p>
    <w:p>
      <w:r>
        <w:rPr>
          <w:rFonts w:ascii="Georgia" w:hAnsi="Georgia" w:eastAsia="Georgia"/>
          <w:sz w:val="23"/>
        </w:rPr>
        <w:t>No one called the change a solution.</w:t>
      </w:r>
    </w:p>
    <w:p>
      <w:r>
        <w:rPr>
          <w:rFonts w:ascii="Georgia" w:hAnsi="Georgia" w:eastAsia="Georgia"/>
          <w:sz w:val="23"/>
        </w:rPr>
        <w:t>They had learned not to.</w:t>
      </w:r>
    </w:p>
    <w:p>
      <w:r>
        <w:rPr>
          <w:rFonts w:ascii="Georgia" w:hAnsi="Georgia" w:eastAsia="Georgia"/>
          <w:sz w:val="23"/>
        </w:rPr>
        <w:t>Len Aras still had weakness in his left foot.</w:t>
      </w:r>
    </w:p>
    <w:p>
      <w:r>
        <w:rPr>
          <w:rFonts w:ascii="Georgia" w:hAnsi="Georgia" w:eastAsia="Georgia"/>
          <w:sz w:val="23"/>
        </w:rPr>
        <w:t>Jori Thane had returned home with a revised vascular scaffold and no further controller events.</w:t>
      </w:r>
    </w:p>
    <w:p>
      <w:r>
        <w:rPr>
          <w:rFonts w:ascii="Georgia" w:hAnsi="Georgia" w:eastAsia="Georgia"/>
          <w:sz w:val="23"/>
        </w:rPr>
        <w:t>Neither outcome belonged in the reference-panel performance report.</w:t>
      </w:r>
    </w:p>
    <w:p>
      <w:r>
        <w:rPr>
          <w:rFonts w:ascii="Georgia" w:hAnsi="Georgia" w:eastAsia="Georgia"/>
          <w:sz w:val="23"/>
        </w:rPr>
        <w:t>Kera had made sure of that.</w:t>
      </w:r>
    </w:p>
    <w:p>
      <w:pPr>
        <w:spacing w:before="80" w:after="80"/>
        <w:jc w:val="center"/>
      </w:pPr>
      <w:r>
        <w:rPr>
          <w:rFonts w:ascii="Georgia" w:hAnsi="Georgia" w:eastAsia="Georgia"/>
          <w:sz w:val="23"/>
        </w:rPr>
        <w:t>§</w:t>
      </w:r>
    </w:p>
    <w:p>
      <w:r>
        <w:rPr>
          <w:rFonts w:ascii="Georgia" w:hAnsi="Georgia" w:eastAsia="Georgia"/>
          <w:sz w:val="23"/>
        </w:rPr>
        <w:t>At 0814 Miren put a fabrication request into my queue.</w:t>
      </w:r>
    </w:p>
    <w:p>
      <w:r>
        <w:rPr>
          <w:rFonts w:ascii="Georgia" w:hAnsi="Georgia" w:eastAsia="Georgia"/>
          <w:sz w:val="23"/>
        </w:rPr>
        <w:t>Not a patient request.</w:t>
      </w:r>
    </w:p>
    <w:p>
      <w:r>
        <w:rPr>
          <w:rFonts w:ascii="Georgia" w:hAnsi="Georgia" w:eastAsia="Georgia"/>
          <w:sz w:val="23"/>
        </w:rPr>
        <w:t>Not a controller housing.</w:t>
      </w:r>
    </w:p>
    <w:p>
      <w:r>
        <w:rPr>
          <w:rFonts w:ascii="Georgia" w:hAnsi="Georgia" w:eastAsia="Georgia"/>
          <w:sz w:val="23"/>
        </w:rPr>
        <w:t>A transport carrier.</w:t>
      </w:r>
    </w:p>
    <w:p>
      <w:r>
        <w:rPr>
          <w:rFonts w:ascii="Georgia" w:hAnsi="Georgia" w:eastAsia="Georgia"/>
          <w:sz w:val="23"/>
        </w:rPr>
        <w:t>REGIONAL REFERENCE PANEL / NORTH REACH NODE 02.</w:t>
      </w:r>
    </w:p>
    <w:p>
      <w:r>
        <w:rPr>
          <w:rFonts w:ascii="Georgia" w:hAnsi="Georgia" w:eastAsia="Georgia"/>
          <w:sz w:val="23"/>
        </w:rPr>
        <w:t>The specification called for four independently isolated specimen positions with environmental equality across the carrier body, continuous temperature logging, shock-history retention and removable custody sleeves.</w:t>
      </w:r>
    </w:p>
    <w:p>
      <w:r>
        <w:rPr>
          <w:rFonts w:ascii="Georgia" w:hAnsi="Georgia" w:eastAsia="Georgia"/>
          <w:sz w:val="23"/>
        </w:rPr>
        <w:t>Two positions would ship occupied.</w:t>
      </w:r>
    </w:p>
    <w:p>
      <w:r>
        <w:rPr>
          <w:rFonts w:ascii="Georgia" w:hAnsi="Georgia" w:eastAsia="Georgia"/>
          <w:sz w:val="23"/>
        </w:rPr>
        <w:t>Two would not.</w:t>
      </w:r>
    </w:p>
    <w:p>
      <w:r>
        <w:rPr>
          <w:rFonts w:ascii="Georgia" w:hAnsi="Georgia" w:eastAsia="Georgia"/>
          <w:sz w:val="23"/>
        </w:rPr>
        <w:t>I read that line twice.</w:t>
      </w:r>
    </w:p>
    <w:p>
      <w:r>
        <w:rPr>
          <w:rFonts w:ascii="Georgia" w:hAnsi="Georgia" w:eastAsia="Georgia"/>
          <w:sz w:val="23"/>
        </w:rPr>
        <w:t>The current panel contained:</w:t>
      </w:r>
    </w:p>
    <w:p>
      <w:r>
        <w:rPr>
          <w:rFonts w:ascii="Georgia" w:hAnsi="Georgia" w:eastAsia="Georgia"/>
          <w:sz w:val="23"/>
        </w:rPr>
        <w:t>LONG-CUSTODY / PRIOR STRUCTURED-RESPONSE HISTORY.</w:t>
      </w:r>
    </w:p>
    <w:p>
      <w:r>
        <w:rPr>
          <w:rFonts w:ascii="Georgia" w:hAnsi="Georgia" w:eastAsia="Georgia"/>
          <w:sz w:val="23"/>
        </w:rPr>
        <w:t>LONG-CUSTODY / NO COMPLETION-EVENT USE RECORDED.</w:t>
      </w:r>
    </w:p>
    <w:p>
      <w:r>
        <w:rPr>
          <w:rFonts w:ascii="Georgia" w:hAnsi="Georgia" w:eastAsia="Georgia"/>
          <w:sz w:val="23"/>
        </w:rPr>
        <w:t>The former intimate-setting class was still in consent review. The recent-recovery class had failed its first transport qualification because the new recovery housings introduced a thermal gradient larger than the reference protocol permitted.</w:t>
      </w:r>
    </w:p>
    <w:p>
      <w:r>
        <w:rPr>
          <w:rFonts w:ascii="Georgia" w:hAnsi="Georgia" w:eastAsia="Georgia"/>
          <w:sz w:val="23"/>
        </w:rPr>
        <w:t>Nothing catastrophic had happened.</w:t>
      </w:r>
    </w:p>
    <w:p>
      <w:r>
        <w:rPr>
          <w:rFonts w:ascii="Georgia" w:hAnsi="Georgia" w:eastAsia="Georgia"/>
          <w:sz w:val="23"/>
        </w:rPr>
        <w:t>The class simply was not ready.</w:t>
      </w:r>
    </w:p>
    <w:p>
      <w:r>
        <w:rPr>
          <w:rFonts w:ascii="Georgia" w:hAnsi="Georgia" w:eastAsia="Georgia"/>
          <w:sz w:val="23"/>
        </w:rPr>
        <w:t>The transport request included a standard two-position chassis as the preferred build.</w:t>
      </w:r>
    </w:p>
    <w:p>
      <w:r>
        <w:rPr>
          <w:rFonts w:ascii="Georgia" w:hAnsi="Georgia" w:eastAsia="Georgia"/>
          <w:sz w:val="23"/>
        </w:rPr>
        <w:t>Below it, Miren had added:</w:t>
      </w:r>
    </w:p>
    <w:p>
      <w:r>
        <w:rPr>
          <w:rFonts w:ascii="Georgia" w:hAnsi="Georgia" w:eastAsia="Georgia"/>
          <w:sz w:val="23"/>
        </w:rPr>
        <w:t>IF FOUR-POSITION CARRIER DOES NOT MATERIALLY INCREASE VALIDATION BURDEN, BUILD FOR FULL PANEL.</w:t>
      </w:r>
    </w:p>
    <w:p>
      <w:r>
        <w:rPr>
          <w:rFonts w:ascii="Georgia" w:hAnsi="Georgia" w:eastAsia="Georgia"/>
          <w:sz w:val="23"/>
        </w:rPr>
        <w:t>I checked the mass difference.</w:t>
      </w:r>
    </w:p>
    <w:p>
      <w:r>
        <w:rPr>
          <w:rFonts w:ascii="Georgia" w:hAnsi="Georgia" w:eastAsia="Georgia"/>
          <w:sz w:val="23"/>
        </w:rPr>
        <w:t>Four positions added 1.8 kilograms and widened the carrier by 63 millimeters. North Reach’s transport cradle could accept both.</w:t>
      </w:r>
    </w:p>
    <w:p>
      <w:r>
        <w:rPr>
          <w:rFonts w:ascii="Georgia" w:hAnsi="Georgia" w:eastAsia="Georgia"/>
          <w:sz w:val="23"/>
        </w:rPr>
        <w:t>Environmental balancing would be harder because two empty wells would conduct heat differently from two occupied ones.</w:t>
      </w:r>
    </w:p>
    <w:p>
      <w:r>
        <w:rPr>
          <w:rFonts w:ascii="Georgia" w:hAnsi="Georgia" w:eastAsia="Georgia"/>
          <w:sz w:val="23"/>
        </w:rPr>
        <w:t>I built the four-position version.</w:t>
      </w:r>
    </w:p>
    <w:p>
      <w:r>
        <w:rPr>
          <w:rFonts w:ascii="Georgia" w:hAnsi="Georgia" w:eastAsia="Georgia"/>
          <w:sz w:val="23"/>
        </w:rPr>
        <w:t>Not because the full panel would necessarily qualify.</w:t>
      </w:r>
    </w:p>
    <w:p>
      <w:r>
        <w:rPr>
          <w:rFonts w:ascii="Georgia" w:hAnsi="Georgia" w:eastAsia="Georgia"/>
          <w:sz w:val="23"/>
        </w:rPr>
        <w:t>Because rebuilding the carrier later would create a new environmental chassis between the first two reference classes and the later ones. Then the transport hardware itself would become another difference that had to be separated from the specimen histories we were trying to compare.</w:t>
      </w:r>
    </w:p>
    <w:p>
      <w:r>
        <w:rPr>
          <w:rFonts w:ascii="Georgia" w:hAnsi="Georgia" w:eastAsia="Georgia"/>
          <w:sz w:val="23"/>
        </w:rPr>
        <w:t>The empty positions therefore needed to exist now.</w:t>
      </w:r>
    </w:p>
    <w:p>
      <w:pPr>
        <w:spacing w:before="80" w:after="80"/>
        <w:jc w:val="center"/>
      </w:pPr>
      <w:r>
        <w:rPr>
          <w:rFonts w:ascii="Georgia" w:hAnsi="Georgia" w:eastAsia="Georgia"/>
          <w:sz w:val="23"/>
        </w:rPr>
        <w:t>§</w:t>
      </w:r>
    </w:p>
    <w:p>
      <w:r>
        <w:rPr>
          <w:rFonts w:ascii="Georgia" w:hAnsi="Georgia" w:eastAsia="Georgia"/>
          <w:sz w:val="23"/>
        </w:rPr>
        <w:t>The carrier body took most of the morning.</w:t>
      </w:r>
    </w:p>
    <w:p>
      <w:r>
        <w:rPr>
          <w:rFonts w:ascii="Georgia" w:hAnsi="Georgia" w:eastAsia="Georgia"/>
          <w:sz w:val="23"/>
        </w:rPr>
        <w:t>I milled the base from a low-expansion ceramic-metal composite used in orbital instrument racks. Four cylindrical wells sat on the same thermal plane, each isolated mechanically by three compliant supports and environmentally by a shared outer sleeve.</w:t>
      </w:r>
    </w:p>
    <w:p>
      <w:r>
        <w:rPr>
          <w:rFonts w:ascii="Georgia" w:hAnsi="Georgia" w:eastAsia="Georgia"/>
          <w:sz w:val="23"/>
        </w:rPr>
        <w:t>The empty wells caused the first problem.</w:t>
      </w:r>
    </w:p>
    <w:p>
      <w:r>
        <w:rPr>
          <w:rFonts w:ascii="Georgia" w:hAnsi="Georgia" w:eastAsia="Georgia"/>
          <w:sz w:val="23"/>
        </w:rPr>
        <w:t>Without specimen mass, they came to equilibrium 0.4 seconds faster during the certification step.</w:t>
      </w:r>
    </w:p>
    <w:p>
      <w:r>
        <w:rPr>
          <w:rFonts w:ascii="Georgia" w:hAnsi="Georgia" w:eastAsia="Georgia"/>
          <w:sz w:val="23"/>
        </w:rPr>
        <w:t>That was outside the carrier tolerance.</w:t>
      </w:r>
    </w:p>
    <w:p>
      <w:r>
        <w:rPr>
          <w:rFonts w:ascii="Georgia" w:hAnsi="Georgia" w:eastAsia="Georgia"/>
          <w:sz w:val="23"/>
        </w:rPr>
        <w:t>I could have filled them with inert dummy masses.</w:t>
      </w:r>
    </w:p>
    <w:p>
      <w:r>
        <w:rPr>
          <w:rFonts w:ascii="Georgia" w:hAnsi="Georgia" w:eastAsia="Georgia"/>
          <w:sz w:val="23"/>
        </w:rPr>
        <w:t>I did not.</w:t>
      </w:r>
    </w:p>
    <w:p>
      <w:r>
        <w:rPr>
          <w:rFonts w:ascii="Georgia" w:hAnsi="Georgia" w:eastAsia="Georgia"/>
          <w:sz w:val="23"/>
        </w:rPr>
        <w:t>A dummy mass would make the empty positions look occupied to the thermal system. The transport log would then need to distinguish between reference specimen mass and balancing mass at every later use.</w:t>
      </w:r>
    </w:p>
    <w:p>
      <w:r>
        <w:rPr>
          <w:rFonts w:ascii="Georgia" w:hAnsi="Georgia" w:eastAsia="Georgia"/>
          <w:sz w:val="23"/>
        </w:rPr>
        <w:t>That was manageable.</w:t>
      </w:r>
    </w:p>
    <w:p>
      <w:r>
        <w:rPr>
          <w:rFonts w:ascii="Georgia" w:hAnsi="Georgia" w:eastAsia="Georgia"/>
          <w:sz w:val="23"/>
        </w:rPr>
        <w:t>It was also unnecessary.</w:t>
      </w:r>
    </w:p>
    <w:p>
      <w:r>
        <w:rPr>
          <w:rFonts w:ascii="Georgia" w:hAnsi="Georgia" w:eastAsia="Georgia"/>
          <w:sz w:val="23"/>
        </w:rPr>
        <w:t>I changed the support geometry instead.</w:t>
      </w:r>
    </w:p>
    <w:p>
      <w:r>
        <w:rPr>
          <w:rFonts w:ascii="Georgia" w:hAnsi="Georgia" w:eastAsia="Georgia"/>
          <w:sz w:val="23"/>
        </w:rPr>
        <w:t>The empty wells received thicker passive thermal collars machined from the same carrier stock. When a specimen class later qualified, the collar could be replaced with the standard custody interface without changing the surrounding chassis.</w:t>
      </w:r>
    </w:p>
    <w:p>
      <w:r>
        <w:rPr>
          <w:rFonts w:ascii="Georgia" w:hAnsi="Georgia" w:eastAsia="Georgia"/>
          <w:sz w:val="23"/>
        </w:rPr>
        <w:t>Three thermal cycles later, all four positions entered the measurement window within 0.06 seconds of one another.</w:t>
      </w:r>
    </w:p>
    <w:p>
      <w:r>
        <w:rPr>
          <w:rFonts w:ascii="Georgia" w:hAnsi="Georgia" w:eastAsia="Georgia"/>
          <w:sz w:val="23"/>
        </w:rPr>
        <w:t>Miren arrived while I was logging the third cycle.</w:t>
      </w:r>
    </w:p>
    <w:p>
      <w:r>
        <w:rPr>
          <w:rFonts w:ascii="Georgia" w:hAnsi="Georgia" w:eastAsia="Georgia"/>
          <w:sz w:val="23"/>
        </w:rPr>
        <w:t>She looked at the open carrier.</w:t>
      </w:r>
    </w:p>
    <w:p>
      <w:r>
        <w:rPr>
          <w:rFonts w:ascii="Georgia" w:hAnsi="Georgia" w:eastAsia="Georgia"/>
          <w:sz w:val="23"/>
        </w:rPr>
        <w:t>“Two are empty.”</w:t>
      </w:r>
    </w:p>
    <w:p>
      <w:r>
        <w:rPr>
          <w:rFonts w:ascii="Georgia" w:hAnsi="Georgia" w:eastAsia="Georgia"/>
          <w:sz w:val="23"/>
        </w:rPr>
        <w:t>“Yes.”</w:t>
      </w:r>
    </w:p>
    <w:p>
      <w:r>
        <w:rPr>
          <w:rFonts w:ascii="Georgia" w:hAnsi="Georgia" w:eastAsia="Georgia"/>
          <w:sz w:val="23"/>
        </w:rPr>
        <w:t>“You built four.”</w:t>
      </w:r>
    </w:p>
    <w:p>
      <w:r>
        <w:rPr>
          <w:rFonts w:ascii="Georgia" w:hAnsi="Georgia" w:eastAsia="Georgia"/>
          <w:sz w:val="23"/>
        </w:rPr>
        <w:t>“Yes.”</w:t>
      </w:r>
    </w:p>
    <w:p>
      <w:r>
        <w:rPr>
          <w:rFonts w:ascii="Georgia" w:hAnsi="Georgia" w:eastAsia="Georgia"/>
          <w:sz w:val="23"/>
        </w:rPr>
        <w:t>She touched the outer rail, not the wells.</w:t>
      </w:r>
    </w:p>
    <w:p>
      <w:r>
        <w:rPr>
          <w:rFonts w:ascii="Georgia" w:hAnsi="Georgia" w:eastAsia="Georgia"/>
          <w:sz w:val="23"/>
        </w:rPr>
        <w:t>“Are we certain there will be four?”</w:t>
      </w:r>
    </w:p>
    <w:p>
      <w:r>
        <w:rPr>
          <w:rFonts w:ascii="Georgia" w:hAnsi="Georgia" w:eastAsia="Georgia"/>
          <w:sz w:val="23"/>
        </w:rPr>
        <w:t>“No.”</w:t>
      </w:r>
    </w:p>
    <w:p>
      <w:r>
        <w:rPr>
          <w:rFonts w:ascii="Georgia" w:hAnsi="Georgia" w:eastAsia="Georgia"/>
          <w:sz w:val="23"/>
        </w:rPr>
        <w:t>“Then why four?”</w:t>
      </w:r>
    </w:p>
    <w:p>
      <w:r>
        <w:rPr>
          <w:rFonts w:ascii="Georgia" w:hAnsi="Georgia" w:eastAsia="Georgia"/>
          <w:sz w:val="23"/>
        </w:rPr>
        <w:t>I showed her the environmental comparison.</w:t>
      </w:r>
    </w:p>
    <w:p>
      <w:r>
        <w:rPr>
          <w:rFonts w:ascii="Georgia" w:hAnsi="Georgia" w:eastAsia="Georgia"/>
          <w:sz w:val="23"/>
        </w:rPr>
        <w:t>She read it.</w:t>
      </w:r>
    </w:p>
    <w:p>
      <w:r>
        <w:rPr>
          <w:rFonts w:ascii="Georgia" w:hAnsi="Georgia" w:eastAsia="Georgia"/>
          <w:sz w:val="23"/>
        </w:rPr>
        <w:t>“So if the other classes never qualify?”</w:t>
      </w:r>
    </w:p>
    <w:p>
      <w:r>
        <w:rPr>
          <w:rFonts w:ascii="Georgia" w:hAnsi="Georgia" w:eastAsia="Georgia"/>
          <w:sz w:val="23"/>
        </w:rPr>
        <w:t>“Two positions remain unused.”</w:t>
      </w:r>
    </w:p>
    <w:p>
      <w:r>
        <w:rPr>
          <w:rFonts w:ascii="Georgia" w:hAnsi="Georgia" w:eastAsia="Georgia"/>
          <w:sz w:val="23"/>
        </w:rPr>
        <w:t>“And if a fifth class becomes necessary?”</w:t>
      </w:r>
    </w:p>
    <w:p>
      <w:r>
        <w:rPr>
          <w:rFonts w:ascii="Georgia" w:hAnsi="Georgia" w:eastAsia="Georgia"/>
          <w:sz w:val="23"/>
        </w:rPr>
        <w:t>“We build another carrier and qualify the difference.”</w:t>
      </w:r>
    </w:p>
    <w:p>
      <w:r>
        <w:rPr>
          <w:rFonts w:ascii="Georgia" w:hAnsi="Georgia" w:eastAsia="Georgia"/>
          <w:sz w:val="23"/>
        </w:rPr>
        <w:t>She nodded.</w:t>
      </w:r>
    </w:p>
    <w:p>
      <w:r>
        <w:rPr>
          <w:rFonts w:ascii="Georgia" w:hAnsi="Georgia" w:eastAsia="Georgia"/>
          <w:sz w:val="23"/>
        </w:rPr>
        <w:t>No joke followed.</w:t>
      </w:r>
    </w:p>
    <w:p>
      <w:r>
        <w:rPr>
          <w:rFonts w:ascii="Georgia" w:hAnsi="Georgia" w:eastAsia="Georgia"/>
          <w:sz w:val="23"/>
        </w:rPr>
        <w:t>She had stopped needing to turn every technical limit into a conversation with me.</w:t>
      </w:r>
    </w:p>
    <w:p>
      <w:r>
        <w:rPr>
          <w:rFonts w:ascii="Georgia" w:hAnsi="Georgia" w:eastAsia="Georgia"/>
          <w:sz w:val="23"/>
        </w:rPr>
        <w:t>That was another change I had not requested.</w:t>
      </w:r>
    </w:p>
    <w:p>
      <w:pPr>
        <w:spacing w:before="80" w:after="80"/>
        <w:jc w:val="center"/>
      </w:pPr>
      <w:r>
        <w:rPr>
          <w:rFonts w:ascii="Georgia" w:hAnsi="Georgia" w:eastAsia="Georgia"/>
          <w:sz w:val="23"/>
        </w:rPr>
        <w:t>§</w:t>
      </w:r>
    </w:p>
    <w:p>
      <w:r>
        <w:rPr>
          <w:rFonts w:ascii="Georgia" w:hAnsi="Georgia" w:eastAsia="Georgia"/>
          <w:sz w:val="23"/>
        </w:rPr>
        <w:t>At 1127 Kera sent my quarterly authorization review.</w:t>
      </w:r>
    </w:p>
    <w:p>
      <w:r>
        <w:rPr>
          <w:rFonts w:ascii="Georgia" w:hAnsi="Georgia" w:eastAsia="Georgia"/>
          <w:sz w:val="23"/>
        </w:rPr>
        <w:t>I opened it while the carrier cooled.</w:t>
      </w:r>
    </w:p>
    <w:p>
      <w:r>
        <w:rPr>
          <w:rFonts w:ascii="Georgia" w:hAnsi="Georgia" w:eastAsia="Georgia"/>
          <w:sz w:val="23"/>
        </w:rPr>
        <w:t>My status had changed again, but only slightly.</w:t>
      </w:r>
    </w:p>
    <w:p>
      <w:r>
        <w:rPr>
          <w:rFonts w:ascii="Georgia" w:hAnsi="Georgia" w:eastAsia="Georgia"/>
          <w:sz w:val="23"/>
        </w:rPr>
        <w:t>SOLE-START AUTHORITY: ACTIVE WITHIN VALIDATED COMPLETE-DERIVATION SCOPE.</w:t>
      </w:r>
    </w:p>
    <w:p>
      <w:r>
        <w:rPr>
          <w:rFonts w:ascii="Georgia" w:hAnsi="Georgia" w:eastAsia="Georgia"/>
          <w:sz w:val="23"/>
        </w:rPr>
        <w:t>SOLE-START AUTHORITY: ACTIVE WITHIN REFERENCE-SUPPORTED LEGACY SCOPE WHERE DECISION-SPECIFIC CLAIMS FALL INSIDE QUALIFIED PANEL COVERAGE.</w:t>
      </w:r>
    </w:p>
    <w:p>
      <w:r>
        <w:rPr>
          <w:rFonts w:ascii="Georgia" w:hAnsi="Georgia" w:eastAsia="Georgia"/>
          <w:sz w:val="23"/>
        </w:rPr>
        <w:t>PAIRED REVIEW REQUIRED ELSEWHERE.</w:t>
      </w:r>
    </w:p>
    <w:p>
      <w:r>
        <w:rPr>
          <w:rFonts w:ascii="Georgia" w:hAnsi="Georgia" w:eastAsia="Georgia"/>
          <w:sz w:val="23"/>
        </w:rPr>
        <w:t>The reference panel had returned another portion of my old authority.</w:t>
      </w:r>
    </w:p>
    <w:p>
      <w:r>
        <w:rPr>
          <w:rFonts w:ascii="Georgia" w:hAnsi="Georgia" w:eastAsia="Georgia"/>
          <w:sz w:val="23"/>
        </w:rPr>
        <w:t>Not all of it.</w:t>
      </w:r>
    </w:p>
    <w:p>
      <w:r>
        <w:rPr>
          <w:rFonts w:ascii="Georgia" w:hAnsi="Georgia" w:eastAsia="Georgia"/>
          <w:sz w:val="23"/>
        </w:rPr>
        <w:t>The document contained no projected date for full restoration.</w:t>
      </w:r>
    </w:p>
    <w:p>
      <w:r>
        <w:rPr>
          <w:rFonts w:ascii="Georgia" w:hAnsi="Georgia" w:eastAsia="Georgia"/>
          <w:sz w:val="23"/>
        </w:rPr>
        <w:t>I no longer looked for one.</w:t>
      </w:r>
    </w:p>
    <w:p>
      <w:r>
        <w:rPr>
          <w:rFonts w:ascii="Georgia" w:hAnsi="Georgia" w:eastAsia="Georgia"/>
          <w:sz w:val="23"/>
        </w:rPr>
        <w:t>Below the authorization block was an operational note.</w:t>
      </w:r>
    </w:p>
    <w:p>
      <w:r>
        <w:rPr>
          <w:rFonts w:ascii="Georgia" w:hAnsi="Georgia" w:eastAsia="Georgia"/>
          <w:sz w:val="23"/>
        </w:rPr>
        <w:t>PRIMARY CASE ROUTING: UNCHANGED.</w:t>
      </w:r>
    </w:p>
    <w:p>
      <w:r>
        <w:rPr>
          <w:rFonts w:ascii="Georgia" w:hAnsi="Georgia" w:eastAsia="Georgia"/>
          <w:sz w:val="23"/>
        </w:rPr>
        <w:t>My queue would remain smaller than it had been before Lysa Corren’s nine seconds.</w:t>
      </w:r>
    </w:p>
    <w:p>
      <w:r>
        <w:rPr>
          <w:rFonts w:ascii="Georgia" w:hAnsi="Georgia" w:eastAsia="Georgia"/>
          <w:sz w:val="23"/>
        </w:rPr>
        <w:t>Miren and the other operators would keep the work that had moved toward them while I was restricted.</w:t>
      </w:r>
    </w:p>
    <w:p>
      <w:r>
        <w:rPr>
          <w:rFonts w:ascii="Georgia" w:hAnsi="Georgia" w:eastAsia="Georgia"/>
          <w:sz w:val="23"/>
        </w:rPr>
        <w:t>The institution had tested the new distribution for forty-one days. Delays remained lower. Error-detection rates had not worsened. No relevant clinical reason supported returning the old concentration of cases to me.</w:t>
      </w:r>
    </w:p>
    <w:p>
      <w:r>
        <w:rPr>
          <w:rFonts w:ascii="Georgia" w:hAnsi="Georgia" w:eastAsia="Georgia"/>
          <w:sz w:val="23"/>
        </w:rPr>
        <w:t>I could appeal the routing decision separately from the authorization decision.</w:t>
      </w:r>
    </w:p>
    <w:p>
      <w:r>
        <w:rPr>
          <w:rFonts w:ascii="Georgia" w:hAnsi="Georgia" w:eastAsia="Georgia"/>
          <w:sz w:val="23"/>
        </w:rPr>
        <w:t>The field remained available.</w:t>
      </w:r>
    </w:p>
    <w:p>
      <w:r>
        <w:rPr>
          <w:rFonts w:ascii="Georgia" w:hAnsi="Georgia" w:eastAsia="Georgia"/>
          <w:sz w:val="23"/>
        </w:rPr>
        <w:t>I closed the document.</w:t>
      </w:r>
    </w:p>
    <w:p>
      <w:r>
        <w:rPr>
          <w:rFonts w:ascii="Georgia" w:hAnsi="Georgia" w:eastAsia="Georgia"/>
          <w:sz w:val="23"/>
        </w:rPr>
        <w:t>At 1132 a modern complete-lineage case appeared in my queue.</w:t>
      </w:r>
    </w:p>
    <w:p>
      <w:r>
        <w:rPr>
          <w:rFonts w:ascii="Georgia" w:hAnsi="Georgia" w:eastAsia="Georgia"/>
          <w:sz w:val="23"/>
        </w:rPr>
        <w:t>At 1134 a similar case appeared in Miren’s.</w:t>
      </w:r>
    </w:p>
    <w:p>
      <w:r>
        <w:rPr>
          <w:rFonts w:ascii="Georgia" w:hAnsi="Georgia" w:eastAsia="Georgia"/>
          <w:sz w:val="23"/>
        </w:rPr>
        <w:t>The scheduler had simply found two available qualified operators.</w:t>
      </w:r>
    </w:p>
    <w:p>
      <w:r>
        <w:rPr>
          <w:rFonts w:ascii="Georgia" w:hAnsi="Georgia" w:eastAsia="Georgia"/>
          <w:sz w:val="23"/>
        </w:rPr>
        <w:t>I took mine.</w:t>
      </w:r>
    </w:p>
    <w:p>
      <w:pPr>
        <w:spacing w:before="80" w:after="80"/>
        <w:jc w:val="center"/>
      </w:pPr>
      <w:r>
        <w:rPr>
          <w:rFonts w:ascii="Georgia" w:hAnsi="Georgia" w:eastAsia="Georgia"/>
          <w:sz w:val="23"/>
        </w:rPr>
        <w:t>§</w:t>
      </w:r>
    </w:p>
    <w:p>
      <w:r>
        <w:rPr>
          <w:rFonts w:ascii="Georgia" w:hAnsi="Georgia" w:eastAsia="Georgia"/>
          <w:sz w:val="23"/>
        </w:rPr>
        <w:t>The patient was not in the shop.</w:t>
      </w:r>
    </w:p>
    <w:p>
      <w:r>
        <w:rPr>
          <w:rFonts w:ascii="Georgia" w:hAnsi="Georgia" w:eastAsia="Georgia"/>
          <w:sz w:val="23"/>
        </w:rPr>
        <w:t>I reviewed the measurement chain remotely, confirmed the derivation boundary, compared the current load history against the qualified reference class and authorized a 0.7-percent controller correction.</w:t>
      </w:r>
    </w:p>
    <w:p>
      <w:r>
        <w:rPr>
          <w:rFonts w:ascii="Georgia" w:hAnsi="Georgia" w:eastAsia="Georgia"/>
          <w:sz w:val="23"/>
        </w:rPr>
        <w:t>A clinician forty kilometers away started it.</w:t>
      </w:r>
    </w:p>
    <w:p>
      <w:r>
        <w:rPr>
          <w:rFonts w:ascii="Georgia" w:hAnsi="Georgia" w:eastAsia="Georgia"/>
          <w:sz w:val="23"/>
        </w:rPr>
        <w:t>The trace changed.</w:t>
      </w:r>
    </w:p>
    <w:p>
      <w:r>
        <w:rPr>
          <w:rFonts w:ascii="Georgia" w:hAnsi="Georgia" w:eastAsia="Georgia"/>
          <w:sz w:val="23"/>
        </w:rPr>
        <w:t>No dramatic event followed.</w:t>
      </w:r>
    </w:p>
    <w:p>
      <w:r>
        <w:rPr>
          <w:rFonts w:ascii="Georgia" w:hAnsi="Georgia" w:eastAsia="Georgia"/>
          <w:sz w:val="23"/>
        </w:rPr>
        <w:t>The patient stood, walked twelve meters, reported less lateral pull and asked whether they could leave before noon.</w:t>
      </w:r>
    </w:p>
    <w:p>
      <w:r>
        <w:rPr>
          <w:rFonts w:ascii="Georgia" w:hAnsi="Georgia" w:eastAsia="Georgia"/>
          <w:sz w:val="23"/>
        </w:rPr>
        <w:t>They could.</w:t>
      </w:r>
    </w:p>
    <w:p>
      <w:r>
        <w:rPr>
          <w:rFonts w:ascii="Georgia" w:hAnsi="Georgia" w:eastAsia="Georgia"/>
          <w:sz w:val="23"/>
        </w:rPr>
        <w:t>I closed the case.</w:t>
      </w:r>
    </w:p>
    <w:p>
      <w:r>
        <w:rPr>
          <w:rFonts w:ascii="Georgia" w:hAnsi="Georgia" w:eastAsia="Georgia"/>
          <w:sz w:val="23"/>
        </w:rPr>
        <w:t>The entire intervention took twenty-six minutes.</w:t>
      </w:r>
    </w:p>
    <w:p>
      <w:r>
        <w:rPr>
          <w:rFonts w:ascii="Georgia" w:hAnsi="Georgia" w:eastAsia="Georgia"/>
          <w:sz w:val="23"/>
        </w:rPr>
        <w:t>I never learned the name of the person historically associated with the setting.</w:t>
      </w:r>
    </w:p>
    <w:p>
      <w:r>
        <w:rPr>
          <w:rFonts w:ascii="Georgia" w:hAnsi="Georgia" w:eastAsia="Georgia"/>
          <w:sz w:val="23"/>
        </w:rPr>
        <w:t>The field existed.</w:t>
      </w:r>
    </w:p>
    <w:p>
      <w:r>
        <w:rPr>
          <w:rFonts w:ascii="Georgia" w:hAnsi="Georgia" w:eastAsia="Georgia"/>
          <w:sz w:val="23"/>
        </w:rPr>
        <w:t>It remained sealed because it was not relevant.</w:t>
      </w:r>
    </w:p>
    <w:p>
      <w:r>
        <w:rPr>
          <w:rFonts w:ascii="Georgia" w:hAnsi="Georgia" w:eastAsia="Georgia"/>
          <w:sz w:val="23"/>
        </w:rPr>
        <w:t>That would have been unusual once.</w:t>
      </w:r>
    </w:p>
    <w:p>
      <w:r>
        <w:rPr>
          <w:rFonts w:ascii="Georgia" w:hAnsi="Georgia" w:eastAsia="Georgia"/>
          <w:sz w:val="23"/>
        </w:rPr>
        <w:t>It was not unusual now.</w:t>
      </w:r>
    </w:p>
    <w:p>
      <w:r>
        <w:rPr>
          <w:rFonts w:ascii="Georgia" w:hAnsi="Georgia" w:eastAsia="Georgia"/>
          <w:sz w:val="23"/>
        </w:rPr>
        <w:t>I returned to the carrier.</w:t>
      </w:r>
    </w:p>
    <w:p>
      <w:pPr>
        <w:spacing w:before="80" w:after="80"/>
        <w:jc w:val="center"/>
      </w:pPr>
      <w:r>
        <w:rPr>
          <w:rFonts w:ascii="Georgia" w:hAnsi="Georgia" w:eastAsia="Georgia"/>
          <w:sz w:val="23"/>
        </w:rPr>
        <w:t>§</w:t>
      </w:r>
    </w:p>
    <w:p>
      <w:r>
        <w:rPr>
          <w:rFonts w:ascii="Georgia" w:hAnsi="Georgia" w:eastAsia="Georgia"/>
          <w:sz w:val="23"/>
        </w:rPr>
        <w:t>The custody sleeves arrived at 1306.</w:t>
      </w:r>
    </w:p>
    <w:p>
      <w:r>
        <w:rPr>
          <w:rFonts w:ascii="Georgia" w:hAnsi="Georgia" w:eastAsia="Georgia"/>
          <w:sz w:val="23"/>
        </w:rPr>
        <w:t>C-42 would occupy Position One.</w:t>
      </w:r>
    </w:p>
    <w:p>
      <w:r>
        <w:rPr>
          <w:rFonts w:ascii="Georgia" w:hAnsi="Georgia" w:eastAsia="Georgia"/>
          <w:sz w:val="23"/>
        </w:rPr>
        <w:t>Position Two would hold a long-custody specimen with no recorded completion-event use and no known intimate-setting history. Its record was not clean. It contained two early field-environment studies, one storage transfer and a seven-year interval during which the exact calibration chain used for annual mass verification was incomplete.</w:t>
      </w:r>
    </w:p>
    <w:p>
      <w:r>
        <w:rPr>
          <w:rFonts w:ascii="Georgia" w:hAnsi="Georgia" w:eastAsia="Georgia"/>
          <w:sz w:val="23"/>
        </w:rPr>
        <w:t>That incompleteness remained attached.</w:t>
      </w:r>
    </w:p>
    <w:p>
      <w:r>
        <w:rPr>
          <w:rFonts w:ascii="Georgia" w:hAnsi="Georgia" w:eastAsia="Georgia"/>
          <w:sz w:val="23"/>
        </w:rPr>
        <w:t>The reference class had qualified anyway because the missing calibration ancestry could not carry the error modes for which the class was being used.</w:t>
      </w:r>
    </w:p>
    <w:p>
      <w:r>
        <w:rPr>
          <w:rFonts w:ascii="Georgia" w:hAnsi="Georgia" w:eastAsia="Georgia"/>
          <w:sz w:val="23"/>
        </w:rPr>
        <w:t>That sentence would once have bothered me.</w:t>
      </w:r>
    </w:p>
    <w:p>
      <w:r>
        <w:rPr>
          <w:rFonts w:ascii="Georgia" w:hAnsi="Georgia" w:eastAsia="Georgia"/>
          <w:sz w:val="23"/>
        </w:rPr>
        <w:t>Not because it was wrong.</w:t>
      </w:r>
    </w:p>
    <w:p>
      <w:r>
        <w:rPr>
          <w:rFonts w:ascii="Georgia" w:hAnsi="Georgia" w:eastAsia="Georgia"/>
          <w:sz w:val="23"/>
        </w:rPr>
        <w:t>Because I had preferred boundaries that could be stated without subordinate clauses.</w:t>
      </w:r>
    </w:p>
    <w:p>
      <w:r>
        <w:rPr>
          <w:rFonts w:ascii="Georgia" w:hAnsi="Georgia" w:eastAsia="Georgia"/>
          <w:sz w:val="23"/>
        </w:rPr>
        <w:t>The world had not improved for my preference.</w:t>
      </w:r>
    </w:p>
    <w:p>
      <w:r>
        <w:rPr>
          <w:rFonts w:ascii="Georgia" w:hAnsi="Georgia" w:eastAsia="Georgia"/>
          <w:sz w:val="23"/>
        </w:rPr>
        <w:t>Hara brought C-42 from custody at 1338.</w:t>
      </w:r>
    </w:p>
    <w:p>
      <w:r>
        <w:rPr>
          <w:rFonts w:ascii="Georgia" w:hAnsi="Georgia" w:eastAsia="Georgia"/>
          <w:sz w:val="23"/>
        </w:rPr>
        <w:t>She carried the sleeve in both hands.</w:t>
      </w:r>
    </w:p>
    <w:p>
      <w:r>
        <w:rPr>
          <w:rFonts w:ascii="Georgia" w:hAnsi="Georgia" w:eastAsia="Georgia"/>
          <w:sz w:val="23"/>
        </w:rPr>
        <w:t>The new card was visible through the outer barrier.</w:t>
      </w:r>
    </w:p>
    <w:p>
      <w:r>
        <w:rPr>
          <w:rFonts w:ascii="Georgia" w:hAnsi="Georgia" w:eastAsia="Georgia"/>
          <w:sz w:val="23"/>
        </w:rPr>
        <w:t>C-42.</w:t>
      </w:r>
    </w:p>
    <w:p>
      <w:r>
        <w:rPr>
          <w:rFonts w:ascii="Georgia" w:hAnsi="Georgia" w:eastAsia="Georgia"/>
          <w:sz w:val="23"/>
        </w:rPr>
        <w:t>REFERENCE MATERIAL: QUALIFIED WITH DOCUMENTED HISTORY.</w:t>
      </w:r>
    </w:p>
    <w:p>
      <w:r>
        <w:rPr>
          <w:rFonts w:ascii="Georgia" w:hAnsi="Georgia" w:eastAsia="Georgia"/>
          <w:sz w:val="23"/>
        </w:rPr>
        <w:t>STANDING: NOT ESTABLISHED.</w:t>
      </w:r>
    </w:p>
    <w:p>
      <w:r>
        <w:rPr>
          <w:rFonts w:ascii="Georgia" w:hAnsi="Georgia" w:eastAsia="Georgia"/>
          <w:sz w:val="23"/>
        </w:rPr>
        <w:t>SOURCE RECORDS: ATTACHED BY PROVENANCE.</w:t>
      </w:r>
    </w:p>
    <w:p>
      <w:r>
        <w:rPr>
          <w:rFonts w:ascii="Georgia" w:hAnsi="Georgia" w:eastAsia="Georgia"/>
          <w:sz w:val="23"/>
        </w:rPr>
        <w:t>I checked the custody seal and signed the transfer as fabrication recipient.</w:t>
      </w:r>
    </w:p>
    <w:p>
      <w:r>
        <w:rPr>
          <w:rFonts w:ascii="Georgia" w:hAnsi="Georgia" w:eastAsia="Georgia"/>
          <w:sz w:val="23"/>
        </w:rPr>
        <w:t>Nothing in the signature asked what I believed C-42 was.</w:t>
      </w:r>
    </w:p>
    <w:p>
      <w:r>
        <w:rPr>
          <w:rFonts w:ascii="Georgia" w:hAnsi="Georgia" w:eastAsia="Georgia"/>
          <w:sz w:val="23"/>
        </w:rPr>
        <w:t>Hara placed the sleeve into Position One.</w:t>
      </w:r>
    </w:p>
    <w:p>
      <w:r>
        <w:rPr>
          <w:rFonts w:ascii="Georgia" w:hAnsi="Georgia" w:eastAsia="Georgia"/>
          <w:sz w:val="23"/>
        </w:rPr>
        <w:t>The compliant supports took the mass.</w:t>
      </w:r>
    </w:p>
    <w:p>
      <w:r>
        <w:rPr>
          <w:rFonts w:ascii="Georgia" w:hAnsi="Georgia" w:eastAsia="Georgia"/>
          <w:sz w:val="23"/>
        </w:rPr>
        <w:t>Position Two followed nine minutes later.</w:t>
      </w:r>
    </w:p>
    <w:p>
      <w:r>
        <w:rPr>
          <w:rFonts w:ascii="Georgia" w:hAnsi="Georgia" w:eastAsia="Georgia"/>
          <w:sz w:val="23"/>
        </w:rPr>
        <w:t>Positions Three and Four remained open.</w:t>
      </w:r>
    </w:p>
    <w:p>
      <w:r>
        <w:rPr>
          <w:rFonts w:ascii="Georgia" w:hAnsi="Georgia" w:eastAsia="Georgia"/>
          <w:sz w:val="23"/>
        </w:rPr>
        <w:t>Their custody interfaces were not installed.</w:t>
      </w:r>
    </w:p>
    <w:p>
      <w:r>
        <w:rPr>
          <w:rFonts w:ascii="Georgia" w:hAnsi="Georgia" w:eastAsia="Georgia"/>
          <w:sz w:val="23"/>
        </w:rPr>
        <w:t>Only the passive thermal collars occupied the wells.</w:t>
      </w:r>
    </w:p>
    <w:p>
      <w:r>
        <w:rPr>
          <w:rFonts w:ascii="Georgia" w:hAnsi="Georgia" w:eastAsia="Georgia"/>
          <w:sz w:val="23"/>
        </w:rPr>
        <w:t>Hara looked at them.</w:t>
      </w:r>
    </w:p>
    <w:p>
      <w:r>
        <w:rPr>
          <w:rFonts w:ascii="Georgia" w:hAnsi="Georgia" w:eastAsia="Georgia"/>
          <w:sz w:val="23"/>
        </w:rPr>
        <w:t>“Do they need labels?”</w:t>
      </w:r>
    </w:p>
    <w:p>
      <w:r>
        <w:rPr>
          <w:rFonts w:ascii="Georgia" w:hAnsi="Georgia" w:eastAsia="Georgia"/>
          <w:sz w:val="23"/>
        </w:rPr>
        <w:t>“Yes.”</w:t>
      </w:r>
    </w:p>
    <w:p>
      <w:r>
        <w:rPr>
          <w:rFonts w:ascii="Georgia" w:hAnsi="Georgia" w:eastAsia="Georgia"/>
          <w:sz w:val="23"/>
        </w:rPr>
        <w:t>“Empty?”</w:t>
      </w:r>
    </w:p>
    <w:p>
      <w:r>
        <w:rPr>
          <w:rFonts w:ascii="Georgia" w:hAnsi="Georgia" w:eastAsia="Georgia"/>
          <w:sz w:val="23"/>
        </w:rPr>
        <w:t>“No.”</w:t>
      </w:r>
    </w:p>
    <w:p>
      <w:r>
        <w:rPr>
          <w:rFonts w:ascii="Georgia" w:hAnsi="Georgia" w:eastAsia="Georgia"/>
          <w:sz w:val="23"/>
        </w:rPr>
        <w:t>I opened the carrier marking field.</w:t>
      </w:r>
    </w:p>
    <w:p>
      <w:r>
        <w:rPr>
          <w:rFonts w:ascii="Georgia" w:hAnsi="Georgia" w:eastAsia="Georgia"/>
          <w:sz w:val="23"/>
        </w:rPr>
        <w:t>For Position Three I entered:</w:t>
      </w:r>
    </w:p>
    <w:p>
      <w:r>
        <w:rPr>
          <w:rFonts w:ascii="Georgia" w:hAnsi="Georgia" w:eastAsia="Georgia"/>
          <w:sz w:val="23"/>
        </w:rPr>
        <w:t>REFERENCE CLASS NOT YET QUALIFIED.</w:t>
      </w:r>
    </w:p>
    <w:p>
      <w:r>
        <w:rPr>
          <w:rFonts w:ascii="Georgia" w:hAnsi="Georgia" w:eastAsia="Georgia"/>
          <w:sz w:val="23"/>
        </w:rPr>
        <w:t>For Position Four:</w:t>
      </w:r>
    </w:p>
    <w:p>
      <w:r>
        <w:rPr>
          <w:rFonts w:ascii="Georgia" w:hAnsi="Georgia" w:eastAsia="Georgia"/>
          <w:sz w:val="23"/>
        </w:rPr>
        <w:t>REFERENCE CLASS NOT YET QUALIFIED.</w:t>
      </w:r>
    </w:p>
    <w:p>
      <w:r>
        <w:rPr>
          <w:rFonts w:ascii="Georgia" w:hAnsi="Georgia" w:eastAsia="Georgia"/>
          <w:sz w:val="23"/>
        </w:rPr>
        <w:t>Hara read both.</w:t>
      </w:r>
    </w:p>
    <w:p>
      <w:r>
        <w:rPr>
          <w:rFonts w:ascii="Georgia" w:hAnsi="Georgia" w:eastAsia="Georgia"/>
          <w:sz w:val="23"/>
        </w:rPr>
        <w:t>“Same label.”</w:t>
      </w:r>
    </w:p>
    <w:p>
      <w:r>
        <w:rPr>
          <w:rFonts w:ascii="Georgia" w:hAnsi="Georgia" w:eastAsia="Georgia"/>
          <w:sz w:val="23"/>
        </w:rPr>
        <w:t>“Same current state. Different pending histories.”</w:t>
      </w:r>
    </w:p>
    <w:p>
      <w:r>
        <w:rPr>
          <w:rFonts w:ascii="Georgia" w:hAnsi="Georgia" w:eastAsia="Georgia"/>
          <w:sz w:val="23"/>
        </w:rPr>
        <w:t>“Do we name the pending classes?”</w:t>
      </w:r>
    </w:p>
    <w:p>
      <w:r>
        <w:rPr>
          <w:rFonts w:ascii="Georgia" w:hAnsi="Georgia" w:eastAsia="Georgia"/>
          <w:sz w:val="23"/>
        </w:rPr>
        <w:t>I considered it.</w:t>
      </w:r>
    </w:p>
    <w:p>
      <w:r>
        <w:rPr>
          <w:rFonts w:ascii="Georgia" w:hAnsi="Georgia" w:eastAsia="Georgia"/>
          <w:sz w:val="23"/>
        </w:rPr>
        <w:t>The consent review could still change the former-setting category. The transport failure could force the recent-recovery class to split by housing type.</w:t>
      </w:r>
    </w:p>
    <w:p>
      <w:r>
        <w:rPr>
          <w:rFonts w:ascii="Georgia" w:hAnsi="Georgia" w:eastAsia="Georgia"/>
          <w:sz w:val="23"/>
        </w:rPr>
        <w:t>Naming either now would make the carrier appear to know the final structure before the work had earned it.</w:t>
      </w:r>
    </w:p>
    <w:p>
      <w:r>
        <w:rPr>
          <w:rFonts w:ascii="Georgia" w:hAnsi="Georgia" w:eastAsia="Georgia"/>
          <w:sz w:val="23"/>
        </w:rPr>
        <w:t>“No.”</w:t>
      </w:r>
    </w:p>
    <w:p>
      <w:r>
        <w:rPr>
          <w:rFonts w:ascii="Georgia" w:hAnsi="Georgia" w:eastAsia="Georgia"/>
          <w:sz w:val="23"/>
        </w:rPr>
        <w:t>She accepted that.</w:t>
      </w:r>
    </w:p>
    <w:p>
      <w:pPr>
        <w:spacing w:before="80" w:after="80"/>
        <w:jc w:val="center"/>
      </w:pPr>
      <w:r>
        <w:rPr>
          <w:rFonts w:ascii="Georgia" w:hAnsi="Georgia" w:eastAsia="Georgia"/>
          <w:sz w:val="23"/>
        </w:rPr>
        <w:t>§</w:t>
      </w:r>
    </w:p>
    <w:p>
      <w:r>
        <w:rPr>
          <w:rFonts w:ascii="Georgia" w:hAnsi="Georgia" w:eastAsia="Georgia"/>
          <w:sz w:val="23"/>
        </w:rPr>
        <w:t>At 1451 Rian joined the carrier qualification remotely.</w:t>
      </w:r>
    </w:p>
    <w:p>
      <w:r>
        <w:rPr>
          <w:rFonts w:ascii="Georgia" w:hAnsi="Georgia" w:eastAsia="Georgia"/>
          <w:sz w:val="23"/>
        </w:rPr>
        <w:t>He had written the environmental test plan but had not seen the physical build.</w:t>
      </w:r>
    </w:p>
    <w:p>
      <w:r>
        <w:rPr>
          <w:rFonts w:ascii="Georgia" w:hAnsi="Georgia" w:eastAsia="Georgia"/>
          <w:sz w:val="23"/>
        </w:rPr>
        <w:t>“Four positions,” he said.</w:t>
      </w:r>
    </w:p>
    <w:p>
      <w:r>
        <w:rPr>
          <w:rFonts w:ascii="Georgia" w:hAnsi="Georgia" w:eastAsia="Georgia"/>
          <w:sz w:val="23"/>
        </w:rPr>
        <w:t>“Yes.”</w:t>
      </w:r>
    </w:p>
    <w:p>
      <w:r>
        <w:rPr>
          <w:rFonts w:ascii="Georgia" w:hAnsi="Georgia" w:eastAsia="Georgia"/>
          <w:sz w:val="23"/>
        </w:rPr>
        <w:t>“I requested two.”</w:t>
      </w:r>
    </w:p>
    <w:p>
      <w:r>
        <w:rPr>
          <w:rFonts w:ascii="Georgia" w:hAnsi="Georgia" w:eastAsia="Georgia"/>
          <w:sz w:val="23"/>
        </w:rPr>
        <w:t>“Miren requested four if the burden was acceptable.”</w:t>
      </w:r>
    </w:p>
    <w:p>
      <w:r>
        <w:rPr>
          <w:rFonts w:ascii="Georgia" w:hAnsi="Georgia" w:eastAsia="Georgia"/>
          <w:sz w:val="23"/>
        </w:rPr>
        <w:t>“Was it?”</w:t>
      </w:r>
    </w:p>
    <w:p>
      <w:r>
        <w:rPr>
          <w:rFonts w:ascii="Georgia" w:hAnsi="Georgia" w:eastAsia="Georgia"/>
          <w:sz w:val="23"/>
        </w:rPr>
        <w:t>I sent him the thermal cycle data.</w:t>
      </w:r>
    </w:p>
    <w:p>
      <w:r>
        <w:rPr>
          <w:rFonts w:ascii="Georgia" w:hAnsi="Georgia" w:eastAsia="Georgia"/>
          <w:sz w:val="23"/>
        </w:rPr>
        <w:t>He read it.</w:t>
      </w:r>
    </w:p>
    <w:p>
      <w:r>
        <w:rPr>
          <w:rFonts w:ascii="Georgia" w:hAnsi="Georgia" w:eastAsia="Georgia"/>
          <w:sz w:val="23"/>
        </w:rPr>
        <w:t>“It will add twelve minutes to field verification.”</w:t>
      </w:r>
    </w:p>
    <w:p>
      <w:r>
        <w:rPr>
          <w:rFonts w:ascii="Georgia" w:hAnsi="Georgia" w:eastAsia="Georgia"/>
          <w:sz w:val="23"/>
        </w:rPr>
        <w:t>“Yes.”</w:t>
      </w:r>
    </w:p>
    <w:p>
      <w:r>
        <w:rPr>
          <w:rFonts w:ascii="Georgia" w:hAnsi="Georgia" w:eastAsia="Georgia"/>
          <w:sz w:val="23"/>
        </w:rPr>
        <w:t>“North Reach will complain.”</w:t>
      </w:r>
    </w:p>
    <w:p>
      <w:r>
        <w:rPr>
          <w:rFonts w:ascii="Georgia" w:hAnsi="Georgia" w:eastAsia="Georgia"/>
          <w:sz w:val="23"/>
        </w:rPr>
        <w:t>“Probably.”</w:t>
      </w:r>
    </w:p>
    <w:p>
      <w:r>
        <w:rPr>
          <w:rFonts w:ascii="Georgia" w:hAnsi="Georgia" w:eastAsia="Georgia"/>
          <w:sz w:val="23"/>
        </w:rPr>
        <w:t>“You are not going with it.”</w:t>
      </w:r>
    </w:p>
    <w:p>
      <w:r>
        <w:rPr>
          <w:rFonts w:ascii="Georgia" w:hAnsi="Georgia" w:eastAsia="Georgia"/>
          <w:sz w:val="23"/>
        </w:rPr>
        <w:t>“No.”</w:t>
      </w:r>
    </w:p>
    <w:p>
      <w:r>
        <w:rPr>
          <w:rFonts w:ascii="Georgia" w:hAnsi="Georgia" w:eastAsia="Georgia"/>
          <w:sz w:val="23"/>
        </w:rPr>
        <w:t>He paused.</w:t>
      </w:r>
    </w:p>
    <w:p>
      <w:r>
        <w:rPr>
          <w:rFonts w:ascii="Georgia" w:hAnsi="Georgia" w:eastAsia="Georgia"/>
          <w:sz w:val="23"/>
        </w:rPr>
        <w:t>I expected another sentence.</w:t>
      </w:r>
    </w:p>
    <w:p>
      <w:r>
        <w:rPr>
          <w:rFonts w:ascii="Georgia" w:hAnsi="Georgia" w:eastAsia="Georgia"/>
          <w:sz w:val="23"/>
        </w:rPr>
        <w:t>None came.</w:t>
      </w:r>
    </w:p>
    <w:p>
      <w:r>
        <w:rPr>
          <w:rFonts w:ascii="Georgia" w:hAnsi="Georgia" w:eastAsia="Georgia"/>
          <w:sz w:val="23"/>
        </w:rPr>
        <w:t>We ran the certification sequence.</w:t>
      </w:r>
    </w:p>
    <w:p>
      <w:r>
        <w:rPr>
          <w:rFonts w:ascii="Georgia" w:hAnsi="Georgia" w:eastAsia="Georgia"/>
          <w:sz w:val="23"/>
        </w:rPr>
        <w:t>Shock sensors.</w:t>
      </w:r>
    </w:p>
    <w:p>
      <w:r>
        <w:rPr>
          <w:rFonts w:ascii="Georgia" w:hAnsi="Georgia" w:eastAsia="Georgia"/>
          <w:sz w:val="23"/>
        </w:rPr>
        <w:t>Temperature equality.</w:t>
      </w:r>
    </w:p>
    <w:p>
      <w:r>
        <w:rPr>
          <w:rFonts w:ascii="Georgia" w:hAnsi="Georgia" w:eastAsia="Georgia"/>
          <w:sz w:val="23"/>
        </w:rPr>
        <w:t>Custody-sleeve isolation.</w:t>
      </w:r>
    </w:p>
    <w:p>
      <w:r>
        <w:rPr>
          <w:rFonts w:ascii="Georgia" w:hAnsi="Georgia" w:eastAsia="Georgia"/>
          <w:sz w:val="23"/>
        </w:rPr>
        <w:t>Field-monitoring continuity.</w:t>
      </w:r>
    </w:p>
    <w:p>
      <w:r>
        <w:rPr>
          <w:rFonts w:ascii="Georgia" w:hAnsi="Georgia" w:eastAsia="Georgia"/>
          <w:sz w:val="23"/>
        </w:rPr>
        <w:t>The two occupied positions remained within range.</w:t>
      </w:r>
    </w:p>
    <w:p>
      <w:r>
        <w:rPr>
          <w:rFonts w:ascii="Georgia" w:hAnsi="Georgia" w:eastAsia="Georgia"/>
          <w:sz w:val="23"/>
        </w:rPr>
        <w:t>The two unoccupied positions did too.</w:t>
      </w:r>
    </w:p>
    <w:p>
      <w:r>
        <w:rPr>
          <w:rFonts w:ascii="Georgia" w:hAnsi="Georgia" w:eastAsia="Georgia"/>
          <w:sz w:val="23"/>
        </w:rPr>
        <w:t>At the end Rian generated the carrier certificate.</w:t>
      </w:r>
    </w:p>
    <w:p>
      <w:r>
        <w:rPr>
          <w:rFonts w:ascii="Georgia" w:hAnsi="Georgia" w:eastAsia="Georgia"/>
          <w:sz w:val="23"/>
        </w:rPr>
        <w:t>TRANSPORT PANEL: QUALIFIED FOR TWO CURRENT REFERENCE CLASSES.</w:t>
      </w:r>
    </w:p>
    <w:p>
      <w:r>
        <w:rPr>
          <w:rFonts w:ascii="Georgia" w:hAnsi="Georgia" w:eastAsia="Georgia"/>
          <w:sz w:val="23"/>
        </w:rPr>
        <w:t>PHYSICAL CAPACITY: FOUR POSITIONS.</w:t>
      </w:r>
    </w:p>
    <w:p>
      <w:r>
        <w:rPr>
          <w:rFonts w:ascii="Georgia" w:hAnsi="Georgia" w:eastAsia="Georgia"/>
          <w:sz w:val="23"/>
        </w:rPr>
        <w:t>UNQUALIFIED POSITIONS: NO REFERENCE INTERPRETATION AUTHORIZED.</w:t>
      </w:r>
    </w:p>
    <w:p>
      <w:r>
        <w:rPr>
          <w:rFonts w:ascii="Georgia" w:hAnsi="Georgia" w:eastAsia="Georgia"/>
          <w:sz w:val="23"/>
        </w:rPr>
        <w:t>That was accurate.</w:t>
      </w:r>
    </w:p>
    <w:p>
      <w:r>
        <w:rPr>
          <w:rFonts w:ascii="Georgia" w:hAnsi="Georgia" w:eastAsia="Georgia"/>
          <w:sz w:val="23"/>
        </w:rPr>
        <w:t>I signed fabrication conformity.</w:t>
      </w:r>
    </w:p>
    <w:p>
      <w:r>
        <w:rPr>
          <w:rFonts w:ascii="Georgia" w:hAnsi="Georgia" w:eastAsia="Georgia"/>
          <w:sz w:val="23"/>
        </w:rPr>
        <w:t>Rian signed system qualification.</w:t>
      </w:r>
    </w:p>
    <w:p>
      <w:r>
        <w:rPr>
          <w:rFonts w:ascii="Georgia" w:hAnsi="Georgia" w:eastAsia="Georgia"/>
          <w:sz w:val="23"/>
        </w:rPr>
        <w:t>The carrier was scheduled for the 1730 North Reach exchange.</w:t>
      </w:r>
    </w:p>
    <w:p>
      <w:pPr>
        <w:spacing w:before="80" w:after="80"/>
        <w:jc w:val="center"/>
      </w:pPr>
      <w:r>
        <w:rPr>
          <w:rFonts w:ascii="Georgia" w:hAnsi="Georgia" w:eastAsia="Georgia"/>
          <w:sz w:val="23"/>
        </w:rPr>
        <w:t>§</w:t>
      </w:r>
    </w:p>
    <w:p>
      <w:r>
        <w:rPr>
          <w:rFonts w:ascii="Georgia" w:hAnsi="Georgia" w:eastAsia="Georgia"/>
          <w:sz w:val="23"/>
        </w:rPr>
        <w:t>At 1520 I received a message from Len Aras.</w:t>
      </w:r>
    </w:p>
    <w:p>
      <w:r>
        <w:rPr>
          <w:rFonts w:ascii="Georgia" w:hAnsi="Georgia" w:eastAsia="Georgia"/>
          <w:sz w:val="23"/>
        </w:rPr>
        <w:t>Not through the clinical system.</w:t>
      </w:r>
    </w:p>
    <w:p>
      <w:r>
        <w:rPr>
          <w:rFonts w:ascii="Georgia" w:hAnsi="Georgia" w:eastAsia="Georgia"/>
          <w:sz w:val="23"/>
        </w:rPr>
        <w:t>Through ordinary contact routing.</w:t>
      </w:r>
    </w:p>
    <w:p>
      <w:r>
        <w:rPr>
          <w:rFonts w:ascii="Georgia" w:hAnsi="Georgia" w:eastAsia="Georgia"/>
          <w:sz w:val="23"/>
        </w:rPr>
        <w:t>It contained nine words.</w:t>
      </w:r>
    </w:p>
    <w:p>
      <w:r>
        <w:rPr>
          <w:rFonts w:ascii="Georgia" w:hAnsi="Georgia" w:eastAsia="Georgia"/>
          <w:sz w:val="23"/>
        </w:rPr>
        <w:t>LEFT FOOT IMPROVING. STILL ANGRY. BOTH CAN BE TRUE.</w:t>
      </w:r>
    </w:p>
    <w:p>
      <w:r>
        <w:rPr>
          <w:rFonts w:ascii="Georgia" w:hAnsi="Georgia" w:eastAsia="Georgia"/>
          <w:sz w:val="23"/>
        </w:rPr>
        <w:t>I read it once.</w:t>
      </w:r>
    </w:p>
    <w:p>
      <w:r>
        <w:rPr>
          <w:rFonts w:ascii="Georgia" w:hAnsi="Georgia" w:eastAsia="Georgia"/>
          <w:sz w:val="23"/>
        </w:rPr>
        <w:t>I did not answer immediately.</w:t>
      </w:r>
    </w:p>
    <w:p>
      <w:r>
        <w:rPr>
          <w:rFonts w:ascii="Georgia" w:hAnsi="Georgia" w:eastAsia="Georgia"/>
          <w:sz w:val="23"/>
        </w:rPr>
        <w:t>At 1527 Jori Thane’s follow-up appeared in the regional outcomes feed.</w:t>
      </w:r>
    </w:p>
    <w:p>
      <w:r>
        <w:rPr>
          <w:rFonts w:ascii="Georgia" w:hAnsi="Georgia" w:eastAsia="Georgia"/>
          <w:sz w:val="23"/>
        </w:rPr>
        <w:t>No recurrent vascular compromise.</w:t>
      </w:r>
    </w:p>
    <w:p>
      <w:r>
        <w:rPr>
          <w:rFonts w:ascii="Georgia" w:hAnsi="Georgia" w:eastAsia="Georgia"/>
          <w:sz w:val="23"/>
        </w:rPr>
        <w:t>No further Kaethe-controller intervention.</w:t>
      </w:r>
    </w:p>
    <w:p>
      <w:r>
        <w:rPr>
          <w:rFonts w:ascii="Georgia" w:hAnsi="Georgia" w:eastAsia="Georgia"/>
          <w:sz w:val="23"/>
        </w:rPr>
        <w:t>That record did not mention me.</w:t>
      </w:r>
    </w:p>
    <w:p>
      <w:r>
        <w:rPr>
          <w:rFonts w:ascii="Georgia" w:hAnsi="Georgia" w:eastAsia="Georgia"/>
          <w:sz w:val="23"/>
        </w:rPr>
        <w:t>It should not have.</w:t>
      </w:r>
    </w:p>
    <w:p>
      <w:r>
        <w:rPr>
          <w:rFonts w:ascii="Georgia" w:hAnsi="Georgia" w:eastAsia="Georgia"/>
          <w:sz w:val="23"/>
        </w:rPr>
        <w:t>At 1533 the first North Reach case supported by the two-class reference panel closed without paired review.</w:t>
      </w:r>
    </w:p>
    <w:p>
      <w:r>
        <w:rPr>
          <w:rFonts w:ascii="Georgia" w:hAnsi="Georgia" w:eastAsia="Georgia"/>
          <w:sz w:val="23"/>
        </w:rPr>
        <w:t>The operator had used the panel to exclude one shared legacy-transform family as relevant to the proposed adjustment. The remaining evidence was sufficient for sole start under the current rule.</w:t>
      </w:r>
    </w:p>
    <w:p>
      <w:r>
        <w:rPr>
          <w:rFonts w:ascii="Georgia" w:hAnsi="Georgia" w:eastAsia="Georgia"/>
          <w:sz w:val="23"/>
        </w:rPr>
        <w:t>The patient improved.</w:t>
      </w:r>
    </w:p>
    <w:p>
      <w:r>
        <w:rPr>
          <w:rFonts w:ascii="Georgia" w:hAnsi="Georgia" w:eastAsia="Georgia"/>
          <w:sz w:val="23"/>
        </w:rPr>
        <w:t>That outcome belonged to the current decision.</w:t>
      </w:r>
    </w:p>
    <w:p>
      <w:r>
        <w:rPr>
          <w:rFonts w:ascii="Georgia" w:hAnsi="Georgia" w:eastAsia="Georgia"/>
          <w:sz w:val="23"/>
        </w:rPr>
        <w:t>It did not prove the panel would work for the next one.</w:t>
      </w:r>
    </w:p>
    <w:p>
      <w:r>
        <w:rPr>
          <w:rFonts w:ascii="Georgia" w:hAnsi="Georgia" w:eastAsia="Georgia"/>
          <w:sz w:val="23"/>
        </w:rPr>
        <w:t>No one added that sentence to the record.</w:t>
      </w:r>
    </w:p>
    <w:p>
      <w:r>
        <w:rPr>
          <w:rFonts w:ascii="Georgia" w:hAnsi="Georgia" w:eastAsia="Georgia"/>
          <w:sz w:val="23"/>
        </w:rPr>
        <w:t>They did not need to anymore.</w:t>
      </w:r>
    </w:p>
    <w:p>
      <w:r>
        <w:rPr>
          <w:rFonts w:ascii="Georgia" w:hAnsi="Georgia" w:eastAsia="Georgia"/>
          <w:sz w:val="23"/>
        </w:rPr>
        <w:t>I answered Len.</w:t>
      </w:r>
    </w:p>
    <w:p>
      <w:r>
        <w:rPr>
          <w:rFonts w:ascii="Georgia" w:hAnsi="Georgia" w:eastAsia="Georgia"/>
          <w:sz w:val="23"/>
        </w:rPr>
        <w:t>YES.</w:t>
      </w:r>
    </w:p>
    <w:p>
      <w:r>
        <w:rPr>
          <w:rFonts w:ascii="Georgia" w:hAnsi="Georgia" w:eastAsia="Georgia"/>
          <w:sz w:val="23"/>
        </w:rPr>
        <w:t>Nothing else seemed required.</w:t>
      </w:r>
    </w:p>
    <w:p>
      <w:pPr>
        <w:spacing w:before="80" w:after="80"/>
        <w:jc w:val="center"/>
      </w:pPr>
      <w:r>
        <w:rPr>
          <w:rFonts w:ascii="Georgia" w:hAnsi="Georgia" w:eastAsia="Georgia"/>
          <w:sz w:val="23"/>
        </w:rPr>
        <w:t>§</w:t>
      </w:r>
    </w:p>
    <w:p>
      <w:r>
        <w:rPr>
          <w:rFonts w:ascii="Georgia" w:hAnsi="Georgia" w:eastAsia="Georgia"/>
          <w:sz w:val="23"/>
        </w:rPr>
        <w:t>Miren came back at 1644 to inspect the carrier before dispatch.</w:t>
      </w:r>
    </w:p>
    <w:p>
      <w:r>
        <w:rPr>
          <w:rFonts w:ascii="Georgia" w:hAnsi="Georgia" w:eastAsia="Georgia"/>
          <w:sz w:val="23"/>
        </w:rPr>
        <w:t>She had completed three live cases since morning.</w:t>
      </w:r>
    </w:p>
    <w:p>
      <w:r>
        <w:rPr>
          <w:rFonts w:ascii="Georgia" w:hAnsi="Georgia" w:eastAsia="Georgia"/>
          <w:sz w:val="23"/>
        </w:rPr>
        <w:t>I had completed two.</w:t>
      </w:r>
    </w:p>
    <w:p>
      <w:r>
        <w:rPr>
          <w:rFonts w:ascii="Georgia" w:hAnsi="Georgia" w:eastAsia="Georgia"/>
          <w:sz w:val="23"/>
        </w:rPr>
        <w:t>Neither count interested her.</w:t>
      </w:r>
    </w:p>
    <w:p>
      <w:r>
        <w:rPr>
          <w:rFonts w:ascii="Georgia" w:hAnsi="Georgia" w:eastAsia="Georgia"/>
          <w:sz w:val="23"/>
        </w:rPr>
        <w:t>She checked the seals, lifted one side of the chassis to test the handles and read the position markings.</w:t>
      </w:r>
    </w:p>
    <w:p>
      <w:r>
        <w:rPr>
          <w:rFonts w:ascii="Georgia" w:hAnsi="Georgia" w:eastAsia="Georgia"/>
          <w:sz w:val="23"/>
        </w:rPr>
        <w:t>“You left room.”</w:t>
      </w:r>
    </w:p>
    <w:p>
      <w:r>
        <w:rPr>
          <w:rFonts w:ascii="Georgia" w:hAnsi="Georgia" w:eastAsia="Georgia"/>
          <w:sz w:val="23"/>
        </w:rPr>
        <w:t>“The specification required four eventual classes.”</w:t>
      </w:r>
    </w:p>
    <w:p>
      <w:r>
        <w:rPr>
          <w:rFonts w:ascii="Georgia" w:hAnsi="Georgia" w:eastAsia="Georgia"/>
          <w:sz w:val="23"/>
        </w:rPr>
        <w:t>“The proposal did.”</w:t>
      </w:r>
    </w:p>
    <w:p>
      <w:r>
        <w:rPr>
          <w:rFonts w:ascii="Georgia" w:hAnsi="Georgia" w:eastAsia="Georgia"/>
          <w:sz w:val="23"/>
        </w:rPr>
        <w:t>I looked at her. I had already started to explain that four positions preserved the environmental geometry if later classes qualified.</w:t>
      </w:r>
    </w:p>
    <w:p>
      <w:r>
        <w:rPr>
          <w:rFonts w:ascii="Georgia" w:hAnsi="Georgia" w:eastAsia="Georgia"/>
          <w:sz w:val="23"/>
        </w:rPr>
        <w:t>Miren put two fingers on the empty third collar.</w:t>
      </w:r>
    </w:p>
    <w:p>
      <w:r>
        <w:rPr>
          <w:rFonts w:ascii="Georgia" w:hAnsi="Georgia" w:eastAsia="Georgia"/>
          <w:sz w:val="23"/>
        </w:rPr>
        <w:t>“I am not asking why you built four,” she said. “I am asking what you think four means.”</w:t>
      </w:r>
    </w:p>
    <w:p>
      <w:r>
        <w:rPr>
          <w:rFonts w:ascii="Georgia" w:hAnsi="Georgia" w:eastAsia="Georgia"/>
          <w:sz w:val="23"/>
        </w:rPr>
        <w:t>I stopped.</w:t>
      </w:r>
    </w:p>
    <w:p>
      <w:r>
        <w:rPr>
          <w:rFonts w:ascii="Georgia" w:hAnsi="Georgia" w:eastAsia="Georgia"/>
          <w:sz w:val="23"/>
        </w:rPr>
        <w:t>She was right.</w:t>
      </w:r>
    </w:p>
    <w:p>
      <w:r>
        <w:rPr>
          <w:rFonts w:ascii="Georgia" w:hAnsi="Georgia" w:eastAsia="Georgia"/>
          <w:sz w:val="23"/>
        </w:rPr>
        <w:t>The proposal required four.</w:t>
      </w:r>
    </w:p>
    <w:p>
      <w:r>
        <w:rPr>
          <w:rFonts w:ascii="Georgia" w:hAnsi="Georgia" w:eastAsia="Georgia"/>
          <w:sz w:val="23"/>
        </w:rPr>
        <w:t>The evidence might not.</w:t>
      </w:r>
    </w:p>
    <w:p>
      <w:r>
        <w:rPr>
          <w:rFonts w:ascii="Georgia" w:hAnsi="Georgia" w:eastAsia="Georgia"/>
          <w:sz w:val="23"/>
        </w:rPr>
        <w:t>I had built four because four was the current architecture, not because four had become a fact about Kaethe.</w:t>
      </w:r>
    </w:p>
    <w:p>
      <w:r>
        <w:rPr>
          <w:rFonts w:ascii="Georgia" w:hAnsi="Georgia" w:eastAsia="Georgia"/>
          <w:sz w:val="23"/>
        </w:rPr>
        <w:t>If the third class failed permanently, the empty position would remain.</w:t>
      </w:r>
    </w:p>
    <w:p>
      <w:r>
        <w:rPr>
          <w:rFonts w:ascii="Georgia" w:hAnsi="Georgia" w:eastAsia="Georgia"/>
          <w:sz w:val="23"/>
        </w:rPr>
        <w:t>If the panel changed shape, the carrier might become obsolete.</w:t>
      </w:r>
    </w:p>
    <w:p>
      <w:r>
        <w:rPr>
          <w:rFonts w:ascii="Georgia" w:hAnsi="Georgia" w:eastAsia="Georgia"/>
          <w:sz w:val="23"/>
        </w:rPr>
        <w:t>That was acceptable.</w:t>
      </w:r>
    </w:p>
    <w:p>
      <w:r>
        <w:rPr>
          <w:rFonts w:ascii="Georgia" w:hAnsi="Georgia" w:eastAsia="Georgia"/>
          <w:sz w:val="23"/>
        </w:rPr>
        <w:t>“The carrier supports four,” I said.</w:t>
      </w:r>
    </w:p>
    <w:p>
      <w:r>
        <w:rPr>
          <w:rFonts w:ascii="Georgia" w:hAnsi="Georgia" w:eastAsia="Georgia"/>
          <w:sz w:val="23"/>
        </w:rPr>
        <w:t>Miren closed the outer cover.</w:t>
      </w:r>
    </w:p>
    <w:p>
      <w:r>
        <w:rPr>
          <w:rFonts w:ascii="Georgia" w:hAnsi="Georgia" w:eastAsia="Georgia"/>
          <w:sz w:val="23"/>
        </w:rPr>
        <w:t>“That is a different sentence.”</w:t>
      </w:r>
    </w:p>
    <w:p>
      <w:r>
        <w:rPr>
          <w:rFonts w:ascii="Georgia" w:hAnsi="Georgia" w:eastAsia="Georgia"/>
          <w:sz w:val="23"/>
        </w:rPr>
        <w:t>“Yes.”</w:t>
      </w:r>
    </w:p>
    <w:p>
      <w:r>
        <w:rPr>
          <w:rFonts w:ascii="Georgia" w:hAnsi="Georgia" w:eastAsia="Georgia"/>
          <w:sz w:val="23"/>
        </w:rPr>
        <w:t>She latched the cover.</w:t>
      </w:r>
    </w:p>
    <w:p>
      <w:r>
        <w:rPr>
          <w:rFonts w:ascii="Georgia" w:hAnsi="Georgia" w:eastAsia="Georgia"/>
          <w:sz w:val="23"/>
        </w:rPr>
        <w:t>The transparent upper panel left all four positions visible.</w:t>
      </w:r>
    </w:p>
    <w:p>
      <w:r>
        <w:rPr>
          <w:rFonts w:ascii="Georgia" w:hAnsi="Georgia" w:eastAsia="Georgia"/>
          <w:sz w:val="23"/>
        </w:rPr>
        <w:t>Two custody sleeves.</w:t>
      </w:r>
    </w:p>
    <w:p>
      <w:r>
        <w:rPr>
          <w:rFonts w:ascii="Georgia" w:hAnsi="Georgia" w:eastAsia="Georgia"/>
          <w:sz w:val="23"/>
        </w:rPr>
        <w:t>Two thermal collars.</w:t>
      </w:r>
    </w:p>
    <w:p>
      <w:r>
        <w:rPr>
          <w:rFonts w:ascii="Georgia" w:hAnsi="Georgia" w:eastAsia="Georgia"/>
          <w:sz w:val="23"/>
        </w:rPr>
        <w:t>Nothing concealed the difference.</w:t>
      </w:r>
    </w:p>
    <w:p>
      <w:pPr>
        <w:spacing w:before="80" w:after="80"/>
        <w:jc w:val="center"/>
      </w:pPr>
      <w:r>
        <w:rPr>
          <w:rFonts w:ascii="Georgia" w:hAnsi="Georgia" w:eastAsia="Georgia"/>
          <w:sz w:val="23"/>
        </w:rPr>
        <w:t>§</w:t>
      </w:r>
    </w:p>
    <w:p>
      <w:r>
        <w:rPr>
          <w:rFonts w:ascii="Georgia" w:hAnsi="Georgia" w:eastAsia="Georgia"/>
          <w:sz w:val="23"/>
        </w:rPr>
        <w:t>The freight exchange collected the carrier at 1734.</w:t>
      </w:r>
    </w:p>
    <w:p>
      <w:r>
        <w:rPr>
          <w:rFonts w:ascii="Georgia" w:hAnsi="Georgia" w:eastAsia="Georgia"/>
          <w:sz w:val="23"/>
        </w:rPr>
        <w:t>I walked it to the loading threshold because fabrication custody ended there.</w:t>
      </w:r>
    </w:p>
    <w:p>
      <w:r>
        <w:rPr>
          <w:rFonts w:ascii="Georgia" w:hAnsi="Georgia" w:eastAsia="Georgia"/>
          <w:sz w:val="23"/>
        </w:rPr>
        <w:t>The exchange technician scanned the certificate.</w:t>
      </w:r>
    </w:p>
    <w:p>
      <w:r>
        <w:rPr>
          <w:rFonts w:ascii="Georgia" w:hAnsi="Georgia" w:eastAsia="Georgia"/>
          <w:sz w:val="23"/>
        </w:rPr>
        <w:t>“North Reach?”</w:t>
      </w:r>
    </w:p>
    <w:p>
      <w:r>
        <w:rPr>
          <w:rFonts w:ascii="Georgia" w:hAnsi="Georgia" w:eastAsia="Georgia"/>
          <w:sz w:val="23"/>
        </w:rPr>
        <w:t>“Yes.”</w:t>
      </w:r>
    </w:p>
    <w:p>
      <w:r>
        <w:rPr>
          <w:rFonts w:ascii="Georgia" w:hAnsi="Georgia" w:eastAsia="Georgia"/>
          <w:sz w:val="23"/>
        </w:rPr>
        <w:t>“All four live?”</w:t>
      </w:r>
    </w:p>
    <w:p>
      <w:r>
        <w:rPr>
          <w:rFonts w:ascii="Georgia" w:hAnsi="Georgia" w:eastAsia="Georgia"/>
          <w:sz w:val="23"/>
        </w:rPr>
        <w:t>“Two qualified. Two unqualified positions.”</w:t>
      </w:r>
    </w:p>
    <w:p>
      <w:r>
        <w:rPr>
          <w:rFonts w:ascii="Georgia" w:hAnsi="Georgia" w:eastAsia="Georgia"/>
          <w:sz w:val="23"/>
        </w:rPr>
        <w:t>He looked through the transparent cover.</w:t>
      </w:r>
    </w:p>
    <w:p>
      <w:r>
        <w:rPr>
          <w:rFonts w:ascii="Georgia" w:hAnsi="Georgia" w:eastAsia="Georgia"/>
          <w:sz w:val="23"/>
        </w:rPr>
        <w:t>“Why send the empty ones?”</w:t>
      </w:r>
    </w:p>
    <w:p>
      <w:r>
        <w:rPr>
          <w:rFonts w:ascii="Georgia" w:hAnsi="Georgia" w:eastAsia="Georgia"/>
          <w:sz w:val="23"/>
        </w:rPr>
        <w:t>“They are part of the qualified chassis.”</w:t>
      </w:r>
    </w:p>
    <w:p>
      <w:r>
        <w:rPr>
          <w:rFonts w:ascii="Georgia" w:hAnsi="Georgia" w:eastAsia="Georgia"/>
          <w:sz w:val="23"/>
        </w:rPr>
        <w:t>He accepted the answer because that was enough for his job.</w:t>
      </w:r>
    </w:p>
    <w:p>
      <w:r>
        <w:rPr>
          <w:rFonts w:ascii="Georgia" w:hAnsi="Georgia" w:eastAsia="Georgia"/>
          <w:sz w:val="23"/>
        </w:rPr>
        <w:t>The carrier locked into the transport cradle.</w:t>
      </w:r>
    </w:p>
    <w:p>
      <w:r>
        <w:rPr>
          <w:rFonts w:ascii="Georgia" w:hAnsi="Georgia" w:eastAsia="Georgia"/>
          <w:sz w:val="23"/>
        </w:rPr>
        <w:t>A restraint bar crossed the outer frame without touching any specimen sleeve.</w:t>
      </w:r>
    </w:p>
    <w:p>
      <w:r>
        <w:rPr>
          <w:rFonts w:ascii="Georgia" w:hAnsi="Georgia" w:eastAsia="Georgia"/>
          <w:sz w:val="23"/>
        </w:rPr>
        <w:t>The platform moved toward the freight corridor.</w:t>
      </w:r>
    </w:p>
    <w:p>
      <w:r>
        <w:rPr>
          <w:rFonts w:ascii="Georgia" w:hAnsi="Georgia" w:eastAsia="Georgia"/>
          <w:sz w:val="23"/>
        </w:rPr>
        <w:t>For a moment I could still see the new C-42 card through two layers of transparent material.</w:t>
      </w:r>
    </w:p>
    <w:p>
      <w:r>
        <w:rPr>
          <w:rFonts w:ascii="Georgia" w:hAnsi="Georgia" w:eastAsia="Georgia"/>
          <w:sz w:val="23"/>
        </w:rPr>
        <w:t>Then the carrier turned and the label disappeared.</w:t>
      </w:r>
    </w:p>
    <w:p>
      <w:r>
        <w:rPr>
          <w:rFonts w:ascii="Georgia" w:hAnsi="Georgia" w:eastAsia="Georgia"/>
          <w:sz w:val="23"/>
        </w:rPr>
        <w:t>I did not follow it.</w:t>
      </w:r>
    </w:p>
    <w:p>
      <w:r>
        <w:rPr>
          <w:rFonts w:ascii="Georgia" w:hAnsi="Georgia" w:eastAsia="Georgia"/>
          <w:sz w:val="23"/>
        </w:rPr>
        <w:t>There was nothing at North Reach that required me to arrive with the reference material.</w:t>
      </w:r>
    </w:p>
    <w:p>
      <w:r>
        <w:rPr>
          <w:rFonts w:ascii="Georgia" w:hAnsi="Georgia" w:eastAsia="Georgia"/>
          <w:sz w:val="23"/>
        </w:rPr>
        <w:t>Rema had operators.</w:t>
      </w:r>
    </w:p>
    <w:p>
      <w:r>
        <w:rPr>
          <w:rFonts w:ascii="Georgia" w:hAnsi="Georgia" w:eastAsia="Georgia"/>
          <w:sz w:val="23"/>
        </w:rPr>
        <w:t>Kera had the regional rule set.</w:t>
      </w:r>
    </w:p>
    <w:p>
      <w:r>
        <w:rPr>
          <w:rFonts w:ascii="Georgia" w:hAnsi="Georgia" w:eastAsia="Georgia"/>
          <w:sz w:val="23"/>
        </w:rPr>
        <w:t>Rian had the qualification chain.</w:t>
      </w:r>
    </w:p>
    <w:p>
      <w:r>
        <w:rPr>
          <w:rFonts w:ascii="Georgia" w:hAnsi="Georgia" w:eastAsia="Georgia"/>
          <w:sz w:val="23"/>
        </w:rPr>
        <w:t>Miren had work here.</w:t>
      </w:r>
    </w:p>
    <w:p>
      <w:r>
        <w:rPr>
          <w:rFonts w:ascii="Georgia" w:hAnsi="Georgia" w:eastAsia="Georgia"/>
          <w:sz w:val="23"/>
        </w:rPr>
        <w:t>The panel had its records.</w:t>
      </w:r>
    </w:p>
    <w:p>
      <w:r>
        <w:rPr>
          <w:rFonts w:ascii="Georgia" w:hAnsi="Georgia" w:eastAsia="Georgia"/>
          <w:sz w:val="23"/>
        </w:rPr>
        <w:t>C-42 had its attached history.</w:t>
      </w:r>
    </w:p>
    <w:p>
      <w:r>
        <w:rPr>
          <w:rFonts w:ascii="Georgia" w:hAnsi="Georgia" w:eastAsia="Georgia"/>
          <w:sz w:val="23"/>
        </w:rPr>
        <w:t>So did I.</w:t>
      </w:r>
    </w:p>
    <w:p>
      <w:r>
        <w:rPr>
          <w:rFonts w:ascii="Georgia" w:hAnsi="Georgia" w:eastAsia="Georgia"/>
          <w:sz w:val="23"/>
        </w:rPr>
        <w:t>The exchange door closed.</w:t>
      </w:r>
    </w:p>
    <w:p>
      <w:r>
        <w:rPr>
          <w:rFonts w:ascii="Georgia" w:hAnsi="Georgia" w:eastAsia="Georgia"/>
          <w:sz w:val="23"/>
        </w:rPr>
        <w:t>I returned to the shop.</w:t>
      </w:r>
    </w:p>
    <w:p>
      <w:r>
        <w:rPr>
          <w:rFonts w:ascii="Georgia" w:hAnsi="Georgia" w:eastAsia="Georgia"/>
          <w:sz w:val="23"/>
        </w:rPr>
        <w:t>Two cases waited in my queue.</w:t>
      </w:r>
    </w:p>
    <w:p>
      <w:r>
        <w:rPr>
          <w:rFonts w:ascii="Georgia" w:hAnsi="Georgia" w:eastAsia="Georgia"/>
          <w:sz w:val="23"/>
        </w:rPr>
        <w:t>One I could authorize alone.</w:t>
      </w:r>
    </w:p>
    <w:p>
      <w:r>
        <w:rPr>
          <w:rFonts w:ascii="Georgia" w:hAnsi="Georgia" w:eastAsia="Georgia"/>
          <w:sz w:val="23"/>
        </w:rPr>
        <w:t>One required another person.</w:t>
      </w:r>
    </w:p>
    <w:p>
      <w:r>
        <w:rPr>
          <w:rFonts w:ascii="Georgia" w:hAnsi="Georgia" w:eastAsia="Georgia"/>
          <w:sz w:val="23"/>
        </w:rPr>
        <w:t>I opened the first.</w:t>
      </w:r>
    </w:p>
    <w:p>
      <w:r>
        <w:rPr>
          <w:rFonts w:ascii="Georgia" w:hAnsi="Georgia" w:eastAsia="Georgia"/>
          <w:sz w:val="23"/>
        </w:rPr>
        <w:t>The second remained beside it.</w:t>
      </w:r>
    </w:p>
    <w:p>
      <w:r>
        <w:rPr>
          <w:rFonts w:ascii="Georgia" w:hAnsi="Georgia" w:eastAsia="Georgia"/>
          <w:sz w:val="23"/>
        </w:rPr>
        <w:t>Nothing about the order removed the other case.</w:t>
      </w:r>
    </w:p>
    <w:p>
      <w:r>
        <w:rPr>
          <w:rFonts w:ascii="Georgia" w:hAnsi="Georgia" w:eastAsia="Georgia"/>
          <w:sz w:val="23"/>
        </w:rPr>
        <w:t>Nothing about the empty positions made the carrier incomplete.</w:t>
      </w:r>
    </w:p>
    <w:p>
      <w:r>
        <w:rPr>
          <w:rFonts w:ascii="Georgia" w:hAnsi="Georgia" w:eastAsia="Georgia"/>
          <w:sz w:val="23"/>
        </w:rPr>
        <w:t>The system could use what was qualified and preserve what was not.</w:t>
      </w:r>
    </w:p>
    <w:p>
      <w:r>
        <w:rPr>
          <w:rFonts w:ascii="Georgia" w:hAnsi="Georgia" w:eastAsia="Georgia"/>
          <w:sz w:val="23"/>
        </w:rPr>
        <w:t>I had spent a long time treating those as opposing conditions.</w:t>
      </w:r>
    </w:p>
    <w:p>
      <w:r>
        <w:rPr>
          <w:rFonts w:ascii="Georgia" w:hAnsi="Georgia" w:eastAsia="Georgia"/>
          <w:sz w:val="23"/>
        </w:rPr>
        <w:t>They were not.</w:t>
      </w:r>
    </w:p>
    <w:p>
      <w:r>
        <w:rPr>
          <w:rFonts w:ascii="Georgia" w:hAnsi="Georgia" w:eastAsia="Georgia"/>
          <w:sz w:val="23"/>
        </w:rPr>
        <w:t>At 1751 I began work.</w:t>
      </w:r>
    </w:p>
    <w:sectPr w:rsidR="00FC693F" w:rsidRPr="0006063C" w:rsidSect="00034616">
      <w:pgSz w:w="12240" w:h="15840"/>
      <w:pgMar w:top="1296"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Georgia" w:hAnsi="Georgia" w:eastAsia="Georgi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